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D6A5" w14:textId="2908E745" w:rsidR="00C6730D" w:rsidRPr="000D1D94" w:rsidRDefault="00D314F0" w:rsidP="00863592">
      <w:pPr>
        <w:spacing w:before="400"/>
        <w:jc w:val="center"/>
      </w:pPr>
      <w:r w:rsidRPr="000D1D94">
        <w:rPr>
          <w:b/>
          <w:sz w:val="32"/>
        </w:rPr>
        <w:t>E</w:t>
      </w:r>
      <w:r w:rsidR="00BC5EC1">
        <w:rPr>
          <w:b/>
          <w:sz w:val="32"/>
        </w:rPr>
        <w:t>=</w:t>
      </w:r>
      <w:r w:rsidRPr="000D1D94">
        <w:rPr>
          <w:b/>
          <w:sz w:val="32"/>
        </w:rPr>
        <w:t xml:space="preserve">ffectiveness </w:t>
      </w:r>
      <w:r w:rsidR="00727BF8" w:rsidRPr="000D1D94">
        <w:rPr>
          <w:b/>
          <w:sz w:val="32"/>
        </w:rPr>
        <w:t>of a</w:t>
      </w:r>
      <w:r w:rsidRPr="000D1D94">
        <w:rPr>
          <w:b/>
          <w:sz w:val="32"/>
        </w:rPr>
        <w:t xml:space="preserve"> Planned Teaching </w:t>
      </w:r>
      <w:proofErr w:type="spellStart"/>
      <w:r w:rsidRPr="000D1D94">
        <w:rPr>
          <w:b/>
          <w:sz w:val="32"/>
        </w:rPr>
        <w:t>Programme</w:t>
      </w:r>
      <w:proofErr w:type="spellEnd"/>
      <w:r w:rsidRPr="000D1D94">
        <w:rPr>
          <w:b/>
          <w:sz w:val="32"/>
        </w:rPr>
        <w:t xml:space="preserve"> </w:t>
      </w:r>
      <w:r w:rsidR="00727BF8" w:rsidRPr="000D1D94">
        <w:rPr>
          <w:b/>
          <w:sz w:val="32"/>
        </w:rPr>
        <w:t xml:space="preserve">on </w:t>
      </w:r>
      <w:r w:rsidRPr="000D1D94">
        <w:rPr>
          <w:b/>
          <w:sz w:val="32"/>
        </w:rPr>
        <w:t xml:space="preserve">Knowledge Regarding </w:t>
      </w:r>
      <w:r w:rsidR="00727BF8" w:rsidRPr="000D1D94">
        <w:rPr>
          <w:b/>
          <w:sz w:val="32"/>
        </w:rPr>
        <w:t xml:space="preserve">the </w:t>
      </w:r>
      <w:r w:rsidRPr="000D1D94">
        <w:rPr>
          <w:b/>
          <w:sz w:val="32"/>
        </w:rPr>
        <w:t xml:space="preserve">Influence </w:t>
      </w:r>
      <w:r w:rsidR="00727BF8" w:rsidRPr="000D1D94">
        <w:rPr>
          <w:b/>
          <w:sz w:val="32"/>
        </w:rPr>
        <w:t xml:space="preserve">of </w:t>
      </w:r>
      <w:r w:rsidRPr="000D1D94">
        <w:rPr>
          <w:b/>
          <w:sz w:val="32"/>
        </w:rPr>
        <w:t xml:space="preserve">Television </w:t>
      </w:r>
      <w:r w:rsidR="00727BF8" w:rsidRPr="000D1D94">
        <w:rPr>
          <w:b/>
          <w:sz w:val="32"/>
        </w:rPr>
        <w:t xml:space="preserve">on </w:t>
      </w:r>
      <w:proofErr w:type="spellStart"/>
      <w:r w:rsidRPr="000D1D94">
        <w:rPr>
          <w:b/>
          <w:sz w:val="32"/>
        </w:rPr>
        <w:t>Behavioural</w:t>
      </w:r>
      <w:proofErr w:type="spellEnd"/>
      <w:r w:rsidRPr="000D1D94">
        <w:rPr>
          <w:b/>
          <w:sz w:val="32"/>
        </w:rPr>
        <w:t xml:space="preserve"> Changes </w:t>
      </w:r>
      <w:r w:rsidR="00727BF8" w:rsidRPr="000D1D94">
        <w:rPr>
          <w:b/>
          <w:sz w:val="32"/>
        </w:rPr>
        <w:t xml:space="preserve">among </w:t>
      </w:r>
      <w:r w:rsidRPr="000D1D94">
        <w:rPr>
          <w:b/>
          <w:sz w:val="32"/>
        </w:rPr>
        <w:t xml:space="preserve">High School Students </w:t>
      </w:r>
      <w:r w:rsidR="00727BF8" w:rsidRPr="000D1D94">
        <w:rPr>
          <w:b/>
          <w:sz w:val="32"/>
        </w:rPr>
        <w:t xml:space="preserve">in </w:t>
      </w:r>
      <w:r w:rsidRPr="000D1D94">
        <w:rPr>
          <w:b/>
          <w:sz w:val="32"/>
        </w:rPr>
        <w:t>Jaipur: A Pre-Experimental Study</w:t>
      </w:r>
    </w:p>
    <w:p w14:paraId="3C8F590D" w14:textId="77777777" w:rsidR="00A257A4" w:rsidRDefault="00A257A4" w:rsidP="00A257A4">
      <w:pPr>
        <w:spacing w:after="60"/>
        <w:jc w:val="center"/>
      </w:pPr>
    </w:p>
    <w:p w14:paraId="62580AC8" w14:textId="77777777" w:rsidR="00F553F3" w:rsidRDefault="00F553F3" w:rsidP="00A257A4">
      <w:pPr>
        <w:spacing w:after="60"/>
        <w:jc w:val="center"/>
      </w:pPr>
    </w:p>
    <w:p w14:paraId="66A28A4C" w14:textId="77777777" w:rsidR="00F553F3" w:rsidRPr="000D1D94" w:rsidRDefault="00F553F3" w:rsidP="00A257A4">
      <w:pPr>
        <w:spacing w:after="60"/>
        <w:jc w:val="center"/>
      </w:pPr>
    </w:p>
    <w:p w14:paraId="04A0782E" w14:textId="77777777" w:rsidR="00C6730D" w:rsidRPr="000D1D94" w:rsidRDefault="00DE38BC" w:rsidP="00863592">
      <w:pPr>
        <w:pStyle w:val="Heading1"/>
        <w:spacing w:before="0" w:line="360" w:lineRule="auto"/>
        <w:jc w:val="center"/>
        <w:rPr>
          <w:color w:val="000000" w:themeColor="text1"/>
          <w:sz w:val="24"/>
          <w:szCs w:val="24"/>
        </w:rPr>
      </w:pPr>
      <w:r w:rsidRPr="000D1D94">
        <w:rPr>
          <w:rFonts w:ascii="Times New Roman" w:eastAsia="Times New Roman" w:hAnsi="Times New Roman"/>
          <w:color w:val="000000" w:themeColor="text1"/>
          <w:sz w:val="24"/>
          <w:szCs w:val="24"/>
        </w:rPr>
        <w:t>ABSTRACT</w:t>
      </w:r>
    </w:p>
    <w:p w14:paraId="1B2F25C6" w14:textId="77777777" w:rsidR="00C6730D" w:rsidRPr="000D1D94" w:rsidRDefault="00DE38BC" w:rsidP="00863592">
      <w:pPr>
        <w:spacing w:after="0" w:line="360" w:lineRule="auto"/>
        <w:jc w:val="both"/>
        <w:rPr>
          <w:sz w:val="24"/>
          <w:szCs w:val="24"/>
        </w:rPr>
      </w:pPr>
      <w:r>
        <w:rPr>
          <w:b/>
          <w:sz w:val="24"/>
        </w:rPr>
        <w:t>Background:</w:t>
      </w:r>
      <w:r>
        <w:rPr>
          <w:sz w:val="24"/>
        </w:rPr>
        <w:t xml:space="preserve"> Television and other screen-based media can influence adolescent knowledge, attitudes, emotions, daily routines, and behaviour. School-based health education may improve students’ awareness of these effects. </w:t>
      </w:r>
      <w:r>
        <w:rPr>
          <w:b/>
          <w:sz w:val="24"/>
        </w:rPr>
        <w:t>Objective:</w:t>
      </w:r>
      <w:r>
        <w:rPr>
          <w:sz w:val="24"/>
        </w:rPr>
        <w:t xml:space="preserve"> To assess baseline knowledge regarding the influence of television on behavioural changes among high school students and evaluate the effectiveness of a planned teaching programme. </w:t>
      </w:r>
      <w:r>
        <w:rPr>
          <w:b/>
          <w:sz w:val="24"/>
        </w:rPr>
        <w:t>Methods:</w:t>
      </w:r>
      <w:r>
        <w:rPr>
          <w:sz w:val="24"/>
        </w:rPr>
        <w:t xml:space="preserve"> A quantitative evaluative, pre-experimental one-group pre-test–post-test design was used. Sixty high school students in Jaipur were selected by purposive sampling. Knowledge was measured with a 25-item self-structured multiple-choice questionnaire. The tool underwent expert content validation and showed split-half reliability of 0.82. A planned teaching programme was delivered after the pre-test, and the post-test was conducted five days later. Data were </w:t>
      </w:r>
      <w:r>
        <w:rPr>
          <w:highlight w:val="yellow"/>
        </w:rPr>
        <w:t>analysed</w:t>
      </w:r>
      <w:r>
        <w:rPr>
          <w:sz w:val="24"/>
        </w:rPr>
        <w:t xml:space="preserve"> using frequency, percentage, mean, standard deviation, </w:t>
      </w:r>
      <w:r>
        <w:rPr>
          <w:highlight w:val="yellow"/>
        </w:rPr>
        <w:t xml:space="preserve">a </w:t>
      </w:r>
      <w:r>
        <w:rPr>
          <w:sz w:val="24"/>
        </w:rPr>
        <w:t>paired t</w:t>
      </w:r>
      <w:r>
        <w:rPr>
          <w:highlight w:val="yellow"/>
        </w:rPr>
        <w:t>-</w:t>
      </w:r>
      <w:r>
        <w:rPr>
          <w:sz w:val="24"/>
        </w:rPr>
        <w:t>test and</w:t>
      </w:r>
      <w:r>
        <w:rPr>
          <w:highlight w:val="yellow"/>
        </w:rPr>
        <w:t xml:space="preserve"> a</w:t>
      </w:r>
      <w:r>
        <w:rPr>
          <w:sz w:val="24"/>
        </w:rPr>
        <w:t xml:space="preserve"> chi-square test. </w:t>
      </w:r>
      <w:r>
        <w:rPr>
          <w:b/>
          <w:sz w:val="24"/>
        </w:rPr>
        <w:t>Results:</w:t>
      </w:r>
      <w:r>
        <w:rPr>
          <w:sz w:val="24"/>
        </w:rPr>
        <w:t xml:space="preserve"> Before the intervention, 70.0% of students had poor knowledge and 30.0% had average knowledge; none had good knowledge. After the intervention, 73.3% had good knowledge, 26.7% had average knowledge, and none remained in the poor category. Mean knowledge score increased from 11.82 ± 2.63 to 19.82 ± 2.11. The paired t</w:t>
      </w:r>
      <w:r>
        <w:rPr>
          <w:highlight w:val="yellow"/>
        </w:rPr>
        <w:t>-</w:t>
      </w:r>
      <w:r>
        <w:rPr>
          <w:sz w:val="24"/>
        </w:rPr>
        <w:t>value was -20.40 (df</w:t>
      </w:r>
      <w:r>
        <w:rPr>
          <w:highlight w:val="yellow"/>
        </w:rPr>
        <w:t xml:space="preserve"> </w:t>
      </w:r>
      <w:r>
        <w:rPr>
          <w:sz w:val="24"/>
        </w:rPr>
        <w:t>=</w:t>
      </w:r>
      <w:r>
        <w:rPr>
          <w:highlight w:val="yellow"/>
        </w:rPr>
        <w:t xml:space="preserve"> </w:t>
      </w:r>
      <w:r>
        <w:rPr>
          <w:sz w:val="24"/>
        </w:rPr>
        <w:t>59; p</w:t>
      </w:r>
      <w:r>
        <w:rPr>
          <w:highlight w:val="yellow"/>
        </w:rPr>
        <w:t xml:space="preserve"> </w:t>
      </w:r>
      <w:r>
        <w:rPr>
          <w:sz w:val="24"/>
        </w:rPr>
        <w:t>&lt;</w:t>
      </w:r>
      <w:r>
        <w:rPr>
          <w:highlight w:val="yellow"/>
        </w:rPr>
        <w:t xml:space="preserve"> </w:t>
      </w:r>
      <w:r>
        <w:rPr>
          <w:sz w:val="24"/>
        </w:rPr>
        <w:t>0.05), indicating a statistically significant improvement. Among the demographic variables examined, only self-reported health disturbances related to television viewing showed a significant association with pre-test knowledge (χ²</w:t>
      </w:r>
      <w:r>
        <w:rPr>
          <w:highlight w:val="yellow"/>
        </w:rPr>
        <w:t xml:space="preserve"> </w:t>
      </w:r>
      <w:r>
        <w:rPr>
          <w:sz w:val="24"/>
        </w:rPr>
        <w:t>=</w:t>
      </w:r>
      <w:r>
        <w:rPr>
          <w:highlight w:val="yellow"/>
        </w:rPr>
        <w:t xml:space="preserve"> </w:t>
      </w:r>
      <w:r>
        <w:rPr>
          <w:sz w:val="24"/>
        </w:rPr>
        <w:t>11.85, df</w:t>
      </w:r>
      <w:r>
        <w:rPr>
          <w:highlight w:val="yellow"/>
        </w:rPr>
        <w:t xml:space="preserve"> </w:t>
      </w:r>
      <w:r>
        <w:rPr>
          <w:sz w:val="24"/>
        </w:rPr>
        <w:t>=</w:t>
      </w:r>
      <w:r>
        <w:rPr>
          <w:highlight w:val="yellow"/>
        </w:rPr>
        <w:t xml:space="preserve"> </w:t>
      </w:r>
      <w:r>
        <w:rPr>
          <w:sz w:val="24"/>
        </w:rPr>
        <w:t>1, p</w:t>
      </w:r>
      <w:r>
        <w:rPr>
          <w:highlight w:val="yellow"/>
        </w:rPr>
        <w:t xml:space="preserve"> </w:t>
      </w:r>
      <w:r>
        <w:rPr>
          <w:sz w:val="24"/>
        </w:rPr>
        <w:t>&lt;</w:t>
      </w:r>
      <w:r>
        <w:rPr>
          <w:highlight w:val="yellow"/>
        </w:rPr>
        <w:t xml:space="preserve"> </w:t>
      </w:r>
      <w:r>
        <w:rPr>
          <w:sz w:val="24"/>
        </w:rPr>
        <w:t xml:space="preserve">0.05). </w:t>
      </w:r>
      <w:r>
        <w:rPr>
          <w:b/>
          <w:sz w:val="24"/>
        </w:rPr>
        <w:t>Conclusion:</w:t>
      </w:r>
      <w:r>
        <w:rPr>
          <w:sz w:val="24"/>
        </w:rPr>
        <w:t xml:space="preserve"> The planned teaching programme was effective in improving high school students’ knowledge regarding the influence of television on behavioural changes. School and community health nurses may use structured media-literacy education as part of adolescent health-promotion activities.</w:t>
      </w:r>
    </w:p>
    <w:p w14:paraId="7AC8E515" w14:textId="77777777" w:rsidR="00863592" w:rsidRDefault="00DE38BC" w:rsidP="00863592">
      <w:pPr>
        <w:spacing w:after="0" w:line="360" w:lineRule="auto"/>
        <w:rPr>
          <w:sz w:val="24"/>
          <w:szCs w:val="24"/>
        </w:rPr>
      </w:pPr>
      <w:r w:rsidRPr="000D1D94">
        <w:rPr>
          <w:b/>
          <w:sz w:val="24"/>
          <w:szCs w:val="24"/>
        </w:rPr>
        <w:t xml:space="preserve">Keywords: </w:t>
      </w:r>
      <w:r w:rsidRPr="000D1D94">
        <w:rPr>
          <w:sz w:val="24"/>
          <w:szCs w:val="24"/>
        </w:rPr>
        <w:t xml:space="preserve">high school students; television; </w:t>
      </w:r>
      <w:proofErr w:type="spellStart"/>
      <w:r w:rsidRPr="000D1D94">
        <w:rPr>
          <w:sz w:val="24"/>
          <w:szCs w:val="24"/>
        </w:rPr>
        <w:t>behaviour</w:t>
      </w:r>
      <w:proofErr w:type="spellEnd"/>
      <w:r w:rsidRPr="000D1D94">
        <w:rPr>
          <w:sz w:val="24"/>
          <w:szCs w:val="24"/>
        </w:rPr>
        <w:t xml:space="preserve">; knowledge; planned teaching </w:t>
      </w:r>
      <w:proofErr w:type="spellStart"/>
      <w:r w:rsidRPr="000D1D94">
        <w:rPr>
          <w:sz w:val="24"/>
          <w:szCs w:val="24"/>
        </w:rPr>
        <w:t>programme</w:t>
      </w:r>
      <w:proofErr w:type="spellEnd"/>
      <w:r w:rsidRPr="000D1D94">
        <w:rPr>
          <w:sz w:val="24"/>
          <w:szCs w:val="24"/>
        </w:rPr>
        <w:t>; adolescent health; nursing education</w:t>
      </w:r>
    </w:p>
    <w:p w14:paraId="080953C3" w14:textId="77777777" w:rsidR="00F553F3" w:rsidRDefault="00F553F3" w:rsidP="00863592">
      <w:pPr>
        <w:spacing w:after="0" w:line="360" w:lineRule="auto"/>
        <w:rPr>
          <w:sz w:val="24"/>
          <w:szCs w:val="24"/>
        </w:rPr>
      </w:pPr>
    </w:p>
    <w:p w14:paraId="68DF2080" w14:textId="77777777" w:rsidR="00F553F3" w:rsidRPr="000D1D94" w:rsidRDefault="00F553F3" w:rsidP="00863592">
      <w:pPr>
        <w:spacing w:after="0" w:line="360" w:lineRule="auto"/>
        <w:rPr>
          <w:sz w:val="24"/>
          <w:szCs w:val="24"/>
        </w:rPr>
      </w:pPr>
    </w:p>
    <w:p w14:paraId="52EEC556" w14:textId="77777777" w:rsidR="00086601" w:rsidRPr="000D1D94" w:rsidRDefault="00086601" w:rsidP="00863592">
      <w:pPr>
        <w:spacing w:after="0" w:line="360" w:lineRule="auto"/>
        <w:jc w:val="center"/>
        <w:rPr>
          <w:b/>
          <w:sz w:val="24"/>
        </w:rPr>
      </w:pPr>
    </w:p>
    <w:p w14:paraId="2D15513B" w14:textId="77777777" w:rsidR="00C6730D" w:rsidRPr="000D1D94" w:rsidRDefault="00DE38BC" w:rsidP="00863592">
      <w:pPr>
        <w:spacing w:after="0" w:line="360" w:lineRule="auto"/>
        <w:jc w:val="center"/>
        <w:rPr>
          <w:b/>
          <w:sz w:val="24"/>
        </w:rPr>
      </w:pPr>
      <w:r w:rsidRPr="000D1D94">
        <w:rPr>
          <w:b/>
          <w:sz w:val="24"/>
        </w:rPr>
        <w:lastRenderedPageBreak/>
        <w:t>1. INTRODUCTION</w:t>
      </w:r>
    </w:p>
    <w:p w14:paraId="25DA07DF" w14:textId="77777777" w:rsidR="00863592" w:rsidRPr="00370B87" w:rsidRDefault="00DE38BC" w:rsidP="00863592">
      <w:pPr>
        <w:spacing w:after="0" w:line="360" w:lineRule="auto"/>
        <w:jc w:val="both"/>
        <w:rPr>
          <w:sz w:val="24"/>
        </w:rPr>
      </w:pPr>
      <w:r>
        <w:rPr>
          <w:sz w:val="24"/>
        </w:rPr>
        <w:t>Television remains an important source of information, education, entertainment, and social learning for children and adolescents. At the same time, heavy or poorly supervised screen exposure has been associated with behavioural concerns, reduced physical activity, sleep problems, academic difficulties, emotional symptoms, and exposure to violent or otherwise inappropriate content. The effects vary according to age, developmental stage, duration of exposure, programme content, and family supervision</w:t>
      </w:r>
      <w:r>
        <w:rPr>
          <w:highlight w:val="yellow"/>
        </w:rPr>
        <w:t xml:space="preserve"> (</w:t>
      </w:r>
      <w:r w:rsidRPr="00370B87">
        <w:rPr>
          <w:highlight w:val="yellow"/>
        </w:rPr>
        <w:t>American Academy of Child and Adolescent Psychiatry, 2025; Eric, 2021; Kostyrka-Allchorne et al., 2017; Muppalla et al</w:t>
      </w:r>
      <w:r w:rsidRPr="00370B87">
        <w:rPr>
          <w:sz w:val="24"/>
        </w:rPr>
        <w:t>.</w:t>
      </w:r>
      <w:r w:rsidRPr="00370B87">
        <w:rPr>
          <w:highlight w:val="yellow"/>
        </w:rPr>
        <w:t>, 2023; Musau et al., 2017; Nirusha et al., 2017).</w:t>
      </w:r>
    </w:p>
    <w:p w14:paraId="386CBBC5" w14:textId="77777777" w:rsidR="00072645" w:rsidRPr="00370B87" w:rsidRDefault="00000000">
      <w:pPr>
        <w:spacing w:after="0" w:line="360" w:lineRule="auto"/>
        <w:jc w:val="both"/>
        <w:rPr>
          <w:sz w:val="24"/>
        </w:rPr>
      </w:pPr>
      <w:r w:rsidRPr="00370B87">
        <w:rPr>
          <w:sz w:val="24"/>
          <w:highlight w:val="yellow"/>
        </w:rPr>
        <w:t>A recent literature review indicated that associations between screen use and adolescent well-being vary with the type of content, patterns of use, and family and social context</w:t>
      </w:r>
      <w:r w:rsidRPr="00370B87">
        <w:rPr>
          <w:highlight w:val="yellow"/>
        </w:rPr>
        <w:t xml:space="preserve"> (de Souza et al</w:t>
      </w:r>
      <w:r w:rsidRPr="00370B87">
        <w:rPr>
          <w:sz w:val="24"/>
          <w:highlight w:val="yellow"/>
        </w:rPr>
        <w:t>.</w:t>
      </w:r>
      <w:r w:rsidRPr="00370B87">
        <w:rPr>
          <w:highlight w:val="yellow"/>
        </w:rPr>
        <w:t>, 2025).</w:t>
      </w:r>
    </w:p>
    <w:p w14:paraId="3E6C5287" w14:textId="77777777" w:rsidR="00072645" w:rsidRPr="00370B87" w:rsidRDefault="00000000">
      <w:pPr>
        <w:spacing w:after="0" w:line="360" w:lineRule="auto"/>
        <w:jc w:val="both"/>
        <w:rPr>
          <w:sz w:val="24"/>
        </w:rPr>
      </w:pPr>
      <w:r w:rsidRPr="00370B87">
        <w:rPr>
          <w:sz w:val="24"/>
          <w:highlight w:val="yellow"/>
        </w:rPr>
        <w:t>In a study using objective measures of screen exposure, screen use once in bed was associated with shorter sleep duration, whereas use during the two hours before bedtime was not associated with most sleep measures</w:t>
      </w:r>
      <w:r w:rsidRPr="00370B87">
        <w:rPr>
          <w:highlight w:val="yellow"/>
        </w:rPr>
        <w:t xml:space="preserve"> (Brosnan et al</w:t>
      </w:r>
      <w:r w:rsidRPr="00370B87">
        <w:rPr>
          <w:sz w:val="24"/>
          <w:highlight w:val="yellow"/>
        </w:rPr>
        <w:t>.</w:t>
      </w:r>
      <w:r w:rsidRPr="00370B87">
        <w:rPr>
          <w:highlight w:val="yellow"/>
        </w:rPr>
        <w:t>, 2024).</w:t>
      </w:r>
    </w:p>
    <w:p w14:paraId="5CA6D657" w14:textId="77777777" w:rsidR="00C6730D" w:rsidRPr="00370B87" w:rsidRDefault="00DE38BC" w:rsidP="00863592">
      <w:pPr>
        <w:spacing w:after="0" w:line="360" w:lineRule="auto"/>
        <w:jc w:val="both"/>
        <w:rPr>
          <w:sz w:val="24"/>
        </w:rPr>
      </w:pPr>
      <w:r w:rsidRPr="00370B87">
        <w:rPr>
          <w:sz w:val="24"/>
        </w:rPr>
        <w:t>Adolescents are especially responsive to observed behaviour and media messages. Social-learning perspectives suggest that behaviours portrayed by influential models can be observed, encoded, and reproduced, particularly when they appear rewarded or socially acceptable</w:t>
      </w:r>
      <w:r w:rsidRPr="00370B87">
        <w:rPr>
          <w:highlight w:val="yellow"/>
        </w:rPr>
        <w:t xml:space="preserve"> (Anderson et al</w:t>
      </w:r>
      <w:r w:rsidRPr="00370B87">
        <w:rPr>
          <w:sz w:val="24"/>
        </w:rPr>
        <w:t>.,</w:t>
      </w:r>
      <w:r w:rsidRPr="00370B87">
        <w:rPr>
          <w:highlight w:val="yellow"/>
        </w:rPr>
        <w:t xml:space="preserve"> 2003; Bandura et al., 1961).</w:t>
      </w:r>
      <w:r w:rsidRPr="00370B87">
        <w:rPr>
          <w:sz w:val="24"/>
        </w:rPr>
        <w:t xml:space="preserve"> In addition, school-age children increasingly use multiple digital media platforms, which can amplify exposure beyond traditional television</w:t>
      </w:r>
      <w:r w:rsidRPr="00370B87">
        <w:rPr>
          <w:highlight w:val="yellow"/>
        </w:rPr>
        <w:t xml:space="preserve"> (Kostyrka-Allchorne et al</w:t>
      </w:r>
      <w:r w:rsidRPr="00370B87">
        <w:rPr>
          <w:sz w:val="24"/>
        </w:rPr>
        <w:t>.,</w:t>
      </w:r>
      <w:r w:rsidRPr="00370B87">
        <w:rPr>
          <w:highlight w:val="yellow"/>
        </w:rPr>
        <w:t xml:space="preserve"> 2017; Liu et al.</w:t>
      </w:r>
      <w:r w:rsidRPr="00370B87">
        <w:rPr>
          <w:sz w:val="24"/>
        </w:rPr>
        <w:t>,</w:t>
      </w:r>
      <w:r w:rsidRPr="00370B87">
        <w:rPr>
          <w:highlight w:val="yellow"/>
        </w:rPr>
        <w:t xml:space="preserve"> 2022; Nakshine et al., 2022; Santi et al., 2022).</w:t>
      </w:r>
    </w:p>
    <w:p w14:paraId="0779A485" w14:textId="77777777" w:rsidR="00863592" w:rsidRPr="00370B87" w:rsidRDefault="00DE38BC" w:rsidP="00863592">
      <w:pPr>
        <w:spacing w:after="0" w:line="360" w:lineRule="auto"/>
        <w:jc w:val="both"/>
        <w:rPr>
          <w:sz w:val="24"/>
        </w:rPr>
      </w:pPr>
      <w:r w:rsidRPr="00370B87">
        <w:rPr>
          <w:sz w:val="24"/>
        </w:rPr>
        <w:t>Indian studies have reported high levels of screen exposure among children and adolescents and have highlighted associations with developmental delay, limited physical activity, sleep problems, eye symptoms, headache, and behavioural or psychosocial difficulties</w:t>
      </w:r>
      <w:r w:rsidRPr="00370B87">
        <w:rPr>
          <w:highlight w:val="yellow"/>
        </w:rPr>
        <w:t xml:space="preserve"> (Guo et al</w:t>
      </w:r>
      <w:r w:rsidRPr="00370B87">
        <w:rPr>
          <w:sz w:val="24"/>
        </w:rPr>
        <w:t>.,</w:t>
      </w:r>
      <w:r w:rsidRPr="00370B87">
        <w:rPr>
          <w:highlight w:val="yellow"/>
        </w:rPr>
        <w:t xml:space="preserve"> 2021; Hu et al., 2023; Jain et al., 2023; Kaur et al., 2021; Liu et al., 2022; Meena et al., 2020; Nakshine et al., 2022; Varadarajan et al., 2021; Xiang et al., 2022).</w:t>
      </w:r>
      <w:r w:rsidRPr="00370B87">
        <w:rPr>
          <w:sz w:val="24"/>
        </w:rPr>
        <w:t xml:space="preserve"> Although television may provide educational and prosocial benefits, students need the knowledge and skills to </w:t>
      </w:r>
      <w:r w:rsidRPr="00370B87">
        <w:rPr>
          <w:highlight w:val="yellow"/>
        </w:rPr>
        <w:t>recognise</w:t>
      </w:r>
      <w:r w:rsidRPr="00370B87">
        <w:rPr>
          <w:sz w:val="24"/>
        </w:rPr>
        <w:t xml:space="preserve"> harmful content, regulate viewing time, and make healthier media choices</w:t>
      </w:r>
      <w:r w:rsidRPr="00370B87">
        <w:rPr>
          <w:highlight w:val="yellow"/>
        </w:rPr>
        <w:t xml:space="preserve"> (Reid Chassiakos et al</w:t>
      </w:r>
      <w:r w:rsidRPr="00370B87">
        <w:rPr>
          <w:sz w:val="24"/>
        </w:rPr>
        <w:t>.</w:t>
      </w:r>
      <w:r w:rsidRPr="00370B87">
        <w:rPr>
          <w:highlight w:val="yellow"/>
        </w:rPr>
        <w:t>, 2016; TOI Lifestyle Desk, 2024).</w:t>
      </w:r>
    </w:p>
    <w:p w14:paraId="60A93EC8" w14:textId="77777777" w:rsidR="00072645" w:rsidRPr="00370B87" w:rsidRDefault="00000000">
      <w:pPr>
        <w:spacing w:after="0" w:line="360" w:lineRule="auto"/>
        <w:jc w:val="both"/>
        <w:rPr>
          <w:sz w:val="24"/>
        </w:rPr>
      </w:pPr>
      <w:r w:rsidRPr="00370B87">
        <w:rPr>
          <w:sz w:val="24"/>
          <w:highlight w:val="yellow"/>
        </w:rPr>
        <w:t>A descriptive survey of parents in Nigeria identified gaps in awareness of the health effects of prolonged screen exposure and in attitudes towards limiting children’s screen time</w:t>
      </w:r>
      <w:r w:rsidRPr="00370B87">
        <w:rPr>
          <w:highlight w:val="yellow"/>
        </w:rPr>
        <w:t xml:space="preserve"> (Ukwuani et al</w:t>
      </w:r>
      <w:r w:rsidRPr="00370B87">
        <w:rPr>
          <w:sz w:val="24"/>
          <w:highlight w:val="yellow"/>
        </w:rPr>
        <w:t>.</w:t>
      </w:r>
      <w:r w:rsidRPr="00370B87">
        <w:rPr>
          <w:highlight w:val="yellow"/>
        </w:rPr>
        <w:t>, 2026).</w:t>
      </w:r>
    </w:p>
    <w:p w14:paraId="57DA6EE6" w14:textId="77777777" w:rsidR="00863592" w:rsidRPr="00370B87" w:rsidRDefault="00DE38BC" w:rsidP="00863592">
      <w:pPr>
        <w:spacing w:after="0" w:line="360" w:lineRule="auto"/>
        <w:jc w:val="both"/>
        <w:rPr>
          <w:sz w:val="24"/>
        </w:rPr>
      </w:pPr>
      <w:r w:rsidRPr="00370B87">
        <w:rPr>
          <w:sz w:val="24"/>
        </w:rPr>
        <w:t xml:space="preserve">Planned teaching programmes are a practical nursing strategy for school health promotion. </w:t>
      </w:r>
      <w:r w:rsidRPr="00370B87">
        <w:rPr>
          <w:sz w:val="24"/>
          <w:highlight w:val="yellow"/>
        </w:rPr>
        <w:t>A systematic review of school-based interventions found that reductions in screen time were modest compared with reductions in problematic digital technology use, supporting the need to define intervention outcomes precisely</w:t>
      </w:r>
      <w:r w:rsidRPr="00370B87">
        <w:rPr>
          <w:highlight w:val="yellow"/>
        </w:rPr>
        <w:t xml:space="preserve"> (Žmavc et al</w:t>
      </w:r>
      <w:r w:rsidRPr="00370B87">
        <w:rPr>
          <w:sz w:val="24"/>
          <w:highlight w:val="yellow"/>
        </w:rPr>
        <w:t>.</w:t>
      </w:r>
      <w:r w:rsidRPr="00370B87">
        <w:rPr>
          <w:highlight w:val="yellow"/>
        </w:rPr>
        <w:t>, 2025).</w:t>
      </w:r>
      <w:r w:rsidRPr="00370B87">
        <w:rPr>
          <w:sz w:val="24"/>
          <w:highlight w:val="yellow"/>
        </w:rPr>
        <w:t xml:space="preserve"> However, the cited background evidence does not establish baseline knowledge </w:t>
      </w:r>
      <w:r w:rsidRPr="00370B87">
        <w:rPr>
          <w:highlight w:val="yellow"/>
        </w:rPr>
        <w:t>of</w:t>
      </w:r>
      <w:r w:rsidRPr="00370B87">
        <w:rPr>
          <w:sz w:val="24"/>
          <w:highlight w:val="yellow"/>
        </w:rPr>
        <w:t xml:space="preserve"> television-related behavioural influences among students in the </w:t>
      </w:r>
      <w:r w:rsidRPr="00370B87">
        <w:rPr>
          <w:sz w:val="24"/>
          <w:highlight w:val="yellow"/>
        </w:rPr>
        <w:lastRenderedPageBreak/>
        <w:t xml:space="preserve">selected Jaipur school or short-term </w:t>
      </w:r>
      <w:r w:rsidRPr="00370B87">
        <w:rPr>
          <w:highlight w:val="yellow"/>
        </w:rPr>
        <w:t xml:space="preserve">changes in </w:t>
      </w:r>
      <w:r w:rsidRPr="00370B87">
        <w:rPr>
          <w:sz w:val="24"/>
          <w:highlight w:val="yellow"/>
        </w:rPr>
        <w:t xml:space="preserve">knowledge following a planned teaching programme. </w:t>
      </w:r>
      <w:r w:rsidRPr="00370B87">
        <w:rPr>
          <w:sz w:val="24"/>
        </w:rPr>
        <w:t>The present study therefore evaluated whether a structured educational intervention could improve high school students’ knowledge regarding the influence of television on behavioural changes.</w:t>
      </w:r>
    </w:p>
    <w:p w14:paraId="71DD4B23" w14:textId="77777777" w:rsidR="00C6730D" w:rsidRPr="000D1D94" w:rsidRDefault="00DE38BC" w:rsidP="00863592">
      <w:pPr>
        <w:spacing w:after="0" w:line="360" w:lineRule="auto"/>
        <w:jc w:val="center"/>
        <w:rPr>
          <w:b/>
          <w:sz w:val="28"/>
        </w:rPr>
      </w:pPr>
      <w:r w:rsidRPr="000D1D94">
        <w:rPr>
          <w:b/>
          <w:sz w:val="24"/>
        </w:rPr>
        <w:t>2. AIM AND OBJECTIVES</w:t>
      </w:r>
    </w:p>
    <w:p w14:paraId="519878E5" w14:textId="77777777" w:rsidR="00C6730D" w:rsidRPr="000D1D94" w:rsidRDefault="00DE38BC" w:rsidP="00863592">
      <w:pPr>
        <w:spacing w:after="0" w:line="360" w:lineRule="auto"/>
        <w:jc w:val="both"/>
        <w:rPr>
          <w:sz w:val="24"/>
        </w:rPr>
      </w:pPr>
      <w:r w:rsidRPr="000D1D94">
        <w:rPr>
          <w:sz w:val="24"/>
        </w:rPr>
        <w:t xml:space="preserve">The aim of the study was to evaluate students’ knowledge regarding the influence of television on </w:t>
      </w:r>
      <w:proofErr w:type="spellStart"/>
      <w:r w:rsidRPr="000D1D94">
        <w:rPr>
          <w:sz w:val="24"/>
        </w:rPr>
        <w:t>behavioural</w:t>
      </w:r>
      <w:proofErr w:type="spellEnd"/>
      <w:r w:rsidRPr="000D1D94">
        <w:rPr>
          <w:sz w:val="24"/>
        </w:rPr>
        <w:t xml:space="preserve"> changes and determine the effectiveness of a planned teaching </w:t>
      </w:r>
      <w:proofErr w:type="spellStart"/>
      <w:r w:rsidRPr="000D1D94">
        <w:rPr>
          <w:sz w:val="24"/>
        </w:rPr>
        <w:t>programme</w:t>
      </w:r>
      <w:proofErr w:type="spellEnd"/>
      <w:r w:rsidRPr="000D1D94">
        <w:rPr>
          <w:sz w:val="24"/>
        </w:rPr>
        <w:t xml:space="preserve"> in improving that knowledge.</w:t>
      </w:r>
    </w:p>
    <w:p w14:paraId="6162DAB5" w14:textId="77777777" w:rsidR="00C6730D" w:rsidRPr="000D1D94" w:rsidRDefault="00DE38BC" w:rsidP="00863592">
      <w:pPr>
        <w:pStyle w:val="ListBullet"/>
        <w:spacing w:after="0" w:line="360" w:lineRule="auto"/>
        <w:jc w:val="both"/>
        <w:rPr>
          <w:sz w:val="24"/>
        </w:rPr>
      </w:pPr>
      <w:r w:rsidRPr="000D1D94">
        <w:rPr>
          <w:sz w:val="24"/>
        </w:rPr>
        <w:t xml:space="preserve">To assess pre-test knowledge regarding the influence of television on </w:t>
      </w:r>
      <w:proofErr w:type="spellStart"/>
      <w:r w:rsidRPr="000D1D94">
        <w:rPr>
          <w:sz w:val="24"/>
        </w:rPr>
        <w:t>behavioural</w:t>
      </w:r>
      <w:proofErr w:type="spellEnd"/>
      <w:r w:rsidRPr="000D1D94">
        <w:rPr>
          <w:sz w:val="24"/>
        </w:rPr>
        <w:t xml:space="preserve"> changes among high school students.</w:t>
      </w:r>
    </w:p>
    <w:p w14:paraId="286D32B6" w14:textId="77777777" w:rsidR="00C6730D" w:rsidRPr="000D1D94" w:rsidRDefault="00DE38BC" w:rsidP="00863592">
      <w:pPr>
        <w:pStyle w:val="ListBullet"/>
        <w:spacing w:after="40" w:line="360" w:lineRule="auto"/>
        <w:jc w:val="both"/>
        <w:rPr>
          <w:sz w:val="24"/>
        </w:rPr>
      </w:pPr>
      <w:r w:rsidRPr="000D1D94">
        <w:rPr>
          <w:sz w:val="24"/>
        </w:rPr>
        <w:t xml:space="preserve">To assess post-test knowledge regarding the influence of television on </w:t>
      </w:r>
      <w:proofErr w:type="spellStart"/>
      <w:r w:rsidRPr="000D1D94">
        <w:rPr>
          <w:sz w:val="24"/>
        </w:rPr>
        <w:t>behavioural</w:t>
      </w:r>
      <w:proofErr w:type="spellEnd"/>
      <w:r w:rsidRPr="000D1D94">
        <w:rPr>
          <w:sz w:val="24"/>
        </w:rPr>
        <w:t xml:space="preserve"> changes among high school students.</w:t>
      </w:r>
    </w:p>
    <w:p w14:paraId="003F4B9C" w14:textId="77777777" w:rsidR="00C6730D" w:rsidRPr="000D1D94" w:rsidRDefault="00DE38BC" w:rsidP="00863592">
      <w:pPr>
        <w:pStyle w:val="ListBullet"/>
        <w:spacing w:after="40" w:line="360" w:lineRule="auto"/>
        <w:jc w:val="both"/>
        <w:rPr>
          <w:sz w:val="24"/>
        </w:rPr>
      </w:pPr>
      <w:r w:rsidRPr="000D1D94">
        <w:rPr>
          <w:sz w:val="24"/>
        </w:rPr>
        <w:t>To compare pre-test and post-test knowledge scores.</w:t>
      </w:r>
    </w:p>
    <w:p w14:paraId="17444AD5" w14:textId="77777777" w:rsidR="00C6730D" w:rsidRPr="000D1D94" w:rsidRDefault="00DE38BC" w:rsidP="00863592">
      <w:pPr>
        <w:pStyle w:val="ListBullet"/>
        <w:spacing w:after="40" w:line="360" w:lineRule="auto"/>
        <w:jc w:val="both"/>
        <w:rPr>
          <w:sz w:val="24"/>
        </w:rPr>
      </w:pPr>
      <w:r w:rsidRPr="000D1D94">
        <w:rPr>
          <w:sz w:val="24"/>
        </w:rPr>
        <w:t xml:space="preserve">To evaluate the effectiveness of the planned teaching </w:t>
      </w:r>
      <w:proofErr w:type="spellStart"/>
      <w:r w:rsidRPr="000D1D94">
        <w:rPr>
          <w:sz w:val="24"/>
        </w:rPr>
        <w:t>programme</w:t>
      </w:r>
      <w:proofErr w:type="spellEnd"/>
      <w:r w:rsidRPr="000D1D94">
        <w:rPr>
          <w:sz w:val="24"/>
        </w:rPr>
        <w:t>.</w:t>
      </w:r>
    </w:p>
    <w:p w14:paraId="31F798D6" w14:textId="77777777" w:rsidR="00C6730D" w:rsidRPr="000D1D94" w:rsidRDefault="00DE38BC" w:rsidP="00863592">
      <w:pPr>
        <w:pStyle w:val="ListBullet"/>
        <w:spacing w:after="40" w:line="360" w:lineRule="auto"/>
        <w:jc w:val="both"/>
        <w:rPr>
          <w:sz w:val="24"/>
        </w:rPr>
      </w:pPr>
      <w:r w:rsidRPr="000D1D94">
        <w:rPr>
          <w:sz w:val="24"/>
        </w:rPr>
        <w:t>To determine the association between pre-test knowledge and selected demographic variables.</w:t>
      </w:r>
    </w:p>
    <w:p w14:paraId="02AF0838" w14:textId="77777777" w:rsidR="00C6730D" w:rsidRPr="000D1D94" w:rsidRDefault="00DE38BC" w:rsidP="00863592">
      <w:pPr>
        <w:pStyle w:val="Heading1"/>
        <w:spacing w:before="160" w:after="80"/>
        <w:jc w:val="center"/>
        <w:rPr>
          <w:color w:val="000000" w:themeColor="text1"/>
          <w:sz w:val="24"/>
          <w:szCs w:val="24"/>
        </w:rPr>
      </w:pPr>
      <w:r w:rsidRPr="000D1D94">
        <w:rPr>
          <w:rFonts w:ascii="Times New Roman" w:eastAsia="Times New Roman" w:hAnsi="Times New Roman"/>
          <w:color w:val="000000" w:themeColor="text1"/>
          <w:sz w:val="24"/>
          <w:szCs w:val="24"/>
        </w:rPr>
        <w:t>3. CONCEPTUAL FRAMEWORK</w:t>
      </w:r>
    </w:p>
    <w:p w14:paraId="0FDAF40F" w14:textId="77777777" w:rsidR="00C6730D" w:rsidRPr="000D1D94" w:rsidRDefault="00DE38BC" w:rsidP="00863592">
      <w:pPr>
        <w:spacing w:after="100" w:line="360" w:lineRule="auto"/>
        <w:jc w:val="both"/>
        <w:rPr>
          <w:sz w:val="24"/>
        </w:rPr>
      </w:pPr>
      <w:r w:rsidRPr="000D1D94">
        <w:rPr>
          <w:sz w:val="24"/>
        </w:rPr>
        <w:t xml:space="preserve">The study was guided by Ludwig von Bertalanffy’s General System Model. Baseline characteristics and pre-test knowledge were treated as input; the planned teaching </w:t>
      </w:r>
      <w:proofErr w:type="spellStart"/>
      <w:r w:rsidRPr="000D1D94">
        <w:rPr>
          <w:sz w:val="24"/>
        </w:rPr>
        <w:t>programme</w:t>
      </w:r>
      <w:proofErr w:type="spellEnd"/>
      <w:r w:rsidRPr="000D1D94">
        <w:rPr>
          <w:sz w:val="24"/>
        </w:rPr>
        <w:t xml:space="preserve"> represented the throughput process; post-test knowledge represented output; and the findings provided feedback regarding the effectiveness of the educational intervention.</w:t>
      </w:r>
    </w:p>
    <w:p w14:paraId="5DD1A144" w14:textId="77777777" w:rsidR="00C6730D" w:rsidRPr="000D1D94" w:rsidRDefault="00DE38BC">
      <w:pPr>
        <w:jc w:val="center"/>
      </w:pPr>
      <w:r w:rsidRPr="000D1D94">
        <w:rPr>
          <w:noProof/>
          <w:lang w:val="en-IN" w:eastAsia="en-IN"/>
        </w:rPr>
        <w:lastRenderedPageBreak/>
        <w:drawing>
          <wp:inline distT="0" distB="0" distL="0" distR="0" wp14:anchorId="5A9F3B7F" wp14:editId="29BA558C">
            <wp:extent cx="5939791" cy="50768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ptual_framework.png"/>
                    <pic:cNvPicPr/>
                  </pic:nvPicPr>
                  <pic:blipFill>
                    <a:blip r:embed="rId8"/>
                    <a:stretch>
                      <a:fillRect/>
                    </a:stretch>
                  </pic:blipFill>
                  <pic:spPr>
                    <a:xfrm>
                      <a:off x="0" y="0"/>
                      <a:ext cx="5943600" cy="5080080"/>
                    </a:xfrm>
                    <a:prstGeom prst="rect">
                      <a:avLst/>
                    </a:prstGeom>
                  </pic:spPr>
                </pic:pic>
              </a:graphicData>
            </a:graphic>
          </wp:inline>
        </w:drawing>
      </w:r>
    </w:p>
    <w:p w14:paraId="4E2498ED" w14:textId="77777777" w:rsidR="00C6730D" w:rsidRPr="000D1D94" w:rsidRDefault="00DE38BC">
      <w:pPr>
        <w:jc w:val="center"/>
        <w:rPr>
          <w:b/>
          <w:sz w:val="32"/>
        </w:rPr>
      </w:pPr>
      <w:r w:rsidRPr="000D1D94">
        <w:rPr>
          <w:b/>
          <w:sz w:val="24"/>
        </w:rPr>
        <w:t>Figure 1. Conceptual framework based on the General System Model.</w:t>
      </w:r>
    </w:p>
    <w:p w14:paraId="6D0B9329" w14:textId="77777777" w:rsidR="00C6730D" w:rsidRPr="000D1D94" w:rsidRDefault="00DE38BC" w:rsidP="00086601">
      <w:pPr>
        <w:pStyle w:val="Heading1"/>
        <w:spacing w:before="0" w:line="360" w:lineRule="auto"/>
        <w:jc w:val="center"/>
        <w:rPr>
          <w:color w:val="000000" w:themeColor="text1"/>
          <w:sz w:val="24"/>
          <w:szCs w:val="24"/>
        </w:rPr>
      </w:pPr>
      <w:r w:rsidRPr="000D1D94">
        <w:rPr>
          <w:rFonts w:ascii="Times New Roman" w:eastAsia="Times New Roman" w:hAnsi="Times New Roman"/>
          <w:color w:val="000000" w:themeColor="text1"/>
          <w:sz w:val="24"/>
          <w:szCs w:val="24"/>
        </w:rPr>
        <w:t>4. MATERIALS AND METHODS</w:t>
      </w:r>
    </w:p>
    <w:p w14:paraId="70198EA4" w14:textId="77777777" w:rsidR="00C6730D" w:rsidRPr="000D1D94" w:rsidRDefault="00DE38BC" w:rsidP="00086601">
      <w:pPr>
        <w:pStyle w:val="Heading2"/>
        <w:spacing w:before="0" w:line="360" w:lineRule="auto"/>
        <w:jc w:val="both"/>
        <w:rPr>
          <w:sz w:val="24"/>
          <w:szCs w:val="24"/>
        </w:rPr>
      </w:pPr>
      <w:r w:rsidRPr="000D1D94">
        <w:rPr>
          <w:rFonts w:ascii="Times New Roman" w:eastAsia="Times New Roman" w:hAnsi="Times New Roman"/>
          <w:color w:val="000000" w:themeColor="text1"/>
          <w:sz w:val="24"/>
          <w:szCs w:val="24"/>
        </w:rPr>
        <w:t>4.1 Research approach and design</w:t>
      </w:r>
    </w:p>
    <w:p w14:paraId="1F82286F" w14:textId="77777777" w:rsidR="00C6730D" w:rsidRPr="000D1D94" w:rsidRDefault="00DE38BC" w:rsidP="00863592">
      <w:pPr>
        <w:spacing w:after="0" w:line="360" w:lineRule="auto"/>
        <w:jc w:val="both"/>
      </w:pPr>
      <w:r>
        <w:rPr>
          <w:sz w:val="24"/>
        </w:rPr>
        <w:t xml:space="preserve">A quantitative evaluative approach was adopted. The study used a pre-experimental one-group pre-test–post-test design (O1–X–O2), with manipulation of the independent variable but no </w:t>
      </w:r>
      <w:r>
        <w:rPr>
          <w:highlight w:val="yellow"/>
        </w:rPr>
        <w:t>randomisation</w:t>
      </w:r>
      <w:r>
        <w:rPr>
          <w:sz w:val="24"/>
        </w:rPr>
        <w:t xml:space="preserve"> and no control group</w:t>
      </w:r>
      <w:r>
        <w:rPr>
          <w:highlight w:val="yellow"/>
        </w:rPr>
        <w:t xml:space="preserve"> (Polit &amp; Beck, 2004)</w:t>
      </w:r>
      <w:r>
        <w:t>.</w:t>
      </w:r>
    </w:p>
    <w:p w14:paraId="5F55F1BB" w14:textId="77777777" w:rsidR="00C6730D" w:rsidRPr="000D1D94" w:rsidRDefault="00863592" w:rsidP="00086601">
      <w:pPr>
        <w:spacing w:after="0" w:line="360" w:lineRule="auto"/>
        <w:jc w:val="both"/>
      </w:pPr>
      <w:r w:rsidRPr="000D1D94">
        <w:rPr>
          <w:noProof/>
          <w:lang w:val="en-IN" w:eastAsia="en-IN"/>
        </w:rPr>
        <w:lastRenderedPageBreak/>
        <w:drawing>
          <wp:inline distT="0" distB="0" distL="0" distR="0" wp14:anchorId="4D89B2F9" wp14:editId="36A3C636">
            <wp:extent cx="6353174" cy="5838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_design.png"/>
                    <pic:cNvPicPr/>
                  </pic:nvPicPr>
                  <pic:blipFill>
                    <a:blip r:embed="rId9"/>
                    <a:stretch>
                      <a:fillRect/>
                    </a:stretch>
                  </pic:blipFill>
                  <pic:spPr>
                    <a:xfrm>
                      <a:off x="0" y="0"/>
                      <a:ext cx="6349232" cy="5835203"/>
                    </a:xfrm>
                    <a:prstGeom prst="rect">
                      <a:avLst/>
                    </a:prstGeom>
                  </pic:spPr>
                </pic:pic>
              </a:graphicData>
            </a:graphic>
          </wp:inline>
        </w:drawing>
      </w:r>
    </w:p>
    <w:p w14:paraId="7F2770BE" w14:textId="77777777" w:rsidR="00C6730D" w:rsidRPr="000D1D94" w:rsidRDefault="00DE38BC">
      <w:pPr>
        <w:jc w:val="center"/>
        <w:rPr>
          <w:b/>
          <w:sz w:val="32"/>
        </w:rPr>
      </w:pPr>
      <w:r w:rsidRPr="000D1D94">
        <w:rPr>
          <w:b/>
          <w:sz w:val="24"/>
        </w:rPr>
        <w:t>Figure 2. Schematic representation of the research design and study flow.</w:t>
      </w:r>
    </w:p>
    <w:p w14:paraId="271D12C0"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4.2 Setting, population, sample, and sampling</w:t>
      </w:r>
    </w:p>
    <w:p w14:paraId="21650E9E" w14:textId="77777777" w:rsidR="00C6730D" w:rsidRPr="000D1D94" w:rsidRDefault="00DE38BC" w:rsidP="00086601">
      <w:pPr>
        <w:spacing w:after="0" w:line="360" w:lineRule="auto"/>
        <w:jc w:val="both"/>
        <w:rPr>
          <w:color w:val="000000" w:themeColor="text1"/>
          <w:sz w:val="24"/>
          <w:szCs w:val="24"/>
        </w:rPr>
      </w:pPr>
      <w:r>
        <w:rPr>
          <w:color w:val="000000"/>
          <w:sz w:val="24"/>
        </w:rPr>
        <w:t xml:space="preserve">The study was conducted in a selected high school in Jaipur, Rajasthan. The target population comprised high school students, and the accessible population comprised students attending the selected school. A sample of 60 students was selected using purposive sampling. The dissertation abstract identifies participants as </w:t>
      </w:r>
      <w:r>
        <w:rPr>
          <w:highlight w:val="yellow"/>
        </w:rPr>
        <w:t xml:space="preserve">being </w:t>
      </w:r>
      <w:r>
        <w:rPr>
          <w:color w:val="000000"/>
          <w:sz w:val="24"/>
        </w:rPr>
        <w:t>14–18 years of age and of both sexes. Participants were required to be regular students, willing to participate, available during data collection, and able to understand English or Hindi.</w:t>
      </w:r>
    </w:p>
    <w:p w14:paraId="3CEE8616" w14:textId="77777777" w:rsidR="00086601" w:rsidRPr="000D1D94" w:rsidRDefault="00086601" w:rsidP="00086601">
      <w:pPr>
        <w:spacing w:after="0" w:line="360" w:lineRule="auto"/>
        <w:jc w:val="both"/>
        <w:rPr>
          <w:color w:val="000000" w:themeColor="text1"/>
          <w:sz w:val="24"/>
          <w:szCs w:val="24"/>
        </w:rPr>
      </w:pPr>
    </w:p>
    <w:p w14:paraId="259AC6CC"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lastRenderedPageBreak/>
        <w:t>4.3 Variables</w:t>
      </w:r>
    </w:p>
    <w:p w14:paraId="3DC93A8E" w14:textId="77777777" w:rsidR="00C6730D" w:rsidRPr="000D1D94" w:rsidRDefault="00DE38BC" w:rsidP="00086601">
      <w:pPr>
        <w:spacing w:after="0" w:line="360" w:lineRule="auto"/>
        <w:jc w:val="both"/>
        <w:rPr>
          <w:color w:val="000000" w:themeColor="text1"/>
          <w:sz w:val="24"/>
          <w:szCs w:val="24"/>
        </w:rPr>
      </w:pPr>
      <w:r w:rsidRPr="000D1D94">
        <w:rPr>
          <w:color w:val="000000" w:themeColor="text1"/>
          <w:sz w:val="24"/>
          <w:szCs w:val="24"/>
        </w:rPr>
        <w:t xml:space="preserve">The independent variable was the planned teaching </w:t>
      </w:r>
      <w:proofErr w:type="spellStart"/>
      <w:r w:rsidRPr="000D1D94">
        <w:rPr>
          <w:color w:val="000000" w:themeColor="text1"/>
          <w:sz w:val="24"/>
          <w:szCs w:val="24"/>
        </w:rPr>
        <w:t>programme</w:t>
      </w:r>
      <w:proofErr w:type="spellEnd"/>
      <w:r w:rsidRPr="000D1D94">
        <w:rPr>
          <w:color w:val="000000" w:themeColor="text1"/>
          <w:sz w:val="24"/>
          <w:szCs w:val="24"/>
        </w:rPr>
        <w:t xml:space="preserve"> regarding the influence of television on </w:t>
      </w:r>
      <w:proofErr w:type="spellStart"/>
      <w:r w:rsidRPr="000D1D94">
        <w:rPr>
          <w:color w:val="000000" w:themeColor="text1"/>
          <w:sz w:val="24"/>
          <w:szCs w:val="24"/>
        </w:rPr>
        <w:t>behavioural</w:t>
      </w:r>
      <w:proofErr w:type="spellEnd"/>
      <w:r w:rsidRPr="000D1D94">
        <w:rPr>
          <w:color w:val="000000" w:themeColor="text1"/>
          <w:sz w:val="24"/>
          <w:szCs w:val="24"/>
        </w:rPr>
        <w:t xml:space="preserve"> changes. The dependent variable was students’ knowledge regarding the influence of television on </w:t>
      </w:r>
      <w:proofErr w:type="spellStart"/>
      <w:r w:rsidRPr="000D1D94">
        <w:rPr>
          <w:color w:val="000000" w:themeColor="text1"/>
          <w:sz w:val="24"/>
          <w:szCs w:val="24"/>
        </w:rPr>
        <w:t>behavioural</w:t>
      </w:r>
      <w:proofErr w:type="spellEnd"/>
      <w:r w:rsidRPr="000D1D94">
        <w:rPr>
          <w:color w:val="000000" w:themeColor="text1"/>
          <w:sz w:val="24"/>
          <w:szCs w:val="24"/>
        </w:rPr>
        <w:t xml:space="preserve"> changes. Demographic and television-viewing characteristics were treated as background variables.</w:t>
      </w:r>
    </w:p>
    <w:p w14:paraId="6BD82722"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4.4 Instrument</w:t>
      </w:r>
    </w:p>
    <w:p w14:paraId="5E62437A" w14:textId="77777777" w:rsidR="00C6730D" w:rsidRPr="000D1D94" w:rsidRDefault="00DE38BC" w:rsidP="007C4225">
      <w:pPr>
        <w:spacing w:after="0" w:line="360" w:lineRule="auto"/>
        <w:jc w:val="both"/>
        <w:rPr>
          <w:color w:val="000000" w:themeColor="text1"/>
          <w:sz w:val="24"/>
          <w:szCs w:val="24"/>
        </w:rPr>
      </w:pPr>
      <w:r>
        <w:rPr>
          <w:color w:val="000000"/>
          <w:sz w:val="24"/>
        </w:rPr>
        <w:t xml:space="preserve">Data were collected using a self-structured tool consisting of demographic/television-viewing items and a 25-item multiple-choice knowledge questionnaire. Each correct response </w:t>
      </w:r>
      <w:r>
        <w:rPr>
          <w:highlight w:val="yellow"/>
        </w:rPr>
        <w:t>was awarded</w:t>
      </w:r>
      <w:r>
        <w:rPr>
          <w:color w:val="000000"/>
          <w:sz w:val="24"/>
        </w:rPr>
        <w:t xml:space="preserve"> one mark</w:t>
      </w:r>
      <w:r>
        <w:rPr>
          <w:highlight w:val="yellow"/>
        </w:rPr>
        <w:t>,</w:t>
      </w:r>
      <w:r>
        <w:rPr>
          <w:color w:val="000000"/>
          <w:sz w:val="24"/>
        </w:rPr>
        <w:t xml:space="preserve"> </w:t>
      </w:r>
      <w:r>
        <w:rPr>
          <w:highlight w:val="yellow"/>
        </w:rPr>
        <w:t>whereas</w:t>
      </w:r>
      <w:r>
        <w:rPr>
          <w:color w:val="000000"/>
          <w:sz w:val="24"/>
        </w:rPr>
        <w:t xml:space="preserve"> each incorrect response </w:t>
      </w:r>
      <w:r>
        <w:rPr>
          <w:highlight w:val="yellow"/>
        </w:rPr>
        <w:t>was awarded</w:t>
      </w:r>
      <w:r>
        <w:rPr>
          <w:color w:val="000000"/>
          <w:sz w:val="24"/>
        </w:rPr>
        <w:t xml:space="preserve"> zero, giving a possible total score of 0–25. The outcome analysis </w:t>
      </w:r>
      <w:r>
        <w:rPr>
          <w:highlight w:val="yellow"/>
        </w:rPr>
        <w:t>categorised</w:t>
      </w:r>
      <w:r>
        <w:rPr>
          <w:color w:val="000000"/>
          <w:sz w:val="24"/>
        </w:rPr>
        <w:t xml:space="preserve"> knowledge as poor (0–13), average (14–18), or good (19–25). Content validity was established through review by five experts from Child Health Nursing. Split-half reliability, calculated using Karl Pearson’s correlation method during tool testing, was reported as 0.82.</w:t>
      </w:r>
    </w:p>
    <w:p w14:paraId="7AC39089"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 xml:space="preserve">4.5 Planned teaching </w:t>
      </w:r>
      <w:proofErr w:type="spellStart"/>
      <w:r w:rsidRPr="000D1D94">
        <w:rPr>
          <w:rFonts w:ascii="Times New Roman" w:eastAsia="Times New Roman" w:hAnsi="Times New Roman"/>
          <w:color w:val="000000" w:themeColor="text1"/>
          <w:sz w:val="24"/>
          <w:szCs w:val="24"/>
        </w:rPr>
        <w:t>programme</w:t>
      </w:r>
      <w:proofErr w:type="spellEnd"/>
    </w:p>
    <w:p w14:paraId="3B8CC338" w14:textId="77777777" w:rsidR="00C6730D" w:rsidRPr="000D1D94" w:rsidRDefault="00DE38BC" w:rsidP="007C4225">
      <w:pPr>
        <w:spacing w:after="0" w:line="360" w:lineRule="auto"/>
        <w:jc w:val="both"/>
        <w:rPr>
          <w:color w:val="000000" w:themeColor="text1"/>
          <w:sz w:val="24"/>
          <w:szCs w:val="24"/>
        </w:rPr>
      </w:pPr>
      <w:r>
        <w:rPr>
          <w:color w:val="000000"/>
          <w:sz w:val="24"/>
        </w:rPr>
        <w:t xml:space="preserve">The planned teaching programme was developed from the study objectives, </w:t>
      </w:r>
      <w:r>
        <w:rPr>
          <w:highlight w:val="yellow"/>
        </w:rPr>
        <w:t xml:space="preserve">a </w:t>
      </w:r>
      <w:r>
        <w:rPr>
          <w:color w:val="000000"/>
          <w:sz w:val="24"/>
        </w:rPr>
        <w:t>review of</w:t>
      </w:r>
      <w:r>
        <w:rPr>
          <w:highlight w:val="yellow"/>
        </w:rPr>
        <w:t xml:space="preserve"> the</w:t>
      </w:r>
      <w:r>
        <w:rPr>
          <w:color w:val="000000"/>
          <w:sz w:val="24"/>
        </w:rPr>
        <w:t xml:space="preserve"> literature, expert consultation, and </w:t>
      </w:r>
      <w:r>
        <w:rPr>
          <w:highlight w:val="yellow"/>
        </w:rPr>
        <w:t xml:space="preserve">the </w:t>
      </w:r>
      <w:r>
        <w:rPr>
          <w:color w:val="000000"/>
          <w:sz w:val="24"/>
        </w:rPr>
        <w:t>investigator</w:t>
      </w:r>
      <w:r>
        <w:rPr>
          <w:highlight w:val="yellow"/>
        </w:rPr>
        <w:t>’s</w:t>
      </w:r>
      <w:r>
        <w:rPr>
          <w:color w:val="000000"/>
          <w:sz w:val="24"/>
        </w:rPr>
        <w:t xml:space="preserve"> experience. It was prepared in English and Hindi and focused on the influence of television on behaviour, beneficial and harmful effects of television exposure, and strategies to reduce negative effects. The teaching content was reviewed by experts and modified according to their suggestions.</w:t>
      </w:r>
    </w:p>
    <w:p w14:paraId="222A011B"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4.6 Pilot study</w:t>
      </w:r>
    </w:p>
    <w:p w14:paraId="40792068" w14:textId="77777777" w:rsidR="00C6730D" w:rsidRPr="000D1D94" w:rsidRDefault="00DE38BC" w:rsidP="007C4225">
      <w:pPr>
        <w:spacing w:after="0" w:line="360" w:lineRule="auto"/>
        <w:jc w:val="both"/>
        <w:rPr>
          <w:color w:val="000000" w:themeColor="text1"/>
          <w:sz w:val="24"/>
          <w:szCs w:val="24"/>
        </w:rPr>
      </w:pPr>
      <w:r>
        <w:rPr>
          <w:color w:val="000000"/>
          <w:sz w:val="24"/>
        </w:rPr>
        <w:t xml:space="preserve">A pilot study was conducted from 22 October 2024 to 9 November 2024 at Government Senior Secondary School, Khowarani Ji, Jamwaramgarh, Jaipur, with six students (10% of the main sample). Purposive sampling was used. Participants completed the pre-test, received the planned teaching programme, and completed a post-test on the seventh day. The pilot </w:t>
      </w:r>
      <w:r>
        <w:rPr>
          <w:highlight w:val="yellow"/>
        </w:rPr>
        <w:t xml:space="preserve">study </w:t>
      </w:r>
      <w:r>
        <w:rPr>
          <w:color w:val="000000"/>
          <w:sz w:val="24"/>
        </w:rPr>
        <w:t>indicated that the procedures were feasible.</w:t>
      </w:r>
    </w:p>
    <w:p w14:paraId="01DD0715"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4.7 Data collection procedure</w:t>
      </w:r>
    </w:p>
    <w:p w14:paraId="1765672E" w14:textId="77777777" w:rsidR="00C6730D" w:rsidRPr="000D1D94" w:rsidRDefault="00DE38BC" w:rsidP="007C4225">
      <w:pPr>
        <w:spacing w:after="0" w:line="360" w:lineRule="auto"/>
        <w:jc w:val="both"/>
        <w:rPr>
          <w:color w:val="000000" w:themeColor="text1"/>
          <w:sz w:val="24"/>
          <w:szCs w:val="24"/>
        </w:rPr>
      </w:pPr>
      <w:r w:rsidRPr="000D1D94">
        <w:rPr>
          <w:color w:val="000000" w:themeColor="text1"/>
          <w:sz w:val="24"/>
          <w:szCs w:val="24"/>
        </w:rPr>
        <w:t xml:space="preserve">Formal permission was obtained from the principal of the selected high school. The main study was conducted from 16 April 2025 to 10 May 2025. The investigator explained the purpose of the study, obtained written consent, assured confidentiality, and administered the pre-test. The planned teaching </w:t>
      </w:r>
      <w:proofErr w:type="spellStart"/>
      <w:r w:rsidRPr="000D1D94">
        <w:rPr>
          <w:color w:val="000000" w:themeColor="text1"/>
          <w:sz w:val="24"/>
          <w:szCs w:val="24"/>
        </w:rPr>
        <w:t>programme</w:t>
      </w:r>
      <w:proofErr w:type="spellEnd"/>
      <w:r w:rsidRPr="000D1D94">
        <w:rPr>
          <w:color w:val="000000" w:themeColor="text1"/>
          <w:sz w:val="24"/>
          <w:szCs w:val="24"/>
        </w:rPr>
        <w:t xml:space="preserve"> was delivered on the same day. The same knowledge questionnaire was used for the post-test five days later.</w:t>
      </w:r>
    </w:p>
    <w:p w14:paraId="28340C2F" w14:textId="77777777" w:rsidR="00086601" w:rsidRPr="000D1D94" w:rsidRDefault="00086601" w:rsidP="00086601">
      <w:pPr>
        <w:spacing w:after="0" w:line="360" w:lineRule="auto"/>
        <w:ind w:firstLine="360"/>
        <w:jc w:val="both"/>
        <w:rPr>
          <w:color w:val="000000" w:themeColor="text1"/>
          <w:sz w:val="24"/>
          <w:szCs w:val="24"/>
        </w:rPr>
      </w:pPr>
    </w:p>
    <w:p w14:paraId="6FC42197"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lastRenderedPageBreak/>
        <w:t>4.8 Statistical analysis</w:t>
      </w:r>
    </w:p>
    <w:p w14:paraId="524998BD" w14:textId="77777777" w:rsidR="00086601" w:rsidRPr="000D1D94" w:rsidRDefault="00DE38BC" w:rsidP="007C4225">
      <w:pPr>
        <w:spacing w:after="0" w:line="360" w:lineRule="auto"/>
        <w:jc w:val="both"/>
        <w:rPr>
          <w:color w:val="000000" w:themeColor="text1"/>
          <w:sz w:val="24"/>
          <w:szCs w:val="24"/>
        </w:rPr>
      </w:pPr>
      <w:r>
        <w:rPr>
          <w:color w:val="000000"/>
          <w:sz w:val="24"/>
        </w:rPr>
        <w:t xml:space="preserve">Demographic data were </w:t>
      </w:r>
      <w:r>
        <w:rPr>
          <w:highlight w:val="yellow"/>
        </w:rPr>
        <w:t>summarised</w:t>
      </w:r>
      <w:r>
        <w:rPr>
          <w:color w:val="000000"/>
          <w:sz w:val="24"/>
        </w:rPr>
        <w:t xml:space="preserve"> using </w:t>
      </w:r>
      <w:r>
        <w:rPr>
          <w:highlight w:val="yellow"/>
        </w:rPr>
        <w:t>frequencies</w:t>
      </w:r>
      <w:r>
        <w:rPr>
          <w:color w:val="000000"/>
          <w:sz w:val="24"/>
        </w:rPr>
        <w:t xml:space="preserve"> and </w:t>
      </w:r>
      <w:r>
        <w:rPr>
          <w:highlight w:val="yellow"/>
        </w:rPr>
        <w:t>percentages</w:t>
      </w:r>
      <w:r>
        <w:rPr>
          <w:color w:val="000000"/>
          <w:sz w:val="24"/>
        </w:rPr>
        <w:t>. Mean and standard deviation were used for knowledge scores. A paired t</w:t>
      </w:r>
      <w:r>
        <w:rPr>
          <w:highlight w:val="yellow"/>
        </w:rPr>
        <w:t>-</w:t>
      </w:r>
      <w:r>
        <w:rPr>
          <w:color w:val="000000"/>
          <w:sz w:val="24"/>
        </w:rPr>
        <w:t>test evaluated the difference between pre-test and post-test scores. Chi-square tests examined associations between pre-test knowledge grade and selected demographic variables. Statistical significance was considered at p</w:t>
      </w:r>
      <w:r>
        <w:rPr>
          <w:highlight w:val="yellow"/>
        </w:rPr>
        <w:t xml:space="preserve"> </w:t>
      </w:r>
      <w:r>
        <w:rPr>
          <w:color w:val="000000"/>
          <w:sz w:val="24"/>
        </w:rPr>
        <w:t>&lt;</w:t>
      </w:r>
      <w:r>
        <w:rPr>
          <w:highlight w:val="yellow"/>
        </w:rPr>
        <w:t xml:space="preserve"> </w:t>
      </w:r>
      <w:r>
        <w:rPr>
          <w:color w:val="000000"/>
          <w:sz w:val="24"/>
        </w:rPr>
        <w:t>0.05.</w:t>
      </w:r>
    </w:p>
    <w:p w14:paraId="6C75604D" w14:textId="77777777" w:rsidR="00C6730D" w:rsidRPr="000D1D94" w:rsidRDefault="00DE38BC" w:rsidP="00086601">
      <w:pPr>
        <w:spacing w:after="0" w:line="360" w:lineRule="auto"/>
        <w:ind w:firstLine="360"/>
        <w:jc w:val="center"/>
        <w:rPr>
          <w:b/>
          <w:color w:val="000000" w:themeColor="text1"/>
          <w:sz w:val="24"/>
          <w:szCs w:val="24"/>
        </w:rPr>
      </w:pPr>
      <w:r w:rsidRPr="000D1D94">
        <w:rPr>
          <w:b/>
          <w:sz w:val="24"/>
          <w:szCs w:val="24"/>
        </w:rPr>
        <w:t>5. RESULTS</w:t>
      </w:r>
      <w:r w:rsidR="0086438C">
        <w:rPr>
          <w:b/>
          <w:sz w:val="24"/>
          <w:szCs w:val="24"/>
        </w:rPr>
        <w:t xml:space="preserve"> AND </w:t>
      </w:r>
      <w:r w:rsidR="0086438C" w:rsidRPr="0086438C">
        <w:rPr>
          <w:b/>
          <w:sz w:val="24"/>
          <w:szCs w:val="24"/>
        </w:rPr>
        <w:t>DISCUSSION</w:t>
      </w:r>
    </w:p>
    <w:p w14:paraId="6DFC5B69" w14:textId="77777777" w:rsidR="00C6730D" w:rsidRPr="000D1D94" w:rsidRDefault="00DE38BC">
      <w:pPr>
        <w:pStyle w:val="Heading2"/>
        <w:spacing w:before="160" w:after="80"/>
      </w:pPr>
      <w:r w:rsidRPr="000D1D94">
        <w:rPr>
          <w:rFonts w:ascii="Times New Roman" w:eastAsia="Times New Roman" w:hAnsi="Times New Roman"/>
          <w:color w:val="000000" w:themeColor="text1"/>
        </w:rPr>
        <w:t>5.1 Participant characteristics and television-viewing profil</w:t>
      </w:r>
      <w:r w:rsidRPr="000D1D94">
        <w:rPr>
          <w:rFonts w:ascii="Times New Roman" w:eastAsia="Times New Roman" w:hAnsi="Times New Roman"/>
        </w:rPr>
        <w:t>e</w:t>
      </w:r>
    </w:p>
    <w:tbl>
      <w:tblPr>
        <w:tblStyle w:val="TableGrid"/>
        <w:tblW w:w="0" w:type="auto"/>
        <w:jc w:val="center"/>
        <w:tblLook w:val="04A0" w:firstRow="1" w:lastRow="0" w:firstColumn="1" w:lastColumn="0" w:noHBand="0" w:noVBand="1"/>
      </w:tblPr>
      <w:tblGrid>
        <w:gridCol w:w="2694"/>
        <w:gridCol w:w="2693"/>
        <w:gridCol w:w="4549"/>
      </w:tblGrid>
      <w:tr w:rsidR="00C6730D" w:rsidRPr="000D1D94" w14:paraId="6958670A" w14:textId="77777777" w:rsidTr="00086601">
        <w:trPr>
          <w:jc w:val="center"/>
        </w:trPr>
        <w:tc>
          <w:tcPr>
            <w:tcW w:w="2694" w:type="dxa"/>
            <w:shd w:val="clear" w:color="auto" w:fill="D9EAF7"/>
            <w:vAlign w:val="center"/>
          </w:tcPr>
          <w:p w14:paraId="054BCBA7" w14:textId="77777777" w:rsidR="00C6730D" w:rsidRPr="000D1D94" w:rsidRDefault="00DE38BC" w:rsidP="00086601">
            <w:pPr>
              <w:spacing w:line="360" w:lineRule="auto"/>
              <w:rPr>
                <w:sz w:val="24"/>
                <w:szCs w:val="24"/>
              </w:rPr>
            </w:pPr>
            <w:r w:rsidRPr="000D1D94">
              <w:rPr>
                <w:b/>
                <w:sz w:val="24"/>
                <w:szCs w:val="24"/>
              </w:rPr>
              <w:t>Variable</w:t>
            </w:r>
          </w:p>
        </w:tc>
        <w:tc>
          <w:tcPr>
            <w:tcW w:w="2693" w:type="dxa"/>
            <w:shd w:val="clear" w:color="auto" w:fill="D9EAF7"/>
            <w:vAlign w:val="center"/>
          </w:tcPr>
          <w:p w14:paraId="47D06690" w14:textId="77777777" w:rsidR="00C6730D" w:rsidRPr="000D1D94" w:rsidRDefault="00DE38BC" w:rsidP="00086601">
            <w:pPr>
              <w:spacing w:line="360" w:lineRule="auto"/>
              <w:rPr>
                <w:sz w:val="24"/>
                <w:szCs w:val="24"/>
              </w:rPr>
            </w:pPr>
            <w:r w:rsidRPr="000D1D94">
              <w:rPr>
                <w:b/>
                <w:sz w:val="24"/>
                <w:szCs w:val="24"/>
              </w:rPr>
              <w:t>Category</w:t>
            </w:r>
          </w:p>
        </w:tc>
        <w:tc>
          <w:tcPr>
            <w:tcW w:w="4549" w:type="dxa"/>
            <w:shd w:val="clear" w:color="auto" w:fill="D9EAF7"/>
            <w:vAlign w:val="center"/>
          </w:tcPr>
          <w:p w14:paraId="20FB7230" w14:textId="77777777" w:rsidR="00C6730D" w:rsidRPr="000D1D94" w:rsidRDefault="00DE38BC" w:rsidP="00086601">
            <w:pPr>
              <w:spacing w:line="360" w:lineRule="auto"/>
              <w:rPr>
                <w:sz w:val="24"/>
                <w:szCs w:val="24"/>
              </w:rPr>
            </w:pPr>
            <w:r w:rsidRPr="000D1D94">
              <w:rPr>
                <w:b/>
                <w:sz w:val="24"/>
                <w:szCs w:val="24"/>
              </w:rPr>
              <w:t>n (%)</w:t>
            </w:r>
          </w:p>
        </w:tc>
      </w:tr>
      <w:tr w:rsidR="00086601" w:rsidRPr="000D1D94" w14:paraId="41BEA66D" w14:textId="77777777" w:rsidTr="00086601">
        <w:trPr>
          <w:jc w:val="center"/>
        </w:trPr>
        <w:tc>
          <w:tcPr>
            <w:tcW w:w="2694" w:type="dxa"/>
            <w:vMerge w:val="restart"/>
            <w:vAlign w:val="center"/>
          </w:tcPr>
          <w:p w14:paraId="7F75CF08" w14:textId="77777777" w:rsidR="00086601" w:rsidRPr="000D1D94" w:rsidRDefault="00086601" w:rsidP="00086601">
            <w:pPr>
              <w:spacing w:line="360" w:lineRule="auto"/>
              <w:rPr>
                <w:sz w:val="24"/>
                <w:szCs w:val="24"/>
              </w:rPr>
            </w:pPr>
            <w:r w:rsidRPr="000D1D94">
              <w:rPr>
                <w:sz w:val="24"/>
                <w:szCs w:val="24"/>
              </w:rPr>
              <w:t>Age</w:t>
            </w:r>
          </w:p>
        </w:tc>
        <w:tc>
          <w:tcPr>
            <w:tcW w:w="2693" w:type="dxa"/>
            <w:vAlign w:val="center"/>
          </w:tcPr>
          <w:p w14:paraId="65947564" w14:textId="77777777" w:rsidR="00086601" w:rsidRPr="000D1D94" w:rsidRDefault="00086601" w:rsidP="00086601">
            <w:pPr>
              <w:spacing w:line="360" w:lineRule="auto"/>
              <w:rPr>
                <w:sz w:val="24"/>
                <w:szCs w:val="24"/>
              </w:rPr>
            </w:pPr>
            <w:r w:rsidRPr="000D1D94">
              <w:rPr>
                <w:sz w:val="24"/>
                <w:szCs w:val="24"/>
              </w:rPr>
              <w:t>&lt;16 years</w:t>
            </w:r>
          </w:p>
        </w:tc>
        <w:tc>
          <w:tcPr>
            <w:tcW w:w="4549" w:type="dxa"/>
            <w:vAlign w:val="center"/>
          </w:tcPr>
          <w:p w14:paraId="0B68778A" w14:textId="77777777" w:rsidR="00086601" w:rsidRPr="000D1D94" w:rsidRDefault="00086601" w:rsidP="00086601">
            <w:pPr>
              <w:spacing w:line="360" w:lineRule="auto"/>
              <w:rPr>
                <w:sz w:val="24"/>
                <w:szCs w:val="24"/>
              </w:rPr>
            </w:pPr>
            <w:r w:rsidRPr="000D1D94">
              <w:rPr>
                <w:sz w:val="24"/>
                <w:szCs w:val="24"/>
              </w:rPr>
              <w:t>45 (75.0)</w:t>
            </w:r>
          </w:p>
        </w:tc>
      </w:tr>
      <w:tr w:rsidR="00086601" w:rsidRPr="000D1D94" w14:paraId="63C32365" w14:textId="77777777" w:rsidTr="00086601">
        <w:trPr>
          <w:jc w:val="center"/>
        </w:trPr>
        <w:tc>
          <w:tcPr>
            <w:tcW w:w="2694" w:type="dxa"/>
            <w:vMerge/>
            <w:vAlign w:val="center"/>
          </w:tcPr>
          <w:p w14:paraId="4A036D67" w14:textId="77777777" w:rsidR="00086601" w:rsidRPr="000D1D94" w:rsidRDefault="00086601" w:rsidP="00086601">
            <w:pPr>
              <w:spacing w:line="360" w:lineRule="auto"/>
              <w:rPr>
                <w:sz w:val="24"/>
                <w:szCs w:val="24"/>
              </w:rPr>
            </w:pPr>
          </w:p>
        </w:tc>
        <w:tc>
          <w:tcPr>
            <w:tcW w:w="2693" w:type="dxa"/>
            <w:vAlign w:val="center"/>
          </w:tcPr>
          <w:p w14:paraId="0088DF0A" w14:textId="77777777" w:rsidR="00086601" w:rsidRPr="000D1D94" w:rsidRDefault="00086601" w:rsidP="00086601">
            <w:pPr>
              <w:spacing w:line="360" w:lineRule="auto"/>
              <w:rPr>
                <w:sz w:val="24"/>
                <w:szCs w:val="24"/>
              </w:rPr>
            </w:pPr>
            <w:r w:rsidRPr="000D1D94">
              <w:rPr>
                <w:sz w:val="24"/>
                <w:szCs w:val="24"/>
              </w:rPr>
              <w:t>17 years</w:t>
            </w:r>
          </w:p>
        </w:tc>
        <w:tc>
          <w:tcPr>
            <w:tcW w:w="4549" w:type="dxa"/>
            <w:vAlign w:val="center"/>
          </w:tcPr>
          <w:p w14:paraId="1DE13536" w14:textId="77777777" w:rsidR="00086601" w:rsidRPr="000D1D94" w:rsidRDefault="00086601" w:rsidP="00086601">
            <w:pPr>
              <w:spacing w:line="360" w:lineRule="auto"/>
              <w:rPr>
                <w:sz w:val="24"/>
                <w:szCs w:val="24"/>
              </w:rPr>
            </w:pPr>
            <w:r w:rsidRPr="000D1D94">
              <w:rPr>
                <w:sz w:val="24"/>
                <w:szCs w:val="24"/>
              </w:rPr>
              <w:t>14 (23.3)</w:t>
            </w:r>
          </w:p>
        </w:tc>
      </w:tr>
      <w:tr w:rsidR="00086601" w:rsidRPr="000D1D94" w14:paraId="5A39C61E" w14:textId="77777777" w:rsidTr="00086601">
        <w:trPr>
          <w:jc w:val="center"/>
        </w:trPr>
        <w:tc>
          <w:tcPr>
            <w:tcW w:w="2694" w:type="dxa"/>
            <w:vMerge/>
            <w:vAlign w:val="center"/>
          </w:tcPr>
          <w:p w14:paraId="5031C9AC" w14:textId="77777777" w:rsidR="00086601" w:rsidRPr="000D1D94" w:rsidRDefault="00086601" w:rsidP="00086601">
            <w:pPr>
              <w:spacing w:line="360" w:lineRule="auto"/>
              <w:rPr>
                <w:sz w:val="24"/>
                <w:szCs w:val="24"/>
              </w:rPr>
            </w:pPr>
          </w:p>
        </w:tc>
        <w:tc>
          <w:tcPr>
            <w:tcW w:w="2693" w:type="dxa"/>
            <w:vAlign w:val="center"/>
          </w:tcPr>
          <w:p w14:paraId="2112A3E7" w14:textId="77777777" w:rsidR="00086601" w:rsidRPr="000D1D94" w:rsidRDefault="00086601" w:rsidP="00086601">
            <w:pPr>
              <w:spacing w:line="360" w:lineRule="auto"/>
              <w:rPr>
                <w:sz w:val="24"/>
                <w:szCs w:val="24"/>
              </w:rPr>
            </w:pPr>
            <w:r w:rsidRPr="000D1D94">
              <w:rPr>
                <w:sz w:val="24"/>
                <w:szCs w:val="24"/>
              </w:rPr>
              <w:t>&gt;17 years</w:t>
            </w:r>
          </w:p>
        </w:tc>
        <w:tc>
          <w:tcPr>
            <w:tcW w:w="4549" w:type="dxa"/>
            <w:vAlign w:val="center"/>
          </w:tcPr>
          <w:p w14:paraId="63269548" w14:textId="77777777" w:rsidR="00086601" w:rsidRPr="000D1D94" w:rsidRDefault="00086601" w:rsidP="00086601">
            <w:pPr>
              <w:spacing w:line="360" w:lineRule="auto"/>
              <w:rPr>
                <w:sz w:val="24"/>
                <w:szCs w:val="24"/>
              </w:rPr>
            </w:pPr>
            <w:r w:rsidRPr="000D1D94">
              <w:rPr>
                <w:sz w:val="24"/>
                <w:szCs w:val="24"/>
              </w:rPr>
              <w:t>1 (1.7)</w:t>
            </w:r>
          </w:p>
        </w:tc>
      </w:tr>
      <w:tr w:rsidR="00C6730D" w:rsidRPr="000D1D94" w14:paraId="728D5A6A" w14:textId="77777777" w:rsidTr="00086601">
        <w:trPr>
          <w:jc w:val="center"/>
        </w:trPr>
        <w:tc>
          <w:tcPr>
            <w:tcW w:w="2694" w:type="dxa"/>
            <w:vAlign w:val="center"/>
          </w:tcPr>
          <w:p w14:paraId="75725A5E" w14:textId="77777777" w:rsidR="00C6730D" w:rsidRPr="000D1D94" w:rsidRDefault="00DE38BC" w:rsidP="00086601">
            <w:pPr>
              <w:spacing w:line="360" w:lineRule="auto"/>
              <w:rPr>
                <w:sz w:val="24"/>
                <w:szCs w:val="24"/>
              </w:rPr>
            </w:pPr>
            <w:r w:rsidRPr="000D1D94">
              <w:rPr>
                <w:sz w:val="24"/>
                <w:szCs w:val="24"/>
              </w:rPr>
              <w:t>Gender</w:t>
            </w:r>
          </w:p>
        </w:tc>
        <w:tc>
          <w:tcPr>
            <w:tcW w:w="2693" w:type="dxa"/>
            <w:vAlign w:val="center"/>
          </w:tcPr>
          <w:p w14:paraId="3F01B073" w14:textId="77777777" w:rsidR="00C6730D" w:rsidRPr="000D1D94" w:rsidRDefault="00DE38BC" w:rsidP="00086601">
            <w:pPr>
              <w:spacing w:line="360" w:lineRule="auto"/>
              <w:rPr>
                <w:sz w:val="24"/>
                <w:szCs w:val="24"/>
              </w:rPr>
            </w:pPr>
            <w:r w:rsidRPr="000D1D94">
              <w:rPr>
                <w:sz w:val="24"/>
                <w:szCs w:val="24"/>
              </w:rPr>
              <w:t>Male</w:t>
            </w:r>
          </w:p>
        </w:tc>
        <w:tc>
          <w:tcPr>
            <w:tcW w:w="4549" w:type="dxa"/>
            <w:vAlign w:val="center"/>
          </w:tcPr>
          <w:p w14:paraId="3EDAFF9F" w14:textId="77777777" w:rsidR="00C6730D" w:rsidRPr="000D1D94" w:rsidRDefault="00DE38BC" w:rsidP="00086601">
            <w:pPr>
              <w:spacing w:line="360" w:lineRule="auto"/>
              <w:rPr>
                <w:sz w:val="24"/>
                <w:szCs w:val="24"/>
              </w:rPr>
            </w:pPr>
            <w:r w:rsidRPr="000D1D94">
              <w:rPr>
                <w:sz w:val="24"/>
                <w:szCs w:val="24"/>
              </w:rPr>
              <w:t>34 (56.7)</w:t>
            </w:r>
          </w:p>
        </w:tc>
      </w:tr>
      <w:tr w:rsidR="00C6730D" w:rsidRPr="000D1D94" w14:paraId="23F5B1A8" w14:textId="77777777" w:rsidTr="00086601">
        <w:trPr>
          <w:jc w:val="center"/>
        </w:trPr>
        <w:tc>
          <w:tcPr>
            <w:tcW w:w="2694" w:type="dxa"/>
            <w:vAlign w:val="center"/>
          </w:tcPr>
          <w:p w14:paraId="33D284AD" w14:textId="77777777" w:rsidR="00C6730D" w:rsidRPr="000D1D94" w:rsidRDefault="00C6730D" w:rsidP="00086601">
            <w:pPr>
              <w:spacing w:line="360" w:lineRule="auto"/>
              <w:rPr>
                <w:sz w:val="24"/>
                <w:szCs w:val="24"/>
              </w:rPr>
            </w:pPr>
          </w:p>
        </w:tc>
        <w:tc>
          <w:tcPr>
            <w:tcW w:w="2693" w:type="dxa"/>
            <w:vAlign w:val="center"/>
          </w:tcPr>
          <w:p w14:paraId="2E38B78B" w14:textId="77777777" w:rsidR="00C6730D" w:rsidRPr="000D1D94" w:rsidRDefault="00DE38BC" w:rsidP="00086601">
            <w:pPr>
              <w:spacing w:line="360" w:lineRule="auto"/>
              <w:rPr>
                <w:sz w:val="24"/>
                <w:szCs w:val="24"/>
              </w:rPr>
            </w:pPr>
            <w:r w:rsidRPr="000D1D94">
              <w:rPr>
                <w:sz w:val="24"/>
                <w:szCs w:val="24"/>
              </w:rPr>
              <w:t>Female</w:t>
            </w:r>
          </w:p>
        </w:tc>
        <w:tc>
          <w:tcPr>
            <w:tcW w:w="4549" w:type="dxa"/>
            <w:vAlign w:val="center"/>
          </w:tcPr>
          <w:p w14:paraId="50E6090A" w14:textId="77777777" w:rsidR="00C6730D" w:rsidRPr="000D1D94" w:rsidRDefault="00DE38BC" w:rsidP="00086601">
            <w:pPr>
              <w:spacing w:line="360" w:lineRule="auto"/>
              <w:rPr>
                <w:sz w:val="24"/>
                <w:szCs w:val="24"/>
              </w:rPr>
            </w:pPr>
            <w:r w:rsidRPr="000D1D94">
              <w:rPr>
                <w:sz w:val="24"/>
                <w:szCs w:val="24"/>
              </w:rPr>
              <w:t>26 (43.3)</w:t>
            </w:r>
          </w:p>
        </w:tc>
      </w:tr>
      <w:tr w:rsidR="00C6730D" w:rsidRPr="000D1D94" w14:paraId="5314BCF2" w14:textId="77777777" w:rsidTr="00086601">
        <w:trPr>
          <w:jc w:val="center"/>
        </w:trPr>
        <w:tc>
          <w:tcPr>
            <w:tcW w:w="2694" w:type="dxa"/>
            <w:vAlign w:val="center"/>
          </w:tcPr>
          <w:p w14:paraId="23AD3886" w14:textId="77777777" w:rsidR="00C6730D" w:rsidRPr="000D1D94" w:rsidRDefault="00C6730D" w:rsidP="00086601">
            <w:pPr>
              <w:spacing w:line="360" w:lineRule="auto"/>
              <w:rPr>
                <w:sz w:val="24"/>
                <w:szCs w:val="24"/>
              </w:rPr>
            </w:pPr>
          </w:p>
        </w:tc>
        <w:tc>
          <w:tcPr>
            <w:tcW w:w="2693" w:type="dxa"/>
            <w:vAlign w:val="center"/>
          </w:tcPr>
          <w:p w14:paraId="475E32E3" w14:textId="77777777" w:rsidR="00C6730D" w:rsidRPr="000D1D94" w:rsidRDefault="00DE38BC" w:rsidP="00086601">
            <w:pPr>
              <w:spacing w:line="360" w:lineRule="auto"/>
              <w:rPr>
                <w:sz w:val="24"/>
                <w:szCs w:val="24"/>
              </w:rPr>
            </w:pPr>
            <w:r w:rsidRPr="000D1D94">
              <w:rPr>
                <w:sz w:val="24"/>
                <w:szCs w:val="24"/>
              </w:rPr>
              <w:t>Transgender</w:t>
            </w:r>
          </w:p>
        </w:tc>
        <w:tc>
          <w:tcPr>
            <w:tcW w:w="4549" w:type="dxa"/>
            <w:vAlign w:val="center"/>
          </w:tcPr>
          <w:p w14:paraId="03D30FE0" w14:textId="77777777" w:rsidR="00C6730D" w:rsidRPr="000D1D94" w:rsidRDefault="00DE38BC" w:rsidP="00086601">
            <w:pPr>
              <w:spacing w:line="360" w:lineRule="auto"/>
              <w:rPr>
                <w:sz w:val="24"/>
                <w:szCs w:val="24"/>
              </w:rPr>
            </w:pPr>
            <w:r w:rsidRPr="000D1D94">
              <w:rPr>
                <w:sz w:val="24"/>
                <w:szCs w:val="24"/>
              </w:rPr>
              <w:t>0 (0.0)</w:t>
            </w:r>
          </w:p>
        </w:tc>
      </w:tr>
      <w:tr w:rsidR="00C6730D" w:rsidRPr="000D1D94" w14:paraId="653052C4" w14:textId="77777777" w:rsidTr="00086601">
        <w:trPr>
          <w:jc w:val="center"/>
        </w:trPr>
        <w:tc>
          <w:tcPr>
            <w:tcW w:w="2694" w:type="dxa"/>
            <w:vAlign w:val="center"/>
          </w:tcPr>
          <w:p w14:paraId="5DA16F12" w14:textId="77777777" w:rsidR="00C6730D" w:rsidRPr="000D1D94" w:rsidRDefault="00DE38BC" w:rsidP="00086601">
            <w:pPr>
              <w:spacing w:line="360" w:lineRule="auto"/>
              <w:rPr>
                <w:sz w:val="24"/>
                <w:szCs w:val="24"/>
              </w:rPr>
            </w:pPr>
            <w:r w:rsidRPr="000D1D94">
              <w:rPr>
                <w:sz w:val="24"/>
                <w:szCs w:val="24"/>
              </w:rPr>
              <w:t>Residence</w:t>
            </w:r>
          </w:p>
        </w:tc>
        <w:tc>
          <w:tcPr>
            <w:tcW w:w="2693" w:type="dxa"/>
            <w:vAlign w:val="center"/>
          </w:tcPr>
          <w:p w14:paraId="152EF99B" w14:textId="77777777" w:rsidR="00C6730D" w:rsidRPr="000D1D94" w:rsidRDefault="00DE38BC" w:rsidP="00086601">
            <w:pPr>
              <w:spacing w:line="360" w:lineRule="auto"/>
              <w:rPr>
                <w:sz w:val="24"/>
                <w:szCs w:val="24"/>
              </w:rPr>
            </w:pPr>
            <w:r w:rsidRPr="000D1D94">
              <w:rPr>
                <w:sz w:val="24"/>
                <w:szCs w:val="24"/>
              </w:rPr>
              <w:t>Urban</w:t>
            </w:r>
          </w:p>
        </w:tc>
        <w:tc>
          <w:tcPr>
            <w:tcW w:w="4549" w:type="dxa"/>
            <w:vAlign w:val="center"/>
          </w:tcPr>
          <w:p w14:paraId="462A70A5" w14:textId="77777777" w:rsidR="00C6730D" w:rsidRPr="000D1D94" w:rsidRDefault="00DE38BC" w:rsidP="00086601">
            <w:pPr>
              <w:spacing w:line="360" w:lineRule="auto"/>
              <w:rPr>
                <w:sz w:val="24"/>
                <w:szCs w:val="24"/>
              </w:rPr>
            </w:pPr>
            <w:r w:rsidRPr="000D1D94">
              <w:rPr>
                <w:sz w:val="24"/>
                <w:szCs w:val="24"/>
              </w:rPr>
              <w:t>33 (55.0)</w:t>
            </w:r>
          </w:p>
        </w:tc>
      </w:tr>
      <w:tr w:rsidR="00C6730D" w:rsidRPr="000D1D94" w14:paraId="72A95EC7" w14:textId="77777777" w:rsidTr="00086601">
        <w:trPr>
          <w:jc w:val="center"/>
        </w:trPr>
        <w:tc>
          <w:tcPr>
            <w:tcW w:w="2694" w:type="dxa"/>
            <w:vAlign w:val="center"/>
          </w:tcPr>
          <w:p w14:paraId="09E40777" w14:textId="77777777" w:rsidR="00C6730D" w:rsidRPr="000D1D94" w:rsidRDefault="00C6730D" w:rsidP="00086601">
            <w:pPr>
              <w:spacing w:line="360" w:lineRule="auto"/>
              <w:rPr>
                <w:sz w:val="24"/>
                <w:szCs w:val="24"/>
              </w:rPr>
            </w:pPr>
          </w:p>
        </w:tc>
        <w:tc>
          <w:tcPr>
            <w:tcW w:w="2693" w:type="dxa"/>
            <w:vAlign w:val="center"/>
          </w:tcPr>
          <w:p w14:paraId="0BFF270B" w14:textId="77777777" w:rsidR="00C6730D" w:rsidRPr="000D1D94" w:rsidRDefault="00DE38BC" w:rsidP="00086601">
            <w:pPr>
              <w:spacing w:line="360" w:lineRule="auto"/>
              <w:rPr>
                <w:sz w:val="24"/>
                <w:szCs w:val="24"/>
              </w:rPr>
            </w:pPr>
            <w:r w:rsidRPr="000D1D94">
              <w:rPr>
                <w:sz w:val="24"/>
                <w:szCs w:val="24"/>
              </w:rPr>
              <w:t>Semi-urban</w:t>
            </w:r>
          </w:p>
        </w:tc>
        <w:tc>
          <w:tcPr>
            <w:tcW w:w="4549" w:type="dxa"/>
            <w:vAlign w:val="center"/>
          </w:tcPr>
          <w:p w14:paraId="5689770F" w14:textId="77777777" w:rsidR="00C6730D" w:rsidRPr="000D1D94" w:rsidRDefault="00DE38BC" w:rsidP="00086601">
            <w:pPr>
              <w:spacing w:line="360" w:lineRule="auto"/>
              <w:rPr>
                <w:sz w:val="24"/>
                <w:szCs w:val="24"/>
              </w:rPr>
            </w:pPr>
            <w:r w:rsidRPr="000D1D94">
              <w:rPr>
                <w:sz w:val="24"/>
                <w:szCs w:val="24"/>
              </w:rPr>
              <w:t>20 (33.3)</w:t>
            </w:r>
          </w:p>
        </w:tc>
      </w:tr>
      <w:tr w:rsidR="00C6730D" w:rsidRPr="000D1D94" w14:paraId="783E808D" w14:textId="77777777" w:rsidTr="00086601">
        <w:trPr>
          <w:jc w:val="center"/>
        </w:trPr>
        <w:tc>
          <w:tcPr>
            <w:tcW w:w="2694" w:type="dxa"/>
            <w:vAlign w:val="center"/>
          </w:tcPr>
          <w:p w14:paraId="66A5DA72" w14:textId="77777777" w:rsidR="00C6730D" w:rsidRPr="000D1D94" w:rsidRDefault="00C6730D" w:rsidP="00086601">
            <w:pPr>
              <w:spacing w:line="360" w:lineRule="auto"/>
              <w:rPr>
                <w:sz w:val="24"/>
                <w:szCs w:val="24"/>
              </w:rPr>
            </w:pPr>
          </w:p>
        </w:tc>
        <w:tc>
          <w:tcPr>
            <w:tcW w:w="2693" w:type="dxa"/>
            <w:vAlign w:val="center"/>
          </w:tcPr>
          <w:p w14:paraId="03BA45D2" w14:textId="77777777" w:rsidR="00C6730D" w:rsidRPr="000D1D94" w:rsidRDefault="00DE38BC" w:rsidP="00086601">
            <w:pPr>
              <w:spacing w:line="360" w:lineRule="auto"/>
              <w:rPr>
                <w:sz w:val="24"/>
                <w:szCs w:val="24"/>
              </w:rPr>
            </w:pPr>
            <w:r w:rsidRPr="000D1D94">
              <w:rPr>
                <w:sz w:val="24"/>
                <w:szCs w:val="24"/>
              </w:rPr>
              <w:t>Rural</w:t>
            </w:r>
          </w:p>
        </w:tc>
        <w:tc>
          <w:tcPr>
            <w:tcW w:w="4549" w:type="dxa"/>
            <w:vAlign w:val="center"/>
          </w:tcPr>
          <w:p w14:paraId="1C154D2D" w14:textId="77777777" w:rsidR="00C6730D" w:rsidRPr="000D1D94" w:rsidRDefault="00DE38BC" w:rsidP="00086601">
            <w:pPr>
              <w:spacing w:line="360" w:lineRule="auto"/>
              <w:rPr>
                <w:sz w:val="24"/>
                <w:szCs w:val="24"/>
              </w:rPr>
            </w:pPr>
            <w:r w:rsidRPr="000D1D94">
              <w:rPr>
                <w:sz w:val="24"/>
                <w:szCs w:val="24"/>
              </w:rPr>
              <w:t>7 (11.7)</w:t>
            </w:r>
          </w:p>
        </w:tc>
      </w:tr>
      <w:tr w:rsidR="00C6730D" w:rsidRPr="000D1D94" w14:paraId="765862F7" w14:textId="77777777" w:rsidTr="00086601">
        <w:trPr>
          <w:jc w:val="center"/>
        </w:trPr>
        <w:tc>
          <w:tcPr>
            <w:tcW w:w="2694" w:type="dxa"/>
            <w:vAlign w:val="center"/>
          </w:tcPr>
          <w:p w14:paraId="10D68CD3" w14:textId="77777777" w:rsidR="00C6730D" w:rsidRPr="000D1D94" w:rsidRDefault="00DE38BC" w:rsidP="00086601">
            <w:pPr>
              <w:spacing w:line="360" w:lineRule="auto"/>
              <w:rPr>
                <w:sz w:val="24"/>
                <w:szCs w:val="24"/>
              </w:rPr>
            </w:pPr>
            <w:r w:rsidRPr="000D1D94">
              <w:rPr>
                <w:sz w:val="24"/>
                <w:szCs w:val="24"/>
              </w:rPr>
              <w:t>Monthly family income</w:t>
            </w:r>
          </w:p>
        </w:tc>
        <w:tc>
          <w:tcPr>
            <w:tcW w:w="2693" w:type="dxa"/>
            <w:vAlign w:val="center"/>
          </w:tcPr>
          <w:p w14:paraId="11E527D6" w14:textId="77777777" w:rsidR="00C6730D" w:rsidRPr="000D1D94" w:rsidRDefault="00DE38BC" w:rsidP="00086601">
            <w:pPr>
              <w:spacing w:line="360" w:lineRule="auto"/>
              <w:rPr>
                <w:sz w:val="24"/>
                <w:szCs w:val="24"/>
              </w:rPr>
            </w:pPr>
            <w:r w:rsidRPr="000D1D94">
              <w:rPr>
                <w:sz w:val="24"/>
                <w:szCs w:val="24"/>
              </w:rPr>
              <w:t>&lt;₹10,000</w:t>
            </w:r>
          </w:p>
        </w:tc>
        <w:tc>
          <w:tcPr>
            <w:tcW w:w="4549" w:type="dxa"/>
            <w:vAlign w:val="center"/>
          </w:tcPr>
          <w:p w14:paraId="1F360487"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01054C7F" w14:textId="77777777" w:rsidTr="00086601">
        <w:trPr>
          <w:jc w:val="center"/>
        </w:trPr>
        <w:tc>
          <w:tcPr>
            <w:tcW w:w="2694" w:type="dxa"/>
            <w:vAlign w:val="center"/>
          </w:tcPr>
          <w:p w14:paraId="37D99937" w14:textId="77777777" w:rsidR="00C6730D" w:rsidRPr="000D1D94" w:rsidRDefault="00C6730D" w:rsidP="00086601">
            <w:pPr>
              <w:spacing w:line="360" w:lineRule="auto"/>
              <w:rPr>
                <w:sz w:val="24"/>
                <w:szCs w:val="24"/>
              </w:rPr>
            </w:pPr>
          </w:p>
        </w:tc>
        <w:tc>
          <w:tcPr>
            <w:tcW w:w="2693" w:type="dxa"/>
            <w:vAlign w:val="center"/>
          </w:tcPr>
          <w:p w14:paraId="31D793A5" w14:textId="77777777" w:rsidR="00C6730D" w:rsidRPr="000D1D94" w:rsidRDefault="00DE38BC" w:rsidP="00086601">
            <w:pPr>
              <w:spacing w:line="360" w:lineRule="auto"/>
              <w:rPr>
                <w:sz w:val="24"/>
                <w:szCs w:val="24"/>
              </w:rPr>
            </w:pPr>
            <w:r w:rsidRPr="000D1D94">
              <w:rPr>
                <w:sz w:val="24"/>
                <w:szCs w:val="24"/>
              </w:rPr>
              <w:t>₹10,000–20,000</w:t>
            </w:r>
          </w:p>
        </w:tc>
        <w:tc>
          <w:tcPr>
            <w:tcW w:w="4549" w:type="dxa"/>
            <w:vAlign w:val="center"/>
          </w:tcPr>
          <w:p w14:paraId="3647F16A" w14:textId="77777777" w:rsidR="00C6730D" w:rsidRPr="000D1D94" w:rsidRDefault="00DE38BC" w:rsidP="00086601">
            <w:pPr>
              <w:spacing w:line="360" w:lineRule="auto"/>
              <w:rPr>
                <w:sz w:val="24"/>
                <w:szCs w:val="24"/>
              </w:rPr>
            </w:pPr>
            <w:r w:rsidRPr="000D1D94">
              <w:rPr>
                <w:sz w:val="24"/>
                <w:szCs w:val="24"/>
              </w:rPr>
              <w:t>21 (35.0)</w:t>
            </w:r>
          </w:p>
        </w:tc>
      </w:tr>
      <w:tr w:rsidR="00C6730D" w:rsidRPr="000D1D94" w14:paraId="5DE32111" w14:textId="77777777" w:rsidTr="00086601">
        <w:trPr>
          <w:jc w:val="center"/>
        </w:trPr>
        <w:tc>
          <w:tcPr>
            <w:tcW w:w="2694" w:type="dxa"/>
            <w:vAlign w:val="center"/>
          </w:tcPr>
          <w:p w14:paraId="43546793" w14:textId="77777777" w:rsidR="00C6730D" w:rsidRPr="000D1D94" w:rsidRDefault="00C6730D" w:rsidP="00086601">
            <w:pPr>
              <w:spacing w:line="360" w:lineRule="auto"/>
              <w:rPr>
                <w:sz w:val="24"/>
                <w:szCs w:val="24"/>
              </w:rPr>
            </w:pPr>
          </w:p>
        </w:tc>
        <w:tc>
          <w:tcPr>
            <w:tcW w:w="2693" w:type="dxa"/>
            <w:vAlign w:val="center"/>
          </w:tcPr>
          <w:p w14:paraId="1816382A" w14:textId="77777777" w:rsidR="00C6730D" w:rsidRPr="000D1D94" w:rsidRDefault="00DE38BC" w:rsidP="00086601">
            <w:pPr>
              <w:spacing w:line="360" w:lineRule="auto"/>
              <w:rPr>
                <w:sz w:val="24"/>
                <w:szCs w:val="24"/>
              </w:rPr>
            </w:pPr>
            <w:r w:rsidRPr="000D1D94">
              <w:rPr>
                <w:sz w:val="24"/>
                <w:szCs w:val="24"/>
              </w:rPr>
              <w:t>₹21,000–31,000</w:t>
            </w:r>
          </w:p>
        </w:tc>
        <w:tc>
          <w:tcPr>
            <w:tcW w:w="4549" w:type="dxa"/>
            <w:vAlign w:val="center"/>
          </w:tcPr>
          <w:p w14:paraId="27756652" w14:textId="77777777" w:rsidR="00C6730D" w:rsidRPr="000D1D94" w:rsidRDefault="00DE38BC" w:rsidP="00086601">
            <w:pPr>
              <w:spacing w:line="360" w:lineRule="auto"/>
              <w:rPr>
                <w:sz w:val="24"/>
                <w:szCs w:val="24"/>
              </w:rPr>
            </w:pPr>
            <w:r w:rsidRPr="000D1D94">
              <w:rPr>
                <w:sz w:val="24"/>
                <w:szCs w:val="24"/>
              </w:rPr>
              <w:t>23 (38.3)</w:t>
            </w:r>
          </w:p>
        </w:tc>
      </w:tr>
      <w:tr w:rsidR="00C6730D" w:rsidRPr="000D1D94" w14:paraId="138DAD98" w14:textId="77777777" w:rsidTr="00086601">
        <w:trPr>
          <w:jc w:val="center"/>
        </w:trPr>
        <w:tc>
          <w:tcPr>
            <w:tcW w:w="2694" w:type="dxa"/>
            <w:vAlign w:val="center"/>
          </w:tcPr>
          <w:p w14:paraId="6D787BBD" w14:textId="77777777" w:rsidR="00C6730D" w:rsidRPr="000D1D94" w:rsidRDefault="00C6730D" w:rsidP="00086601">
            <w:pPr>
              <w:spacing w:line="360" w:lineRule="auto"/>
              <w:rPr>
                <w:sz w:val="24"/>
                <w:szCs w:val="24"/>
              </w:rPr>
            </w:pPr>
          </w:p>
        </w:tc>
        <w:tc>
          <w:tcPr>
            <w:tcW w:w="2693" w:type="dxa"/>
            <w:vAlign w:val="center"/>
          </w:tcPr>
          <w:p w14:paraId="422FF773" w14:textId="77777777" w:rsidR="00C6730D" w:rsidRPr="000D1D94" w:rsidRDefault="00DE38BC" w:rsidP="00086601">
            <w:pPr>
              <w:spacing w:line="360" w:lineRule="auto"/>
              <w:rPr>
                <w:sz w:val="24"/>
                <w:szCs w:val="24"/>
              </w:rPr>
            </w:pPr>
            <w:r w:rsidRPr="000D1D94">
              <w:rPr>
                <w:sz w:val="24"/>
                <w:szCs w:val="24"/>
              </w:rPr>
              <w:t>&gt;₹31,000</w:t>
            </w:r>
          </w:p>
        </w:tc>
        <w:tc>
          <w:tcPr>
            <w:tcW w:w="4549" w:type="dxa"/>
            <w:vAlign w:val="center"/>
          </w:tcPr>
          <w:p w14:paraId="4534BEEF" w14:textId="77777777" w:rsidR="00C6730D" w:rsidRPr="000D1D94" w:rsidRDefault="00DE38BC" w:rsidP="00086601">
            <w:pPr>
              <w:spacing w:line="360" w:lineRule="auto"/>
              <w:rPr>
                <w:sz w:val="24"/>
                <w:szCs w:val="24"/>
              </w:rPr>
            </w:pPr>
            <w:r w:rsidRPr="000D1D94">
              <w:rPr>
                <w:sz w:val="24"/>
                <w:szCs w:val="24"/>
              </w:rPr>
              <w:t>11 (18.3)</w:t>
            </w:r>
          </w:p>
        </w:tc>
      </w:tr>
      <w:tr w:rsidR="00C6730D" w:rsidRPr="000D1D94" w14:paraId="6393715B" w14:textId="77777777" w:rsidTr="00086601">
        <w:trPr>
          <w:jc w:val="center"/>
        </w:trPr>
        <w:tc>
          <w:tcPr>
            <w:tcW w:w="2694" w:type="dxa"/>
            <w:vAlign w:val="center"/>
          </w:tcPr>
          <w:p w14:paraId="3D4960BC" w14:textId="77777777" w:rsidR="00C6730D" w:rsidRPr="000D1D94" w:rsidRDefault="00DE38BC" w:rsidP="00086601">
            <w:pPr>
              <w:spacing w:line="360" w:lineRule="auto"/>
              <w:rPr>
                <w:sz w:val="24"/>
                <w:szCs w:val="24"/>
              </w:rPr>
            </w:pPr>
            <w:r w:rsidRPr="000D1D94">
              <w:rPr>
                <w:sz w:val="24"/>
                <w:szCs w:val="24"/>
              </w:rPr>
              <w:t>TV viewing per day</w:t>
            </w:r>
          </w:p>
        </w:tc>
        <w:tc>
          <w:tcPr>
            <w:tcW w:w="2693" w:type="dxa"/>
            <w:vAlign w:val="center"/>
          </w:tcPr>
          <w:p w14:paraId="4310CED5" w14:textId="77777777" w:rsidR="00C6730D" w:rsidRPr="000D1D94" w:rsidRDefault="00DE38BC" w:rsidP="00086601">
            <w:pPr>
              <w:spacing w:line="360" w:lineRule="auto"/>
              <w:rPr>
                <w:sz w:val="24"/>
                <w:szCs w:val="24"/>
              </w:rPr>
            </w:pPr>
            <w:r w:rsidRPr="000D1D94">
              <w:rPr>
                <w:sz w:val="24"/>
                <w:szCs w:val="24"/>
              </w:rPr>
              <w:t>&lt;1 hour</w:t>
            </w:r>
          </w:p>
        </w:tc>
        <w:tc>
          <w:tcPr>
            <w:tcW w:w="4549" w:type="dxa"/>
            <w:vAlign w:val="center"/>
          </w:tcPr>
          <w:p w14:paraId="76DBA69B" w14:textId="77777777" w:rsidR="00C6730D" w:rsidRPr="000D1D94" w:rsidRDefault="00DE38BC" w:rsidP="00086601">
            <w:pPr>
              <w:spacing w:line="360" w:lineRule="auto"/>
              <w:rPr>
                <w:sz w:val="24"/>
                <w:szCs w:val="24"/>
              </w:rPr>
            </w:pPr>
            <w:r w:rsidRPr="000D1D94">
              <w:rPr>
                <w:sz w:val="24"/>
                <w:szCs w:val="24"/>
              </w:rPr>
              <w:t>4 (6.7)</w:t>
            </w:r>
          </w:p>
        </w:tc>
      </w:tr>
      <w:tr w:rsidR="00C6730D" w:rsidRPr="000D1D94" w14:paraId="68082208" w14:textId="77777777" w:rsidTr="00086601">
        <w:trPr>
          <w:jc w:val="center"/>
        </w:trPr>
        <w:tc>
          <w:tcPr>
            <w:tcW w:w="2694" w:type="dxa"/>
            <w:vAlign w:val="center"/>
          </w:tcPr>
          <w:p w14:paraId="2A70A360" w14:textId="77777777" w:rsidR="00C6730D" w:rsidRPr="000D1D94" w:rsidRDefault="00C6730D" w:rsidP="00086601">
            <w:pPr>
              <w:spacing w:line="360" w:lineRule="auto"/>
              <w:rPr>
                <w:sz w:val="24"/>
                <w:szCs w:val="24"/>
              </w:rPr>
            </w:pPr>
          </w:p>
        </w:tc>
        <w:tc>
          <w:tcPr>
            <w:tcW w:w="2693" w:type="dxa"/>
            <w:vAlign w:val="center"/>
          </w:tcPr>
          <w:p w14:paraId="3E386242" w14:textId="77777777" w:rsidR="00C6730D" w:rsidRPr="000D1D94" w:rsidRDefault="00DE38BC" w:rsidP="00086601">
            <w:pPr>
              <w:spacing w:line="360" w:lineRule="auto"/>
              <w:rPr>
                <w:sz w:val="24"/>
                <w:szCs w:val="24"/>
              </w:rPr>
            </w:pPr>
            <w:r w:rsidRPr="000D1D94">
              <w:rPr>
                <w:sz w:val="24"/>
                <w:szCs w:val="24"/>
              </w:rPr>
              <w:t>1–3 hours</w:t>
            </w:r>
          </w:p>
        </w:tc>
        <w:tc>
          <w:tcPr>
            <w:tcW w:w="4549" w:type="dxa"/>
            <w:vAlign w:val="center"/>
          </w:tcPr>
          <w:p w14:paraId="141E434A" w14:textId="77777777" w:rsidR="00C6730D" w:rsidRPr="000D1D94" w:rsidRDefault="00DE38BC" w:rsidP="00086601">
            <w:pPr>
              <w:spacing w:line="360" w:lineRule="auto"/>
              <w:rPr>
                <w:sz w:val="24"/>
                <w:szCs w:val="24"/>
              </w:rPr>
            </w:pPr>
            <w:r w:rsidRPr="000D1D94">
              <w:rPr>
                <w:sz w:val="24"/>
                <w:szCs w:val="24"/>
              </w:rPr>
              <w:t>29 (48.3)</w:t>
            </w:r>
          </w:p>
        </w:tc>
      </w:tr>
      <w:tr w:rsidR="00C6730D" w:rsidRPr="000D1D94" w14:paraId="098B2122" w14:textId="77777777" w:rsidTr="00086601">
        <w:trPr>
          <w:jc w:val="center"/>
        </w:trPr>
        <w:tc>
          <w:tcPr>
            <w:tcW w:w="2694" w:type="dxa"/>
            <w:vAlign w:val="center"/>
          </w:tcPr>
          <w:p w14:paraId="1B0E76EF" w14:textId="77777777" w:rsidR="00C6730D" w:rsidRPr="000D1D94" w:rsidRDefault="00C6730D" w:rsidP="00086601">
            <w:pPr>
              <w:spacing w:line="360" w:lineRule="auto"/>
              <w:rPr>
                <w:sz w:val="24"/>
                <w:szCs w:val="24"/>
              </w:rPr>
            </w:pPr>
          </w:p>
        </w:tc>
        <w:tc>
          <w:tcPr>
            <w:tcW w:w="2693" w:type="dxa"/>
            <w:vAlign w:val="center"/>
          </w:tcPr>
          <w:p w14:paraId="14F56321" w14:textId="77777777" w:rsidR="00C6730D" w:rsidRPr="000D1D94" w:rsidRDefault="00DE38BC" w:rsidP="00086601">
            <w:pPr>
              <w:spacing w:line="360" w:lineRule="auto"/>
              <w:rPr>
                <w:sz w:val="24"/>
                <w:szCs w:val="24"/>
              </w:rPr>
            </w:pPr>
            <w:r w:rsidRPr="000D1D94">
              <w:rPr>
                <w:sz w:val="24"/>
                <w:szCs w:val="24"/>
              </w:rPr>
              <w:t>4–6 hours</w:t>
            </w:r>
          </w:p>
        </w:tc>
        <w:tc>
          <w:tcPr>
            <w:tcW w:w="4549" w:type="dxa"/>
            <w:vAlign w:val="center"/>
          </w:tcPr>
          <w:p w14:paraId="24E89439" w14:textId="77777777" w:rsidR="00C6730D" w:rsidRPr="000D1D94" w:rsidRDefault="00DE38BC" w:rsidP="00086601">
            <w:pPr>
              <w:spacing w:line="360" w:lineRule="auto"/>
              <w:rPr>
                <w:sz w:val="24"/>
                <w:szCs w:val="24"/>
              </w:rPr>
            </w:pPr>
            <w:r w:rsidRPr="000D1D94">
              <w:rPr>
                <w:sz w:val="24"/>
                <w:szCs w:val="24"/>
              </w:rPr>
              <w:t>22 (36.7)</w:t>
            </w:r>
          </w:p>
        </w:tc>
      </w:tr>
      <w:tr w:rsidR="00C6730D" w:rsidRPr="000D1D94" w14:paraId="4F8D7377" w14:textId="77777777" w:rsidTr="00086601">
        <w:trPr>
          <w:jc w:val="center"/>
        </w:trPr>
        <w:tc>
          <w:tcPr>
            <w:tcW w:w="2694" w:type="dxa"/>
            <w:vAlign w:val="center"/>
          </w:tcPr>
          <w:p w14:paraId="3982C156" w14:textId="77777777" w:rsidR="00C6730D" w:rsidRPr="000D1D94" w:rsidRDefault="00C6730D" w:rsidP="00086601">
            <w:pPr>
              <w:spacing w:line="360" w:lineRule="auto"/>
              <w:rPr>
                <w:sz w:val="24"/>
                <w:szCs w:val="24"/>
              </w:rPr>
            </w:pPr>
          </w:p>
        </w:tc>
        <w:tc>
          <w:tcPr>
            <w:tcW w:w="2693" w:type="dxa"/>
            <w:vAlign w:val="center"/>
          </w:tcPr>
          <w:p w14:paraId="683FCB9E" w14:textId="77777777" w:rsidR="00C6730D" w:rsidRPr="000D1D94" w:rsidRDefault="00DE38BC" w:rsidP="00086601">
            <w:pPr>
              <w:spacing w:line="360" w:lineRule="auto"/>
              <w:rPr>
                <w:sz w:val="24"/>
                <w:szCs w:val="24"/>
              </w:rPr>
            </w:pPr>
            <w:r w:rsidRPr="000D1D94">
              <w:rPr>
                <w:sz w:val="24"/>
                <w:szCs w:val="24"/>
              </w:rPr>
              <w:t>&gt;6 hours</w:t>
            </w:r>
          </w:p>
        </w:tc>
        <w:tc>
          <w:tcPr>
            <w:tcW w:w="4549" w:type="dxa"/>
            <w:vAlign w:val="center"/>
          </w:tcPr>
          <w:p w14:paraId="72736242"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798491FC" w14:textId="77777777" w:rsidTr="00086601">
        <w:trPr>
          <w:jc w:val="center"/>
        </w:trPr>
        <w:tc>
          <w:tcPr>
            <w:tcW w:w="2694" w:type="dxa"/>
            <w:vAlign w:val="center"/>
          </w:tcPr>
          <w:p w14:paraId="00936EE1" w14:textId="77777777" w:rsidR="00C6730D" w:rsidRPr="000D1D94" w:rsidRDefault="00DE38BC" w:rsidP="00086601">
            <w:pPr>
              <w:spacing w:line="360" w:lineRule="auto"/>
              <w:rPr>
                <w:sz w:val="24"/>
                <w:szCs w:val="24"/>
              </w:rPr>
            </w:pPr>
            <w:proofErr w:type="spellStart"/>
            <w:r w:rsidRPr="000D1D94">
              <w:rPr>
                <w:sz w:val="24"/>
                <w:szCs w:val="24"/>
              </w:rPr>
              <w:t>Programme</w:t>
            </w:r>
            <w:proofErr w:type="spellEnd"/>
            <w:r w:rsidRPr="000D1D94">
              <w:rPr>
                <w:sz w:val="24"/>
                <w:szCs w:val="24"/>
              </w:rPr>
              <w:t xml:space="preserve"> usually watched</w:t>
            </w:r>
          </w:p>
        </w:tc>
        <w:tc>
          <w:tcPr>
            <w:tcW w:w="2693" w:type="dxa"/>
            <w:vAlign w:val="center"/>
          </w:tcPr>
          <w:p w14:paraId="33116EA1" w14:textId="77777777" w:rsidR="00C6730D" w:rsidRPr="000D1D94" w:rsidRDefault="00DE38BC" w:rsidP="00086601">
            <w:pPr>
              <w:spacing w:line="360" w:lineRule="auto"/>
              <w:rPr>
                <w:sz w:val="24"/>
                <w:szCs w:val="24"/>
              </w:rPr>
            </w:pPr>
            <w:r w:rsidRPr="000D1D94">
              <w:rPr>
                <w:sz w:val="24"/>
                <w:szCs w:val="24"/>
              </w:rPr>
              <w:t>News</w:t>
            </w:r>
          </w:p>
        </w:tc>
        <w:tc>
          <w:tcPr>
            <w:tcW w:w="4549" w:type="dxa"/>
            <w:vAlign w:val="center"/>
          </w:tcPr>
          <w:p w14:paraId="3ECDD581" w14:textId="77777777" w:rsidR="00C6730D" w:rsidRPr="000D1D94" w:rsidRDefault="00DE38BC" w:rsidP="00086601">
            <w:pPr>
              <w:spacing w:line="360" w:lineRule="auto"/>
              <w:rPr>
                <w:sz w:val="24"/>
                <w:szCs w:val="24"/>
              </w:rPr>
            </w:pPr>
            <w:r w:rsidRPr="000D1D94">
              <w:rPr>
                <w:sz w:val="24"/>
                <w:szCs w:val="24"/>
              </w:rPr>
              <w:t>1 (1.7)</w:t>
            </w:r>
          </w:p>
        </w:tc>
      </w:tr>
      <w:tr w:rsidR="00C6730D" w:rsidRPr="000D1D94" w14:paraId="40F24108" w14:textId="77777777" w:rsidTr="00086601">
        <w:trPr>
          <w:jc w:val="center"/>
        </w:trPr>
        <w:tc>
          <w:tcPr>
            <w:tcW w:w="2694" w:type="dxa"/>
            <w:vAlign w:val="center"/>
          </w:tcPr>
          <w:p w14:paraId="6DE16A14" w14:textId="77777777" w:rsidR="00C6730D" w:rsidRPr="000D1D94" w:rsidRDefault="00C6730D" w:rsidP="00086601">
            <w:pPr>
              <w:spacing w:line="360" w:lineRule="auto"/>
              <w:rPr>
                <w:sz w:val="24"/>
                <w:szCs w:val="24"/>
              </w:rPr>
            </w:pPr>
          </w:p>
        </w:tc>
        <w:tc>
          <w:tcPr>
            <w:tcW w:w="2693" w:type="dxa"/>
            <w:vAlign w:val="center"/>
          </w:tcPr>
          <w:p w14:paraId="7BAF7314" w14:textId="77777777" w:rsidR="00C6730D" w:rsidRPr="000D1D94" w:rsidRDefault="00DE38BC" w:rsidP="00086601">
            <w:pPr>
              <w:spacing w:line="360" w:lineRule="auto"/>
              <w:rPr>
                <w:sz w:val="24"/>
                <w:szCs w:val="24"/>
              </w:rPr>
            </w:pPr>
            <w:r w:rsidRPr="000D1D94">
              <w:rPr>
                <w:sz w:val="24"/>
                <w:szCs w:val="24"/>
              </w:rPr>
              <w:t>Movies</w:t>
            </w:r>
          </w:p>
        </w:tc>
        <w:tc>
          <w:tcPr>
            <w:tcW w:w="4549" w:type="dxa"/>
            <w:vAlign w:val="center"/>
          </w:tcPr>
          <w:p w14:paraId="14DEC32D" w14:textId="77777777" w:rsidR="00C6730D" w:rsidRPr="000D1D94" w:rsidRDefault="00DE38BC" w:rsidP="00086601">
            <w:pPr>
              <w:spacing w:line="360" w:lineRule="auto"/>
              <w:rPr>
                <w:sz w:val="24"/>
                <w:szCs w:val="24"/>
              </w:rPr>
            </w:pPr>
            <w:r w:rsidRPr="000D1D94">
              <w:rPr>
                <w:sz w:val="24"/>
                <w:szCs w:val="24"/>
              </w:rPr>
              <w:t>38 (63.3)</w:t>
            </w:r>
          </w:p>
        </w:tc>
      </w:tr>
      <w:tr w:rsidR="00C6730D" w:rsidRPr="000D1D94" w14:paraId="3BF72996" w14:textId="77777777" w:rsidTr="00086601">
        <w:trPr>
          <w:jc w:val="center"/>
        </w:trPr>
        <w:tc>
          <w:tcPr>
            <w:tcW w:w="2694" w:type="dxa"/>
            <w:vAlign w:val="center"/>
          </w:tcPr>
          <w:p w14:paraId="28B5A5C7" w14:textId="77777777" w:rsidR="00C6730D" w:rsidRPr="000D1D94" w:rsidRDefault="00C6730D" w:rsidP="00086601">
            <w:pPr>
              <w:spacing w:line="360" w:lineRule="auto"/>
              <w:rPr>
                <w:sz w:val="24"/>
                <w:szCs w:val="24"/>
              </w:rPr>
            </w:pPr>
          </w:p>
        </w:tc>
        <w:tc>
          <w:tcPr>
            <w:tcW w:w="2693" w:type="dxa"/>
            <w:vAlign w:val="center"/>
          </w:tcPr>
          <w:p w14:paraId="5BA57CE9" w14:textId="77777777" w:rsidR="00C6730D" w:rsidRPr="000D1D94" w:rsidRDefault="00DE38BC" w:rsidP="00086601">
            <w:pPr>
              <w:spacing w:line="360" w:lineRule="auto"/>
              <w:rPr>
                <w:sz w:val="24"/>
                <w:szCs w:val="24"/>
              </w:rPr>
            </w:pPr>
            <w:r w:rsidRPr="000D1D94">
              <w:rPr>
                <w:sz w:val="24"/>
                <w:szCs w:val="24"/>
              </w:rPr>
              <w:t>Comedies</w:t>
            </w:r>
          </w:p>
        </w:tc>
        <w:tc>
          <w:tcPr>
            <w:tcW w:w="4549" w:type="dxa"/>
            <w:vAlign w:val="center"/>
          </w:tcPr>
          <w:p w14:paraId="76B5EAA1" w14:textId="77777777" w:rsidR="00C6730D" w:rsidRPr="000D1D94" w:rsidRDefault="00DE38BC" w:rsidP="00086601">
            <w:pPr>
              <w:spacing w:line="360" w:lineRule="auto"/>
              <w:rPr>
                <w:sz w:val="24"/>
                <w:szCs w:val="24"/>
              </w:rPr>
            </w:pPr>
            <w:r w:rsidRPr="000D1D94">
              <w:rPr>
                <w:sz w:val="24"/>
                <w:szCs w:val="24"/>
              </w:rPr>
              <w:t>15 (25.0)</w:t>
            </w:r>
          </w:p>
        </w:tc>
      </w:tr>
      <w:tr w:rsidR="00C6730D" w:rsidRPr="000D1D94" w14:paraId="2FC68E5A" w14:textId="77777777" w:rsidTr="00086601">
        <w:trPr>
          <w:jc w:val="center"/>
        </w:trPr>
        <w:tc>
          <w:tcPr>
            <w:tcW w:w="2694" w:type="dxa"/>
            <w:vAlign w:val="center"/>
          </w:tcPr>
          <w:p w14:paraId="14032627" w14:textId="77777777" w:rsidR="00C6730D" w:rsidRPr="000D1D94" w:rsidRDefault="00C6730D" w:rsidP="00086601">
            <w:pPr>
              <w:spacing w:line="360" w:lineRule="auto"/>
              <w:rPr>
                <w:sz w:val="24"/>
                <w:szCs w:val="24"/>
              </w:rPr>
            </w:pPr>
          </w:p>
        </w:tc>
        <w:tc>
          <w:tcPr>
            <w:tcW w:w="2693" w:type="dxa"/>
            <w:vAlign w:val="center"/>
          </w:tcPr>
          <w:p w14:paraId="57DB64A8" w14:textId="77777777" w:rsidR="00C6730D" w:rsidRPr="000D1D94" w:rsidRDefault="00DE38BC" w:rsidP="00086601">
            <w:pPr>
              <w:spacing w:line="360" w:lineRule="auto"/>
              <w:rPr>
                <w:sz w:val="24"/>
                <w:szCs w:val="24"/>
              </w:rPr>
            </w:pPr>
            <w:r w:rsidRPr="000D1D94">
              <w:rPr>
                <w:sz w:val="24"/>
                <w:szCs w:val="24"/>
              </w:rPr>
              <w:t>Reality shows</w:t>
            </w:r>
          </w:p>
        </w:tc>
        <w:tc>
          <w:tcPr>
            <w:tcW w:w="4549" w:type="dxa"/>
            <w:vAlign w:val="center"/>
          </w:tcPr>
          <w:p w14:paraId="16B16D9B"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34BDEFCE" w14:textId="77777777" w:rsidTr="00086601">
        <w:trPr>
          <w:jc w:val="center"/>
        </w:trPr>
        <w:tc>
          <w:tcPr>
            <w:tcW w:w="2694" w:type="dxa"/>
            <w:vAlign w:val="center"/>
          </w:tcPr>
          <w:p w14:paraId="6F4FF1A0" w14:textId="77777777" w:rsidR="00C6730D" w:rsidRPr="000D1D94" w:rsidRDefault="00C6730D" w:rsidP="00086601">
            <w:pPr>
              <w:spacing w:line="360" w:lineRule="auto"/>
              <w:rPr>
                <w:sz w:val="24"/>
                <w:szCs w:val="24"/>
              </w:rPr>
            </w:pPr>
          </w:p>
        </w:tc>
        <w:tc>
          <w:tcPr>
            <w:tcW w:w="2693" w:type="dxa"/>
            <w:vAlign w:val="center"/>
          </w:tcPr>
          <w:p w14:paraId="68F58CA5" w14:textId="77777777" w:rsidR="00C6730D" w:rsidRPr="000D1D94" w:rsidRDefault="00DE38BC" w:rsidP="00086601">
            <w:pPr>
              <w:spacing w:line="360" w:lineRule="auto"/>
              <w:rPr>
                <w:sz w:val="24"/>
                <w:szCs w:val="24"/>
              </w:rPr>
            </w:pPr>
            <w:r w:rsidRPr="000D1D94">
              <w:rPr>
                <w:sz w:val="24"/>
                <w:szCs w:val="24"/>
              </w:rPr>
              <w:t>Cartoons/anime</w:t>
            </w:r>
          </w:p>
        </w:tc>
        <w:tc>
          <w:tcPr>
            <w:tcW w:w="4549" w:type="dxa"/>
            <w:vAlign w:val="center"/>
          </w:tcPr>
          <w:p w14:paraId="2F218A28" w14:textId="77777777" w:rsidR="00C6730D" w:rsidRPr="000D1D94" w:rsidRDefault="00DE38BC" w:rsidP="00086601">
            <w:pPr>
              <w:spacing w:line="360" w:lineRule="auto"/>
              <w:rPr>
                <w:sz w:val="24"/>
                <w:szCs w:val="24"/>
              </w:rPr>
            </w:pPr>
            <w:r w:rsidRPr="000D1D94">
              <w:rPr>
                <w:sz w:val="24"/>
                <w:szCs w:val="24"/>
              </w:rPr>
              <w:t>1 (1.7)</w:t>
            </w:r>
          </w:p>
        </w:tc>
      </w:tr>
      <w:tr w:rsidR="00C6730D" w:rsidRPr="000D1D94" w14:paraId="5BF3504D" w14:textId="77777777" w:rsidTr="00086601">
        <w:trPr>
          <w:jc w:val="center"/>
        </w:trPr>
        <w:tc>
          <w:tcPr>
            <w:tcW w:w="2694" w:type="dxa"/>
            <w:vAlign w:val="center"/>
          </w:tcPr>
          <w:p w14:paraId="75A5926A" w14:textId="77777777" w:rsidR="00C6730D" w:rsidRPr="000D1D94" w:rsidRDefault="00C6730D" w:rsidP="00086601">
            <w:pPr>
              <w:spacing w:line="360" w:lineRule="auto"/>
              <w:rPr>
                <w:sz w:val="24"/>
                <w:szCs w:val="24"/>
              </w:rPr>
            </w:pPr>
          </w:p>
        </w:tc>
        <w:tc>
          <w:tcPr>
            <w:tcW w:w="2693" w:type="dxa"/>
            <w:vAlign w:val="center"/>
          </w:tcPr>
          <w:p w14:paraId="6BEEF1E1" w14:textId="77777777" w:rsidR="00C6730D" w:rsidRPr="000D1D94" w:rsidRDefault="00DE38BC" w:rsidP="00086601">
            <w:pPr>
              <w:spacing w:line="360" w:lineRule="auto"/>
              <w:rPr>
                <w:sz w:val="24"/>
                <w:szCs w:val="24"/>
              </w:rPr>
            </w:pPr>
            <w:r w:rsidRPr="000D1D94">
              <w:rPr>
                <w:sz w:val="24"/>
                <w:szCs w:val="24"/>
              </w:rPr>
              <w:t>Other</w:t>
            </w:r>
          </w:p>
        </w:tc>
        <w:tc>
          <w:tcPr>
            <w:tcW w:w="4549" w:type="dxa"/>
            <w:vAlign w:val="center"/>
          </w:tcPr>
          <w:p w14:paraId="48C22ADE" w14:textId="77777777" w:rsidR="00C6730D" w:rsidRPr="000D1D94" w:rsidRDefault="00DE38BC" w:rsidP="00086601">
            <w:pPr>
              <w:spacing w:line="360" w:lineRule="auto"/>
              <w:rPr>
                <w:sz w:val="24"/>
                <w:szCs w:val="24"/>
              </w:rPr>
            </w:pPr>
            <w:r w:rsidRPr="000D1D94">
              <w:rPr>
                <w:sz w:val="24"/>
                <w:szCs w:val="24"/>
              </w:rPr>
              <w:t>0 (0.0)</w:t>
            </w:r>
          </w:p>
        </w:tc>
      </w:tr>
      <w:tr w:rsidR="00C6730D" w:rsidRPr="000D1D94" w14:paraId="0C42A80D" w14:textId="77777777" w:rsidTr="00086601">
        <w:trPr>
          <w:jc w:val="center"/>
        </w:trPr>
        <w:tc>
          <w:tcPr>
            <w:tcW w:w="2694" w:type="dxa"/>
            <w:vAlign w:val="center"/>
          </w:tcPr>
          <w:p w14:paraId="205C8905" w14:textId="77777777" w:rsidR="00C6730D" w:rsidRPr="000D1D94" w:rsidRDefault="00DE38BC" w:rsidP="00086601">
            <w:pPr>
              <w:spacing w:line="360" w:lineRule="auto"/>
              <w:rPr>
                <w:sz w:val="24"/>
                <w:szCs w:val="24"/>
              </w:rPr>
            </w:pPr>
            <w:r w:rsidRPr="000D1D94">
              <w:rPr>
                <w:sz w:val="24"/>
                <w:szCs w:val="24"/>
              </w:rPr>
              <w:lastRenderedPageBreak/>
              <w:t>Viewing companion</w:t>
            </w:r>
          </w:p>
        </w:tc>
        <w:tc>
          <w:tcPr>
            <w:tcW w:w="2693" w:type="dxa"/>
            <w:vAlign w:val="center"/>
          </w:tcPr>
          <w:p w14:paraId="19013FA3" w14:textId="77777777" w:rsidR="00C6730D" w:rsidRPr="000D1D94" w:rsidRDefault="00DE38BC" w:rsidP="00086601">
            <w:pPr>
              <w:spacing w:line="360" w:lineRule="auto"/>
              <w:rPr>
                <w:sz w:val="24"/>
                <w:szCs w:val="24"/>
              </w:rPr>
            </w:pPr>
            <w:r w:rsidRPr="000D1D94">
              <w:rPr>
                <w:sz w:val="24"/>
                <w:szCs w:val="24"/>
              </w:rPr>
              <w:t>Alone</w:t>
            </w:r>
          </w:p>
        </w:tc>
        <w:tc>
          <w:tcPr>
            <w:tcW w:w="4549" w:type="dxa"/>
            <w:vAlign w:val="center"/>
          </w:tcPr>
          <w:p w14:paraId="5FF31A3E" w14:textId="77777777" w:rsidR="00C6730D" w:rsidRPr="000D1D94" w:rsidRDefault="00DE38BC" w:rsidP="00086601">
            <w:pPr>
              <w:spacing w:line="360" w:lineRule="auto"/>
              <w:rPr>
                <w:sz w:val="24"/>
                <w:szCs w:val="24"/>
              </w:rPr>
            </w:pPr>
            <w:r w:rsidRPr="000D1D94">
              <w:rPr>
                <w:sz w:val="24"/>
                <w:szCs w:val="24"/>
              </w:rPr>
              <w:t>23 (38.3)</w:t>
            </w:r>
          </w:p>
        </w:tc>
      </w:tr>
      <w:tr w:rsidR="00C6730D" w:rsidRPr="000D1D94" w14:paraId="3B99E694" w14:textId="77777777" w:rsidTr="00086601">
        <w:trPr>
          <w:jc w:val="center"/>
        </w:trPr>
        <w:tc>
          <w:tcPr>
            <w:tcW w:w="2694" w:type="dxa"/>
            <w:vAlign w:val="center"/>
          </w:tcPr>
          <w:p w14:paraId="7435A0EF" w14:textId="77777777" w:rsidR="00C6730D" w:rsidRPr="000D1D94" w:rsidRDefault="00C6730D" w:rsidP="00086601">
            <w:pPr>
              <w:spacing w:line="360" w:lineRule="auto"/>
              <w:rPr>
                <w:sz w:val="24"/>
                <w:szCs w:val="24"/>
              </w:rPr>
            </w:pPr>
          </w:p>
        </w:tc>
        <w:tc>
          <w:tcPr>
            <w:tcW w:w="2693" w:type="dxa"/>
            <w:vAlign w:val="center"/>
          </w:tcPr>
          <w:p w14:paraId="486BE317" w14:textId="77777777" w:rsidR="00C6730D" w:rsidRPr="000D1D94" w:rsidRDefault="00DE38BC" w:rsidP="00086601">
            <w:pPr>
              <w:spacing w:line="360" w:lineRule="auto"/>
              <w:rPr>
                <w:sz w:val="24"/>
                <w:szCs w:val="24"/>
              </w:rPr>
            </w:pPr>
            <w:r w:rsidRPr="000D1D94">
              <w:rPr>
                <w:sz w:val="24"/>
                <w:szCs w:val="24"/>
              </w:rPr>
              <w:t>Family</w:t>
            </w:r>
          </w:p>
        </w:tc>
        <w:tc>
          <w:tcPr>
            <w:tcW w:w="4549" w:type="dxa"/>
            <w:vAlign w:val="center"/>
          </w:tcPr>
          <w:p w14:paraId="6DF3C358" w14:textId="77777777" w:rsidR="00C6730D" w:rsidRPr="000D1D94" w:rsidRDefault="00DE38BC" w:rsidP="00086601">
            <w:pPr>
              <w:spacing w:line="360" w:lineRule="auto"/>
              <w:rPr>
                <w:sz w:val="24"/>
                <w:szCs w:val="24"/>
              </w:rPr>
            </w:pPr>
            <w:r w:rsidRPr="000D1D94">
              <w:rPr>
                <w:sz w:val="24"/>
                <w:szCs w:val="24"/>
              </w:rPr>
              <w:t>32 (53.3)</w:t>
            </w:r>
          </w:p>
        </w:tc>
      </w:tr>
      <w:tr w:rsidR="00C6730D" w:rsidRPr="000D1D94" w14:paraId="1A28E81C" w14:textId="77777777" w:rsidTr="00086601">
        <w:trPr>
          <w:jc w:val="center"/>
        </w:trPr>
        <w:tc>
          <w:tcPr>
            <w:tcW w:w="2694" w:type="dxa"/>
            <w:vAlign w:val="center"/>
          </w:tcPr>
          <w:p w14:paraId="1A2F8CEA" w14:textId="77777777" w:rsidR="00C6730D" w:rsidRPr="000D1D94" w:rsidRDefault="00C6730D" w:rsidP="00086601">
            <w:pPr>
              <w:spacing w:line="360" w:lineRule="auto"/>
              <w:rPr>
                <w:sz w:val="24"/>
                <w:szCs w:val="24"/>
              </w:rPr>
            </w:pPr>
          </w:p>
        </w:tc>
        <w:tc>
          <w:tcPr>
            <w:tcW w:w="2693" w:type="dxa"/>
            <w:vAlign w:val="center"/>
          </w:tcPr>
          <w:p w14:paraId="2D3DBBFC" w14:textId="77777777" w:rsidR="00C6730D" w:rsidRPr="000D1D94" w:rsidRDefault="00DE38BC" w:rsidP="00086601">
            <w:pPr>
              <w:spacing w:line="360" w:lineRule="auto"/>
              <w:rPr>
                <w:sz w:val="24"/>
                <w:szCs w:val="24"/>
              </w:rPr>
            </w:pPr>
            <w:r w:rsidRPr="000D1D94">
              <w:rPr>
                <w:sz w:val="24"/>
                <w:szCs w:val="24"/>
              </w:rPr>
              <w:t>Friends</w:t>
            </w:r>
          </w:p>
        </w:tc>
        <w:tc>
          <w:tcPr>
            <w:tcW w:w="4549" w:type="dxa"/>
            <w:vAlign w:val="center"/>
          </w:tcPr>
          <w:p w14:paraId="34617742"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4C67ED0A" w14:textId="77777777" w:rsidTr="00086601">
        <w:trPr>
          <w:jc w:val="center"/>
        </w:trPr>
        <w:tc>
          <w:tcPr>
            <w:tcW w:w="2694" w:type="dxa"/>
            <w:vAlign w:val="center"/>
          </w:tcPr>
          <w:p w14:paraId="2E5D3870" w14:textId="77777777" w:rsidR="00C6730D" w:rsidRPr="000D1D94" w:rsidRDefault="00DE38BC" w:rsidP="00086601">
            <w:pPr>
              <w:spacing w:line="360" w:lineRule="auto"/>
              <w:rPr>
                <w:sz w:val="24"/>
                <w:szCs w:val="24"/>
              </w:rPr>
            </w:pPr>
            <w:r w:rsidRPr="000D1D94">
              <w:rPr>
                <w:sz w:val="24"/>
                <w:szCs w:val="24"/>
              </w:rPr>
              <w:t>Missed daily activities due to TV</w:t>
            </w:r>
          </w:p>
        </w:tc>
        <w:tc>
          <w:tcPr>
            <w:tcW w:w="2693" w:type="dxa"/>
            <w:vAlign w:val="center"/>
          </w:tcPr>
          <w:p w14:paraId="494AF85A"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5C268277" w14:textId="77777777" w:rsidR="00C6730D" w:rsidRPr="000D1D94" w:rsidRDefault="00DE38BC" w:rsidP="00086601">
            <w:pPr>
              <w:spacing w:line="360" w:lineRule="auto"/>
              <w:rPr>
                <w:sz w:val="24"/>
                <w:szCs w:val="24"/>
              </w:rPr>
            </w:pPr>
            <w:r w:rsidRPr="000D1D94">
              <w:rPr>
                <w:sz w:val="24"/>
                <w:szCs w:val="24"/>
              </w:rPr>
              <w:t>31 (51.7)</w:t>
            </w:r>
          </w:p>
        </w:tc>
      </w:tr>
      <w:tr w:rsidR="00C6730D" w:rsidRPr="000D1D94" w14:paraId="0A7C6AF4" w14:textId="77777777" w:rsidTr="00086601">
        <w:trPr>
          <w:jc w:val="center"/>
        </w:trPr>
        <w:tc>
          <w:tcPr>
            <w:tcW w:w="2694" w:type="dxa"/>
            <w:vAlign w:val="center"/>
          </w:tcPr>
          <w:p w14:paraId="49FD825B" w14:textId="77777777" w:rsidR="00C6730D" w:rsidRPr="000D1D94" w:rsidRDefault="00C6730D" w:rsidP="00086601">
            <w:pPr>
              <w:spacing w:line="360" w:lineRule="auto"/>
              <w:rPr>
                <w:sz w:val="24"/>
                <w:szCs w:val="24"/>
              </w:rPr>
            </w:pPr>
          </w:p>
        </w:tc>
        <w:tc>
          <w:tcPr>
            <w:tcW w:w="2693" w:type="dxa"/>
            <w:vAlign w:val="center"/>
          </w:tcPr>
          <w:p w14:paraId="1D7EC237"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22ED73B3" w14:textId="77777777" w:rsidR="00C6730D" w:rsidRPr="000D1D94" w:rsidRDefault="00DE38BC" w:rsidP="00086601">
            <w:pPr>
              <w:spacing w:line="360" w:lineRule="auto"/>
              <w:rPr>
                <w:sz w:val="24"/>
                <w:szCs w:val="24"/>
              </w:rPr>
            </w:pPr>
            <w:r w:rsidRPr="000D1D94">
              <w:rPr>
                <w:sz w:val="24"/>
                <w:szCs w:val="24"/>
              </w:rPr>
              <w:t>29 (48.3)</w:t>
            </w:r>
          </w:p>
        </w:tc>
      </w:tr>
      <w:tr w:rsidR="00C6730D" w:rsidRPr="000D1D94" w14:paraId="68891C1A" w14:textId="77777777" w:rsidTr="00086601">
        <w:trPr>
          <w:jc w:val="center"/>
        </w:trPr>
        <w:tc>
          <w:tcPr>
            <w:tcW w:w="2694" w:type="dxa"/>
            <w:vAlign w:val="center"/>
          </w:tcPr>
          <w:p w14:paraId="621FCCB5" w14:textId="77777777" w:rsidR="00C6730D" w:rsidRPr="000D1D94" w:rsidRDefault="00DE38BC" w:rsidP="00086601">
            <w:pPr>
              <w:spacing w:line="360" w:lineRule="auto"/>
              <w:rPr>
                <w:sz w:val="24"/>
                <w:szCs w:val="24"/>
              </w:rPr>
            </w:pPr>
            <w:r w:rsidRPr="000D1D94">
              <w:rPr>
                <w:sz w:val="24"/>
                <w:szCs w:val="24"/>
              </w:rPr>
              <w:t>Negative emotions after TV</w:t>
            </w:r>
          </w:p>
        </w:tc>
        <w:tc>
          <w:tcPr>
            <w:tcW w:w="2693" w:type="dxa"/>
            <w:vAlign w:val="center"/>
          </w:tcPr>
          <w:p w14:paraId="78FD3330"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24A1A6CF" w14:textId="77777777" w:rsidR="00C6730D" w:rsidRPr="000D1D94" w:rsidRDefault="00DE38BC" w:rsidP="00086601">
            <w:pPr>
              <w:spacing w:line="360" w:lineRule="auto"/>
              <w:rPr>
                <w:sz w:val="24"/>
                <w:szCs w:val="24"/>
              </w:rPr>
            </w:pPr>
            <w:r w:rsidRPr="000D1D94">
              <w:rPr>
                <w:sz w:val="24"/>
                <w:szCs w:val="24"/>
              </w:rPr>
              <w:t>40 (66.7)</w:t>
            </w:r>
          </w:p>
        </w:tc>
      </w:tr>
      <w:tr w:rsidR="00C6730D" w:rsidRPr="000D1D94" w14:paraId="65B5D856" w14:textId="77777777" w:rsidTr="00086601">
        <w:trPr>
          <w:jc w:val="center"/>
        </w:trPr>
        <w:tc>
          <w:tcPr>
            <w:tcW w:w="2694" w:type="dxa"/>
            <w:vAlign w:val="center"/>
          </w:tcPr>
          <w:p w14:paraId="6F080788" w14:textId="77777777" w:rsidR="00C6730D" w:rsidRPr="000D1D94" w:rsidRDefault="00C6730D" w:rsidP="00086601">
            <w:pPr>
              <w:spacing w:line="360" w:lineRule="auto"/>
              <w:rPr>
                <w:sz w:val="24"/>
                <w:szCs w:val="24"/>
              </w:rPr>
            </w:pPr>
          </w:p>
        </w:tc>
        <w:tc>
          <w:tcPr>
            <w:tcW w:w="2693" w:type="dxa"/>
            <w:vAlign w:val="center"/>
          </w:tcPr>
          <w:p w14:paraId="2215D070"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39EA1F0C" w14:textId="77777777" w:rsidR="00C6730D" w:rsidRPr="000D1D94" w:rsidRDefault="00DE38BC" w:rsidP="00086601">
            <w:pPr>
              <w:spacing w:line="360" w:lineRule="auto"/>
              <w:rPr>
                <w:sz w:val="24"/>
                <w:szCs w:val="24"/>
              </w:rPr>
            </w:pPr>
            <w:r w:rsidRPr="000D1D94">
              <w:rPr>
                <w:sz w:val="24"/>
                <w:szCs w:val="24"/>
              </w:rPr>
              <w:t>20 (33.3)</w:t>
            </w:r>
          </w:p>
        </w:tc>
      </w:tr>
      <w:tr w:rsidR="00C6730D" w:rsidRPr="000D1D94" w14:paraId="0F2DEC50" w14:textId="77777777" w:rsidTr="00086601">
        <w:trPr>
          <w:jc w:val="center"/>
        </w:trPr>
        <w:tc>
          <w:tcPr>
            <w:tcW w:w="2694" w:type="dxa"/>
            <w:vAlign w:val="center"/>
          </w:tcPr>
          <w:p w14:paraId="0C39584D" w14:textId="77777777" w:rsidR="00C6730D" w:rsidRPr="000D1D94" w:rsidRDefault="00DE38BC" w:rsidP="00086601">
            <w:pPr>
              <w:spacing w:line="360" w:lineRule="auto"/>
              <w:rPr>
                <w:sz w:val="24"/>
                <w:szCs w:val="24"/>
              </w:rPr>
            </w:pPr>
            <w:r w:rsidRPr="000D1D94">
              <w:rPr>
                <w:sz w:val="24"/>
                <w:szCs w:val="24"/>
              </w:rPr>
              <w:t>Health disturbances related to TV</w:t>
            </w:r>
          </w:p>
        </w:tc>
        <w:tc>
          <w:tcPr>
            <w:tcW w:w="2693" w:type="dxa"/>
            <w:vAlign w:val="center"/>
          </w:tcPr>
          <w:p w14:paraId="0EFD3B85"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23E123FA" w14:textId="77777777" w:rsidR="00C6730D" w:rsidRPr="000D1D94" w:rsidRDefault="00DE38BC" w:rsidP="00086601">
            <w:pPr>
              <w:spacing w:line="360" w:lineRule="auto"/>
              <w:rPr>
                <w:sz w:val="24"/>
                <w:szCs w:val="24"/>
              </w:rPr>
            </w:pPr>
            <w:r w:rsidRPr="000D1D94">
              <w:rPr>
                <w:sz w:val="24"/>
                <w:szCs w:val="24"/>
              </w:rPr>
              <w:t>18 (30.0)</w:t>
            </w:r>
          </w:p>
        </w:tc>
      </w:tr>
      <w:tr w:rsidR="00C6730D" w:rsidRPr="000D1D94" w14:paraId="384A7CFD" w14:textId="77777777" w:rsidTr="00086601">
        <w:trPr>
          <w:jc w:val="center"/>
        </w:trPr>
        <w:tc>
          <w:tcPr>
            <w:tcW w:w="2694" w:type="dxa"/>
            <w:vAlign w:val="center"/>
          </w:tcPr>
          <w:p w14:paraId="6FCF7F45" w14:textId="77777777" w:rsidR="00C6730D" w:rsidRPr="000D1D94" w:rsidRDefault="00C6730D" w:rsidP="00086601">
            <w:pPr>
              <w:spacing w:line="360" w:lineRule="auto"/>
              <w:rPr>
                <w:sz w:val="24"/>
                <w:szCs w:val="24"/>
              </w:rPr>
            </w:pPr>
          </w:p>
        </w:tc>
        <w:tc>
          <w:tcPr>
            <w:tcW w:w="2693" w:type="dxa"/>
            <w:vAlign w:val="center"/>
          </w:tcPr>
          <w:p w14:paraId="06525B7A"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208C0FE5" w14:textId="77777777" w:rsidR="00C6730D" w:rsidRPr="000D1D94" w:rsidRDefault="00DE38BC" w:rsidP="00086601">
            <w:pPr>
              <w:spacing w:line="360" w:lineRule="auto"/>
              <w:rPr>
                <w:sz w:val="24"/>
                <w:szCs w:val="24"/>
              </w:rPr>
            </w:pPr>
            <w:r w:rsidRPr="000D1D94">
              <w:rPr>
                <w:sz w:val="24"/>
                <w:szCs w:val="24"/>
              </w:rPr>
              <w:t>42 (70.0)</w:t>
            </w:r>
          </w:p>
        </w:tc>
      </w:tr>
      <w:tr w:rsidR="00C6730D" w:rsidRPr="000D1D94" w14:paraId="34C18981" w14:textId="77777777" w:rsidTr="00086601">
        <w:trPr>
          <w:jc w:val="center"/>
        </w:trPr>
        <w:tc>
          <w:tcPr>
            <w:tcW w:w="2694" w:type="dxa"/>
            <w:vAlign w:val="center"/>
          </w:tcPr>
          <w:p w14:paraId="1CA9C39D" w14:textId="77777777" w:rsidR="00C6730D" w:rsidRPr="000D1D94" w:rsidRDefault="00DE38BC" w:rsidP="00086601">
            <w:pPr>
              <w:spacing w:line="360" w:lineRule="auto"/>
              <w:rPr>
                <w:sz w:val="24"/>
                <w:szCs w:val="24"/>
              </w:rPr>
            </w:pPr>
            <w:r w:rsidRPr="000D1D94">
              <w:rPr>
                <w:sz w:val="24"/>
                <w:szCs w:val="24"/>
              </w:rPr>
              <w:t xml:space="preserve">Believes TV influences </w:t>
            </w:r>
            <w:proofErr w:type="spellStart"/>
            <w:r w:rsidRPr="000D1D94">
              <w:rPr>
                <w:sz w:val="24"/>
                <w:szCs w:val="24"/>
              </w:rPr>
              <w:t>behaviour</w:t>
            </w:r>
            <w:proofErr w:type="spellEnd"/>
          </w:p>
        </w:tc>
        <w:tc>
          <w:tcPr>
            <w:tcW w:w="2693" w:type="dxa"/>
            <w:vAlign w:val="center"/>
          </w:tcPr>
          <w:p w14:paraId="37C21F60"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2D3A6856" w14:textId="77777777" w:rsidR="00C6730D" w:rsidRPr="000D1D94" w:rsidRDefault="00DE38BC" w:rsidP="00086601">
            <w:pPr>
              <w:spacing w:line="360" w:lineRule="auto"/>
              <w:rPr>
                <w:sz w:val="24"/>
                <w:szCs w:val="24"/>
              </w:rPr>
            </w:pPr>
            <w:r w:rsidRPr="000D1D94">
              <w:rPr>
                <w:sz w:val="24"/>
                <w:szCs w:val="24"/>
              </w:rPr>
              <w:t>15 (25.0)</w:t>
            </w:r>
          </w:p>
        </w:tc>
      </w:tr>
      <w:tr w:rsidR="00C6730D" w:rsidRPr="000D1D94" w14:paraId="3B0F0A9D" w14:textId="77777777" w:rsidTr="00086601">
        <w:trPr>
          <w:jc w:val="center"/>
        </w:trPr>
        <w:tc>
          <w:tcPr>
            <w:tcW w:w="2694" w:type="dxa"/>
            <w:vAlign w:val="center"/>
          </w:tcPr>
          <w:p w14:paraId="7FC4E0AB" w14:textId="77777777" w:rsidR="00C6730D" w:rsidRPr="000D1D94" w:rsidRDefault="00C6730D" w:rsidP="00086601">
            <w:pPr>
              <w:spacing w:line="360" w:lineRule="auto"/>
              <w:rPr>
                <w:sz w:val="24"/>
                <w:szCs w:val="24"/>
              </w:rPr>
            </w:pPr>
          </w:p>
        </w:tc>
        <w:tc>
          <w:tcPr>
            <w:tcW w:w="2693" w:type="dxa"/>
            <w:vAlign w:val="center"/>
          </w:tcPr>
          <w:p w14:paraId="3EEBF2E9"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7CD2B8F8" w14:textId="77777777" w:rsidR="00C6730D" w:rsidRPr="000D1D94" w:rsidRDefault="00DE38BC" w:rsidP="00086601">
            <w:pPr>
              <w:spacing w:line="360" w:lineRule="auto"/>
              <w:rPr>
                <w:sz w:val="24"/>
                <w:szCs w:val="24"/>
              </w:rPr>
            </w:pPr>
            <w:r w:rsidRPr="000D1D94">
              <w:rPr>
                <w:sz w:val="24"/>
                <w:szCs w:val="24"/>
              </w:rPr>
              <w:t>45 (75.0)</w:t>
            </w:r>
          </w:p>
        </w:tc>
      </w:tr>
    </w:tbl>
    <w:p w14:paraId="4B170113" w14:textId="77777777" w:rsidR="00C6730D" w:rsidRPr="000D1D94" w:rsidRDefault="00DE38BC">
      <w:pPr>
        <w:jc w:val="center"/>
        <w:rPr>
          <w:b/>
          <w:sz w:val="32"/>
        </w:rPr>
      </w:pPr>
      <w:r w:rsidRPr="000D1D94">
        <w:rPr>
          <w:b/>
          <w:sz w:val="24"/>
        </w:rPr>
        <w:t>Table 1. Demographic characteristics and television-viewing profile (N=60).</w:t>
      </w:r>
    </w:p>
    <w:p w14:paraId="4C912026" w14:textId="77777777" w:rsidR="00C6730D" w:rsidRPr="000D1D94" w:rsidRDefault="00DE38BC" w:rsidP="00086601">
      <w:pPr>
        <w:spacing w:after="100" w:line="360" w:lineRule="auto"/>
        <w:jc w:val="both"/>
        <w:rPr>
          <w:sz w:val="24"/>
        </w:rPr>
      </w:pPr>
      <w:r>
        <w:rPr>
          <w:sz w:val="24"/>
        </w:rPr>
        <w:t xml:space="preserve">The sample was predominantly younger than 16 years (75.0%), male (56.7%), and urban (55.0%). Nearly half watched television for 1–3 hours daily (48.3%), and movies were the most commonly watched programme type (63.3%). More than half watched with family (53.3%). </w:t>
      </w:r>
      <w:r>
        <w:rPr>
          <w:highlight w:val="yellow"/>
        </w:rPr>
        <w:t>In total,</w:t>
      </w:r>
      <w:r>
        <w:rPr>
          <w:sz w:val="24"/>
        </w:rPr>
        <w:t xml:space="preserve"> 51.7% reported missing daily activities because of television, 66.7% reported negative emotions such as anxiety or fear after viewing, and 30.0% reported health disturbances related to television viewing. Despite these experiences, 75.0% did not believe that television influenced their behaviour.</w:t>
      </w:r>
    </w:p>
    <w:p w14:paraId="768B415F" w14:textId="77777777" w:rsidR="00C6730D" w:rsidRPr="000D1D94" w:rsidRDefault="00DE38BC" w:rsidP="00086601">
      <w:pPr>
        <w:pStyle w:val="Heading2"/>
        <w:spacing w:before="0" w:line="360" w:lineRule="auto"/>
        <w:rPr>
          <w:rFonts w:ascii="Times New Roman" w:hAnsi="Times New Roman" w:cs="Times New Roman"/>
          <w:color w:val="auto"/>
          <w:sz w:val="24"/>
          <w:szCs w:val="24"/>
        </w:rPr>
      </w:pPr>
      <w:r w:rsidRPr="000D1D94">
        <w:rPr>
          <w:rFonts w:ascii="Times New Roman" w:eastAsia="Times New Roman" w:hAnsi="Times New Roman" w:cs="Times New Roman"/>
          <w:color w:val="auto"/>
          <w:sz w:val="24"/>
          <w:szCs w:val="24"/>
        </w:rPr>
        <w:t>5.2 Pre-test and post-test knowledge grade</w:t>
      </w:r>
    </w:p>
    <w:tbl>
      <w:tblPr>
        <w:tblStyle w:val="TableGrid"/>
        <w:tblW w:w="0" w:type="auto"/>
        <w:jc w:val="center"/>
        <w:tblLook w:val="04A0" w:firstRow="1" w:lastRow="0" w:firstColumn="1" w:lastColumn="0" w:noHBand="0" w:noVBand="1"/>
      </w:tblPr>
      <w:tblGrid>
        <w:gridCol w:w="3312"/>
        <w:gridCol w:w="3312"/>
        <w:gridCol w:w="3312"/>
      </w:tblGrid>
      <w:tr w:rsidR="00C6730D" w:rsidRPr="000D1D94" w14:paraId="27D64C6A" w14:textId="77777777">
        <w:trPr>
          <w:jc w:val="center"/>
        </w:trPr>
        <w:tc>
          <w:tcPr>
            <w:tcW w:w="3312" w:type="dxa"/>
            <w:shd w:val="clear" w:color="auto" w:fill="D9EAF7"/>
            <w:vAlign w:val="center"/>
          </w:tcPr>
          <w:p w14:paraId="5757C51C" w14:textId="77777777" w:rsidR="00C6730D" w:rsidRPr="000D1D94" w:rsidRDefault="00DE38BC" w:rsidP="00086601">
            <w:pPr>
              <w:spacing w:line="360" w:lineRule="auto"/>
              <w:rPr>
                <w:rFonts w:cs="Times New Roman"/>
                <w:sz w:val="24"/>
                <w:szCs w:val="24"/>
              </w:rPr>
            </w:pPr>
            <w:r w:rsidRPr="000D1D94">
              <w:rPr>
                <w:rFonts w:cs="Times New Roman"/>
                <w:b/>
                <w:sz w:val="24"/>
                <w:szCs w:val="24"/>
              </w:rPr>
              <w:t>Knowledge grade</w:t>
            </w:r>
          </w:p>
        </w:tc>
        <w:tc>
          <w:tcPr>
            <w:tcW w:w="3312" w:type="dxa"/>
            <w:shd w:val="clear" w:color="auto" w:fill="D9EAF7"/>
            <w:vAlign w:val="center"/>
          </w:tcPr>
          <w:p w14:paraId="5D3196B7" w14:textId="77777777" w:rsidR="00C6730D" w:rsidRPr="000D1D94" w:rsidRDefault="00DE38BC" w:rsidP="00086601">
            <w:pPr>
              <w:spacing w:line="360" w:lineRule="auto"/>
              <w:rPr>
                <w:rFonts w:cs="Times New Roman"/>
                <w:sz w:val="24"/>
                <w:szCs w:val="24"/>
              </w:rPr>
            </w:pPr>
            <w:r w:rsidRPr="000D1D94">
              <w:rPr>
                <w:rFonts w:cs="Times New Roman"/>
                <w:b/>
                <w:sz w:val="24"/>
                <w:szCs w:val="24"/>
              </w:rPr>
              <w:t>Pre-test n (%)</w:t>
            </w:r>
          </w:p>
        </w:tc>
        <w:tc>
          <w:tcPr>
            <w:tcW w:w="3312" w:type="dxa"/>
            <w:shd w:val="clear" w:color="auto" w:fill="D9EAF7"/>
            <w:vAlign w:val="center"/>
          </w:tcPr>
          <w:p w14:paraId="526FD8A0" w14:textId="77777777" w:rsidR="00C6730D" w:rsidRPr="000D1D94" w:rsidRDefault="00DE38BC" w:rsidP="00086601">
            <w:pPr>
              <w:spacing w:line="360" w:lineRule="auto"/>
              <w:rPr>
                <w:rFonts w:cs="Times New Roman"/>
                <w:sz w:val="24"/>
                <w:szCs w:val="24"/>
              </w:rPr>
            </w:pPr>
            <w:r w:rsidRPr="000D1D94">
              <w:rPr>
                <w:rFonts w:cs="Times New Roman"/>
                <w:b/>
                <w:sz w:val="24"/>
                <w:szCs w:val="24"/>
              </w:rPr>
              <w:t>Post-test n (%)</w:t>
            </w:r>
          </w:p>
        </w:tc>
      </w:tr>
      <w:tr w:rsidR="00C6730D" w:rsidRPr="000D1D94" w14:paraId="28FDC091" w14:textId="77777777">
        <w:trPr>
          <w:jc w:val="center"/>
        </w:trPr>
        <w:tc>
          <w:tcPr>
            <w:tcW w:w="3312" w:type="dxa"/>
            <w:vAlign w:val="center"/>
          </w:tcPr>
          <w:p w14:paraId="633E53A0" w14:textId="77777777" w:rsidR="00C6730D" w:rsidRPr="000D1D94" w:rsidRDefault="00DE38BC" w:rsidP="00086601">
            <w:pPr>
              <w:spacing w:line="360" w:lineRule="auto"/>
              <w:rPr>
                <w:rFonts w:cs="Times New Roman"/>
                <w:sz w:val="24"/>
                <w:szCs w:val="24"/>
              </w:rPr>
            </w:pPr>
            <w:r w:rsidRPr="000D1D94">
              <w:rPr>
                <w:rFonts w:cs="Times New Roman"/>
                <w:sz w:val="24"/>
                <w:szCs w:val="24"/>
              </w:rPr>
              <w:t>Poor (0–13)</w:t>
            </w:r>
          </w:p>
        </w:tc>
        <w:tc>
          <w:tcPr>
            <w:tcW w:w="3312" w:type="dxa"/>
            <w:vAlign w:val="center"/>
          </w:tcPr>
          <w:p w14:paraId="691B0826" w14:textId="77777777" w:rsidR="00C6730D" w:rsidRPr="000D1D94" w:rsidRDefault="00DE38BC" w:rsidP="00086601">
            <w:pPr>
              <w:spacing w:line="360" w:lineRule="auto"/>
              <w:rPr>
                <w:rFonts w:cs="Times New Roman"/>
                <w:sz w:val="24"/>
                <w:szCs w:val="24"/>
              </w:rPr>
            </w:pPr>
            <w:r w:rsidRPr="000D1D94">
              <w:rPr>
                <w:rFonts w:cs="Times New Roman"/>
                <w:sz w:val="24"/>
                <w:szCs w:val="24"/>
              </w:rPr>
              <w:t>42 (70.0)</w:t>
            </w:r>
          </w:p>
        </w:tc>
        <w:tc>
          <w:tcPr>
            <w:tcW w:w="3312" w:type="dxa"/>
            <w:vAlign w:val="center"/>
          </w:tcPr>
          <w:p w14:paraId="4D1490A4" w14:textId="77777777" w:rsidR="00C6730D" w:rsidRPr="000D1D94" w:rsidRDefault="00DE38BC" w:rsidP="00086601">
            <w:pPr>
              <w:spacing w:line="360" w:lineRule="auto"/>
              <w:rPr>
                <w:rFonts w:cs="Times New Roman"/>
                <w:sz w:val="24"/>
                <w:szCs w:val="24"/>
              </w:rPr>
            </w:pPr>
            <w:r w:rsidRPr="000D1D94">
              <w:rPr>
                <w:rFonts w:cs="Times New Roman"/>
                <w:sz w:val="24"/>
                <w:szCs w:val="24"/>
              </w:rPr>
              <w:t>0 (0.0)</w:t>
            </w:r>
          </w:p>
        </w:tc>
      </w:tr>
      <w:tr w:rsidR="00C6730D" w:rsidRPr="000D1D94" w14:paraId="2FF5558D" w14:textId="77777777">
        <w:trPr>
          <w:jc w:val="center"/>
        </w:trPr>
        <w:tc>
          <w:tcPr>
            <w:tcW w:w="3312" w:type="dxa"/>
            <w:vAlign w:val="center"/>
          </w:tcPr>
          <w:p w14:paraId="29D13E1D" w14:textId="77777777" w:rsidR="00C6730D" w:rsidRPr="000D1D94" w:rsidRDefault="00DE38BC" w:rsidP="00086601">
            <w:pPr>
              <w:spacing w:line="360" w:lineRule="auto"/>
              <w:rPr>
                <w:rFonts w:cs="Times New Roman"/>
                <w:sz w:val="24"/>
                <w:szCs w:val="24"/>
              </w:rPr>
            </w:pPr>
            <w:r w:rsidRPr="000D1D94">
              <w:rPr>
                <w:rFonts w:cs="Times New Roman"/>
                <w:sz w:val="24"/>
                <w:szCs w:val="24"/>
              </w:rPr>
              <w:t>Average (14–18)</w:t>
            </w:r>
          </w:p>
        </w:tc>
        <w:tc>
          <w:tcPr>
            <w:tcW w:w="3312" w:type="dxa"/>
            <w:vAlign w:val="center"/>
          </w:tcPr>
          <w:p w14:paraId="5B48A44B" w14:textId="77777777" w:rsidR="00C6730D" w:rsidRPr="000D1D94" w:rsidRDefault="00DE38BC" w:rsidP="00086601">
            <w:pPr>
              <w:spacing w:line="360" w:lineRule="auto"/>
              <w:rPr>
                <w:rFonts w:cs="Times New Roman"/>
                <w:sz w:val="24"/>
                <w:szCs w:val="24"/>
              </w:rPr>
            </w:pPr>
            <w:r w:rsidRPr="000D1D94">
              <w:rPr>
                <w:rFonts w:cs="Times New Roman"/>
                <w:sz w:val="24"/>
                <w:szCs w:val="24"/>
              </w:rPr>
              <w:t>18 (30.0)</w:t>
            </w:r>
          </w:p>
        </w:tc>
        <w:tc>
          <w:tcPr>
            <w:tcW w:w="3312" w:type="dxa"/>
            <w:vAlign w:val="center"/>
          </w:tcPr>
          <w:p w14:paraId="0CD3AF36" w14:textId="77777777" w:rsidR="00C6730D" w:rsidRPr="000D1D94" w:rsidRDefault="00DE38BC" w:rsidP="00086601">
            <w:pPr>
              <w:spacing w:line="360" w:lineRule="auto"/>
              <w:rPr>
                <w:rFonts w:cs="Times New Roman"/>
                <w:sz w:val="24"/>
                <w:szCs w:val="24"/>
              </w:rPr>
            </w:pPr>
            <w:r w:rsidRPr="000D1D94">
              <w:rPr>
                <w:rFonts w:cs="Times New Roman"/>
                <w:sz w:val="24"/>
                <w:szCs w:val="24"/>
              </w:rPr>
              <w:t>16 (26.7)</w:t>
            </w:r>
          </w:p>
        </w:tc>
      </w:tr>
      <w:tr w:rsidR="00C6730D" w:rsidRPr="000D1D94" w14:paraId="1BE4C019" w14:textId="77777777">
        <w:trPr>
          <w:jc w:val="center"/>
        </w:trPr>
        <w:tc>
          <w:tcPr>
            <w:tcW w:w="3312" w:type="dxa"/>
            <w:vAlign w:val="center"/>
          </w:tcPr>
          <w:p w14:paraId="71DFDF22" w14:textId="77777777" w:rsidR="00C6730D" w:rsidRPr="000D1D94" w:rsidRDefault="00DE38BC" w:rsidP="00086601">
            <w:pPr>
              <w:spacing w:line="360" w:lineRule="auto"/>
              <w:rPr>
                <w:rFonts w:cs="Times New Roman"/>
                <w:sz w:val="24"/>
                <w:szCs w:val="24"/>
              </w:rPr>
            </w:pPr>
            <w:r w:rsidRPr="000D1D94">
              <w:rPr>
                <w:rFonts w:cs="Times New Roman"/>
                <w:sz w:val="24"/>
                <w:szCs w:val="24"/>
              </w:rPr>
              <w:t>Good (19–25)</w:t>
            </w:r>
          </w:p>
        </w:tc>
        <w:tc>
          <w:tcPr>
            <w:tcW w:w="3312" w:type="dxa"/>
            <w:vAlign w:val="center"/>
          </w:tcPr>
          <w:p w14:paraId="347FFE2F" w14:textId="77777777" w:rsidR="00C6730D" w:rsidRPr="000D1D94" w:rsidRDefault="00DE38BC" w:rsidP="00086601">
            <w:pPr>
              <w:spacing w:line="360" w:lineRule="auto"/>
              <w:rPr>
                <w:rFonts w:cs="Times New Roman"/>
                <w:sz w:val="24"/>
                <w:szCs w:val="24"/>
              </w:rPr>
            </w:pPr>
            <w:r w:rsidRPr="000D1D94">
              <w:rPr>
                <w:rFonts w:cs="Times New Roman"/>
                <w:sz w:val="24"/>
                <w:szCs w:val="24"/>
              </w:rPr>
              <w:t>0 (0.0)</w:t>
            </w:r>
          </w:p>
        </w:tc>
        <w:tc>
          <w:tcPr>
            <w:tcW w:w="3312" w:type="dxa"/>
            <w:vAlign w:val="center"/>
          </w:tcPr>
          <w:p w14:paraId="2D471B08" w14:textId="77777777" w:rsidR="00C6730D" w:rsidRPr="000D1D94" w:rsidRDefault="00DE38BC" w:rsidP="00086601">
            <w:pPr>
              <w:spacing w:line="360" w:lineRule="auto"/>
              <w:rPr>
                <w:rFonts w:cs="Times New Roman"/>
                <w:sz w:val="24"/>
                <w:szCs w:val="24"/>
              </w:rPr>
            </w:pPr>
            <w:r w:rsidRPr="000D1D94">
              <w:rPr>
                <w:rFonts w:cs="Times New Roman"/>
                <w:sz w:val="24"/>
                <w:szCs w:val="24"/>
              </w:rPr>
              <w:t>44 (73.3)</w:t>
            </w:r>
          </w:p>
        </w:tc>
      </w:tr>
      <w:tr w:rsidR="00C6730D" w:rsidRPr="000D1D94" w14:paraId="2C1F1F8C" w14:textId="77777777">
        <w:trPr>
          <w:jc w:val="center"/>
        </w:trPr>
        <w:tc>
          <w:tcPr>
            <w:tcW w:w="3312" w:type="dxa"/>
            <w:vAlign w:val="center"/>
          </w:tcPr>
          <w:p w14:paraId="31AA4FC8" w14:textId="77777777" w:rsidR="00C6730D" w:rsidRPr="000D1D94" w:rsidRDefault="00DE38BC" w:rsidP="00086601">
            <w:pPr>
              <w:spacing w:line="360" w:lineRule="auto"/>
              <w:rPr>
                <w:rFonts w:cs="Times New Roman"/>
                <w:sz w:val="24"/>
                <w:szCs w:val="24"/>
              </w:rPr>
            </w:pPr>
            <w:r w:rsidRPr="000D1D94">
              <w:rPr>
                <w:rFonts w:cs="Times New Roman"/>
                <w:sz w:val="24"/>
                <w:szCs w:val="24"/>
              </w:rPr>
              <w:t>Total</w:t>
            </w:r>
          </w:p>
        </w:tc>
        <w:tc>
          <w:tcPr>
            <w:tcW w:w="3312" w:type="dxa"/>
            <w:vAlign w:val="center"/>
          </w:tcPr>
          <w:p w14:paraId="6DC3772E" w14:textId="77777777" w:rsidR="00C6730D" w:rsidRPr="000D1D94" w:rsidRDefault="00DE38BC" w:rsidP="00086601">
            <w:pPr>
              <w:spacing w:line="360" w:lineRule="auto"/>
              <w:rPr>
                <w:rFonts w:cs="Times New Roman"/>
                <w:sz w:val="24"/>
                <w:szCs w:val="24"/>
              </w:rPr>
            </w:pPr>
            <w:r w:rsidRPr="000D1D94">
              <w:rPr>
                <w:rFonts w:cs="Times New Roman"/>
                <w:sz w:val="24"/>
                <w:szCs w:val="24"/>
              </w:rPr>
              <w:t>60 (100.0)</w:t>
            </w:r>
          </w:p>
        </w:tc>
        <w:tc>
          <w:tcPr>
            <w:tcW w:w="3312" w:type="dxa"/>
            <w:vAlign w:val="center"/>
          </w:tcPr>
          <w:p w14:paraId="7EC02382" w14:textId="77777777" w:rsidR="00C6730D" w:rsidRPr="000D1D94" w:rsidRDefault="00DE38BC" w:rsidP="00086601">
            <w:pPr>
              <w:spacing w:line="360" w:lineRule="auto"/>
              <w:rPr>
                <w:rFonts w:cs="Times New Roman"/>
                <w:sz w:val="24"/>
                <w:szCs w:val="24"/>
              </w:rPr>
            </w:pPr>
            <w:r w:rsidRPr="000D1D94">
              <w:rPr>
                <w:rFonts w:cs="Times New Roman"/>
                <w:sz w:val="24"/>
                <w:szCs w:val="24"/>
              </w:rPr>
              <w:t>60 (100.0)</w:t>
            </w:r>
          </w:p>
        </w:tc>
      </w:tr>
    </w:tbl>
    <w:p w14:paraId="410A184C" w14:textId="77777777" w:rsidR="00C6730D" w:rsidRPr="000D1D94" w:rsidRDefault="00DE38BC">
      <w:pPr>
        <w:jc w:val="center"/>
        <w:rPr>
          <w:b/>
          <w:sz w:val="32"/>
        </w:rPr>
      </w:pPr>
      <w:r w:rsidRPr="000D1D94">
        <w:rPr>
          <w:b/>
          <w:sz w:val="24"/>
        </w:rPr>
        <w:t>Table 2. Comparison of pre-test and post-test knowledge grades.</w:t>
      </w:r>
    </w:p>
    <w:p w14:paraId="3B52FEAA" w14:textId="77777777" w:rsidR="00C6730D" w:rsidRPr="000D1D94" w:rsidRDefault="00DE38BC">
      <w:pPr>
        <w:jc w:val="center"/>
      </w:pPr>
      <w:r w:rsidRPr="000D1D94">
        <w:rPr>
          <w:noProof/>
          <w:lang w:val="en-IN" w:eastAsia="en-IN"/>
        </w:rPr>
        <w:lastRenderedPageBreak/>
        <w:drawing>
          <wp:inline distT="0" distB="0" distL="0" distR="0" wp14:anchorId="6C70B09A" wp14:editId="3A33EE7E">
            <wp:extent cx="5391150" cy="3133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owledge_grades.png"/>
                    <pic:cNvPicPr/>
                  </pic:nvPicPr>
                  <pic:blipFill>
                    <a:blip r:embed="rId10"/>
                    <a:stretch>
                      <a:fillRect/>
                    </a:stretch>
                  </pic:blipFill>
                  <pic:spPr>
                    <a:xfrm>
                      <a:off x="0" y="0"/>
                      <a:ext cx="5394960" cy="3135940"/>
                    </a:xfrm>
                    <a:prstGeom prst="rect">
                      <a:avLst/>
                    </a:prstGeom>
                  </pic:spPr>
                </pic:pic>
              </a:graphicData>
            </a:graphic>
          </wp:inline>
        </w:drawing>
      </w:r>
    </w:p>
    <w:p w14:paraId="7A009E8A" w14:textId="77777777" w:rsidR="00C6730D" w:rsidRPr="000D1D94" w:rsidRDefault="00DE38BC">
      <w:pPr>
        <w:jc w:val="center"/>
        <w:rPr>
          <w:b/>
          <w:sz w:val="32"/>
        </w:rPr>
      </w:pPr>
      <w:r w:rsidRPr="000D1D94">
        <w:rPr>
          <w:b/>
          <w:sz w:val="24"/>
        </w:rPr>
        <w:t xml:space="preserve">Figure 3. Knowledge-grade distribution before and after the planned teaching </w:t>
      </w:r>
      <w:proofErr w:type="spellStart"/>
      <w:r w:rsidRPr="000D1D94">
        <w:rPr>
          <w:b/>
          <w:sz w:val="24"/>
        </w:rPr>
        <w:t>programme</w:t>
      </w:r>
      <w:proofErr w:type="spellEnd"/>
      <w:r w:rsidRPr="000D1D94">
        <w:rPr>
          <w:b/>
          <w:sz w:val="24"/>
        </w:rPr>
        <w:t>.</w:t>
      </w:r>
    </w:p>
    <w:p w14:paraId="04CF0BB9" w14:textId="77777777" w:rsidR="00086601" w:rsidRPr="000D1D94" w:rsidRDefault="00DE38BC" w:rsidP="007C4225">
      <w:pPr>
        <w:spacing w:after="0" w:line="360" w:lineRule="auto"/>
        <w:jc w:val="both"/>
        <w:rPr>
          <w:sz w:val="24"/>
        </w:rPr>
      </w:pPr>
      <w:r w:rsidRPr="000D1D94">
        <w:rPr>
          <w:sz w:val="24"/>
        </w:rPr>
        <w:t>At baseline, 70.0% of students were in the poor-knowledge category and 30.0% were in the average category; no student had good knowledge. After the intervention, no student remained in the poor category, 26.7% had average knowledge, and 73.3% had good knowledge.</w:t>
      </w:r>
    </w:p>
    <w:p w14:paraId="160167CA" w14:textId="77777777" w:rsidR="00C6730D" w:rsidRPr="000D1D94" w:rsidRDefault="00DE38BC" w:rsidP="00086601">
      <w:pPr>
        <w:spacing w:after="0" w:line="360" w:lineRule="auto"/>
        <w:jc w:val="both"/>
        <w:rPr>
          <w:b/>
          <w:sz w:val="24"/>
        </w:rPr>
      </w:pPr>
      <w:r w:rsidRPr="000D1D94">
        <w:rPr>
          <w:b/>
          <w:sz w:val="24"/>
        </w:rPr>
        <w:t xml:space="preserve">5.3 Effectiveness of the planned teaching </w:t>
      </w:r>
      <w:proofErr w:type="spellStart"/>
      <w:r w:rsidRPr="000D1D94">
        <w:rPr>
          <w:b/>
          <w:sz w:val="24"/>
        </w:rPr>
        <w:t>programme</w:t>
      </w:r>
      <w:proofErr w:type="spellEnd"/>
    </w:p>
    <w:tbl>
      <w:tblPr>
        <w:tblStyle w:val="TableGrid"/>
        <w:tblW w:w="0" w:type="auto"/>
        <w:jc w:val="center"/>
        <w:tblLook w:val="04A0" w:firstRow="1" w:lastRow="0" w:firstColumn="1" w:lastColumn="0" w:noHBand="0" w:noVBand="1"/>
      </w:tblPr>
      <w:tblGrid>
        <w:gridCol w:w="1656"/>
        <w:gridCol w:w="1656"/>
        <w:gridCol w:w="1656"/>
        <w:gridCol w:w="1656"/>
        <w:gridCol w:w="1656"/>
        <w:gridCol w:w="1656"/>
      </w:tblGrid>
      <w:tr w:rsidR="00C6730D" w:rsidRPr="000D1D94" w14:paraId="3799E3C3" w14:textId="77777777">
        <w:trPr>
          <w:jc w:val="center"/>
        </w:trPr>
        <w:tc>
          <w:tcPr>
            <w:tcW w:w="1656" w:type="dxa"/>
            <w:shd w:val="clear" w:color="auto" w:fill="D9EAF7"/>
            <w:vAlign w:val="center"/>
          </w:tcPr>
          <w:p w14:paraId="4EF770F8" w14:textId="77777777" w:rsidR="00C6730D" w:rsidRPr="000D1D94" w:rsidRDefault="00DE38BC">
            <w:pPr>
              <w:rPr>
                <w:sz w:val="24"/>
                <w:szCs w:val="24"/>
              </w:rPr>
            </w:pPr>
            <w:r w:rsidRPr="000D1D94">
              <w:rPr>
                <w:b/>
                <w:sz w:val="24"/>
                <w:szCs w:val="24"/>
              </w:rPr>
              <w:t>Assessment</w:t>
            </w:r>
          </w:p>
        </w:tc>
        <w:tc>
          <w:tcPr>
            <w:tcW w:w="1656" w:type="dxa"/>
            <w:shd w:val="clear" w:color="auto" w:fill="D9EAF7"/>
            <w:vAlign w:val="center"/>
          </w:tcPr>
          <w:p w14:paraId="05B5C9F7" w14:textId="77777777" w:rsidR="00C6730D" w:rsidRPr="000D1D94" w:rsidRDefault="00DE38BC">
            <w:pPr>
              <w:rPr>
                <w:sz w:val="24"/>
                <w:szCs w:val="24"/>
              </w:rPr>
            </w:pPr>
            <w:r w:rsidRPr="000D1D94">
              <w:rPr>
                <w:b/>
                <w:sz w:val="24"/>
                <w:szCs w:val="24"/>
              </w:rPr>
              <w:t>Mean ± SD</w:t>
            </w:r>
          </w:p>
        </w:tc>
        <w:tc>
          <w:tcPr>
            <w:tcW w:w="1656" w:type="dxa"/>
            <w:shd w:val="clear" w:color="auto" w:fill="D9EAF7"/>
            <w:vAlign w:val="center"/>
          </w:tcPr>
          <w:p w14:paraId="2A11C37A" w14:textId="77777777" w:rsidR="00C6730D" w:rsidRPr="000D1D94" w:rsidRDefault="00DE38BC">
            <w:pPr>
              <w:rPr>
                <w:sz w:val="24"/>
                <w:szCs w:val="24"/>
              </w:rPr>
            </w:pPr>
            <w:r w:rsidRPr="000D1D94">
              <w:rPr>
                <w:b/>
                <w:sz w:val="24"/>
                <w:szCs w:val="24"/>
              </w:rPr>
              <w:t>t</w:t>
            </w:r>
          </w:p>
        </w:tc>
        <w:tc>
          <w:tcPr>
            <w:tcW w:w="1656" w:type="dxa"/>
            <w:shd w:val="clear" w:color="auto" w:fill="D9EAF7"/>
            <w:vAlign w:val="center"/>
          </w:tcPr>
          <w:p w14:paraId="0684E263" w14:textId="77777777" w:rsidR="00C6730D" w:rsidRPr="000D1D94" w:rsidRDefault="00DE38BC">
            <w:pPr>
              <w:rPr>
                <w:sz w:val="24"/>
                <w:szCs w:val="24"/>
              </w:rPr>
            </w:pPr>
            <w:proofErr w:type="spellStart"/>
            <w:r w:rsidRPr="000D1D94">
              <w:rPr>
                <w:b/>
                <w:sz w:val="24"/>
                <w:szCs w:val="24"/>
              </w:rPr>
              <w:t>df</w:t>
            </w:r>
            <w:proofErr w:type="spellEnd"/>
          </w:p>
        </w:tc>
        <w:tc>
          <w:tcPr>
            <w:tcW w:w="1656" w:type="dxa"/>
            <w:shd w:val="clear" w:color="auto" w:fill="D9EAF7"/>
            <w:vAlign w:val="center"/>
          </w:tcPr>
          <w:p w14:paraId="32ED92E2" w14:textId="77777777" w:rsidR="00C6730D" w:rsidRPr="000D1D94" w:rsidRDefault="00DE38BC">
            <w:pPr>
              <w:rPr>
                <w:sz w:val="24"/>
                <w:szCs w:val="24"/>
              </w:rPr>
            </w:pPr>
            <w:r w:rsidRPr="000D1D94">
              <w:rPr>
                <w:b/>
                <w:sz w:val="24"/>
                <w:szCs w:val="24"/>
              </w:rPr>
              <w:t>p value</w:t>
            </w:r>
          </w:p>
        </w:tc>
        <w:tc>
          <w:tcPr>
            <w:tcW w:w="1656" w:type="dxa"/>
            <w:shd w:val="clear" w:color="auto" w:fill="D9EAF7"/>
            <w:vAlign w:val="center"/>
          </w:tcPr>
          <w:p w14:paraId="5F28B44D" w14:textId="77777777" w:rsidR="00C6730D" w:rsidRPr="000D1D94" w:rsidRDefault="00DE38BC">
            <w:pPr>
              <w:rPr>
                <w:sz w:val="24"/>
                <w:szCs w:val="24"/>
              </w:rPr>
            </w:pPr>
            <w:r w:rsidRPr="000D1D94">
              <w:rPr>
                <w:b/>
                <w:sz w:val="24"/>
                <w:szCs w:val="24"/>
              </w:rPr>
              <w:t>Inference</w:t>
            </w:r>
          </w:p>
        </w:tc>
      </w:tr>
      <w:tr w:rsidR="00C6730D" w:rsidRPr="000D1D94" w14:paraId="741095A7" w14:textId="77777777">
        <w:trPr>
          <w:jc w:val="center"/>
        </w:trPr>
        <w:tc>
          <w:tcPr>
            <w:tcW w:w="1656" w:type="dxa"/>
            <w:vAlign w:val="center"/>
          </w:tcPr>
          <w:p w14:paraId="25C377FF" w14:textId="77777777" w:rsidR="00C6730D" w:rsidRPr="000D1D94" w:rsidRDefault="00DE38BC">
            <w:pPr>
              <w:rPr>
                <w:sz w:val="24"/>
                <w:szCs w:val="24"/>
              </w:rPr>
            </w:pPr>
            <w:r w:rsidRPr="000D1D94">
              <w:rPr>
                <w:sz w:val="24"/>
                <w:szCs w:val="24"/>
              </w:rPr>
              <w:t>Pre-test</w:t>
            </w:r>
          </w:p>
        </w:tc>
        <w:tc>
          <w:tcPr>
            <w:tcW w:w="1656" w:type="dxa"/>
            <w:vAlign w:val="center"/>
          </w:tcPr>
          <w:p w14:paraId="56DF4867" w14:textId="77777777" w:rsidR="00C6730D" w:rsidRPr="000D1D94" w:rsidRDefault="00DE38BC">
            <w:pPr>
              <w:rPr>
                <w:sz w:val="24"/>
                <w:szCs w:val="24"/>
              </w:rPr>
            </w:pPr>
            <w:r w:rsidRPr="000D1D94">
              <w:rPr>
                <w:sz w:val="24"/>
                <w:szCs w:val="24"/>
              </w:rPr>
              <w:t>11.82 ± 2.63</w:t>
            </w:r>
          </w:p>
        </w:tc>
        <w:tc>
          <w:tcPr>
            <w:tcW w:w="1656" w:type="dxa"/>
            <w:vAlign w:val="center"/>
          </w:tcPr>
          <w:p w14:paraId="4EE97E4B" w14:textId="77777777" w:rsidR="00C6730D" w:rsidRPr="000D1D94" w:rsidRDefault="00DE38BC">
            <w:pPr>
              <w:rPr>
                <w:sz w:val="24"/>
                <w:szCs w:val="24"/>
              </w:rPr>
            </w:pPr>
            <w:r w:rsidRPr="000D1D94">
              <w:rPr>
                <w:sz w:val="24"/>
                <w:szCs w:val="24"/>
              </w:rPr>
              <w:t>-20.40</w:t>
            </w:r>
          </w:p>
        </w:tc>
        <w:tc>
          <w:tcPr>
            <w:tcW w:w="1656" w:type="dxa"/>
            <w:vAlign w:val="center"/>
          </w:tcPr>
          <w:p w14:paraId="6E9EEC25" w14:textId="77777777" w:rsidR="00C6730D" w:rsidRPr="000D1D94" w:rsidRDefault="00DE38BC">
            <w:pPr>
              <w:rPr>
                <w:sz w:val="24"/>
                <w:szCs w:val="24"/>
              </w:rPr>
            </w:pPr>
            <w:r w:rsidRPr="000D1D94">
              <w:rPr>
                <w:sz w:val="24"/>
                <w:szCs w:val="24"/>
              </w:rPr>
              <w:t>59</w:t>
            </w:r>
          </w:p>
        </w:tc>
        <w:tc>
          <w:tcPr>
            <w:tcW w:w="1656" w:type="dxa"/>
            <w:vAlign w:val="center"/>
          </w:tcPr>
          <w:p w14:paraId="61D62CAB" w14:textId="77777777" w:rsidR="00C6730D" w:rsidRPr="000D1D94" w:rsidRDefault="00DE38BC">
            <w:pPr>
              <w:rPr>
                <w:sz w:val="24"/>
                <w:szCs w:val="24"/>
              </w:rPr>
            </w:pPr>
            <w:r w:rsidRPr="000D1D94">
              <w:rPr>
                <w:sz w:val="24"/>
                <w:szCs w:val="24"/>
              </w:rPr>
              <w:t>&lt;0.05</w:t>
            </w:r>
          </w:p>
        </w:tc>
        <w:tc>
          <w:tcPr>
            <w:tcW w:w="1656" w:type="dxa"/>
            <w:vAlign w:val="center"/>
          </w:tcPr>
          <w:p w14:paraId="707C853E" w14:textId="77777777" w:rsidR="00C6730D" w:rsidRPr="000D1D94" w:rsidRDefault="00DE38BC">
            <w:pPr>
              <w:rPr>
                <w:sz w:val="24"/>
                <w:szCs w:val="24"/>
              </w:rPr>
            </w:pPr>
            <w:r w:rsidRPr="000D1D94">
              <w:rPr>
                <w:sz w:val="24"/>
                <w:szCs w:val="24"/>
              </w:rPr>
              <w:t>Significant</w:t>
            </w:r>
          </w:p>
        </w:tc>
      </w:tr>
      <w:tr w:rsidR="00C6730D" w:rsidRPr="000D1D94" w14:paraId="133BD000" w14:textId="77777777">
        <w:trPr>
          <w:jc w:val="center"/>
        </w:trPr>
        <w:tc>
          <w:tcPr>
            <w:tcW w:w="1656" w:type="dxa"/>
            <w:vAlign w:val="center"/>
          </w:tcPr>
          <w:p w14:paraId="3B4A2ADE" w14:textId="77777777" w:rsidR="00C6730D" w:rsidRPr="000D1D94" w:rsidRDefault="00DE38BC">
            <w:pPr>
              <w:rPr>
                <w:sz w:val="24"/>
                <w:szCs w:val="24"/>
              </w:rPr>
            </w:pPr>
            <w:r w:rsidRPr="000D1D94">
              <w:rPr>
                <w:sz w:val="24"/>
                <w:szCs w:val="24"/>
              </w:rPr>
              <w:t>Post-test</w:t>
            </w:r>
          </w:p>
        </w:tc>
        <w:tc>
          <w:tcPr>
            <w:tcW w:w="1656" w:type="dxa"/>
            <w:vAlign w:val="center"/>
          </w:tcPr>
          <w:p w14:paraId="275B6296" w14:textId="77777777" w:rsidR="00C6730D" w:rsidRPr="000D1D94" w:rsidRDefault="00DE38BC">
            <w:pPr>
              <w:rPr>
                <w:sz w:val="24"/>
                <w:szCs w:val="24"/>
              </w:rPr>
            </w:pPr>
            <w:r w:rsidRPr="000D1D94">
              <w:rPr>
                <w:sz w:val="24"/>
                <w:szCs w:val="24"/>
              </w:rPr>
              <w:t>19.82 ± 2.11</w:t>
            </w:r>
          </w:p>
        </w:tc>
        <w:tc>
          <w:tcPr>
            <w:tcW w:w="1656" w:type="dxa"/>
            <w:vAlign w:val="center"/>
          </w:tcPr>
          <w:p w14:paraId="77E1E975" w14:textId="77777777" w:rsidR="00C6730D" w:rsidRPr="000D1D94" w:rsidRDefault="00C6730D">
            <w:pPr>
              <w:rPr>
                <w:sz w:val="24"/>
                <w:szCs w:val="24"/>
              </w:rPr>
            </w:pPr>
          </w:p>
        </w:tc>
        <w:tc>
          <w:tcPr>
            <w:tcW w:w="1656" w:type="dxa"/>
            <w:vAlign w:val="center"/>
          </w:tcPr>
          <w:p w14:paraId="30C62CF5" w14:textId="77777777" w:rsidR="00C6730D" w:rsidRPr="000D1D94" w:rsidRDefault="00C6730D">
            <w:pPr>
              <w:rPr>
                <w:sz w:val="24"/>
                <w:szCs w:val="24"/>
              </w:rPr>
            </w:pPr>
          </w:p>
        </w:tc>
        <w:tc>
          <w:tcPr>
            <w:tcW w:w="1656" w:type="dxa"/>
            <w:vAlign w:val="center"/>
          </w:tcPr>
          <w:p w14:paraId="3DB78BCB" w14:textId="77777777" w:rsidR="00C6730D" w:rsidRPr="000D1D94" w:rsidRDefault="00C6730D">
            <w:pPr>
              <w:rPr>
                <w:sz w:val="24"/>
                <w:szCs w:val="24"/>
              </w:rPr>
            </w:pPr>
          </w:p>
        </w:tc>
        <w:tc>
          <w:tcPr>
            <w:tcW w:w="1656" w:type="dxa"/>
            <w:vAlign w:val="center"/>
          </w:tcPr>
          <w:p w14:paraId="457ACDF3" w14:textId="77777777" w:rsidR="00C6730D" w:rsidRPr="000D1D94" w:rsidRDefault="00C6730D">
            <w:pPr>
              <w:rPr>
                <w:sz w:val="24"/>
                <w:szCs w:val="24"/>
              </w:rPr>
            </w:pPr>
          </w:p>
        </w:tc>
      </w:tr>
    </w:tbl>
    <w:p w14:paraId="78A758FA" w14:textId="77777777" w:rsidR="00C6730D" w:rsidRPr="000D1D94" w:rsidRDefault="00DE38BC">
      <w:pPr>
        <w:jc w:val="center"/>
        <w:rPr>
          <w:b/>
          <w:sz w:val="32"/>
        </w:rPr>
      </w:pPr>
      <w:r w:rsidRPr="000D1D94">
        <w:rPr>
          <w:b/>
          <w:sz w:val="24"/>
        </w:rPr>
        <w:t>Table 3. Pre-test and post-test knowledge scores.</w:t>
      </w:r>
    </w:p>
    <w:p w14:paraId="470D6BE0" w14:textId="77777777" w:rsidR="00C6730D" w:rsidRPr="000D1D94" w:rsidRDefault="00DE38BC">
      <w:pPr>
        <w:jc w:val="center"/>
      </w:pPr>
      <w:r w:rsidRPr="000D1D94">
        <w:rPr>
          <w:noProof/>
          <w:lang w:val="en-IN" w:eastAsia="en-IN"/>
        </w:rPr>
        <w:drawing>
          <wp:inline distT="0" distB="0" distL="0" distR="0" wp14:anchorId="75513D00" wp14:editId="489E120D">
            <wp:extent cx="4657724" cy="2838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n_scores.png"/>
                    <pic:cNvPicPr/>
                  </pic:nvPicPr>
                  <pic:blipFill>
                    <a:blip r:embed="rId11"/>
                    <a:stretch>
                      <a:fillRect/>
                    </a:stretch>
                  </pic:blipFill>
                  <pic:spPr>
                    <a:xfrm>
                      <a:off x="0" y="0"/>
                      <a:ext cx="4663440" cy="2841933"/>
                    </a:xfrm>
                    <a:prstGeom prst="rect">
                      <a:avLst/>
                    </a:prstGeom>
                  </pic:spPr>
                </pic:pic>
              </a:graphicData>
            </a:graphic>
          </wp:inline>
        </w:drawing>
      </w:r>
    </w:p>
    <w:p w14:paraId="68F0505B" w14:textId="77777777" w:rsidR="00C6730D" w:rsidRPr="000D1D94" w:rsidRDefault="00DE38BC">
      <w:pPr>
        <w:jc w:val="center"/>
        <w:rPr>
          <w:b/>
          <w:sz w:val="32"/>
        </w:rPr>
      </w:pPr>
      <w:r w:rsidRPr="000D1D94">
        <w:rPr>
          <w:b/>
          <w:sz w:val="24"/>
        </w:rPr>
        <w:t>Figure 4. Mean knowledge score before and after the intervention (error bars show SD).</w:t>
      </w:r>
    </w:p>
    <w:p w14:paraId="6647A70C" w14:textId="77777777" w:rsidR="00086601" w:rsidRPr="000D1D94" w:rsidRDefault="00DE38BC" w:rsidP="007C4225">
      <w:pPr>
        <w:spacing w:after="100" w:line="360" w:lineRule="auto"/>
        <w:jc w:val="both"/>
      </w:pPr>
      <w:r>
        <w:lastRenderedPageBreak/>
        <w:t>The mean knowledge score increased by 8.00 points, from 11.82 ± 2.63 in the pre-test to 19.82 ± 2.11 in the post-test. The paired t</w:t>
      </w:r>
      <w:r>
        <w:rPr>
          <w:highlight w:val="yellow"/>
        </w:rPr>
        <w:t>-</w:t>
      </w:r>
      <w:r>
        <w:t>test was statistically significant (t</w:t>
      </w:r>
      <w:r>
        <w:rPr>
          <w:highlight w:val="yellow"/>
        </w:rPr>
        <w:t xml:space="preserve"> </w:t>
      </w:r>
      <w:r>
        <w:t>=</w:t>
      </w:r>
      <w:r>
        <w:rPr>
          <w:highlight w:val="yellow"/>
        </w:rPr>
        <w:t xml:space="preserve"> −</w:t>
      </w:r>
      <w:r>
        <w:t>20.40, df</w:t>
      </w:r>
      <w:r>
        <w:rPr>
          <w:highlight w:val="yellow"/>
        </w:rPr>
        <w:t xml:space="preserve"> </w:t>
      </w:r>
      <w:r>
        <w:t>=</w:t>
      </w:r>
      <w:r>
        <w:rPr>
          <w:highlight w:val="yellow"/>
        </w:rPr>
        <w:t xml:space="preserve"> </w:t>
      </w:r>
      <w:r>
        <w:t>59, p</w:t>
      </w:r>
      <w:r>
        <w:rPr>
          <w:highlight w:val="yellow"/>
        </w:rPr>
        <w:t xml:space="preserve"> </w:t>
      </w:r>
      <w:r>
        <w:t>&lt;</w:t>
      </w:r>
      <w:r>
        <w:rPr>
          <w:highlight w:val="yellow"/>
        </w:rPr>
        <w:t xml:space="preserve"> </w:t>
      </w:r>
      <w:r>
        <w:t xml:space="preserve">0.05), </w:t>
      </w:r>
      <w:r>
        <w:rPr>
          <w:highlight w:val="yellow"/>
        </w:rPr>
        <w:t>indicating</w:t>
      </w:r>
      <w:r>
        <w:t xml:space="preserve"> a substantial improvement in knowledge following the planned teaching programme.</w:t>
      </w:r>
    </w:p>
    <w:p w14:paraId="65E05817" w14:textId="77777777" w:rsidR="00C6730D" w:rsidRPr="000D1D94" w:rsidRDefault="00DE38BC" w:rsidP="00086601">
      <w:pPr>
        <w:spacing w:after="100"/>
        <w:jc w:val="both"/>
        <w:rPr>
          <w:b/>
          <w:sz w:val="24"/>
        </w:rPr>
      </w:pPr>
      <w:r w:rsidRPr="000D1D94">
        <w:rPr>
          <w:b/>
          <w:sz w:val="24"/>
        </w:rPr>
        <w:t>5.4 Association of pre-test knowledge with selected variables</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C6730D" w:rsidRPr="000D1D94" w14:paraId="6FA87495" w14:textId="77777777">
        <w:trPr>
          <w:jc w:val="center"/>
        </w:trPr>
        <w:tc>
          <w:tcPr>
            <w:tcW w:w="1987" w:type="dxa"/>
            <w:shd w:val="clear" w:color="auto" w:fill="D9EAF7"/>
            <w:vAlign w:val="center"/>
          </w:tcPr>
          <w:p w14:paraId="6AA0574D" w14:textId="77777777" w:rsidR="00C6730D" w:rsidRPr="000D1D94" w:rsidRDefault="00DE38BC" w:rsidP="00086601">
            <w:pPr>
              <w:spacing w:line="360" w:lineRule="auto"/>
              <w:rPr>
                <w:rFonts w:cs="Times New Roman"/>
                <w:sz w:val="24"/>
                <w:szCs w:val="24"/>
              </w:rPr>
            </w:pPr>
            <w:r w:rsidRPr="000D1D94">
              <w:rPr>
                <w:rFonts w:cs="Times New Roman"/>
                <w:b/>
                <w:sz w:val="24"/>
                <w:szCs w:val="24"/>
              </w:rPr>
              <w:t>Variable</w:t>
            </w:r>
          </w:p>
        </w:tc>
        <w:tc>
          <w:tcPr>
            <w:tcW w:w="1987" w:type="dxa"/>
            <w:shd w:val="clear" w:color="auto" w:fill="D9EAF7"/>
            <w:vAlign w:val="center"/>
          </w:tcPr>
          <w:p w14:paraId="244202DC" w14:textId="77777777" w:rsidR="00C6730D" w:rsidRPr="000D1D94" w:rsidRDefault="00DE38BC" w:rsidP="00086601">
            <w:pPr>
              <w:spacing w:line="360" w:lineRule="auto"/>
              <w:rPr>
                <w:rFonts w:cs="Times New Roman"/>
                <w:sz w:val="24"/>
                <w:szCs w:val="24"/>
              </w:rPr>
            </w:pPr>
            <w:r w:rsidRPr="000D1D94">
              <w:rPr>
                <w:rFonts w:cs="Times New Roman"/>
                <w:b/>
                <w:sz w:val="24"/>
                <w:szCs w:val="24"/>
              </w:rPr>
              <w:t>χ²</w:t>
            </w:r>
          </w:p>
        </w:tc>
        <w:tc>
          <w:tcPr>
            <w:tcW w:w="1987" w:type="dxa"/>
            <w:shd w:val="clear" w:color="auto" w:fill="D9EAF7"/>
            <w:vAlign w:val="center"/>
          </w:tcPr>
          <w:p w14:paraId="13747C41" w14:textId="77777777" w:rsidR="00C6730D" w:rsidRPr="000D1D94" w:rsidRDefault="00DE38BC" w:rsidP="00086601">
            <w:pPr>
              <w:spacing w:line="360" w:lineRule="auto"/>
              <w:rPr>
                <w:rFonts w:cs="Times New Roman"/>
                <w:sz w:val="24"/>
                <w:szCs w:val="24"/>
              </w:rPr>
            </w:pPr>
            <w:proofErr w:type="spellStart"/>
            <w:r w:rsidRPr="000D1D94">
              <w:rPr>
                <w:rFonts w:cs="Times New Roman"/>
                <w:b/>
                <w:sz w:val="24"/>
                <w:szCs w:val="24"/>
              </w:rPr>
              <w:t>df</w:t>
            </w:r>
            <w:proofErr w:type="spellEnd"/>
          </w:p>
        </w:tc>
        <w:tc>
          <w:tcPr>
            <w:tcW w:w="1987" w:type="dxa"/>
            <w:shd w:val="clear" w:color="auto" w:fill="D9EAF7"/>
            <w:vAlign w:val="center"/>
          </w:tcPr>
          <w:p w14:paraId="76CF8447" w14:textId="77777777" w:rsidR="00C6730D" w:rsidRPr="000D1D94" w:rsidRDefault="00DE38BC" w:rsidP="00086601">
            <w:pPr>
              <w:spacing w:line="360" w:lineRule="auto"/>
              <w:rPr>
                <w:rFonts w:cs="Times New Roman"/>
                <w:sz w:val="24"/>
                <w:szCs w:val="24"/>
              </w:rPr>
            </w:pPr>
            <w:r w:rsidRPr="000D1D94">
              <w:rPr>
                <w:rFonts w:cs="Times New Roman"/>
                <w:b/>
                <w:sz w:val="24"/>
                <w:szCs w:val="24"/>
              </w:rPr>
              <w:t>p value</w:t>
            </w:r>
          </w:p>
        </w:tc>
        <w:tc>
          <w:tcPr>
            <w:tcW w:w="1987" w:type="dxa"/>
            <w:shd w:val="clear" w:color="auto" w:fill="D9EAF7"/>
            <w:vAlign w:val="center"/>
          </w:tcPr>
          <w:p w14:paraId="1212A09D" w14:textId="77777777" w:rsidR="00C6730D" w:rsidRPr="000D1D94" w:rsidRDefault="00DE38BC" w:rsidP="00086601">
            <w:pPr>
              <w:spacing w:line="360" w:lineRule="auto"/>
              <w:rPr>
                <w:rFonts w:cs="Times New Roman"/>
                <w:sz w:val="24"/>
                <w:szCs w:val="24"/>
              </w:rPr>
            </w:pPr>
            <w:r w:rsidRPr="000D1D94">
              <w:rPr>
                <w:rFonts w:cs="Times New Roman"/>
                <w:b/>
                <w:sz w:val="24"/>
                <w:szCs w:val="24"/>
              </w:rPr>
              <w:t>Inference</w:t>
            </w:r>
          </w:p>
        </w:tc>
      </w:tr>
      <w:tr w:rsidR="00C6730D" w:rsidRPr="000D1D94" w14:paraId="24543388" w14:textId="77777777">
        <w:trPr>
          <w:jc w:val="center"/>
        </w:trPr>
        <w:tc>
          <w:tcPr>
            <w:tcW w:w="1987" w:type="dxa"/>
            <w:vAlign w:val="center"/>
          </w:tcPr>
          <w:p w14:paraId="2C8D7842" w14:textId="77777777" w:rsidR="00C6730D" w:rsidRPr="000D1D94" w:rsidRDefault="00DE38BC" w:rsidP="00086601">
            <w:pPr>
              <w:spacing w:line="360" w:lineRule="auto"/>
              <w:rPr>
                <w:rFonts w:cs="Times New Roman"/>
                <w:sz w:val="24"/>
                <w:szCs w:val="24"/>
              </w:rPr>
            </w:pPr>
            <w:r w:rsidRPr="000D1D94">
              <w:rPr>
                <w:rFonts w:cs="Times New Roman"/>
                <w:sz w:val="24"/>
                <w:szCs w:val="24"/>
              </w:rPr>
              <w:t>Age</w:t>
            </w:r>
          </w:p>
        </w:tc>
        <w:tc>
          <w:tcPr>
            <w:tcW w:w="1987" w:type="dxa"/>
            <w:vAlign w:val="center"/>
          </w:tcPr>
          <w:p w14:paraId="4A4B46D4" w14:textId="77777777" w:rsidR="00C6730D" w:rsidRPr="000D1D94" w:rsidRDefault="00DE38BC" w:rsidP="00086601">
            <w:pPr>
              <w:spacing w:line="360" w:lineRule="auto"/>
              <w:rPr>
                <w:rFonts w:cs="Times New Roman"/>
                <w:sz w:val="24"/>
                <w:szCs w:val="24"/>
              </w:rPr>
            </w:pPr>
            <w:r w:rsidRPr="000D1D94">
              <w:rPr>
                <w:rFonts w:cs="Times New Roman"/>
                <w:sz w:val="24"/>
                <w:szCs w:val="24"/>
              </w:rPr>
              <w:t>0.46</w:t>
            </w:r>
          </w:p>
        </w:tc>
        <w:tc>
          <w:tcPr>
            <w:tcW w:w="1987" w:type="dxa"/>
            <w:vAlign w:val="center"/>
          </w:tcPr>
          <w:p w14:paraId="44E91E76" w14:textId="77777777" w:rsidR="00C6730D" w:rsidRPr="000D1D94" w:rsidRDefault="00DE38BC" w:rsidP="00086601">
            <w:pPr>
              <w:spacing w:line="360" w:lineRule="auto"/>
              <w:rPr>
                <w:rFonts w:cs="Times New Roman"/>
                <w:sz w:val="24"/>
                <w:szCs w:val="24"/>
              </w:rPr>
            </w:pPr>
            <w:r w:rsidRPr="000D1D94">
              <w:rPr>
                <w:rFonts w:cs="Times New Roman"/>
                <w:sz w:val="24"/>
                <w:szCs w:val="24"/>
              </w:rPr>
              <w:t>2</w:t>
            </w:r>
          </w:p>
        </w:tc>
        <w:tc>
          <w:tcPr>
            <w:tcW w:w="1987" w:type="dxa"/>
            <w:vAlign w:val="center"/>
          </w:tcPr>
          <w:p w14:paraId="3E4280D7"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18558822"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12FC3734" w14:textId="77777777">
        <w:trPr>
          <w:jc w:val="center"/>
        </w:trPr>
        <w:tc>
          <w:tcPr>
            <w:tcW w:w="1987" w:type="dxa"/>
            <w:vAlign w:val="center"/>
          </w:tcPr>
          <w:p w14:paraId="4D499E34" w14:textId="77777777" w:rsidR="00C6730D" w:rsidRPr="000D1D94" w:rsidRDefault="00DE38BC" w:rsidP="00086601">
            <w:pPr>
              <w:spacing w:line="360" w:lineRule="auto"/>
              <w:rPr>
                <w:rFonts w:cs="Times New Roman"/>
                <w:sz w:val="24"/>
                <w:szCs w:val="24"/>
              </w:rPr>
            </w:pPr>
            <w:r w:rsidRPr="000D1D94">
              <w:rPr>
                <w:rFonts w:cs="Times New Roman"/>
                <w:sz w:val="24"/>
                <w:szCs w:val="24"/>
              </w:rPr>
              <w:t>Gender</w:t>
            </w:r>
          </w:p>
        </w:tc>
        <w:tc>
          <w:tcPr>
            <w:tcW w:w="1987" w:type="dxa"/>
            <w:vAlign w:val="center"/>
          </w:tcPr>
          <w:p w14:paraId="1C471AC4" w14:textId="77777777" w:rsidR="00C6730D" w:rsidRPr="000D1D94" w:rsidRDefault="00DE38BC" w:rsidP="00086601">
            <w:pPr>
              <w:spacing w:line="360" w:lineRule="auto"/>
              <w:rPr>
                <w:rFonts w:cs="Times New Roman"/>
                <w:sz w:val="24"/>
                <w:szCs w:val="24"/>
              </w:rPr>
            </w:pPr>
            <w:r w:rsidRPr="000D1D94">
              <w:rPr>
                <w:rFonts w:cs="Times New Roman"/>
                <w:sz w:val="24"/>
                <w:szCs w:val="24"/>
              </w:rPr>
              <w:t>3.31</w:t>
            </w:r>
          </w:p>
        </w:tc>
        <w:tc>
          <w:tcPr>
            <w:tcW w:w="1987" w:type="dxa"/>
            <w:vAlign w:val="center"/>
          </w:tcPr>
          <w:p w14:paraId="6EDA9DED"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53E98D4D"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41DE94B8"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00FA46C7" w14:textId="77777777">
        <w:trPr>
          <w:jc w:val="center"/>
        </w:trPr>
        <w:tc>
          <w:tcPr>
            <w:tcW w:w="1987" w:type="dxa"/>
            <w:vAlign w:val="center"/>
          </w:tcPr>
          <w:p w14:paraId="70DE8FFE" w14:textId="77777777" w:rsidR="00C6730D" w:rsidRPr="000D1D94" w:rsidRDefault="00DE38BC" w:rsidP="00086601">
            <w:pPr>
              <w:spacing w:line="360" w:lineRule="auto"/>
              <w:rPr>
                <w:rFonts w:cs="Times New Roman"/>
                <w:sz w:val="24"/>
                <w:szCs w:val="24"/>
              </w:rPr>
            </w:pPr>
            <w:r w:rsidRPr="000D1D94">
              <w:rPr>
                <w:rFonts w:cs="Times New Roman"/>
                <w:sz w:val="24"/>
                <w:szCs w:val="24"/>
              </w:rPr>
              <w:t>Area of residence</w:t>
            </w:r>
          </w:p>
        </w:tc>
        <w:tc>
          <w:tcPr>
            <w:tcW w:w="1987" w:type="dxa"/>
            <w:vAlign w:val="center"/>
          </w:tcPr>
          <w:p w14:paraId="2546F5C4" w14:textId="77777777" w:rsidR="00C6730D" w:rsidRPr="000D1D94" w:rsidRDefault="00DE38BC" w:rsidP="00086601">
            <w:pPr>
              <w:spacing w:line="360" w:lineRule="auto"/>
              <w:rPr>
                <w:rFonts w:cs="Times New Roman"/>
                <w:sz w:val="24"/>
                <w:szCs w:val="24"/>
              </w:rPr>
            </w:pPr>
            <w:r w:rsidRPr="000D1D94">
              <w:rPr>
                <w:rFonts w:cs="Times New Roman"/>
                <w:sz w:val="24"/>
                <w:szCs w:val="24"/>
              </w:rPr>
              <w:t>5.39</w:t>
            </w:r>
          </w:p>
        </w:tc>
        <w:tc>
          <w:tcPr>
            <w:tcW w:w="1987" w:type="dxa"/>
            <w:vAlign w:val="center"/>
          </w:tcPr>
          <w:p w14:paraId="2E4F28A9" w14:textId="77777777" w:rsidR="00C6730D" w:rsidRPr="000D1D94" w:rsidRDefault="00DE38BC" w:rsidP="00086601">
            <w:pPr>
              <w:spacing w:line="360" w:lineRule="auto"/>
              <w:rPr>
                <w:rFonts w:cs="Times New Roman"/>
                <w:sz w:val="24"/>
                <w:szCs w:val="24"/>
              </w:rPr>
            </w:pPr>
            <w:r w:rsidRPr="000D1D94">
              <w:rPr>
                <w:rFonts w:cs="Times New Roman"/>
                <w:sz w:val="24"/>
                <w:szCs w:val="24"/>
              </w:rPr>
              <w:t>2</w:t>
            </w:r>
          </w:p>
        </w:tc>
        <w:tc>
          <w:tcPr>
            <w:tcW w:w="1987" w:type="dxa"/>
            <w:vAlign w:val="center"/>
          </w:tcPr>
          <w:p w14:paraId="2DD7A7AC"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454847E0"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0A0F6CD1" w14:textId="77777777">
        <w:trPr>
          <w:jc w:val="center"/>
        </w:trPr>
        <w:tc>
          <w:tcPr>
            <w:tcW w:w="1987" w:type="dxa"/>
            <w:vAlign w:val="center"/>
          </w:tcPr>
          <w:p w14:paraId="1C79F113" w14:textId="77777777" w:rsidR="00C6730D" w:rsidRPr="000D1D94" w:rsidRDefault="00DE38BC" w:rsidP="00086601">
            <w:pPr>
              <w:spacing w:line="360" w:lineRule="auto"/>
              <w:rPr>
                <w:rFonts w:cs="Times New Roman"/>
                <w:sz w:val="24"/>
                <w:szCs w:val="24"/>
              </w:rPr>
            </w:pPr>
            <w:r w:rsidRPr="000D1D94">
              <w:rPr>
                <w:rFonts w:cs="Times New Roman"/>
                <w:sz w:val="24"/>
                <w:szCs w:val="24"/>
              </w:rPr>
              <w:t>Monthly family income</w:t>
            </w:r>
          </w:p>
        </w:tc>
        <w:tc>
          <w:tcPr>
            <w:tcW w:w="1987" w:type="dxa"/>
            <w:vAlign w:val="center"/>
          </w:tcPr>
          <w:p w14:paraId="0D2222E6" w14:textId="77777777" w:rsidR="00C6730D" w:rsidRPr="000D1D94" w:rsidRDefault="00DE38BC" w:rsidP="00086601">
            <w:pPr>
              <w:spacing w:line="360" w:lineRule="auto"/>
              <w:rPr>
                <w:rFonts w:cs="Times New Roman"/>
                <w:sz w:val="24"/>
                <w:szCs w:val="24"/>
              </w:rPr>
            </w:pPr>
            <w:r w:rsidRPr="000D1D94">
              <w:rPr>
                <w:rFonts w:cs="Times New Roman"/>
                <w:sz w:val="24"/>
                <w:szCs w:val="24"/>
              </w:rPr>
              <w:t>5.68</w:t>
            </w:r>
          </w:p>
        </w:tc>
        <w:tc>
          <w:tcPr>
            <w:tcW w:w="1987" w:type="dxa"/>
            <w:vAlign w:val="center"/>
          </w:tcPr>
          <w:p w14:paraId="71A18AFC" w14:textId="77777777" w:rsidR="00C6730D" w:rsidRPr="000D1D94" w:rsidRDefault="00DE38BC" w:rsidP="00086601">
            <w:pPr>
              <w:spacing w:line="360" w:lineRule="auto"/>
              <w:rPr>
                <w:rFonts w:cs="Times New Roman"/>
                <w:sz w:val="24"/>
                <w:szCs w:val="24"/>
              </w:rPr>
            </w:pPr>
            <w:r w:rsidRPr="000D1D94">
              <w:rPr>
                <w:rFonts w:cs="Times New Roman"/>
                <w:sz w:val="24"/>
                <w:szCs w:val="24"/>
              </w:rPr>
              <w:t>3</w:t>
            </w:r>
          </w:p>
        </w:tc>
        <w:tc>
          <w:tcPr>
            <w:tcW w:w="1987" w:type="dxa"/>
            <w:vAlign w:val="center"/>
          </w:tcPr>
          <w:p w14:paraId="5D5DDB4C"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74B2CA7F"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1E9ADFD7" w14:textId="77777777">
        <w:trPr>
          <w:jc w:val="center"/>
        </w:trPr>
        <w:tc>
          <w:tcPr>
            <w:tcW w:w="1987" w:type="dxa"/>
            <w:vAlign w:val="center"/>
          </w:tcPr>
          <w:p w14:paraId="0CCE3903" w14:textId="77777777" w:rsidR="00C6730D" w:rsidRPr="000D1D94" w:rsidRDefault="00DE38BC" w:rsidP="00086601">
            <w:pPr>
              <w:spacing w:line="360" w:lineRule="auto"/>
              <w:rPr>
                <w:rFonts w:cs="Times New Roman"/>
                <w:sz w:val="24"/>
                <w:szCs w:val="24"/>
              </w:rPr>
            </w:pPr>
            <w:r w:rsidRPr="000D1D94">
              <w:rPr>
                <w:rFonts w:cs="Times New Roman"/>
                <w:sz w:val="24"/>
                <w:szCs w:val="24"/>
              </w:rPr>
              <w:t>TV viewing hours/day</w:t>
            </w:r>
          </w:p>
        </w:tc>
        <w:tc>
          <w:tcPr>
            <w:tcW w:w="1987" w:type="dxa"/>
            <w:vAlign w:val="center"/>
          </w:tcPr>
          <w:p w14:paraId="5E6DEC93" w14:textId="77777777" w:rsidR="00C6730D" w:rsidRPr="000D1D94" w:rsidRDefault="00DE38BC" w:rsidP="00086601">
            <w:pPr>
              <w:spacing w:line="360" w:lineRule="auto"/>
              <w:rPr>
                <w:rFonts w:cs="Times New Roman"/>
                <w:sz w:val="24"/>
                <w:szCs w:val="24"/>
              </w:rPr>
            </w:pPr>
            <w:r w:rsidRPr="000D1D94">
              <w:rPr>
                <w:rFonts w:cs="Times New Roman"/>
                <w:sz w:val="24"/>
                <w:szCs w:val="24"/>
              </w:rPr>
              <w:t>3.13</w:t>
            </w:r>
          </w:p>
        </w:tc>
        <w:tc>
          <w:tcPr>
            <w:tcW w:w="1987" w:type="dxa"/>
            <w:vAlign w:val="center"/>
          </w:tcPr>
          <w:p w14:paraId="3A199DFE" w14:textId="77777777" w:rsidR="00C6730D" w:rsidRPr="000D1D94" w:rsidRDefault="00DE38BC" w:rsidP="00086601">
            <w:pPr>
              <w:spacing w:line="360" w:lineRule="auto"/>
              <w:rPr>
                <w:rFonts w:cs="Times New Roman"/>
                <w:sz w:val="24"/>
                <w:szCs w:val="24"/>
              </w:rPr>
            </w:pPr>
            <w:r w:rsidRPr="000D1D94">
              <w:rPr>
                <w:rFonts w:cs="Times New Roman"/>
                <w:sz w:val="24"/>
                <w:szCs w:val="24"/>
              </w:rPr>
              <w:t>3</w:t>
            </w:r>
          </w:p>
        </w:tc>
        <w:tc>
          <w:tcPr>
            <w:tcW w:w="1987" w:type="dxa"/>
            <w:vAlign w:val="center"/>
          </w:tcPr>
          <w:p w14:paraId="03CEE3E8"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3309EB76"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26BCE8B5" w14:textId="77777777">
        <w:trPr>
          <w:jc w:val="center"/>
        </w:trPr>
        <w:tc>
          <w:tcPr>
            <w:tcW w:w="1987" w:type="dxa"/>
            <w:vAlign w:val="center"/>
          </w:tcPr>
          <w:p w14:paraId="368A0A02" w14:textId="77777777" w:rsidR="00C6730D" w:rsidRPr="000D1D94" w:rsidRDefault="00DE38BC" w:rsidP="00086601">
            <w:pPr>
              <w:spacing w:line="360" w:lineRule="auto"/>
              <w:rPr>
                <w:rFonts w:cs="Times New Roman"/>
                <w:sz w:val="24"/>
                <w:szCs w:val="24"/>
              </w:rPr>
            </w:pPr>
            <w:r w:rsidRPr="000D1D94">
              <w:rPr>
                <w:rFonts w:cs="Times New Roman"/>
                <w:sz w:val="24"/>
                <w:szCs w:val="24"/>
              </w:rPr>
              <w:t xml:space="preserve">Type of TV </w:t>
            </w:r>
            <w:proofErr w:type="spellStart"/>
            <w:r w:rsidRPr="000D1D94">
              <w:rPr>
                <w:rFonts w:cs="Times New Roman"/>
                <w:sz w:val="24"/>
                <w:szCs w:val="24"/>
              </w:rPr>
              <w:t>programme</w:t>
            </w:r>
            <w:proofErr w:type="spellEnd"/>
          </w:p>
        </w:tc>
        <w:tc>
          <w:tcPr>
            <w:tcW w:w="1987" w:type="dxa"/>
            <w:vAlign w:val="center"/>
          </w:tcPr>
          <w:p w14:paraId="68AEAC77" w14:textId="77777777" w:rsidR="00C6730D" w:rsidRPr="000D1D94" w:rsidRDefault="00DE38BC" w:rsidP="00086601">
            <w:pPr>
              <w:spacing w:line="360" w:lineRule="auto"/>
              <w:rPr>
                <w:rFonts w:cs="Times New Roman"/>
                <w:sz w:val="24"/>
                <w:szCs w:val="24"/>
              </w:rPr>
            </w:pPr>
            <w:r w:rsidRPr="000D1D94">
              <w:rPr>
                <w:rFonts w:cs="Times New Roman"/>
                <w:sz w:val="24"/>
                <w:szCs w:val="24"/>
              </w:rPr>
              <w:t>5.70</w:t>
            </w:r>
          </w:p>
        </w:tc>
        <w:tc>
          <w:tcPr>
            <w:tcW w:w="1987" w:type="dxa"/>
            <w:vAlign w:val="center"/>
          </w:tcPr>
          <w:p w14:paraId="101B44D9" w14:textId="77777777" w:rsidR="00C6730D" w:rsidRPr="000D1D94" w:rsidRDefault="00DE38BC" w:rsidP="00086601">
            <w:pPr>
              <w:spacing w:line="360" w:lineRule="auto"/>
              <w:rPr>
                <w:rFonts w:cs="Times New Roman"/>
                <w:sz w:val="24"/>
                <w:szCs w:val="24"/>
              </w:rPr>
            </w:pPr>
            <w:r w:rsidRPr="000D1D94">
              <w:rPr>
                <w:rFonts w:cs="Times New Roman"/>
                <w:sz w:val="24"/>
                <w:szCs w:val="24"/>
              </w:rPr>
              <w:t>4</w:t>
            </w:r>
          </w:p>
        </w:tc>
        <w:tc>
          <w:tcPr>
            <w:tcW w:w="1987" w:type="dxa"/>
            <w:vAlign w:val="center"/>
          </w:tcPr>
          <w:p w14:paraId="012CF6BA"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3501F265"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2D40C60B" w14:textId="77777777">
        <w:trPr>
          <w:jc w:val="center"/>
        </w:trPr>
        <w:tc>
          <w:tcPr>
            <w:tcW w:w="1987" w:type="dxa"/>
            <w:vAlign w:val="center"/>
          </w:tcPr>
          <w:p w14:paraId="383828D4" w14:textId="77777777" w:rsidR="00C6730D" w:rsidRPr="000D1D94" w:rsidRDefault="00DE38BC" w:rsidP="00086601">
            <w:pPr>
              <w:spacing w:line="360" w:lineRule="auto"/>
              <w:rPr>
                <w:rFonts w:cs="Times New Roman"/>
                <w:sz w:val="24"/>
                <w:szCs w:val="24"/>
              </w:rPr>
            </w:pPr>
            <w:r w:rsidRPr="000D1D94">
              <w:rPr>
                <w:rFonts w:cs="Times New Roman"/>
                <w:sz w:val="24"/>
                <w:szCs w:val="24"/>
              </w:rPr>
              <w:t>Viewing companion</w:t>
            </w:r>
          </w:p>
        </w:tc>
        <w:tc>
          <w:tcPr>
            <w:tcW w:w="1987" w:type="dxa"/>
            <w:vAlign w:val="center"/>
          </w:tcPr>
          <w:p w14:paraId="5D8330A2" w14:textId="77777777" w:rsidR="00C6730D" w:rsidRPr="000D1D94" w:rsidRDefault="00DE38BC" w:rsidP="00086601">
            <w:pPr>
              <w:spacing w:line="360" w:lineRule="auto"/>
              <w:rPr>
                <w:rFonts w:cs="Times New Roman"/>
                <w:sz w:val="24"/>
                <w:szCs w:val="24"/>
              </w:rPr>
            </w:pPr>
            <w:r w:rsidRPr="000D1D94">
              <w:rPr>
                <w:rFonts w:cs="Times New Roman"/>
                <w:sz w:val="24"/>
                <w:szCs w:val="24"/>
              </w:rPr>
              <w:t>2.43</w:t>
            </w:r>
          </w:p>
        </w:tc>
        <w:tc>
          <w:tcPr>
            <w:tcW w:w="1987" w:type="dxa"/>
            <w:vAlign w:val="center"/>
          </w:tcPr>
          <w:p w14:paraId="0CED9052" w14:textId="77777777" w:rsidR="00C6730D" w:rsidRPr="000D1D94" w:rsidRDefault="00DE38BC" w:rsidP="00086601">
            <w:pPr>
              <w:spacing w:line="360" w:lineRule="auto"/>
              <w:rPr>
                <w:rFonts w:cs="Times New Roman"/>
                <w:sz w:val="24"/>
                <w:szCs w:val="24"/>
              </w:rPr>
            </w:pPr>
            <w:r w:rsidRPr="000D1D94">
              <w:rPr>
                <w:rFonts w:cs="Times New Roman"/>
                <w:sz w:val="24"/>
                <w:szCs w:val="24"/>
              </w:rPr>
              <w:t>2</w:t>
            </w:r>
          </w:p>
        </w:tc>
        <w:tc>
          <w:tcPr>
            <w:tcW w:w="1987" w:type="dxa"/>
            <w:vAlign w:val="center"/>
          </w:tcPr>
          <w:p w14:paraId="10C6489F"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21DCC365"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7E1714DF" w14:textId="77777777">
        <w:trPr>
          <w:jc w:val="center"/>
        </w:trPr>
        <w:tc>
          <w:tcPr>
            <w:tcW w:w="1987" w:type="dxa"/>
            <w:vAlign w:val="center"/>
          </w:tcPr>
          <w:p w14:paraId="28FA715C" w14:textId="77777777" w:rsidR="00C6730D" w:rsidRPr="000D1D94" w:rsidRDefault="00DE38BC" w:rsidP="00086601">
            <w:pPr>
              <w:spacing w:line="360" w:lineRule="auto"/>
              <w:rPr>
                <w:rFonts w:cs="Times New Roman"/>
                <w:sz w:val="24"/>
                <w:szCs w:val="24"/>
              </w:rPr>
            </w:pPr>
            <w:r w:rsidRPr="000D1D94">
              <w:rPr>
                <w:rFonts w:cs="Times New Roman"/>
                <w:sz w:val="24"/>
                <w:szCs w:val="24"/>
              </w:rPr>
              <w:t>Missed daily activities</w:t>
            </w:r>
          </w:p>
        </w:tc>
        <w:tc>
          <w:tcPr>
            <w:tcW w:w="1987" w:type="dxa"/>
            <w:vAlign w:val="center"/>
          </w:tcPr>
          <w:p w14:paraId="2ADB9656" w14:textId="77777777" w:rsidR="00C6730D" w:rsidRPr="000D1D94" w:rsidRDefault="00DE38BC" w:rsidP="00086601">
            <w:pPr>
              <w:spacing w:line="360" w:lineRule="auto"/>
              <w:rPr>
                <w:rFonts w:cs="Times New Roman"/>
                <w:sz w:val="24"/>
                <w:szCs w:val="24"/>
              </w:rPr>
            </w:pPr>
            <w:r w:rsidRPr="000D1D94">
              <w:rPr>
                <w:rFonts w:cs="Times New Roman"/>
                <w:sz w:val="24"/>
                <w:szCs w:val="24"/>
              </w:rPr>
              <w:t>1.68</w:t>
            </w:r>
          </w:p>
        </w:tc>
        <w:tc>
          <w:tcPr>
            <w:tcW w:w="1987" w:type="dxa"/>
            <w:vAlign w:val="center"/>
          </w:tcPr>
          <w:p w14:paraId="452338C2"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73454A4F"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44409EC0"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0DDB123E" w14:textId="77777777">
        <w:trPr>
          <w:jc w:val="center"/>
        </w:trPr>
        <w:tc>
          <w:tcPr>
            <w:tcW w:w="1987" w:type="dxa"/>
            <w:vAlign w:val="center"/>
          </w:tcPr>
          <w:p w14:paraId="5688A925" w14:textId="77777777" w:rsidR="00C6730D" w:rsidRPr="000D1D94" w:rsidRDefault="00DE38BC" w:rsidP="00086601">
            <w:pPr>
              <w:spacing w:line="360" w:lineRule="auto"/>
              <w:rPr>
                <w:rFonts w:cs="Times New Roman"/>
                <w:sz w:val="24"/>
                <w:szCs w:val="24"/>
              </w:rPr>
            </w:pPr>
            <w:r w:rsidRPr="000D1D94">
              <w:rPr>
                <w:rFonts w:cs="Times New Roman"/>
                <w:sz w:val="24"/>
                <w:szCs w:val="24"/>
              </w:rPr>
              <w:t>Negative emotions after TV</w:t>
            </w:r>
          </w:p>
        </w:tc>
        <w:tc>
          <w:tcPr>
            <w:tcW w:w="1987" w:type="dxa"/>
            <w:vAlign w:val="center"/>
          </w:tcPr>
          <w:p w14:paraId="53CDCD47" w14:textId="77777777" w:rsidR="00C6730D" w:rsidRPr="000D1D94" w:rsidRDefault="00DE38BC" w:rsidP="00086601">
            <w:pPr>
              <w:spacing w:line="360" w:lineRule="auto"/>
              <w:rPr>
                <w:rFonts w:cs="Times New Roman"/>
                <w:sz w:val="24"/>
                <w:szCs w:val="24"/>
              </w:rPr>
            </w:pPr>
            <w:r w:rsidRPr="000D1D94">
              <w:rPr>
                <w:rFonts w:cs="Times New Roman"/>
                <w:sz w:val="24"/>
                <w:szCs w:val="24"/>
              </w:rPr>
              <w:t>1.42</w:t>
            </w:r>
          </w:p>
        </w:tc>
        <w:tc>
          <w:tcPr>
            <w:tcW w:w="1987" w:type="dxa"/>
            <w:vAlign w:val="center"/>
          </w:tcPr>
          <w:p w14:paraId="1948F8A8"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1F781309"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5C7EF71E"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45D3829D" w14:textId="77777777">
        <w:trPr>
          <w:jc w:val="center"/>
        </w:trPr>
        <w:tc>
          <w:tcPr>
            <w:tcW w:w="1987" w:type="dxa"/>
            <w:vAlign w:val="center"/>
          </w:tcPr>
          <w:p w14:paraId="28578DEC" w14:textId="77777777" w:rsidR="00C6730D" w:rsidRPr="000D1D94" w:rsidRDefault="00DE38BC" w:rsidP="00086601">
            <w:pPr>
              <w:spacing w:line="360" w:lineRule="auto"/>
              <w:rPr>
                <w:rFonts w:cs="Times New Roman"/>
                <w:sz w:val="24"/>
                <w:szCs w:val="24"/>
              </w:rPr>
            </w:pPr>
            <w:r w:rsidRPr="000D1D94">
              <w:rPr>
                <w:rFonts w:cs="Times New Roman"/>
                <w:sz w:val="24"/>
                <w:szCs w:val="24"/>
              </w:rPr>
              <w:t>Health disturbances related to TV</w:t>
            </w:r>
          </w:p>
        </w:tc>
        <w:tc>
          <w:tcPr>
            <w:tcW w:w="1987" w:type="dxa"/>
            <w:vAlign w:val="center"/>
          </w:tcPr>
          <w:p w14:paraId="41EC4F75" w14:textId="77777777" w:rsidR="00C6730D" w:rsidRPr="000D1D94" w:rsidRDefault="00DE38BC" w:rsidP="00086601">
            <w:pPr>
              <w:spacing w:line="360" w:lineRule="auto"/>
              <w:rPr>
                <w:rFonts w:cs="Times New Roman"/>
                <w:sz w:val="24"/>
                <w:szCs w:val="24"/>
              </w:rPr>
            </w:pPr>
            <w:r w:rsidRPr="000D1D94">
              <w:rPr>
                <w:rFonts w:cs="Times New Roman"/>
                <w:sz w:val="24"/>
                <w:szCs w:val="24"/>
              </w:rPr>
              <w:t>11.85</w:t>
            </w:r>
          </w:p>
        </w:tc>
        <w:tc>
          <w:tcPr>
            <w:tcW w:w="1987" w:type="dxa"/>
            <w:vAlign w:val="center"/>
          </w:tcPr>
          <w:p w14:paraId="21B1023D"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1EAFA39F" w14:textId="77777777" w:rsidR="00C6730D" w:rsidRPr="000D1D94" w:rsidRDefault="00DE38BC" w:rsidP="00086601">
            <w:pPr>
              <w:spacing w:line="360" w:lineRule="auto"/>
              <w:rPr>
                <w:rFonts w:cs="Times New Roman"/>
                <w:sz w:val="24"/>
                <w:szCs w:val="24"/>
              </w:rPr>
            </w:pPr>
            <w:r w:rsidRPr="000D1D94">
              <w:rPr>
                <w:rFonts w:cs="Times New Roman"/>
                <w:sz w:val="24"/>
                <w:szCs w:val="24"/>
              </w:rPr>
              <w:t>&lt;0.05</w:t>
            </w:r>
          </w:p>
        </w:tc>
        <w:tc>
          <w:tcPr>
            <w:tcW w:w="1987" w:type="dxa"/>
            <w:vAlign w:val="center"/>
          </w:tcPr>
          <w:p w14:paraId="5324CCD9" w14:textId="77777777" w:rsidR="00C6730D" w:rsidRPr="000D1D94" w:rsidRDefault="00DE38BC" w:rsidP="00086601">
            <w:pPr>
              <w:spacing w:line="360" w:lineRule="auto"/>
              <w:rPr>
                <w:rFonts w:cs="Times New Roman"/>
                <w:sz w:val="24"/>
                <w:szCs w:val="24"/>
              </w:rPr>
            </w:pPr>
            <w:r w:rsidRPr="000D1D94">
              <w:rPr>
                <w:rFonts w:cs="Times New Roman"/>
                <w:sz w:val="24"/>
                <w:szCs w:val="24"/>
              </w:rPr>
              <w:t>Significant</w:t>
            </w:r>
          </w:p>
        </w:tc>
      </w:tr>
      <w:tr w:rsidR="00C6730D" w:rsidRPr="000D1D94" w14:paraId="131C334A" w14:textId="77777777">
        <w:trPr>
          <w:jc w:val="center"/>
        </w:trPr>
        <w:tc>
          <w:tcPr>
            <w:tcW w:w="1987" w:type="dxa"/>
            <w:vAlign w:val="center"/>
          </w:tcPr>
          <w:p w14:paraId="5E469C72" w14:textId="77777777" w:rsidR="00C6730D" w:rsidRPr="000D1D94" w:rsidRDefault="00DE38BC" w:rsidP="00086601">
            <w:pPr>
              <w:spacing w:line="360" w:lineRule="auto"/>
              <w:rPr>
                <w:rFonts w:cs="Times New Roman"/>
                <w:sz w:val="24"/>
                <w:szCs w:val="24"/>
              </w:rPr>
            </w:pPr>
            <w:r w:rsidRPr="000D1D94">
              <w:rPr>
                <w:rFonts w:cs="Times New Roman"/>
                <w:sz w:val="24"/>
                <w:szCs w:val="24"/>
              </w:rPr>
              <w:t xml:space="preserve">Belief that TV influences </w:t>
            </w:r>
            <w:proofErr w:type="spellStart"/>
            <w:r w:rsidRPr="000D1D94">
              <w:rPr>
                <w:rFonts w:cs="Times New Roman"/>
                <w:sz w:val="24"/>
                <w:szCs w:val="24"/>
              </w:rPr>
              <w:t>behaviour</w:t>
            </w:r>
            <w:proofErr w:type="spellEnd"/>
          </w:p>
        </w:tc>
        <w:tc>
          <w:tcPr>
            <w:tcW w:w="1987" w:type="dxa"/>
            <w:vAlign w:val="center"/>
          </w:tcPr>
          <w:p w14:paraId="55ECB254" w14:textId="77777777" w:rsidR="00C6730D" w:rsidRPr="000D1D94" w:rsidRDefault="00DE38BC" w:rsidP="00086601">
            <w:pPr>
              <w:spacing w:line="360" w:lineRule="auto"/>
              <w:rPr>
                <w:rFonts w:cs="Times New Roman"/>
                <w:sz w:val="24"/>
                <w:szCs w:val="24"/>
              </w:rPr>
            </w:pPr>
            <w:r w:rsidRPr="000D1D94">
              <w:rPr>
                <w:rFonts w:cs="Times New Roman"/>
                <w:sz w:val="24"/>
                <w:szCs w:val="24"/>
              </w:rPr>
              <w:t>0.10</w:t>
            </w:r>
          </w:p>
        </w:tc>
        <w:tc>
          <w:tcPr>
            <w:tcW w:w="1987" w:type="dxa"/>
            <w:vAlign w:val="center"/>
          </w:tcPr>
          <w:p w14:paraId="74823673"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426FD63C"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577A8A65"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bl>
    <w:p w14:paraId="3BE85541" w14:textId="77777777" w:rsidR="00C6730D" w:rsidRPr="000D1D94" w:rsidRDefault="00DE38BC" w:rsidP="00086601">
      <w:pPr>
        <w:spacing w:after="0"/>
        <w:jc w:val="center"/>
      </w:pPr>
      <w:r w:rsidRPr="000D1D94">
        <w:rPr>
          <w:b/>
          <w:sz w:val="24"/>
          <w:szCs w:val="24"/>
        </w:rPr>
        <w:t>Table 4. Association between pre-test knowledge grade and selected demographic/television-viewing variables</w:t>
      </w:r>
      <w:r w:rsidRPr="000D1D94">
        <w:rPr>
          <w:i/>
          <w:sz w:val="18"/>
        </w:rPr>
        <w:t>.</w:t>
      </w:r>
    </w:p>
    <w:p w14:paraId="5B1B815E" w14:textId="77777777" w:rsidR="00C6730D" w:rsidRPr="000D1D94" w:rsidRDefault="00DE38BC" w:rsidP="00086601">
      <w:pPr>
        <w:spacing w:after="0" w:line="360" w:lineRule="auto"/>
        <w:jc w:val="both"/>
      </w:pPr>
      <w:r>
        <w:t>Pre-test knowledge was not significantly associated with age, gender, residence, family income, daily viewing duration, type of programme, viewing companion, missed daily activities, negative emotions after viewing, or belief that television influences behaviour. A significant association was reported only for health disturbances related to television viewing (χ²</w:t>
      </w:r>
      <w:r>
        <w:rPr>
          <w:highlight w:val="yellow"/>
        </w:rPr>
        <w:t xml:space="preserve"> </w:t>
      </w:r>
      <w:r>
        <w:t>=</w:t>
      </w:r>
      <w:r>
        <w:rPr>
          <w:highlight w:val="yellow"/>
        </w:rPr>
        <w:t xml:space="preserve"> </w:t>
      </w:r>
      <w:r>
        <w:t>11.85, df</w:t>
      </w:r>
      <w:r>
        <w:rPr>
          <w:highlight w:val="yellow"/>
        </w:rPr>
        <w:t xml:space="preserve"> </w:t>
      </w:r>
      <w:r>
        <w:t>=</w:t>
      </w:r>
      <w:r>
        <w:rPr>
          <w:highlight w:val="yellow"/>
        </w:rPr>
        <w:t xml:space="preserve"> </w:t>
      </w:r>
      <w:r>
        <w:t>1, p</w:t>
      </w:r>
      <w:r>
        <w:rPr>
          <w:highlight w:val="yellow"/>
        </w:rPr>
        <w:t xml:space="preserve"> </w:t>
      </w:r>
      <w:r>
        <w:t>&lt;</w:t>
      </w:r>
      <w:r>
        <w:rPr>
          <w:highlight w:val="yellow"/>
        </w:rPr>
        <w:t xml:space="preserve"> </w:t>
      </w:r>
      <w:r>
        <w:t>0.05).</w:t>
      </w:r>
    </w:p>
    <w:p w14:paraId="493EDC6C" w14:textId="77777777" w:rsidR="00C6730D" w:rsidRPr="000D1D94" w:rsidRDefault="00DE38BC" w:rsidP="007C4225">
      <w:pPr>
        <w:spacing w:after="0" w:line="360" w:lineRule="auto"/>
        <w:jc w:val="both"/>
        <w:rPr>
          <w:sz w:val="24"/>
        </w:rPr>
      </w:pPr>
      <w:r>
        <w:rPr>
          <w:sz w:val="24"/>
        </w:rPr>
        <w:t xml:space="preserve">The study </w:t>
      </w:r>
      <w:r>
        <w:rPr>
          <w:highlight w:val="yellow"/>
        </w:rPr>
        <w:t>showed</w:t>
      </w:r>
      <w:r>
        <w:rPr>
          <w:sz w:val="24"/>
        </w:rPr>
        <w:t xml:space="preserve"> a marked improvement in students’ knowledge after a planned teaching intervention. The shift from 70.0% poor knowledge at baseline to 73.3% good knowledge after teaching, together </w:t>
      </w:r>
      <w:r>
        <w:rPr>
          <w:sz w:val="24"/>
        </w:rPr>
        <w:lastRenderedPageBreak/>
        <w:t>with an increase in mean score from 11.82 to 19.82, indicates that a short, structured educational programme can substantially improve awareness of television-related behavioural influences.</w:t>
      </w:r>
    </w:p>
    <w:p w14:paraId="0B9AFCF2" w14:textId="77777777" w:rsidR="00C6730D" w:rsidRPr="000D1D94" w:rsidRDefault="00DE38BC" w:rsidP="007C4225">
      <w:pPr>
        <w:spacing w:after="0" w:line="360" w:lineRule="auto"/>
        <w:jc w:val="both"/>
        <w:rPr>
          <w:sz w:val="24"/>
        </w:rPr>
      </w:pPr>
      <w:r>
        <w:rPr>
          <w:sz w:val="24"/>
        </w:rPr>
        <w:t>The baseline viewing pattern is notable. Almost half of participants watched television for 1–3 hours each day, more than one-third watched 4–6 hours, and entertainment-oriented content—especially movies and comedies—dominated viewing. Previous Indian and international literature has similarly described extensive screen exposure among children and adolescents and linked it with sleep disturbance, reduced physical activity, psychosocial problems, poorer academic outcomes, and other health concerns</w:t>
      </w:r>
      <w:r>
        <w:rPr>
          <w:highlight w:val="yellow"/>
        </w:rPr>
        <w:t xml:space="preserve"> (Guo et al</w:t>
      </w:r>
      <w:r>
        <w:rPr>
          <w:sz w:val="24"/>
        </w:rPr>
        <w:t>.,</w:t>
      </w:r>
      <w:r>
        <w:rPr>
          <w:highlight w:val="yellow"/>
        </w:rPr>
        <w:t xml:space="preserve"> 2021; Hu et al., 2023; Jain et al., 2023; Liu et al., 2022; Meena et al., 2020; Nakshine et al., 2022; Varadarajan et al., 2021; Wiguna et al., 2024; Xiang et al., 2022).</w:t>
      </w:r>
    </w:p>
    <w:p w14:paraId="53E67DFE" w14:textId="77777777" w:rsidR="00C6730D" w:rsidRPr="000D1D94" w:rsidRDefault="00DE38BC" w:rsidP="007C4225">
      <w:pPr>
        <w:spacing w:after="0" w:line="360" w:lineRule="auto"/>
        <w:jc w:val="both"/>
        <w:rPr>
          <w:sz w:val="24"/>
        </w:rPr>
      </w:pPr>
      <w:r>
        <w:rPr>
          <w:sz w:val="24"/>
        </w:rPr>
        <w:t xml:space="preserve">Two-thirds of participants reported negative emotions after television viewing and nearly one-third reported health disturbances, yet three-quarters did not perceive television as influencing their behaviour. This gap between experienced effects and perceived behavioural influence supports the need for media-literacy education that helps students </w:t>
      </w:r>
      <w:r>
        <w:rPr>
          <w:highlight w:val="yellow"/>
        </w:rPr>
        <w:t>recognise</w:t>
      </w:r>
      <w:r>
        <w:rPr>
          <w:sz w:val="24"/>
        </w:rPr>
        <w:t xml:space="preserve"> less obvious emotional, social, and behavioural consequences of media exposure.</w:t>
      </w:r>
    </w:p>
    <w:p w14:paraId="4C7C6E50" w14:textId="77777777" w:rsidR="00C6730D" w:rsidRPr="000D1D94" w:rsidRDefault="00DE38BC" w:rsidP="007C4225">
      <w:pPr>
        <w:spacing w:after="0" w:line="360" w:lineRule="auto"/>
        <w:jc w:val="both"/>
        <w:rPr>
          <w:sz w:val="24"/>
        </w:rPr>
      </w:pPr>
      <w:r>
        <w:rPr>
          <w:sz w:val="24"/>
        </w:rPr>
        <w:t>The significant paired t</w:t>
      </w:r>
      <w:r>
        <w:rPr>
          <w:highlight w:val="yellow"/>
        </w:rPr>
        <w:t>-</w:t>
      </w:r>
      <w:r>
        <w:rPr>
          <w:sz w:val="24"/>
        </w:rPr>
        <w:t xml:space="preserve">test supports the effectiveness of the intervention, </w:t>
      </w:r>
      <w:r>
        <w:rPr>
          <w:highlight w:val="yellow"/>
        </w:rPr>
        <w:t>alongside</w:t>
      </w:r>
      <w:r>
        <w:rPr>
          <w:sz w:val="24"/>
        </w:rPr>
        <w:t xml:space="preserve"> studies </w:t>
      </w:r>
      <w:r>
        <w:rPr>
          <w:highlight w:val="yellow"/>
        </w:rPr>
        <w:t>evaluating</w:t>
      </w:r>
      <w:r>
        <w:rPr>
          <w:sz w:val="24"/>
        </w:rPr>
        <w:t xml:space="preserve"> structured teaching and digital health education </w:t>
      </w:r>
      <w:r>
        <w:rPr>
          <w:highlight w:val="yellow"/>
        </w:rPr>
        <w:t>in</w:t>
      </w:r>
      <w:r>
        <w:rPr>
          <w:sz w:val="24"/>
        </w:rPr>
        <w:t xml:space="preserve"> </w:t>
      </w:r>
      <w:r>
        <w:rPr>
          <w:highlight w:val="yellow"/>
        </w:rPr>
        <w:t>relation to</w:t>
      </w:r>
      <w:r>
        <w:rPr>
          <w:sz w:val="24"/>
        </w:rPr>
        <w:t xml:space="preserve"> knowledge and screen-use </w:t>
      </w:r>
      <w:r>
        <w:rPr>
          <w:highlight w:val="yellow"/>
        </w:rPr>
        <w:t>outcomes</w:t>
      </w:r>
      <w:r>
        <w:rPr>
          <w:sz w:val="24"/>
        </w:rPr>
        <w:t xml:space="preserve"> among adolescents and families</w:t>
      </w:r>
      <w:r>
        <w:rPr>
          <w:highlight w:val="yellow"/>
        </w:rPr>
        <w:t xml:space="preserve"> (dos Santos et al., 2023; Jones et al., 2021; Parveen &amp; Tyagi, 2022; Raj et al., 2023; Settipalle &amp; Bhavya, 2024).</w:t>
      </w:r>
      <w:r>
        <w:rPr>
          <w:sz w:val="24"/>
        </w:rPr>
        <w:t xml:space="preserve"> Although the present study measured knowledge rather than long-term behaviour, improved knowledge is a necessary foundation for informed decision-making and self-regulation.</w:t>
      </w:r>
    </w:p>
    <w:p w14:paraId="5CA0C243" w14:textId="77777777" w:rsidR="007C4225" w:rsidRPr="000D1D94" w:rsidRDefault="00DE38BC" w:rsidP="007C4225">
      <w:pPr>
        <w:spacing w:after="0" w:line="360" w:lineRule="auto"/>
        <w:jc w:val="both"/>
        <w:rPr>
          <w:sz w:val="24"/>
        </w:rPr>
      </w:pPr>
      <w:r>
        <w:rPr>
          <w:sz w:val="24"/>
        </w:rPr>
        <w:t xml:space="preserve">Only health disturbances related to television viewing were significantly associated with baseline knowledge. Other demographic factors were not associated with pre-test knowledge, suggesting that the educational need was broad across subgroups. However, because the design lacked </w:t>
      </w:r>
      <w:r>
        <w:rPr>
          <w:highlight w:val="yellow"/>
        </w:rPr>
        <w:t>randomisation</w:t>
      </w:r>
      <w:r>
        <w:rPr>
          <w:sz w:val="24"/>
        </w:rPr>
        <w:t xml:space="preserve"> and a control group, causal inference should be made cautiously.</w:t>
      </w:r>
    </w:p>
    <w:p w14:paraId="1E495DF5" w14:textId="77777777" w:rsidR="00C6730D" w:rsidRPr="000D1D94" w:rsidRDefault="00DE38BC" w:rsidP="007C4225">
      <w:pPr>
        <w:spacing w:after="0" w:line="360" w:lineRule="auto"/>
        <w:jc w:val="center"/>
        <w:rPr>
          <w:b/>
          <w:sz w:val="24"/>
        </w:rPr>
      </w:pPr>
      <w:r w:rsidRPr="000D1D94">
        <w:rPr>
          <w:b/>
          <w:sz w:val="24"/>
        </w:rPr>
        <w:t>7. NURSING IMPLICATIONS</w:t>
      </w:r>
    </w:p>
    <w:p w14:paraId="7FA63CC4"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7.1 Nursing practice</w:t>
      </w:r>
    </w:p>
    <w:p w14:paraId="2776375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School and community health nurses can incorporate media-literacy counselling into adolescent health promotion.</w:t>
      </w:r>
    </w:p>
    <w:p w14:paraId="7D351209"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Nurses can counsel students and families regarding balanced viewing, content selection, sleep hygiene, physical activity, and recognition of emotional or health effects related to prolonged viewing.</w:t>
      </w:r>
    </w:p>
    <w:p w14:paraId="7801EDE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Students who report distress, sleep problems, headaches, eye strain, or interference with daily activities can be identified early and referred when necessary.</w:t>
      </w:r>
    </w:p>
    <w:p w14:paraId="7D0FF8CD"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lastRenderedPageBreak/>
        <w:t>7.2 Nursing education</w:t>
      </w:r>
    </w:p>
    <w:p w14:paraId="68C8BA7E"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Nursing curricula can include the health and </w:t>
      </w:r>
      <w:proofErr w:type="spellStart"/>
      <w:r w:rsidRPr="000D1D94">
        <w:rPr>
          <w:rFonts w:cs="Times New Roman"/>
          <w:sz w:val="24"/>
          <w:szCs w:val="24"/>
        </w:rPr>
        <w:t>behavioural</w:t>
      </w:r>
      <w:proofErr w:type="spellEnd"/>
      <w:r w:rsidRPr="000D1D94">
        <w:rPr>
          <w:rFonts w:cs="Times New Roman"/>
          <w:sz w:val="24"/>
          <w:szCs w:val="24"/>
        </w:rPr>
        <w:t xml:space="preserve"> effects of screen exposure and practical methods for designing school-based teaching interventions.</w:t>
      </w:r>
    </w:p>
    <w:p w14:paraId="77A774DF"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Student nurses can use similar </w:t>
      </w:r>
      <w:proofErr w:type="spellStart"/>
      <w:r w:rsidRPr="000D1D94">
        <w:rPr>
          <w:rFonts w:cs="Times New Roman"/>
          <w:sz w:val="24"/>
          <w:szCs w:val="24"/>
        </w:rPr>
        <w:t>programmes</w:t>
      </w:r>
      <w:proofErr w:type="spellEnd"/>
      <w:r w:rsidRPr="000D1D94">
        <w:rPr>
          <w:rFonts w:cs="Times New Roman"/>
          <w:sz w:val="24"/>
          <w:szCs w:val="24"/>
        </w:rPr>
        <w:t xml:space="preserve"> during community and school-health postings to build health-education and evaluation skills.</w:t>
      </w:r>
    </w:p>
    <w:p w14:paraId="6E3B8DF0"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7.3 Nursing research and administration</w:t>
      </w:r>
    </w:p>
    <w:p w14:paraId="7DC124FF"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Further studies can evaluate long-term </w:t>
      </w:r>
      <w:proofErr w:type="spellStart"/>
      <w:r w:rsidRPr="000D1D94">
        <w:rPr>
          <w:rFonts w:cs="Times New Roman"/>
          <w:sz w:val="24"/>
          <w:szCs w:val="24"/>
        </w:rPr>
        <w:t>behavioural</w:t>
      </w:r>
      <w:proofErr w:type="spellEnd"/>
      <w:r w:rsidRPr="000D1D94">
        <w:rPr>
          <w:rFonts w:cs="Times New Roman"/>
          <w:sz w:val="24"/>
          <w:szCs w:val="24"/>
        </w:rPr>
        <w:t xml:space="preserve"> outcomes, parent-involved interventions, peer-led education, and digital teaching formats.</w:t>
      </w:r>
    </w:p>
    <w:p w14:paraId="75B551BB"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Nursing administrators can support school-health </w:t>
      </w:r>
      <w:proofErr w:type="spellStart"/>
      <w:r w:rsidRPr="000D1D94">
        <w:rPr>
          <w:rFonts w:cs="Times New Roman"/>
          <w:sz w:val="24"/>
          <w:szCs w:val="24"/>
        </w:rPr>
        <w:t>programmes</w:t>
      </w:r>
      <w:proofErr w:type="spellEnd"/>
      <w:r w:rsidRPr="000D1D94">
        <w:rPr>
          <w:rFonts w:cs="Times New Roman"/>
          <w:sz w:val="24"/>
          <w:szCs w:val="24"/>
        </w:rPr>
        <w:t>, educational materials, interdisciplinary collaboration, and policies that promote healthy media use.</w:t>
      </w:r>
    </w:p>
    <w:p w14:paraId="480D5FF4"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8. LIMITATIONS</w:t>
      </w:r>
    </w:p>
    <w:p w14:paraId="4426F892" w14:textId="77777777" w:rsidR="00C6730D" w:rsidRPr="000D1D94" w:rsidRDefault="00DE38BC" w:rsidP="007C4225">
      <w:pPr>
        <w:pStyle w:val="ListBullet"/>
        <w:spacing w:after="0" w:line="360" w:lineRule="auto"/>
        <w:rPr>
          <w:rFonts w:cs="Times New Roman"/>
          <w:sz w:val="24"/>
          <w:szCs w:val="24"/>
        </w:rPr>
      </w:pPr>
      <w:r>
        <w:rPr>
          <w:sz w:val="24"/>
        </w:rPr>
        <w:t xml:space="preserve">The study used a pre-experimental one-group design without a control group or </w:t>
      </w:r>
      <w:r>
        <w:rPr>
          <w:highlight w:val="yellow"/>
        </w:rPr>
        <w:t>randomisation</w:t>
      </w:r>
      <w:r>
        <w:rPr>
          <w:sz w:val="24"/>
        </w:rPr>
        <w:t>.</w:t>
      </w:r>
    </w:p>
    <w:p w14:paraId="261AC638" w14:textId="77777777" w:rsidR="00C6730D" w:rsidRPr="000D1D94" w:rsidRDefault="00DE38BC" w:rsidP="007C4225">
      <w:pPr>
        <w:pStyle w:val="ListBullet"/>
        <w:spacing w:after="0" w:line="360" w:lineRule="auto"/>
        <w:rPr>
          <w:rFonts w:cs="Times New Roman"/>
          <w:sz w:val="24"/>
          <w:szCs w:val="24"/>
        </w:rPr>
      </w:pPr>
      <w:r>
        <w:rPr>
          <w:sz w:val="24"/>
        </w:rPr>
        <w:t xml:space="preserve">The sample was limited to 60 students from a selected high school in Jaipur, limiting </w:t>
      </w:r>
      <w:r>
        <w:rPr>
          <w:highlight w:val="yellow"/>
        </w:rPr>
        <w:t>generalisability</w:t>
      </w:r>
      <w:r>
        <w:rPr>
          <w:sz w:val="24"/>
        </w:rPr>
        <w:t>.</w:t>
      </w:r>
    </w:p>
    <w:p w14:paraId="6C330944"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Purposive sampling may introduce selection bias.</w:t>
      </w:r>
    </w:p>
    <w:p w14:paraId="7CF7550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The outcome focused on knowledge immediately after a short follow-up rather than sustained </w:t>
      </w:r>
      <w:proofErr w:type="spellStart"/>
      <w:r w:rsidRPr="000D1D94">
        <w:rPr>
          <w:rFonts w:cs="Times New Roman"/>
          <w:sz w:val="24"/>
          <w:szCs w:val="24"/>
        </w:rPr>
        <w:t>behaviour</w:t>
      </w:r>
      <w:proofErr w:type="spellEnd"/>
      <w:r w:rsidRPr="000D1D94">
        <w:rPr>
          <w:rFonts w:cs="Times New Roman"/>
          <w:sz w:val="24"/>
          <w:szCs w:val="24"/>
        </w:rPr>
        <w:t xml:space="preserve"> change.</w:t>
      </w:r>
    </w:p>
    <w:p w14:paraId="37852FBA"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Some methodological details in the dissertation require clarification before journal submission, including formal ethics committee approval information and the final author-approved knowledge grading scheme.</w:t>
      </w:r>
    </w:p>
    <w:p w14:paraId="0B84D21B"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9. RECOMMENDATIONS</w:t>
      </w:r>
    </w:p>
    <w:p w14:paraId="017D1FFE" w14:textId="77777777" w:rsidR="00C6730D" w:rsidRPr="000D1D94" w:rsidRDefault="00DE38BC" w:rsidP="007C4225">
      <w:pPr>
        <w:pStyle w:val="ListBullet"/>
        <w:spacing w:after="0" w:line="360" w:lineRule="auto"/>
        <w:rPr>
          <w:rFonts w:cs="Times New Roman"/>
          <w:sz w:val="24"/>
          <w:szCs w:val="24"/>
        </w:rPr>
      </w:pPr>
      <w:r>
        <w:rPr>
          <w:sz w:val="24"/>
        </w:rPr>
        <w:t xml:space="preserve">Conduct controlled or </w:t>
      </w:r>
      <w:r>
        <w:rPr>
          <w:highlight w:val="yellow"/>
        </w:rPr>
        <w:t>randomised</w:t>
      </w:r>
      <w:r>
        <w:rPr>
          <w:sz w:val="24"/>
        </w:rPr>
        <w:t xml:space="preserve"> studies with larger, multi-school samples.</w:t>
      </w:r>
    </w:p>
    <w:p w14:paraId="3841000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Use longer follow-up periods to determine whether knowledge gains translate into reduced screen time or healthier viewing </w:t>
      </w:r>
      <w:proofErr w:type="spellStart"/>
      <w:r w:rsidRPr="000D1D94">
        <w:rPr>
          <w:rFonts w:cs="Times New Roman"/>
          <w:sz w:val="24"/>
          <w:szCs w:val="24"/>
        </w:rPr>
        <w:t>behaviours</w:t>
      </w:r>
      <w:proofErr w:type="spellEnd"/>
      <w:r w:rsidRPr="000D1D94">
        <w:rPr>
          <w:rFonts w:cs="Times New Roman"/>
          <w:sz w:val="24"/>
          <w:szCs w:val="24"/>
        </w:rPr>
        <w:t>.</w:t>
      </w:r>
    </w:p>
    <w:p w14:paraId="30AA1110"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Compare interactive workshops, peer education, digital modules, and parent–student interventions.</w:t>
      </w:r>
    </w:p>
    <w:p w14:paraId="075D6AEF"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Include qualitative interviews or focus groups to explore students’ perceptions and barriers to healthy screen use.</w:t>
      </w:r>
    </w:p>
    <w:p w14:paraId="25DBF751" w14:textId="77777777" w:rsidR="00C6730D" w:rsidRPr="000D1D94" w:rsidRDefault="00DE38BC" w:rsidP="007C4225">
      <w:pPr>
        <w:pStyle w:val="ListBullet"/>
        <w:spacing w:after="0" w:line="360" w:lineRule="auto"/>
        <w:rPr>
          <w:rFonts w:cs="Times New Roman"/>
          <w:sz w:val="24"/>
          <w:szCs w:val="24"/>
        </w:rPr>
      </w:pPr>
      <w:r>
        <w:rPr>
          <w:sz w:val="24"/>
        </w:rPr>
        <w:t xml:space="preserve">Develop and validate </w:t>
      </w:r>
      <w:r>
        <w:rPr>
          <w:highlight w:val="yellow"/>
        </w:rPr>
        <w:t>standardised</w:t>
      </w:r>
      <w:r>
        <w:rPr>
          <w:sz w:val="24"/>
        </w:rPr>
        <w:t xml:space="preserve"> culturally appropriate tools measuring knowledge, attitudes, media literacy, and behavioural outcomes.</w:t>
      </w:r>
    </w:p>
    <w:p w14:paraId="02ABA384"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Evaluate cost-effectiveness when implementing school-based media-literacy </w:t>
      </w:r>
      <w:proofErr w:type="spellStart"/>
      <w:r w:rsidRPr="000D1D94">
        <w:rPr>
          <w:rFonts w:cs="Times New Roman"/>
          <w:sz w:val="24"/>
          <w:szCs w:val="24"/>
        </w:rPr>
        <w:t>programmes</w:t>
      </w:r>
      <w:proofErr w:type="spellEnd"/>
      <w:r w:rsidRPr="000D1D94">
        <w:rPr>
          <w:rFonts w:cs="Times New Roman"/>
          <w:sz w:val="24"/>
          <w:szCs w:val="24"/>
        </w:rPr>
        <w:t xml:space="preserve"> at scale.</w:t>
      </w:r>
    </w:p>
    <w:p w14:paraId="0DAC9E34"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lastRenderedPageBreak/>
        <w:t>10. CONCLUSION</w:t>
      </w:r>
    </w:p>
    <w:p w14:paraId="4FE40CA8" w14:textId="5FD601A1" w:rsidR="00370B87" w:rsidRPr="00370B87" w:rsidRDefault="00370B87" w:rsidP="00370B87">
      <w:pPr>
        <w:pStyle w:val="Heading1"/>
        <w:spacing w:line="360" w:lineRule="auto"/>
        <w:jc w:val="both"/>
        <w:rPr>
          <w:rFonts w:ascii="Times New Roman" w:eastAsia="Times New Roman" w:hAnsi="Times New Roman" w:cs="Times New Roman"/>
          <w:b w:val="0"/>
          <w:bCs w:val="0"/>
          <w:color w:val="000000" w:themeColor="text1"/>
          <w:sz w:val="24"/>
          <w:szCs w:val="24"/>
        </w:rPr>
      </w:pPr>
      <w:r w:rsidRPr="008824B5">
        <w:rPr>
          <w:rFonts w:ascii="Times New Roman" w:eastAsia="Times New Roman" w:hAnsi="Times New Roman" w:cs="Times New Roman"/>
          <w:b w:val="0"/>
          <w:bCs w:val="0"/>
          <w:color w:val="000000" w:themeColor="text1"/>
          <w:sz w:val="24"/>
          <w:szCs w:val="24"/>
          <w:highlight w:val="yellow"/>
        </w:rPr>
        <w:t xml:space="preserve">The study identified a notable increase in knowledge regarding the influence of television on </w:t>
      </w:r>
      <w:proofErr w:type="spellStart"/>
      <w:r w:rsidRPr="008824B5">
        <w:rPr>
          <w:rFonts w:ascii="Times New Roman" w:eastAsia="Times New Roman" w:hAnsi="Times New Roman" w:cs="Times New Roman"/>
          <w:b w:val="0"/>
          <w:bCs w:val="0"/>
          <w:color w:val="000000" w:themeColor="text1"/>
          <w:sz w:val="24"/>
          <w:szCs w:val="24"/>
          <w:highlight w:val="yellow"/>
        </w:rPr>
        <w:t>behavioural</w:t>
      </w:r>
      <w:proofErr w:type="spellEnd"/>
      <w:r w:rsidRPr="008824B5">
        <w:rPr>
          <w:rFonts w:ascii="Times New Roman" w:eastAsia="Times New Roman" w:hAnsi="Times New Roman" w:cs="Times New Roman"/>
          <w:b w:val="0"/>
          <w:bCs w:val="0"/>
          <w:color w:val="000000" w:themeColor="text1"/>
          <w:sz w:val="24"/>
          <w:szCs w:val="24"/>
          <w:highlight w:val="yellow"/>
        </w:rPr>
        <w:t xml:space="preserve"> changes among the participating high school students following a planned teaching </w:t>
      </w:r>
      <w:proofErr w:type="spellStart"/>
      <w:r w:rsidRPr="008824B5">
        <w:rPr>
          <w:rFonts w:ascii="Times New Roman" w:eastAsia="Times New Roman" w:hAnsi="Times New Roman" w:cs="Times New Roman"/>
          <w:b w:val="0"/>
          <w:bCs w:val="0"/>
          <w:color w:val="000000" w:themeColor="text1"/>
          <w:sz w:val="24"/>
          <w:szCs w:val="24"/>
          <w:highlight w:val="yellow"/>
        </w:rPr>
        <w:t>programme</w:t>
      </w:r>
      <w:proofErr w:type="spellEnd"/>
      <w:r w:rsidRPr="008824B5">
        <w:rPr>
          <w:rFonts w:ascii="Times New Roman" w:eastAsia="Times New Roman" w:hAnsi="Times New Roman" w:cs="Times New Roman"/>
          <w:b w:val="0"/>
          <w:bCs w:val="0"/>
          <w:color w:val="000000" w:themeColor="text1"/>
          <w:sz w:val="24"/>
          <w:szCs w:val="24"/>
          <w:highlight w:val="yellow"/>
        </w:rPr>
        <w:t xml:space="preserve">. Before the intervention, 70.0% of students were classified as having poor knowledge, whereas 73.3% were classified as having good knowledge at the post-test conducted five days later. The mean knowledge score increased from 11.82 to 19.82 out of 25, and the paired t-test indicated a statistically significant difference between assessments. Among the demographic and television-viewing characteristics evaluated, only self-reported health disturbances related to television viewing showed a statistically significant association with baseline knowledge. These findings suggest that a structured teaching </w:t>
      </w:r>
      <w:proofErr w:type="spellStart"/>
      <w:r w:rsidRPr="008824B5">
        <w:rPr>
          <w:rFonts w:ascii="Times New Roman" w:eastAsia="Times New Roman" w:hAnsi="Times New Roman" w:cs="Times New Roman"/>
          <w:b w:val="0"/>
          <w:bCs w:val="0"/>
          <w:color w:val="000000" w:themeColor="text1"/>
          <w:sz w:val="24"/>
          <w:szCs w:val="24"/>
          <w:highlight w:val="yellow"/>
        </w:rPr>
        <w:t>programme</w:t>
      </w:r>
      <w:proofErr w:type="spellEnd"/>
      <w:r w:rsidRPr="008824B5">
        <w:rPr>
          <w:rFonts w:ascii="Times New Roman" w:eastAsia="Times New Roman" w:hAnsi="Times New Roman" w:cs="Times New Roman"/>
          <w:b w:val="0"/>
          <w:bCs w:val="0"/>
          <w:color w:val="000000" w:themeColor="text1"/>
          <w:sz w:val="24"/>
          <w:szCs w:val="24"/>
          <w:highlight w:val="yellow"/>
        </w:rPr>
        <w:t xml:space="preserve"> may be a practical approach for improving short-term awareness of television-related </w:t>
      </w:r>
      <w:proofErr w:type="spellStart"/>
      <w:r w:rsidRPr="008824B5">
        <w:rPr>
          <w:rFonts w:ascii="Times New Roman" w:eastAsia="Times New Roman" w:hAnsi="Times New Roman" w:cs="Times New Roman"/>
          <w:b w:val="0"/>
          <w:bCs w:val="0"/>
          <w:color w:val="000000" w:themeColor="text1"/>
          <w:sz w:val="24"/>
          <w:szCs w:val="24"/>
          <w:highlight w:val="yellow"/>
        </w:rPr>
        <w:t>behavioural</w:t>
      </w:r>
      <w:proofErr w:type="spellEnd"/>
      <w:r w:rsidRPr="008824B5">
        <w:rPr>
          <w:rFonts w:ascii="Times New Roman" w:eastAsia="Times New Roman" w:hAnsi="Times New Roman" w:cs="Times New Roman"/>
          <w:b w:val="0"/>
          <w:bCs w:val="0"/>
          <w:color w:val="000000" w:themeColor="text1"/>
          <w:sz w:val="24"/>
          <w:szCs w:val="24"/>
          <w:highlight w:val="yellow"/>
        </w:rPr>
        <w:t xml:space="preserve"> influences in school settings. However, the one-group design, purposive selection of students from a single school and brief follow-up mean that the findings cannot establish causation or demonstrate sustained </w:t>
      </w:r>
      <w:proofErr w:type="spellStart"/>
      <w:r w:rsidRPr="008824B5">
        <w:rPr>
          <w:rFonts w:ascii="Times New Roman" w:eastAsia="Times New Roman" w:hAnsi="Times New Roman" w:cs="Times New Roman"/>
          <w:b w:val="0"/>
          <w:bCs w:val="0"/>
          <w:color w:val="000000" w:themeColor="text1"/>
          <w:sz w:val="24"/>
          <w:szCs w:val="24"/>
          <w:highlight w:val="yellow"/>
        </w:rPr>
        <w:t>behavioural</w:t>
      </w:r>
      <w:proofErr w:type="spellEnd"/>
      <w:r w:rsidRPr="008824B5">
        <w:rPr>
          <w:rFonts w:ascii="Times New Roman" w:eastAsia="Times New Roman" w:hAnsi="Times New Roman" w:cs="Times New Roman"/>
          <w:b w:val="0"/>
          <w:bCs w:val="0"/>
          <w:color w:val="000000" w:themeColor="text1"/>
          <w:sz w:val="24"/>
          <w:szCs w:val="24"/>
          <w:highlight w:val="yellow"/>
        </w:rPr>
        <w:t xml:space="preserve"> change. Further controlled studies with broader samples and longer follow-up periods would help clarify whether knowledge gains persist and influence television-viewing practices.</w:t>
      </w:r>
    </w:p>
    <w:p w14:paraId="270E1F39" w14:textId="77777777" w:rsidR="00370B87" w:rsidRDefault="00370B87" w:rsidP="00370B87">
      <w:pPr>
        <w:pStyle w:val="Heading1"/>
        <w:spacing w:before="0" w:line="360" w:lineRule="auto"/>
        <w:jc w:val="center"/>
        <w:rPr>
          <w:rFonts w:ascii="Times New Roman" w:eastAsia="Times New Roman" w:hAnsi="Times New Roman" w:cs="Times New Roman"/>
          <w:color w:val="000000" w:themeColor="text1"/>
          <w:sz w:val="24"/>
          <w:szCs w:val="24"/>
        </w:rPr>
      </w:pPr>
    </w:p>
    <w:p w14:paraId="09F643C5" w14:textId="7AC65DEC" w:rsidR="00C6730D" w:rsidRPr="000D1D94" w:rsidRDefault="00DE38BC" w:rsidP="00370B87">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11. DECLARATIONS</w:t>
      </w:r>
    </w:p>
    <w:p w14:paraId="4A42920B" w14:textId="77777777" w:rsidR="007674E7" w:rsidRPr="007674E7" w:rsidRDefault="007674E7" w:rsidP="007674E7">
      <w:pPr>
        <w:spacing w:after="0" w:line="360" w:lineRule="auto"/>
        <w:jc w:val="both"/>
        <w:rPr>
          <w:rFonts w:cs="Times New Roman"/>
          <w:b/>
          <w:bCs/>
          <w:color w:val="000000" w:themeColor="text1"/>
          <w:sz w:val="24"/>
          <w:szCs w:val="24"/>
        </w:rPr>
      </w:pPr>
      <w:r w:rsidRPr="007674E7">
        <w:rPr>
          <w:rFonts w:cs="Times New Roman"/>
          <w:b/>
          <w:bCs/>
          <w:color w:val="000000" w:themeColor="text1"/>
          <w:sz w:val="24"/>
          <w:szCs w:val="24"/>
        </w:rPr>
        <w:t>Consent</w:t>
      </w:r>
    </w:p>
    <w:p w14:paraId="76E998D1" w14:textId="77777777" w:rsidR="007674E7" w:rsidRPr="007674E7" w:rsidRDefault="007674E7" w:rsidP="007674E7">
      <w:pPr>
        <w:spacing w:after="0" w:line="360" w:lineRule="auto"/>
        <w:jc w:val="both"/>
        <w:rPr>
          <w:rFonts w:cs="Times New Roman"/>
          <w:color w:val="000000" w:themeColor="text1"/>
          <w:sz w:val="24"/>
          <w:szCs w:val="24"/>
        </w:rPr>
      </w:pPr>
      <w:r w:rsidRPr="007674E7">
        <w:rPr>
          <w:rFonts w:cs="Times New Roman"/>
          <w:color w:val="000000" w:themeColor="text1"/>
          <w:sz w:val="24"/>
          <w:szCs w:val="24"/>
        </w:rPr>
        <w:t xml:space="preserve">Written consent was obtained from participants, and confidentiality was assured. </w:t>
      </w:r>
    </w:p>
    <w:p w14:paraId="7A988E8C" w14:textId="77777777" w:rsidR="007674E7" w:rsidRPr="007674E7" w:rsidRDefault="007674E7" w:rsidP="007674E7"/>
    <w:p w14:paraId="49A17E2E" w14:textId="77777777" w:rsidR="007674E7" w:rsidRPr="007674E7" w:rsidRDefault="007674E7" w:rsidP="007674E7">
      <w:pPr>
        <w:keepNext/>
        <w:keepLines/>
        <w:spacing w:after="0" w:line="360" w:lineRule="auto"/>
        <w:outlineLvl w:val="1"/>
        <w:rPr>
          <w:rFonts w:eastAsiaTheme="majorEastAsia" w:cs="Times New Roman"/>
          <w:b/>
          <w:bCs/>
          <w:color w:val="000000" w:themeColor="text1"/>
          <w:sz w:val="24"/>
          <w:szCs w:val="24"/>
        </w:rPr>
      </w:pPr>
      <w:r w:rsidRPr="007674E7">
        <w:rPr>
          <w:rFonts w:cs="Times New Roman"/>
          <w:b/>
          <w:bCs/>
          <w:color w:val="000000" w:themeColor="text1"/>
          <w:sz w:val="24"/>
          <w:szCs w:val="24"/>
        </w:rPr>
        <w:t xml:space="preserve">Ethics Approval </w:t>
      </w:r>
    </w:p>
    <w:p w14:paraId="53728526" w14:textId="77777777" w:rsidR="007674E7" w:rsidRPr="007674E7" w:rsidRDefault="007674E7" w:rsidP="007674E7">
      <w:pPr>
        <w:spacing w:after="0" w:line="360" w:lineRule="auto"/>
        <w:jc w:val="both"/>
        <w:rPr>
          <w:rFonts w:cs="Times New Roman"/>
          <w:color w:val="000000" w:themeColor="text1"/>
          <w:sz w:val="24"/>
          <w:szCs w:val="24"/>
        </w:rPr>
      </w:pPr>
      <w:r w:rsidRPr="007674E7">
        <w:rPr>
          <w:rFonts w:cs="Times New Roman"/>
          <w:color w:val="000000" w:themeColor="text1"/>
          <w:sz w:val="24"/>
          <w:szCs w:val="24"/>
        </w:rPr>
        <w:t xml:space="preserve">The dissertation reports that formal permission was obtained from the principal of the selected high school. </w:t>
      </w:r>
    </w:p>
    <w:p w14:paraId="6B6AE5DC" w14:textId="77777777" w:rsidR="007674E7" w:rsidRPr="007674E7" w:rsidRDefault="007674E7" w:rsidP="007674E7">
      <w:pPr>
        <w:spacing w:after="0" w:line="360" w:lineRule="auto"/>
        <w:jc w:val="both"/>
        <w:rPr>
          <w:b/>
          <w:color w:val="000000" w:themeColor="text1"/>
        </w:rPr>
      </w:pPr>
    </w:p>
    <w:p w14:paraId="26B38A5A" w14:textId="77777777" w:rsidR="00F553F3" w:rsidRDefault="00F553F3" w:rsidP="000D1D94">
      <w:pPr>
        <w:spacing w:after="0" w:line="360" w:lineRule="auto"/>
        <w:jc w:val="both"/>
        <w:rPr>
          <w:b/>
          <w:color w:val="000000" w:themeColor="text1"/>
        </w:rPr>
      </w:pPr>
    </w:p>
    <w:p w14:paraId="50CF7191" w14:textId="77777777" w:rsidR="000D1D94" w:rsidRPr="000D1D94" w:rsidRDefault="000D1D94" w:rsidP="000D1D94">
      <w:pPr>
        <w:spacing w:after="0" w:line="360" w:lineRule="auto"/>
        <w:jc w:val="both"/>
        <w:rPr>
          <w:b/>
          <w:color w:val="000000" w:themeColor="text1"/>
        </w:rPr>
      </w:pPr>
      <w:r w:rsidRPr="000D1D94">
        <w:rPr>
          <w:b/>
          <w:color w:val="000000" w:themeColor="text1"/>
        </w:rPr>
        <w:t>Declaration of AI Use</w:t>
      </w:r>
    </w:p>
    <w:p w14:paraId="41449D78" w14:textId="77777777" w:rsidR="000D1D94" w:rsidRPr="000D1D94" w:rsidRDefault="000D1D94" w:rsidP="000D1D94">
      <w:pPr>
        <w:spacing w:after="0" w:line="360" w:lineRule="auto"/>
        <w:jc w:val="both"/>
        <w:rPr>
          <w:b/>
          <w:color w:val="000000" w:themeColor="text1"/>
        </w:rPr>
      </w:pPr>
    </w:p>
    <w:p w14:paraId="0059DD9D" w14:textId="77777777" w:rsidR="000D1D94" w:rsidRPr="000D1D94" w:rsidRDefault="000D1D94" w:rsidP="000D1D94">
      <w:pPr>
        <w:spacing w:after="0" w:line="360" w:lineRule="auto"/>
        <w:jc w:val="both"/>
        <w:rPr>
          <w:b/>
          <w:color w:val="000000" w:themeColor="text1"/>
        </w:rPr>
      </w:pPr>
    </w:p>
    <w:p w14:paraId="12977B6C" w14:textId="77777777" w:rsidR="000D1D94" w:rsidRPr="000D1D94" w:rsidRDefault="000D1D94" w:rsidP="000D1D94">
      <w:pPr>
        <w:spacing w:after="0" w:line="360" w:lineRule="auto"/>
        <w:jc w:val="both"/>
        <w:rPr>
          <w:color w:val="000000" w:themeColor="text1"/>
        </w:rPr>
      </w:pPr>
      <w:r w:rsidRPr="000D1D94">
        <w:rPr>
          <w:color w:val="000000" w:themeColor="text1"/>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866983B" w14:textId="77777777" w:rsidR="000D1D94" w:rsidRPr="000D1D94" w:rsidRDefault="000D1D94" w:rsidP="007C4225">
      <w:pPr>
        <w:spacing w:after="0" w:line="360" w:lineRule="auto"/>
        <w:jc w:val="both"/>
        <w:rPr>
          <w:color w:val="000000" w:themeColor="text1"/>
        </w:rPr>
      </w:pPr>
    </w:p>
    <w:p w14:paraId="72EAE7E7" w14:textId="77777777" w:rsidR="00C6730D" w:rsidRPr="000D1D94" w:rsidRDefault="00DE38BC" w:rsidP="007C4225">
      <w:pPr>
        <w:spacing w:after="0" w:line="360" w:lineRule="auto"/>
        <w:jc w:val="center"/>
        <w:rPr>
          <w:b/>
          <w:color w:val="000000" w:themeColor="text1"/>
        </w:rPr>
      </w:pPr>
      <w:r w:rsidRPr="000D1D94">
        <w:rPr>
          <w:b/>
          <w:sz w:val="24"/>
        </w:rPr>
        <w:lastRenderedPageBreak/>
        <w:t>12. REFERENCES</w:t>
      </w:r>
    </w:p>
    <w:p w14:paraId="38CF7E7B" w14:textId="77777777" w:rsidR="00C6730D" w:rsidRDefault="00C6730D" w:rsidP="007C4225">
      <w:pPr>
        <w:pStyle w:val="ListBullet"/>
        <w:numPr>
          <w:ilvl w:val="0"/>
          <w:numId w:val="0"/>
        </w:numPr>
        <w:spacing w:after="40" w:line="264" w:lineRule="auto"/>
        <w:ind w:left="360" w:hanging="360"/>
      </w:pPr>
    </w:p>
    <w:p w14:paraId="51D283C4"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American Academy of Child and Adolescent Psychiatry. (2025). Screen violence and children. </w:t>
      </w:r>
      <w:hyperlink r:id="rId12" w:history="1">
        <w:r w:rsidRPr="00CA73CB">
          <w:rPr>
            <w:rFonts w:cs="Times New Roman"/>
            <w:color w:val="0000FF"/>
            <w:sz w:val="24"/>
            <w:szCs w:val="24"/>
            <w:u w:val="single"/>
          </w:rPr>
          <w:t>https://www.aacap.org/AACAP/Families_and_Youth/Facts_for_Families/FFF-Guide/Screen_Violence_Children-013.aspx</w:t>
        </w:r>
      </w:hyperlink>
    </w:p>
    <w:p w14:paraId="1415D7B0"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Anderson, C. A., Berkowitz, L., </w:t>
      </w:r>
      <w:proofErr w:type="spellStart"/>
      <w:r w:rsidRPr="00CA73CB">
        <w:rPr>
          <w:rFonts w:cs="Times New Roman"/>
          <w:sz w:val="24"/>
          <w:szCs w:val="24"/>
        </w:rPr>
        <w:t>Donnerstein</w:t>
      </w:r>
      <w:proofErr w:type="spellEnd"/>
      <w:r w:rsidRPr="00CA73CB">
        <w:rPr>
          <w:rFonts w:cs="Times New Roman"/>
          <w:sz w:val="24"/>
          <w:szCs w:val="24"/>
        </w:rPr>
        <w:t xml:space="preserve">, E., Huesmann, L. R., Johnson, J. D., Linz, D., </w:t>
      </w:r>
      <w:proofErr w:type="spellStart"/>
      <w:r w:rsidRPr="00CA73CB">
        <w:rPr>
          <w:rFonts w:cs="Times New Roman"/>
          <w:sz w:val="24"/>
          <w:szCs w:val="24"/>
        </w:rPr>
        <w:t>Malamuth</w:t>
      </w:r>
      <w:proofErr w:type="spellEnd"/>
      <w:r w:rsidRPr="00CA73CB">
        <w:rPr>
          <w:rFonts w:cs="Times New Roman"/>
          <w:sz w:val="24"/>
          <w:szCs w:val="24"/>
        </w:rPr>
        <w:t xml:space="preserve">, N. M., &amp; Wartella, E. (2003). The influence of media violence on youth. Psychological Science in the Public Interest, 4(3), 81–110. </w:t>
      </w:r>
      <w:hyperlink r:id="rId13" w:history="1">
        <w:r w:rsidRPr="00CA73CB">
          <w:rPr>
            <w:rFonts w:cs="Times New Roman"/>
            <w:color w:val="0000FF"/>
            <w:sz w:val="24"/>
            <w:szCs w:val="24"/>
            <w:u w:val="single"/>
          </w:rPr>
          <w:t>https://doi.org/10.1111/j.1529-1006.2003.pspi_1433.x</w:t>
        </w:r>
      </w:hyperlink>
    </w:p>
    <w:p w14:paraId="25003A7B"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Bandura, A., Ross, D., &amp; Ross, S. A. (1961). Transmission of aggression through imitation of aggressive models. The Journal of Abnormal and Social Psychology, 63(3), 575–582. </w:t>
      </w:r>
      <w:hyperlink r:id="rId14" w:history="1">
        <w:r w:rsidRPr="00CA73CB">
          <w:rPr>
            <w:rFonts w:cs="Times New Roman"/>
            <w:color w:val="0000FF"/>
            <w:sz w:val="24"/>
            <w:szCs w:val="24"/>
            <w:u w:val="single"/>
          </w:rPr>
          <w:t>https://doi.org/10.1037/h0045925</w:t>
        </w:r>
      </w:hyperlink>
    </w:p>
    <w:p w14:paraId="14D0355C"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Brosnan, B., Haszard, J. J., Meredith-Jones, K. A., Wickham, S.-R., Galland, B. C., &amp; Taylor, R. W. (2024). Screen use at bedtime and sleep duration and quality among youths. JAMA Pediatrics, 178(11), 1147–1154. </w:t>
      </w:r>
      <w:hyperlink r:id="rId15" w:history="1">
        <w:r w:rsidRPr="00CA73CB">
          <w:rPr>
            <w:rFonts w:cs="Times New Roman"/>
            <w:color w:val="0000FF"/>
            <w:sz w:val="24"/>
            <w:szCs w:val="24"/>
            <w:u w:val="single"/>
          </w:rPr>
          <w:t>https://doi.org/10.1001/jamapediatrics.2024.2914</w:t>
        </w:r>
      </w:hyperlink>
    </w:p>
    <w:p w14:paraId="129BD880"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de Souza, A. C. A., Valadares, A. E. M., Gomes, G. C., de Barros, G. C. G., do Espírito Santo, L. M., de Azevedo, N. M., Nunes, P. A. S., Carneiro, S. F., Nascimento, S., Cruz, T. C., &amp; Vasconcellos Neto, J. R. T. (2025). Screen time and its impacts on youth health and brain development. Asian Journal of Education and Social Studies, 51(9), 1206–1220. </w:t>
      </w:r>
      <w:hyperlink r:id="rId16" w:history="1">
        <w:r w:rsidRPr="00CA73CB">
          <w:rPr>
            <w:rFonts w:cs="Times New Roman"/>
            <w:color w:val="0000FF"/>
            <w:sz w:val="24"/>
            <w:szCs w:val="24"/>
            <w:u w:val="single"/>
          </w:rPr>
          <w:t>https://doi.org/10.9734/ajess/2025/v51i92450</w:t>
        </w:r>
      </w:hyperlink>
    </w:p>
    <w:p w14:paraId="7FCD6450"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dos Santos, P. C., Bandeira, A. S., da Costa, B. G. G., de Sousa, A. C. C., &amp; Silva, K. S. (2023). From awareness to action: Effects of a school-based intervention on TV viewing behavior stages and screen time guidelines knowledge in Brazilian adolescents. Revista Brasileira de </w:t>
      </w:r>
      <w:proofErr w:type="spellStart"/>
      <w:r w:rsidRPr="00CA73CB">
        <w:rPr>
          <w:rFonts w:cs="Times New Roman"/>
          <w:sz w:val="24"/>
          <w:szCs w:val="24"/>
        </w:rPr>
        <w:t>Atividade</w:t>
      </w:r>
      <w:proofErr w:type="spellEnd"/>
      <w:r w:rsidRPr="00CA73CB">
        <w:rPr>
          <w:rFonts w:cs="Times New Roman"/>
          <w:sz w:val="24"/>
          <w:szCs w:val="24"/>
        </w:rPr>
        <w:t xml:space="preserve"> </w:t>
      </w:r>
      <w:proofErr w:type="spellStart"/>
      <w:r w:rsidRPr="00CA73CB">
        <w:rPr>
          <w:rFonts w:cs="Times New Roman"/>
          <w:sz w:val="24"/>
          <w:szCs w:val="24"/>
        </w:rPr>
        <w:t>Física</w:t>
      </w:r>
      <w:proofErr w:type="spellEnd"/>
      <w:r w:rsidRPr="00CA73CB">
        <w:rPr>
          <w:rFonts w:cs="Times New Roman"/>
          <w:sz w:val="24"/>
          <w:szCs w:val="24"/>
        </w:rPr>
        <w:t xml:space="preserve"> &amp; </w:t>
      </w:r>
      <w:proofErr w:type="spellStart"/>
      <w:r w:rsidRPr="00CA73CB">
        <w:rPr>
          <w:rFonts w:cs="Times New Roman"/>
          <w:sz w:val="24"/>
          <w:szCs w:val="24"/>
        </w:rPr>
        <w:t>Saúde</w:t>
      </w:r>
      <w:proofErr w:type="spellEnd"/>
      <w:r w:rsidRPr="00CA73CB">
        <w:rPr>
          <w:rFonts w:cs="Times New Roman"/>
          <w:sz w:val="24"/>
          <w:szCs w:val="24"/>
        </w:rPr>
        <w:t xml:space="preserve">, 28, Article e0314. </w:t>
      </w:r>
      <w:hyperlink r:id="rId17" w:history="1">
        <w:r w:rsidRPr="00CA73CB">
          <w:rPr>
            <w:rFonts w:cs="Times New Roman"/>
            <w:color w:val="0000FF"/>
            <w:sz w:val="24"/>
            <w:szCs w:val="24"/>
            <w:u w:val="single"/>
          </w:rPr>
          <w:t>https://doi.org/10.12820/rbafs.28e0314</w:t>
        </w:r>
      </w:hyperlink>
    </w:p>
    <w:p w14:paraId="058E4BA6"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Eric, O. (2021). The negative effects of new screens on the cognitive functions of young children require new recommendations. Italian Journal of Pediatrics, 47, Article 223. </w:t>
      </w:r>
      <w:hyperlink r:id="rId18" w:history="1">
        <w:r w:rsidRPr="00CA73CB">
          <w:rPr>
            <w:rFonts w:cs="Times New Roman"/>
            <w:color w:val="0000FF"/>
            <w:sz w:val="24"/>
            <w:szCs w:val="24"/>
            <w:u w:val="single"/>
          </w:rPr>
          <w:t>https://doi.org/10.1186/s13052-021-01174-6</w:t>
        </w:r>
      </w:hyperlink>
    </w:p>
    <w:p w14:paraId="3EF8D913"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Guo, Y.-F., Liao, M.-Q., Cai, W.-L., Yu, X.-X., Li, S.-N., Ke, X.-Y., Tan, S.-X., Luo, Z.-Y., Cui, Y.-F., Wang, Q., Gao, X.-P., Liu, J., Liu, Y.-H., Zhu, S., &amp; Zeng, F.-F. (2021). Physical activity, screen exposure and sleep among students during the pandemic of COVID-19. Scientific Reports, 11, Article 8529. </w:t>
      </w:r>
      <w:hyperlink r:id="rId19" w:history="1">
        <w:r w:rsidRPr="00CA73CB">
          <w:rPr>
            <w:rFonts w:cs="Times New Roman"/>
            <w:color w:val="0000FF"/>
            <w:sz w:val="24"/>
            <w:szCs w:val="24"/>
            <w:u w:val="single"/>
          </w:rPr>
          <w:t>https://doi.org/10.1038/s41598-021-88071-4</w:t>
        </w:r>
      </w:hyperlink>
    </w:p>
    <w:p w14:paraId="6BAC8976"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Hu, Z., Bi, S., Wang, W., Liu, C., &amp; Li, L. (2023). Association of screen exposure with psychosocial problems in primary school students. Frontiers in Pediatrics, 10, Article 961137. </w:t>
      </w:r>
      <w:hyperlink r:id="rId20" w:history="1">
        <w:r w:rsidRPr="00CA73CB">
          <w:rPr>
            <w:rFonts w:cs="Times New Roman"/>
            <w:color w:val="0000FF"/>
            <w:sz w:val="24"/>
            <w:szCs w:val="24"/>
            <w:u w:val="single"/>
          </w:rPr>
          <w:t>https://doi.org/10.3389/fped.2022.961137</w:t>
        </w:r>
      </w:hyperlink>
    </w:p>
    <w:p w14:paraId="552272B8"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Jain, S., Shrivastava, S., Mathur, A., Pathak, D., &amp; Pathak, A. (2023). Prevalence and determinants of excessive screen viewing time in children aged 3–15 years and its effects on physical activity, sleep, eye symptoms and headache. International Journal of Environmental Research and Public Health, 20(4), Article 3449. </w:t>
      </w:r>
      <w:hyperlink r:id="rId21" w:history="1">
        <w:r w:rsidRPr="00CA73CB">
          <w:rPr>
            <w:rFonts w:cs="Times New Roman"/>
            <w:color w:val="0000FF"/>
            <w:sz w:val="24"/>
            <w:szCs w:val="24"/>
            <w:u w:val="single"/>
          </w:rPr>
          <w:t>https://doi.org/10.3390/ijerph20043449</w:t>
        </w:r>
      </w:hyperlink>
    </w:p>
    <w:p w14:paraId="2597EA9E"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lastRenderedPageBreak/>
        <w:t xml:space="preserve">Jones, A., Armstrong, B., Weaver, R. G., Parker, H., von Klinggraeff, L., &amp; Beets, M. W. (2021). Identifying effective intervention strategies to reduce children's screen time: A systematic review and meta-analysis. International Journal of Behavioral Nutrition and Physical Activity, 18, Article 126. </w:t>
      </w:r>
      <w:hyperlink r:id="rId22" w:history="1">
        <w:r w:rsidRPr="00CA73CB">
          <w:rPr>
            <w:rFonts w:cs="Times New Roman"/>
            <w:color w:val="0000FF"/>
            <w:sz w:val="24"/>
            <w:szCs w:val="24"/>
            <w:u w:val="single"/>
          </w:rPr>
          <w:t>https://doi.org/10.1186/s12966-021-01189-6</w:t>
        </w:r>
      </w:hyperlink>
    </w:p>
    <w:p w14:paraId="501066D8"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Kaur, N., Gupta, M., Kiran, T., Malhi, P., &amp; Grover, S. (2021). Development and evaluation of the digital-screen exposure questionnaire (DSEQ) for young children. PLOS ONE, 16(6), Article e0253313. </w:t>
      </w:r>
      <w:hyperlink r:id="rId23" w:history="1">
        <w:r w:rsidRPr="00CA73CB">
          <w:rPr>
            <w:rFonts w:cs="Times New Roman"/>
            <w:color w:val="0000FF"/>
            <w:sz w:val="24"/>
            <w:szCs w:val="24"/>
            <w:u w:val="single"/>
          </w:rPr>
          <w:t>https://doi.org/10.1371/journal.pone.0253313</w:t>
        </w:r>
      </w:hyperlink>
    </w:p>
    <w:p w14:paraId="20465632"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Kostyrka-</w:t>
      </w:r>
      <w:proofErr w:type="spellStart"/>
      <w:r w:rsidRPr="00CA73CB">
        <w:rPr>
          <w:rFonts w:cs="Times New Roman"/>
          <w:sz w:val="24"/>
          <w:szCs w:val="24"/>
        </w:rPr>
        <w:t>Allchorne</w:t>
      </w:r>
      <w:proofErr w:type="spellEnd"/>
      <w:r w:rsidRPr="00CA73CB">
        <w:rPr>
          <w:rFonts w:cs="Times New Roman"/>
          <w:sz w:val="24"/>
          <w:szCs w:val="24"/>
        </w:rPr>
        <w:t xml:space="preserve">, K., Cooper, N. R., &amp; Simpson, A. (2017). The relationship between television exposure and children's cognition and </w:t>
      </w:r>
      <w:proofErr w:type="spellStart"/>
      <w:r w:rsidRPr="00CA73CB">
        <w:rPr>
          <w:rFonts w:cs="Times New Roman"/>
          <w:sz w:val="24"/>
          <w:szCs w:val="24"/>
        </w:rPr>
        <w:t>behaviour</w:t>
      </w:r>
      <w:proofErr w:type="spellEnd"/>
      <w:r w:rsidRPr="00CA73CB">
        <w:rPr>
          <w:rFonts w:cs="Times New Roman"/>
          <w:sz w:val="24"/>
          <w:szCs w:val="24"/>
        </w:rPr>
        <w:t xml:space="preserve">: A systematic review. Developmental Review, 44, 19–58. </w:t>
      </w:r>
      <w:hyperlink r:id="rId24" w:history="1">
        <w:r w:rsidRPr="00CA73CB">
          <w:rPr>
            <w:rFonts w:cs="Times New Roman"/>
            <w:color w:val="0000FF"/>
            <w:sz w:val="24"/>
            <w:szCs w:val="24"/>
            <w:u w:val="single"/>
          </w:rPr>
          <w:t>https://doi.org/10.1016/j.dr.2016.12.002</w:t>
        </w:r>
      </w:hyperlink>
    </w:p>
    <w:p w14:paraId="45657AF4"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Liu, J., Riesch, S., Tien, J., Lipman, T., Pinto-Martin, J., &amp; O'Sullivan, A. (2022). Screen media overuse and associated physical, cognitive, and emotional/behavioral outcomes in children and adolescents: An integrative review. Journal of Pediatric Health Care, 36(2), 99–109. </w:t>
      </w:r>
      <w:hyperlink r:id="rId25" w:history="1">
        <w:r w:rsidRPr="00CA73CB">
          <w:rPr>
            <w:rFonts w:cs="Times New Roman"/>
            <w:color w:val="0000FF"/>
            <w:sz w:val="24"/>
            <w:szCs w:val="24"/>
            <w:u w:val="single"/>
          </w:rPr>
          <w:t>https://doi.org/10.1016/j.pedhc.2021.06.003</w:t>
        </w:r>
      </w:hyperlink>
    </w:p>
    <w:p w14:paraId="612AC4B8"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Meena, P., Gupta, P., &amp; Shah, D. (2020). Screen time in Indian children by 15–18 months of age. Indian Pediatrics, 57(11), 1033–1036. </w:t>
      </w:r>
      <w:hyperlink r:id="rId26" w:history="1">
        <w:r w:rsidRPr="00CA73CB">
          <w:rPr>
            <w:rFonts w:cs="Times New Roman"/>
            <w:color w:val="0000FF"/>
            <w:sz w:val="24"/>
            <w:szCs w:val="24"/>
            <w:u w:val="single"/>
          </w:rPr>
          <w:t>https://doi.org/10.1007/s13312-020-2031-3</w:t>
        </w:r>
      </w:hyperlink>
    </w:p>
    <w:p w14:paraId="40C9BE21" w14:textId="77777777" w:rsidR="00CA73CB" w:rsidRPr="00CA73CB" w:rsidRDefault="00CA73CB" w:rsidP="00CA73CB">
      <w:pPr>
        <w:spacing w:before="100" w:beforeAutospacing="1" w:after="100" w:afterAutospacing="1" w:line="240" w:lineRule="auto"/>
        <w:rPr>
          <w:rFonts w:cs="Times New Roman"/>
          <w:sz w:val="24"/>
          <w:szCs w:val="24"/>
        </w:rPr>
      </w:pPr>
      <w:proofErr w:type="spellStart"/>
      <w:r w:rsidRPr="00CA73CB">
        <w:rPr>
          <w:rFonts w:cs="Times New Roman"/>
          <w:sz w:val="24"/>
          <w:szCs w:val="24"/>
        </w:rPr>
        <w:t>Muppalla</w:t>
      </w:r>
      <w:proofErr w:type="spellEnd"/>
      <w:r w:rsidRPr="00CA73CB">
        <w:rPr>
          <w:rFonts w:cs="Times New Roman"/>
          <w:sz w:val="24"/>
          <w:szCs w:val="24"/>
        </w:rPr>
        <w:t xml:space="preserve">, S. K., </w:t>
      </w:r>
      <w:proofErr w:type="spellStart"/>
      <w:r w:rsidRPr="00CA73CB">
        <w:rPr>
          <w:rFonts w:cs="Times New Roman"/>
          <w:sz w:val="24"/>
          <w:szCs w:val="24"/>
        </w:rPr>
        <w:t>Vuppalapati</w:t>
      </w:r>
      <w:proofErr w:type="spellEnd"/>
      <w:r w:rsidRPr="00CA73CB">
        <w:rPr>
          <w:rFonts w:cs="Times New Roman"/>
          <w:sz w:val="24"/>
          <w:szCs w:val="24"/>
        </w:rPr>
        <w:t xml:space="preserve">, S., Reddy </w:t>
      </w:r>
      <w:proofErr w:type="spellStart"/>
      <w:r w:rsidRPr="00CA73CB">
        <w:rPr>
          <w:rFonts w:cs="Times New Roman"/>
          <w:sz w:val="24"/>
          <w:szCs w:val="24"/>
        </w:rPr>
        <w:t>Pulliahgaru</w:t>
      </w:r>
      <w:proofErr w:type="spellEnd"/>
      <w:r w:rsidRPr="00CA73CB">
        <w:rPr>
          <w:rFonts w:cs="Times New Roman"/>
          <w:sz w:val="24"/>
          <w:szCs w:val="24"/>
        </w:rPr>
        <w:t xml:space="preserve">, A., &amp; Sreenivasulu, H. (2023). Effects of excessive screen time on child development: An updated review and strategies for management. Cureus, 15(6), Article e40608. </w:t>
      </w:r>
      <w:hyperlink r:id="rId27" w:history="1">
        <w:r w:rsidRPr="00CA73CB">
          <w:rPr>
            <w:rFonts w:cs="Times New Roman"/>
            <w:color w:val="0000FF"/>
            <w:sz w:val="24"/>
            <w:szCs w:val="24"/>
            <w:u w:val="single"/>
          </w:rPr>
          <w:t>https://doi.org/10.7759/cureus.40608</w:t>
        </w:r>
      </w:hyperlink>
    </w:p>
    <w:p w14:paraId="168FD86D"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Musau, L. M., Okoth, U., &amp; Matula, P. (2017). Impact of students' exposure to electronic media facilities in their homes on parental involvement in management of students' discipline in public day secondary schools in Kenya. European Scientific Journal, 13(31), 202–221. </w:t>
      </w:r>
      <w:hyperlink r:id="rId28" w:history="1">
        <w:r w:rsidRPr="00CA73CB">
          <w:rPr>
            <w:rFonts w:cs="Times New Roman"/>
            <w:color w:val="0000FF"/>
            <w:sz w:val="24"/>
            <w:szCs w:val="24"/>
            <w:u w:val="single"/>
          </w:rPr>
          <w:t>https://doi.org/10.19044/esj.2017.v13n31p202</w:t>
        </w:r>
      </w:hyperlink>
    </w:p>
    <w:p w14:paraId="276E784F" w14:textId="77777777" w:rsidR="00CA73CB" w:rsidRPr="00CA73CB" w:rsidRDefault="00CA73CB" w:rsidP="00CA73CB">
      <w:pPr>
        <w:spacing w:before="100" w:beforeAutospacing="1" w:after="100" w:afterAutospacing="1" w:line="240" w:lineRule="auto"/>
        <w:rPr>
          <w:rFonts w:cs="Times New Roman"/>
          <w:sz w:val="24"/>
          <w:szCs w:val="24"/>
        </w:rPr>
      </w:pPr>
      <w:proofErr w:type="spellStart"/>
      <w:r w:rsidRPr="00CA73CB">
        <w:rPr>
          <w:rFonts w:cs="Times New Roman"/>
          <w:sz w:val="24"/>
          <w:szCs w:val="24"/>
        </w:rPr>
        <w:t>Nakshine</w:t>
      </w:r>
      <w:proofErr w:type="spellEnd"/>
      <w:r w:rsidRPr="00CA73CB">
        <w:rPr>
          <w:rFonts w:cs="Times New Roman"/>
          <w:sz w:val="24"/>
          <w:szCs w:val="24"/>
        </w:rPr>
        <w:t xml:space="preserve">, V. S., </w:t>
      </w:r>
      <w:proofErr w:type="spellStart"/>
      <w:r w:rsidRPr="00CA73CB">
        <w:rPr>
          <w:rFonts w:cs="Times New Roman"/>
          <w:sz w:val="24"/>
          <w:szCs w:val="24"/>
        </w:rPr>
        <w:t>Thute</w:t>
      </w:r>
      <w:proofErr w:type="spellEnd"/>
      <w:r w:rsidRPr="00CA73CB">
        <w:rPr>
          <w:rFonts w:cs="Times New Roman"/>
          <w:sz w:val="24"/>
          <w:szCs w:val="24"/>
        </w:rPr>
        <w:t xml:space="preserve">, P., Khatib, M. N., &amp; Sarkar, B. (2022). Increased screen time as a cause of declining physical, psychological health, and sleep patterns: A literary review. Cureus, 14(10), Article e30051. </w:t>
      </w:r>
      <w:hyperlink r:id="rId29" w:history="1">
        <w:r w:rsidRPr="00CA73CB">
          <w:rPr>
            <w:rFonts w:cs="Times New Roman"/>
            <w:color w:val="0000FF"/>
            <w:sz w:val="24"/>
            <w:szCs w:val="24"/>
            <w:u w:val="single"/>
          </w:rPr>
          <w:t>https://doi.org/10.7759/cureus.30051</w:t>
        </w:r>
      </w:hyperlink>
    </w:p>
    <w:p w14:paraId="540A36B4"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Nirusha, K., Daniel, V. S., &amp; Bhanu Priya, U. (2017). A descriptive study to assess the impact of television watching on behavior among school going children in selected schools at Guntur, Andhra Pradesh, India. International Journal of Science and Research, 6(10), 2067–2070. </w:t>
      </w:r>
      <w:hyperlink r:id="rId30" w:history="1">
        <w:r w:rsidRPr="00CA73CB">
          <w:rPr>
            <w:rFonts w:cs="Times New Roman"/>
            <w:color w:val="0000FF"/>
            <w:sz w:val="24"/>
            <w:szCs w:val="24"/>
            <w:u w:val="single"/>
          </w:rPr>
          <w:t>https://www.ijsr.net/getabstract.php?paperid=ART20177737</w:t>
        </w:r>
      </w:hyperlink>
    </w:p>
    <w:p w14:paraId="26E18696"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Parveen, N., &amp; Tyagi, Z. A. (2022). Effectiveness of structured teaching </w:t>
      </w:r>
      <w:proofErr w:type="spellStart"/>
      <w:r w:rsidRPr="00CA73CB">
        <w:rPr>
          <w:rFonts w:cs="Times New Roman"/>
          <w:sz w:val="24"/>
          <w:szCs w:val="24"/>
        </w:rPr>
        <w:t>programme</w:t>
      </w:r>
      <w:proofErr w:type="spellEnd"/>
      <w:r w:rsidRPr="00CA73CB">
        <w:rPr>
          <w:rFonts w:cs="Times New Roman"/>
          <w:sz w:val="24"/>
          <w:szCs w:val="24"/>
        </w:rPr>
        <w:t xml:space="preserve"> on knowledge regarding harmful effect of long screen viewing habits among adolescents. International Journal of Science and Research, 11(3), 880–884. </w:t>
      </w:r>
      <w:hyperlink r:id="rId31" w:history="1">
        <w:r w:rsidRPr="00CA73CB">
          <w:rPr>
            <w:rFonts w:cs="Times New Roman"/>
            <w:color w:val="0000FF"/>
            <w:sz w:val="24"/>
            <w:szCs w:val="24"/>
            <w:u w:val="single"/>
          </w:rPr>
          <w:t>https://doi.org/10.21275/MR22316000348</w:t>
        </w:r>
      </w:hyperlink>
    </w:p>
    <w:p w14:paraId="34F4F140"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Polit, D. F., &amp; Beck, C. T. (2004). Nursing research: Principles and methods (7th ed.). Lippincott Williams &amp; Wilkins. </w:t>
      </w:r>
      <w:hyperlink r:id="rId32" w:history="1">
        <w:r w:rsidRPr="00CA73CB">
          <w:rPr>
            <w:rFonts w:cs="Times New Roman"/>
            <w:color w:val="0000FF"/>
            <w:sz w:val="24"/>
            <w:szCs w:val="24"/>
            <w:u w:val="single"/>
          </w:rPr>
          <w:t>https://iucat.iu.edu/iuk/5476481</w:t>
        </w:r>
      </w:hyperlink>
    </w:p>
    <w:p w14:paraId="33D7E60A"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Raj, D., Ahmad, N., Mohd Zulkefli, N. A., &amp; Lim, P. Y. (2023). Stop and </w:t>
      </w:r>
      <w:proofErr w:type="gramStart"/>
      <w:r w:rsidRPr="00CA73CB">
        <w:rPr>
          <w:rFonts w:cs="Times New Roman"/>
          <w:sz w:val="24"/>
          <w:szCs w:val="24"/>
        </w:rPr>
        <w:t>Play</w:t>
      </w:r>
      <w:proofErr w:type="gramEnd"/>
      <w:r w:rsidRPr="00CA73CB">
        <w:rPr>
          <w:rFonts w:cs="Times New Roman"/>
          <w:sz w:val="24"/>
          <w:szCs w:val="24"/>
        </w:rPr>
        <w:t xml:space="preserve"> digital health education intervention for reducing excessive screen time among preschoolers from low socioeconomic families: Cluster randomized controlled trial. Journal of Medical Internet Research, 25, Article e40955. </w:t>
      </w:r>
      <w:hyperlink r:id="rId33" w:history="1">
        <w:r w:rsidRPr="00CA73CB">
          <w:rPr>
            <w:rFonts w:cs="Times New Roman"/>
            <w:color w:val="0000FF"/>
            <w:sz w:val="24"/>
            <w:szCs w:val="24"/>
            <w:u w:val="single"/>
          </w:rPr>
          <w:t>https://doi.org/10.2196/40955</w:t>
        </w:r>
      </w:hyperlink>
    </w:p>
    <w:p w14:paraId="7CA0D38A"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lastRenderedPageBreak/>
        <w:t xml:space="preserve">Reid Chassiakos, Y. L., </w:t>
      </w:r>
      <w:proofErr w:type="spellStart"/>
      <w:r w:rsidRPr="00CA73CB">
        <w:rPr>
          <w:rFonts w:cs="Times New Roman"/>
          <w:sz w:val="24"/>
          <w:szCs w:val="24"/>
        </w:rPr>
        <w:t>Radesky</w:t>
      </w:r>
      <w:proofErr w:type="spellEnd"/>
      <w:r w:rsidRPr="00CA73CB">
        <w:rPr>
          <w:rFonts w:cs="Times New Roman"/>
          <w:sz w:val="24"/>
          <w:szCs w:val="24"/>
        </w:rPr>
        <w:t xml:space="preserve">, J., Christakis, D., Moreno, M. A., &amp; Cross, C. (2016). Children and adolescents and digital media. Pediatrics, 138(5), Article e20162593. </w:t>
      </w:r>
      <w:hyperlink r:id="rId34" w:history="1">
        <w:r w:rsidRPr="00CA73CB">
          <w:rPr>
            <w:rFonts w:cs="Times New Roman"/>
            <w:color w:val="0000FF"/>
            <w:sz w:val="24"/>
            <w:szCs w:val="24"/>
            <w:u w:val="single"/>
          </w:rPr>
          <w:t>https://doi.org/10.1542/peds.2016-2593</w:t>
        </w:r>
      </w:hyperlink>
    </w:p>
    <w:p w14:paraId="40E04108"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Santi, Ramli, H., &amp; Sumiati. (2022). The implications of screentime for children's health in online learning at 59 </w:t>
      </w:r>
      <w:proofErr w:type="spellStart"/>
      <w:r w:rsidRPr="00CA73CB">
        <w:rPr>
          <w:rFonts w:cs="Times New Roman"/>
          <w:sz w:val="24"/>
          <w:szCs w:val="24"/>
        </w:rPr>
        <w:t>Siguntu</w:t>
      </w:r>
      <w:proofErr w:type="spellEnd"/>
      <w:r w:rsidRPr="00CA73CB">
        <w:rPr>
          <w:rFonts w:cs="Times New Roman"/>
          <w:sz w:val="24"/>
          <w:szCs w:val="24"/>
        </w:rPr>
        <w:t xml:space="preserve"> Elementary School, </w:t>
      </w:r>
      <w:proofErr w:type="spellStart"/>
      <w:r w:rsidRPr="00CA73CB">
        <w:rPr>
          <w:rFonts w:cs="Times New Roman"/>
          <w:sz w:val="24"/>
          <w:szCs w:val="24"/>
        </w:rPr>
        <w:t>Palopo</w:t>
      </w:r>
      <w:proofErr w:type="spellEnd"/>
      <w:r w:rsidRPr="00CA73CB">
        <w:rPr>
          <w:rFonts w:cs="Times New Roman"/>
          <w:sz w:val="24"/>
          <w:szCs w:val="24"/>
        </w:rPr>
        <w:t xml:space="preserve"> City. </w:t>
      </w:r>
      <w:proofErr w:type="spellStart"/>
      <w:r w:rsidRPr="00CA73CB">
        <w:rPr>
          <w:rFonts w:cs="Times New Roman"/>
          <w:sz w:val="24"/>
          <w:szCs w:val="24"/>
        </w:rPr>
        <w:t>Jurnal</w:t>
      </w:r>
      <w:proofErr w:type="spellEnd"/>
      <w:r w:rsidRPr="00CA73CB">
        <w:rPr>
          <w:rFonts w:cs="Times New Roman"/>
          <w:sz w:val="24"/>
          <w:szCs w:val="24"/>
        </w:rPr>
        <w:t xml:space="preserve"> Life Birth, 6(3), 119–132. </w:t>
      </w:r>
      <w:hyperlink r:id="rId35" w:history="1">
        <w:r w:rsidRPr="00CA73CB">
          <w:rPr>
            <w:rFonts w:cs="Times New Roman"/>
            <w:color w:val="0000FF"/>
            <w:sz w:val="24"/>
            <w:szCs w:val="24"/>
            <w:u w:val="single"/>
          </w:rPr>
          <w:t>https://doi.org/10.37362/jlb.v6i3.944</w:t>
        </w:r>
      </w:hyperlink>
    </w:p>
    <w:p w14:paraId="762B98F5" w14:textId="77777777" w:rsidR="00CA73CB" w:rsidRPr="00CA73CB" w:rsidRDefault="00CA73CB" w:rsidP="00CA73CB">
      <w:pPr>
        <w:spacing w:before="100" w:beforeAutospacing="1" w:after="100" w:afterAutospacing="1" w:line="240" w:lineRule="auto"/>
        <w:rPr>
          <w:rFonts w:cs="Times New Roman"/>
          <w:sz w:val="24"/>
          <w:szCs w:val="24"/>
        </w:rPr>
      </w:pPr>
      <w:proofErr w:type="spellStart"/>
      <w:r w:rsidRPr="00CA73CB">
        <w:rPr>
          <w:rFonts w:cs="Times New Roman"/>
          <w:sz w:val="24"/>
          <w:szCs w:val="24"/>
        </w:rPr>
        <w:t>Settipalle</w:t>
      </w:r>
      <w:proofErr w:type="spellEnd"/>
      <w:r w:rsidRPr="00CA73CB">
        <w:rPr>
          <w:rFonts w:cs="Times New Roman"/>
          <w:sz w:val="24"/>
          <w:szCs w:val="24"/>
        </w:rPr>
        <w:t xml:space="preserve">, N. A., &amp; Bhavya, Y. (2024). A study to assess the effectiveness of structured teaching </w:t>
      </w:r>
      <w:proofErr w:type="spellStart"/>
      <w:r w:rsidRPr="00CA73CB">
        <w:rPr>
          <w:rFonts w:cs="Times New Roman"/>
          <w:sz w:val="24"/>
          <w:szCs w:val="24"/>
        </w:rPr>
        <w:t>programme</w:t>
      </w:r>
      <w:proofErr w:type="spellEnd"/>
      <w:r w:rsidRPr="00CA73CB">
        <w:rPr>
          <w:rFonts w:cs="Times New Roman"/>
          <w:sz w:val="24"/>
          <w:szCs w:val="24"/>
        </w:rPr>
        <w:t xml:space="preserve"> regarding influence of mass media on adolescence behavior among their parents in selected rural areas at Kolar. International Journal of Current Science, 14(1), 322–495. </w:t>
      </w:r>
      <w:hyperlink r:id="rId36" w:history="1">
        <w:r w:rsidRPr="00CA73CB">
          <w:rPr>
            <w:rFonts w:cs="Times New Roman"/>
            <w:color w:val="0000FF"/>
            <w:sz w:val="24"/>
            <w:szCs w:val="24"/>
            <w:u w:val="single"/>
          </w:rPr>
          <w:t>https://rjpn.org/ijcspub/viewpaperforall.php?paper=IJCSPTH00036</w:t>
        </w:r>
      </w:hyperlink>
    </w:p>
    <w:p w14:paraId="0197F308" w14:textId="364A4006"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TOI Lifestyle Desk. (2024, March 2). Impact of excessive screen time on children's exam performance. The Times of India. </w:t>
      </w:r>
    </w:p>
    <w:p w14:paraId="3D532F7B" w14:textId="77777777" w:rsidR="00CA73CB" w:rsidRPr="00CA73CB" w:rsidRDefault="00CA73CB" w:rsidP="00CA73CB">
      <w:pPr>
        <w:spacing w:before="100" w:beforeAutospacing="1" w:after="100" w:afterAutospacing="1" w:line="240" w:lineRule="auto"/>
        <w:rPr>
          <w:rFonts w:cs="Times New Roman"/>
          <w:sz w:val="24"/>
          <w:szCs w:val="24"/>
        </w:rPr>
      </w:pPr>
      <w:proofErr w:type="spellStart"/>
      <w:r w:rsidRPr="00CA73CB">
        <w:rPr>
          <w:rFonts w:cs="Times New Roman"/>
          <w:sz w:val="24"/>
          <w:szCs w:val="24"/>
        </w:rPr>
        <w:t>Ukwuani</w:t>
      </w:r>
      <w:proofErr w:type="spellEnd"/>
      <w:r w:rsidRPr="00CA73CB">
        <w:rPr>
          <w:rFonts w:cs="Times New Roman"/>
          <w:sz w:val="24"/>
          <w:szCs w:val="24"/>
        </w:rPr>
        <w:t xml:space="preserve">, M. C., </w:t>
      </w:r>
      <w:proofErr w:type="spellStart"/>
      <w:r w:rsidRPr="00CA73CB">
        <w:rPr>
          <w:rFonts w:cs="Times New Roman"/>
          <w:sz w:val="24"/>
          <w:szCs w:val="24"/>
        </w:rPr>
        <w:t>Kanikwu</w:t>
      </w:r>
      <w:proofErr w:type="spellEnd"/>
      <w:r w:rsidRPr="00CA73CB">
        <w:rPr>
          <w:rFonts w:cs="Times New Roman"/>
          <w:sz w:val="24"/>
          <w:szCs w:val="24"/>
        </w:rPr>
        <w:t xml:space="preserve">, P. N., &amp; Oladipo, G. S. (2026). Parental awareness and attitude towards health effects of prolonged screen time on children in Enugu, Nigeria. Asian Journal of Research in Medicine and Medical Science, 8(1), 256–265. </w:t>
      </w:r>
      <w:hyperlink r:id="rId37" w:history="1">
        <w:r w:rsidRPr="00CA73CB">
          <w:rPr>
            <w:rFonts w:cs="Times New Roman"/>
            <w:color w:val="0000FF"/>
            <w:sz w:val="24"/>
            <w:szCs w:val="24"/>
            <w:u w:val="single"/>
          </w:rPr>
          <w:t>https://doi.org/10.56557/ajrmms/2026/v8i1110</w:t>
        </w:r>
      </w:hyperlink>
    </w:p>
    <w:p w14:paraId="3B5156A7"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Varadarajan, S., Govindarajan </w:t>
      </w:r>
      <w:proofErr w:type="spellStart"/>
      <w:r w:rsidRPr="00CA73CB">
        <w:rPr>
          <w:rFonts w:cs="Times New Roman"/>
          <w:sz w:val="24"/>
          <w:szCs w:val="24"/>
        </w:rPr>
        <w:t>Venguidesvarane</w:t>
      </w:r>
      <w:proofErr w:type="spellEnd"/>
      <w:r w:rsidRPr="00CA73CB">
        <w:rPr>
          <w:rFonts w:cs="Times New Roman"/>
          <w:sz w:val="24"/>
          <w:szCs w:val="24"/>
        </w:rPr>
        <w:t xml:space="preserve">, A., Ramaswamy, K. N., Rajamohan, M., Krupa, M., &amp; Winfred </w:t>
      </w:r>
      <w:proofErr w:type="spellStart"/>
      <w:r w:rsidRPr="00CA73CB">
        <w:rPr>
          <w:rFonts w:cs="Times New Roman"/>
          <w:sz w:val="24"/>
          <w:szCs w:val="24"/>
        </w:rPr>
        <w:t>Christadoss</w:t>
      </w:r>
      <w:proofErr w:type="spellEnd"/>
      <w:r w:rsidRPr="00CA73CB">
        <w:rPr>
          <w:rFonts w:cs="Times New Roman"/>
          <w:sz w:val="24"/>
          <w:szCs w:val="24"/>
        </w:rPr>
        <w:t xml:space="preserve">, S. B. (2021). Prevalence of excessive screen time and its association with developmental delay in children aged &lt;5 years: A population-based cross-sectional study in India. PLOS ONE, 16(7), Article e0254102. </w:t>
      </w:r>
      <w:hyperlink r:id="rId38" w:history="1">
        <w:r w:rsidRPr="00CA73CB">
          <w:rPr>
            <w:rFonts w:cs="Times New Roman"/>
            <w:color w:val="0000FF"/>
            <w:sz w:val="24"/>
            <w:szCs w:val="24"/>
            <w:u w:val="single"/>
          </w:rPr>
          <w:t>https://doi.org/10.1371/journal.pone.0254102</w:t>
        </w:r>
      </w:hyperlink>
    </w:p>
    <w:p w14:paraId="3A762939" w14:textId="77777777" w:rsidR="00CA73CB" w:rsidRPr="00CA73CB" w:rsidRDefault="00CA73CB" w:rsidP="00CA73CB">
      <w:pPr>
        <w:spacing w:before="100" w:beforeAutospacing="1" w:after="100" w:afterAutospacing="1" w:line="240" w:lineRule="auto"/>
        <w:rPr>
          <w:rFonts w:cs="Times New Roman"/>
          <w:sz w:val="24"/>
          <w:szCs w:val="24"/>
        </w:rPr>
      </w:pPr>
      <w:proofErr w:type="spellStart"/>
      <w:r w:rsidRPr="00CA73CB">
        <w:rPr>
          <w:rFonts w:cs="Times New Roman"/>
          <w:sz w:val="24"/>
          <w:szCs w:val="24"/>
        </w:rPr>
        <w:t>Wiguna</w:t>
      </w:r>
      <w:proofErr w:type="spellEnd"/>
      <w:r w:rsidRPr="00CA73CB">
        <w:rPr>
          <w:rFonts w:cs="Times New Roman"/>
          <w:sz w:val="24"/>
          <w:szCs w:val="24"/>
        </w:rPr>
        <w:t xml:space="preserve">, T., </w:t>
      </w:r>
      <w:proofErr w:type="spellStart"/>
      <w:r w:rsidRPr="00CA73CB">
        <w:rPr>
          <w:rFonts w:cs="Times New Roman"/>
          <w:sz w:val="24"/>
          <w:szCs w:val="24"/>
        </w:rPr>
        <w:t>Minayati</w:t>
      </w:r>
      <w:proofErr w:type="spellEnd"/>
      <w:r w:rsidRPr="00CA73CB">
        <w:rPr>
          <w:rFonts w:cs="Times New Roman"/>
          <w:sz w:val="24"/>
          <w:szCs w:val="24"/>
        </w:rPr>
        <w:t xml:space="preserve">, K., </w:t>
      </w:r>
      <w:proofErr w:type="spellStart"/>
      <w:r w:rsidRPr="00CA73CB">
        <w:rPr>
          <w:rFonts w:cs="Times New Roman"/>
          <w:sz w:val="24"/>
          <w:szCs w:val="24"/>
        </w:rPr>
        <w:t>Kaligis</w:t>
      </w:r>
      <w:proofErr w:type="spellEnd"/>
      <w:r w:rsidRPr="00CA73CB">
        <w:rPr>
          <w:rFonts w:cs="Times New Roman"/>
          <w:sz w:val="24"/>
          <w:szCs w:val="24"/>
        </w:rPr>
        <w:t xml:space="preserve">, F., Teh, S. D., Sourander, A., </w:t>
      </w:r>
      <w:proofErr w:type="spellStart"/>
      <w:r w:rsidRPr="00CA73CB">
        <w:rPr>
          <w:rFonts w:cs="Times New Roman"/>
          <w:sz w:val="24"/>
          <w:szCs w:val="24"/>
        </w:rPr>
        <w:t>Dirjayanto</w:t>
      </w:r>
      <w:proofErr w:type="spellEnd"/>
      <w:r w:rsidRPr="00CA73CB">
        <w:rPr>
          <w:rFonts w:cs="Times New Roman"/>
          <w:sz w:val="24"/>
          <w:szCs w:val="24"/>
        </w:rPr>
        <w:t xml:space="preserve">, V. J., </w:t>
      </w:r>
      <w:proofErr w:type="spellStart"/>
      <w:r w:rsidRPr="00CA73CB">
        <w:rPr>
          <w:rFonts w:cs="Times New Roman"/>
          <w:sz w:val="24"/>
          <w:szCs w:val="24"/>
        </w:rPr>
        <w:t>Krishnandita</w:t>
      </w:r>
      <w:proofErr w:type="spellEnd"/>
      <w:r w:rsidRPr="00CA73CB">
        <w:rPr>
          <w:rFonts w:cs="Times New Roman"/>
          <w:sz w:val="24"/>
          <w:szCs w:val="24"/>
        </w:rPr>
        <w:t xml:space="preserve">, M., Meriem, N., &amp; Gilbert, S. (2024). The influence of screen time on </w:t>
      </w:r>
      <w:proofErr w:type="spellStart"/>
      <w:r w:rsidRPr="00CA73CB">
        <w:rPr>
          <w:rFonts w:cs="Times New Roman"/>
          <w:sz w:val="24"/>
          <w:szCs w:val="24"/>
        </w:rPr>
        <w:t>behaviour</w:t>
      </w:r>
      <w:proofErr w:type="spellEnd"/>
      <w:r w:rsidRPr="00CA73CB">
        <w:rPr>
          <w:rFonts w:cs="Times New Roman"/>
          <w:sz w:val="24"/>
          <w:szCs w:val="24"/>
        </w:rPr>
        <w:t xml:space="preserve"> and emotional problems among adolescents: A comparison study of the pre-, peak, and post-peak periods of COVID-19. </w:t>
      </w:r>
      <w:proofErr w:type="spellStart"/>
      <w:r w:rsidRPr="00CA73CB">
        <w:rPr>
          <w:rFonts w:cs="Times New Roman"/>
          <w:sz w:val="24"/>
          <w:szCs w:val="24"/>
        </w:rPr>
        <w:t>Heliyon</w:t>
      </w:r>
      <w:proofErr w:type="spellEnd"/>
      <w:r w:rsidRPr="00CA73CB">
        <w:rPr>
          <w:rFonts w:cs="Times New Roman"/>
          <w:sz w:val="24"/>
          <w:szCs w:val="24"/>
        </w:rPr>
        <w:t xml:space="preserve">, 10(1), Article e23325. </w:t>
      </w:r>
      <w:hyperlink r:id="rId39" w:history="1">
        <w:r w:rsidRPr="00CA73CB">
          <w:rPr>
            <w:rFonts w:cs="Times New Roman"/>
            <w:color w:val="0000FF"/>
            <w:sz w:val="24"/>
            <w:szCs w:val="24"/>
            <w:u w:val="single"/>
          </w:rPr>
          <w:t>https://doi.org/10.1016/j.heliyon.2023.e23325</w:t>
        </w:r>
      </w:hyperlink>
    </w:p>
    <w:p w14:paraId="62184067" w14:textId="77777777" w:rsidR="00CA73CB" w:rsidRPr="00CA73CB" w:rsidRDefault="00CA73CB" w:rsidP="00CA73CB">
      <w:pPr>
        <w:spacing w:before="100" w:beforeAutospacing="1" w:after="100" w:afterAutospacing="1" w:line="240" w:lineRule="auto"/>
        <w:rPr>
          <w:rFonts w:cs="Times New Roman"/>
          <w:sz w:val="24"/>
          <w:szCs w:val="24"/>
        </w:rPr>
      </w:pPr>
      <w:r w:rsidRPr="00CA73CB">
        <w:rPr>
          <w:rFonts w:cs="Times New Roman"/>
          <w:sz w:val="24"/>
          <w:szCs w:val="24"/>
        </w:rPr>
        <w:t xml:space="preserve">Xiang, H., Lin, L., Chen, W., Li, C., Liu, X., Li, J., Ren, Y., &amp; Guo, V. Y. (2022). Associations of excessive screen time and early screen exposure with health-related quality of life and behavioral problems among children attending preschools. BMC Public Health, 22, Article 2440. </w:t>
      </w:r>
      <w:hyperlink r:id="rId40" w:history="1">
        <w:r w:rsidRPr="00CA73CB">
          <w:rPr>
            <w:rFonts w:cs="Times New Roman"/>
            <w:color w:val="0000FF"/>
            <w:sz w:val="24"/>
            <w:szCs w:val="24"/>
            <w:u w:val="single"/>
          </w:rPr>
          <w:t>https://doi.org/10.1186/s12889-022-14910-2</w:t>
        </w:r>
      </w:hyperlink>
    </w:p>
    <w:p w14:paraId="576BA14F" w14:textId="77777777" w:rsidR="00CA73CB" w:rsidRPr="00CA73CB" w:rsidRDefault="00CA73CB" w:rsidP="00CA73CB">
      <w:pPr>
        <w:spacing w:before="100" w:beforeAutospacing="1" w:after="100" w:afterAutospacing="1" w:line="240" w:lineRule="auto"/>
        <w:rPr>
          <w:rFonts w:cs="Times New Roman"/>
          <w:sz w:val="24"/>
          <w:szCs w:val="24"/>
        </w:rPr>
      </w:pPr>
      <w:proofErr w:type="spellStart"/>
      <w:r w:rsidRPr="00CA73CB">
        <w:rPr>
          <w:rFonts w:cs="Times New Roman"/>
          <w:sz w:val="24"/>
          <w:szCs w:val="24"/>
        </w:rPr>
        <w:t>Žmavc</w:t>
      </w:r>
      <w:proofErr w:type="spellEnd"/>
      <w:r w:rsidRPr="00CA73CB">
        <w:rPr>
          <w:rFonts w:cs="Times New Roman"/>
          <w:sz w:val="24"/>
          <w:szCs w:val="24"/>
        </w:rPr>
        <w:t xml:space="preserve">, M., Horvat, J., </w:t>
      </w:r>
      <w:proofErr w:type="spellStart"/>
      <w:r w:rsidRPr="00CA73CB">
        <w:rPr>
          <w:rFonts w:cs="Times New Roman"/>
          <w:sz w:val="24"/>
          <w:szCs w:val="24"/>
        </w:rPr>
        <w:t>Židan</w:t>
      </w:r>
      <w:proofErr w:type="spellEnd"/>
      <w:r w:rsidRPr="00CA73CB">
        <w:rPr>
          <w:rFonts w:cs="Times New Roman"/>
          <w:sz w:val="24"/>
          <w:szCs w:val="24"/>
        </w:rPr>
        <w:t xml:space="preserve">, M., &amp; Selak, Š. (2025). The effectiveness of school-based interventions to reduce problematic digital technology use and screen time: A systematic review and meta-analysis. Journal of Behavioral Addictions, 14(2), 571–589. </w:t>
      </w:r>
      <w:hyperlink r:id="rId41" w:history="1">
        <w:r w:rsidRPr="00CA73CB">
          <w:rPr>
            <w:rFonts w:cs="Times New Roman"/>
            <w:color w:val="0000FF"/>
            <w:sz w:val="24"/>
            <w:szCs w:val="24"/>
            <w:u w:val="single"/>
          </w:rPr>
          <w:t>https://doi.org/10.1556/2006.2025.00043</w:t>
        </w:r>
      </w:hyperlink>
    </w:p>
    <w:p w14:paraId="51CA03EB" w14:textId="77777777" w:rsidR="00CA73CB" w:rsidRDefault="00CA73CB" w:rsidP="007C4225">
      <w:pPr>
        <w:pStyle w:val="ListBullet"/>
        <w:numPr>
          <w:ilvl w:val="0"/>
          <w:numId w:val="0"/>
        </w:numPr>
        <w:spacing w:after="40" w:line="264" w:lineRule="auto"/>
        <w:ind w:left="360" w:hanging="360"/>
      </w:pPr>
    </w:p>
    <w:sectPr w:rsidR="00CA73CB" w:rsidSect="00086601">
      <w:headerReference w:type="even" r:id="rId42"/>
      <w:headerReference w:type="default" r:id="rId43"/>
      <w:footerReference w:type="even" r:id="rId44"/>
      <w:footerReference w:type="default" r:id="rId45"/>
      <w:headerReference w:type="first" r:id="rId46"/>
      <w:footerReference w:type="first" r:id="rId47"/>
      <w:pgSz w:w="12240" w:h="15840"/>
      <w:pgMar w:top="426" w:right="1080" w:bottom="993"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E9CED" w14:textId="77777777" w:rsidR="00692887" w:rsidRDefault="00692887">
      <w:pPr>
        <w:spacing w:after="0" w:line="240" w:lineRule="auto"/>
      </w:pPr>
      <w:r>
        <w:separator/>
      </w:r>
    </w:p>
  </w:endnote>
  <w:endnote w:type="continuationSeparator" w:id="0">
    <w:p w14:paraId="1911B7C3" w14:textId="77777777" w:rsidR="00692887" w:rsidRDefault="00692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C615" w14:textId="77777777" w:rsidR="00F553F3" w:rsidRDefault="00F55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7332" w14:textId="77777777" w:rsidR="00C6730D" w:rsidRDefault="00DE38BC">
    <w:pPr>
      <w:pStyle w:val="Footer"/>
      <w:jc w:val="center"/>
    </w:pPr>
    <w:r>
      <w:fldChar w:fldCharType="begin"/>
    </w:r>
    <w:r>
      <w:instrText>PAGE</w:instrText>
    </w:r>
    <w:r>
      <w:fldChar w:fldCharType="separate"/>
    </w:r>
    <w:r w:rsidR="00011021">
      <w:rPr>
        <w:noProof/>
      </w:rP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144B" w14:textId="77777777" w:rsidR="00F553F3" w:rsidRDefault="00F55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42921" w14:textId="77777777" w:rsidR="00692887" w:rsidRDefault="00692887">
      <w:pPr>
        <w:spacing w:after="0" w:line="240" w:lineRule="auto"/>
      </w:pPr>
      <w:r>
        <w:separator/>
      </w:r>
    </w:p>
  </w:footnote>
  <w:footnote w:type="continuationSeparator" w:id="0">
    <w:p w14:paraId="729FBFC2" w14:textId="77777777" w:rsidR="00692887" w:rsidRDefault="00692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E8BD" w14:textId="77777777" w:rsidR="00F553F3" w:rsidRDefault="00000000">
    <w:pPr>
      <w:pStyle w:val="Header"/>
    </w:pPr>
    <w:r>
      <w:rPr>
        <w:noProof/>
      </w:rPr>
      <w:pict w14:anchorId="00CEDA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130016"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4A74" w14:textId="77777777" w:rsidR="00C6730D" w:rsidRDefault="00000000">
    <w:pPr>
      <w:pStyle w:val="Header"/>
      <w:jc w:val="center"/>
    </w:pPr>
    <w:r>
      <w:rPr>
        <w:noProof/>
      </w:rPr>
      <w:pict w14:anchorId="4ED3FF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130017"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4ABD" w14:textId="77777777" w:rsidR="00F553F3" w:rsidRDefault="00000000">
    <w:pPr>
      <w:pStyle w:val="Header"/>
    </w:pPr>
    <w:r>
      <w:rPr>
        <w:noProof/>
      </w:rPr>
      <w:pict w14:anchorId="6903B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130015"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0828361">
    <w:abstractNumId w:val="8"/>
  </w:num>
  <w:num w:numId="2" w16cid:durableId="1423719050">
    <w:abstractNumId w:val="6"/>
  </w:num>
  <w:num w:numId="3" w16cid:durableId="1445074924">
    <w:abstractNumId w:val="5"/>
  </w:num>
  <w:num w:numId="4" w16cid:durableId="1282541680">
    <w:abstractNumId w:val="4"/>
  </w:num>
  <w:num w:numId="5" w16cid:durableId="431048275">
    <w:abstractNumId w:val="7"/>
  </w:num>
  <w:num w:numId="6" w16cid:durableId="937559668">
    <w:abstractNumId w:val="3"/>
  </w:num>
  <w:num w:numId="7" w16cid:durableId="2114353243">
    <w:abstractNumId w:val="2"/>
  </w:num>
  <w:num w:numId="8" w16cid:durableId="1564483404">
    <w:abstractNumId w:val="1"/>
  </w:num>
  <w:num w:numId="9" w16cid:durableId="88914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ysjAzNjIyMzE2MbBU0lEKTi0uzszPAykwrAUAOM4BWiwAAAA="/>
  </w:docVars>
  <w:rsids>
    <w:rsidRoot w:val="00B47730"/>
    <w:rsid w:val="00011021"/>
    <w:rsid w:val="00034616"/>
    <w:rsid w:val="00053588"/>
    <w:rsid w:val="0006063C"/>
    <w:rsid w:val="00072645"/>
    <w:rsid w:val="00077D23"/>
    <w:rsid w:val="00086601"/>
    <w:rsid w:val="000D1D94"/>
    <w:rsid w:val="0015074B"/>
    <w:rsid w:val="00205D2F"/>
    <w:rsid w:val="0029639D"/>
    <w:rsid w:val="002A10B8"/>
    <w:rsid w:val="00326F90"/>
    <w:rsid w:val="0033452F"/>
    <w:rsid w:val="00345DFF"/>
    <w:rsid w:val="00370B87"/>
    <w:rsid w:val="00557E34"/>
    <w:rsid w:val="00636D9D"/>
    <w:rsid w:val="00692887"/>
    <w:rsid w:val="006D599C"/>
    <w:rsid w:val="00727BF8"/>
    <w:rsid w:val="007674E7"/>
    <w:rsid w:val="00797436"/>
    <w:rsid w:val="007C4225"/>
    <w:rsid w:val="00863592"/>
    <w:rsid w:val="0086438C"/>
    <w:rsid w:val="008824B5"/>
    <w:rsid w:val="008E2FC1"/>
    <w:rsid w:val="008F6018"/>
    <w:rsid w:val="009C6B93"/>
    <w:rsid w:val="00A257A4"/>
    <w:rsid w:val="00A30F9F"/>
    <w:rsid w:val="00AA1D8D"/>
    <w:rsid w:val="00B47730"/>
    <w:rsid w:val="00B50276"/>
    <w:rsid w:val="00BC5EC1"/>
    <w:rsid w:val="00BD2C7B"/>
    <w:rsid w:val="00C220F4"/>
    <w:rsid w:val="00C6730D"/>
    <w:rsid w:val="00CA73CB"/>
    <w:rsid w:val="00CB0664"/>
    <w:rsid w:val="00D047A9"/>
    <w:rsid w:val="00D314F0"/>
    <w:rsid w:val="00DE38BC"/>
    <w:rsid w:val="00E6275D"/>
    <w:rsid w:val="00E96E48"/>
    <w:rsid w:val="00ED2117"/>
    <w:rsid w:val="00F553F3"/>
    <w:rsid w:val="00F605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D9FCB7"/>
  <w14:defaultImageDpi w14:val="300"/>
  <w15:docId w15:val="{5888BA61-E86A-4E83-9BDE-9693F438F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8635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92"/>
    <w:rPr>
      <w:rFonts w:ascii="Tahoma" w:eastAsia="Times New Roman" w:hAnsi="Tahoma" w:cs="Tahoma"/>
      <w:sz w:val="16"/>
      <w:szCs w:val="16"/>
    </w:rPr>
  </w:style>
  <w:style w:type="character" w:styleId="Hyperlink">
    <w:name w:val="Hyperlink"/>
    <w:basedOn w:val="DefaultParagraphFont"/>
    <w:uiPriority w:val="99"/>
    <w:unhideWhenUsed/>
    <w:rsid w:val="008E2FC1"/>
    <w:rPr>
      <w:color w:val="0000FF" w:themeColor="hyperlink"/>
      <w:u w:val="single"/>
    </w:rPr>
  </w:style>
  <w:style w:type="character" w:styleId="UnresolvedMention">
    <w:name w:val="Unresolved Mention"/>
    <w:basedOn w:val="DefaultParagraphFont"/>
    <w:uiPriority w:val="99"/>
    <w:semiHidden/>
    <w:unhideWhenUsed/>
    <w:rsid w:val="008E2FC1"/>
    <w:rPr>
      <w:color w:val="605E5C"/>
      <w:shd w:val="clear" w:color="auto" w:fill="E1DFDD"/>
    </w:rPr>
  </w:style>
  <w:style w:type="character" w:styleId="CommentReference">
    <w:name w:val="annotation reference"/>
    <w:basedOn w:val="DefaultParagraphFont"/>
    <w:uiPriority w:val="99"/>
    <w:semiHidden/>
    <w:unhideWhenUsed/>
    <w:rsid w:val="000D1D94"/>
    <w:rPr>
      <w:sz w:val="16"/>
      <w:szCs w:val="16"/>
    </w:rPr>
  </w:style>
  <w:style w:type="paragraph" w:styleId="CommentText">
    <w:name w:val="annotation text"/>
    <w:basedOn w:val="Normal"/>
    <w:link w:val="CommentTextChar"/>
    <w:uiPriority w:val="99"/>
    <w:semiHidden/>
    <w:unhideWhenUsed/>
    <w:rsid w:val="000D1D94"/>
    <w:pPr>
      <w:spacing w:line="240" w:lineRule="auto"/>
    </w:pPr>
    <w:rPr>
      <w:sz w:val="20"/>
      <w:szCs w:val="20"/>
    </w:rPr>
  </w:style>
  <w:style w:type="character" w:customStyle="1" w:styleId="CommentTextChar">
    <w:name w:val="Comment Text Char"/>
    <w:basedOn w:val="DefaultParagraphFont"/>
    <w:link w:val="CommentText"/>
    <w:uiPriority w:val="99"/>
    <w:semiHidden/>
    <w:rsid w:val="000D1D9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1D94"/>
    <w:rPr>
      <w:b/>
      <w:bCs/>
    </w:rPr>
  </w:style>
  <w:style w:type="character" w:customStyle="1" w:styleId="CommentSubjectChar">
    <w:name w:val="Comment Subject Char"/>
    <w:basedOn w:val="CommentTextChar"/>
    <w:link w:val="CommentSubject"/>
    <w:uiPriority w:val="99"/>
    <w:semiHidden/>
    <w:rsid w:val="000D1D9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1529-1006.2003.pspi_1433.x?utm_source=chatgpt.com" TargetMode="External"/><Relationship Id="rId18" Type="http://schemas.openxmlformats.org/officeDocument/2006/relationships/hyperlink" Target="https://doi.org/10.1186/s13052-021-01174-6?utm_source=chatgpt.com" TargetMode="External"/><Relationship Id="rId26" Type="http://schemas.openxmlformats.org/officeDocument/2006/relationships/hyperlink" Target="https://doi.org/10.1007/s13312-020-2031-3?utm_source=chatgpt.com" TargetMode="External"/><Relationship Id="rId39" Type="http://schemas.openxmlformats.org/officeDocument/2006/relationships/hyperlink" Target="https://doi.org/10.1016/j.heliyon.2023.e23325?utm_source=chatgpt.com" TargetMode="External"/><Relationship Id="rId21" Type="http://schemas.openxmlformats.org/officeDocument/2006/relationships/hyperlink" Target="https://doi.org/10.3390/ijerph20043449?utm_source=chatgpt.com" TargetMode="External"/><Relationship Id="rId34" Type="http://schemas.openxmlformats.org/officeDocument/2006/relationships/hyperlink" Target="https://doi.org/10.1542/peds.2016-2593?utm_source=chatgpt.com"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9734/ajess/2025/v51i92450?utm_source=chatgpt.com" TargetMode="External"/><Relationship Id="rId29" Type="http://schemas.openxmlformats.org/officeDocument/2006/relationships/hyperlink" Target="https://doi.org/10.7759/cureus.30051?utm_source=chatgpt.com" TargetMode="External"/><Relationship Id="rId11" Type="http://schemas.openxmlformats.org/officeDocument/2006/relationships/image" Target="media/image4.png"/><Relationship Id="rId24" Type="http://schemas.openxmlformats.org/officeDocument/2006/relationships/hyperlink" Target="https://doi.org/10.1016/j.dr.2016.12.002?utm_source=chatgpt.com" TargetMode="External"/><Relationship Id="rId32" Type="http://schemas.openxmlformats.org/officeDocument/2006/relationships/hyperlink" Target="https://iucat.iu.edu/iuk/5476481?utm_source=chatgpt.com" TargetMode="External"/><Relationship Id="rId37" Type="http://schemas.openxmlformats.org/officeDocument/2006/relationships/hyperlink" Target="https://doi.org/10.56557/ajrmms/2026/v8i1110?utm_source=chatgpt.com" TargetMode="External"/><Relationship Id="rId40" Type="http://schemas.openxmlformats.org/officeDocument/2006/relationships/hyperlink" Target="https://doi.org/10.1186/s12889-022-14910-2?utm_source=chatgpt.com"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1/jamapediatrics.2024.2914?utm_source=chatgpt.com" TargetMode="External"/><Relationship Id="rId23" Type="http://schemas.openxmlformats.org/officeDocument/2006/relationships/hyperlink" Target="https://doi.org/10.1371/journal.pone.0253313?utm_source=chatgpt.com" TargetMode="External"/><Relationship Id="rId28" Type="http://schemas.openxmlformats.org/officeDocument/2006/relationships/hyperlink" Target="https://doi.org/10.19044/esj.2017.v13n31p202?utm_source=chatgpt.com" TargetMode="External"/><Relationship Id="rId36" Type="http://schemas.openxmlformats.org/officeDocument/2006/relationships/hyperlink" Target="https://rjpn.org/ijcspub/viewpaperforall.php?paper=IJCSPTH00036&amp;utm_source=chatgpt.com"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038/s41598-021-88071-4?utm_source=chatgpt.com" TargetMode="External"/><Relationship Id="rId31" Type="http://schemas.openxmlformats.org/officeDocument/2006/relationships/hyperlink" Target="https://doi.org/10.21275/MR22316000348?utm_source=chatgpt.com"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37/h0045925?utm_source=chatgpt.com" TargetMode="External"/><Relationship Id="rId22" Type="http://schemas.openxmlformats.org/officeDocument/2006/relationships/hyperlink" Target="https://doi.org/10.1186/s12966-021-01189-6?utm_source=chatgpt.com" TargetMode="External"/><Relationship Id="rId27" Type="http://schemas.openxmlformats.org/officeDocument/2006/relationships/hyperlink" Target="https://doi.org/10.7759/cureus.40608?utm_source=chatgpt.com" TargetMode="External"/><Relationship Id="rId30" Type="http://schemas.openxmlformats.org/officeDocument/2006/relationships/hyperlink" Target="https://www.ijsr.net/getabstract.php?paperid=ART20177737&amp;utm_source=chatgpt.com" TargetMode="External"/><Relationship Id="rId35" Type="http://schemas.openxmlformats.org/officeDocument/2006/relationships/hyperlink" Target="https://doi.org/10.37362/jlb.v6i3.944?utm_source=chatgpt.com"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aacap.org/AACAP/Families_and_Youth/Facts_for_Families/FFF-Guide/Screen_Violence_Children-013.aspx?utm_source=chatgpt.com" TargetMode="External"/><Relationship Id="rId17" Type="http://schemas.openxmlformats.org/officeDocument/2006/relationships/hyperlink" Target="https://doi.org/10.12820/rbafs.28e0314?utm_source=chatgpt.com" TargetMode="External"/><Relationship Id="rId25" Type="http://schemas.openxmlformats.org/officeDocument/2006/relationships/hyperlink" Target="https://doi.org/10.1016/j.pedhc.2021.06.003?utm_source=chatgpt.com" TargetMode="External"/><Relationship Id="rId33" Type="http://schemas.openxmlformats.org/officeDocument/2006/relationships/hyperlink" Target="https://doi.org/10.2196/40955?utm_source=chatgpt.com" TargetMode="External"/><Relationship Id="rId38" Type="http://schemas.openxmlformats.org/officeDocument/2006/relationships/hyperlink" Target="https://doi.org/10.1371/journal.pone.0254102?utm_source=chatgpt.com" TargetMode="External"/><Relationship Id="rId46" Type="http://schemas.openxmlformats.org/officeDocument/2006/relationships/header" Target="header3.xml"/><Relationship Id="rId20" Type="http://schemas.openxmlformats.org/officeDocument/2006/relationships/hyperlink" Target="https://doi.org/10.3389/fped.2022.961137?utm_source=chatgpt.com" TargetMode="External"/><Relationship Id="rId41" Type="http://schemas.openxmlformats.org/officeDocument/2006/relationships/hyperlink" Target="https://doi.org/10.1556/2006.2025.00043?utm_source=chatgpt.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2712F-03B5-4B53-95EA-DCC7BCDA1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4805</Words>
  <Characters>27394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PC 1176</cp:lastModifiedBy>
  <cp:revision>20</cp:revision>
  <cp:lastPrinted>2026-10-16T17:30:00Z</cp:lastPrinted>
  <dcterms:created xsi:type="dcterms:W3CDTF">2013-12-23T23:15:00Z</dcterms:created>
  <dcterms:modified xsi:type="dcterms:W3CDTF">2026-10-31T07:34:00Z</dcterms:modified>
</cp:coreProperties>
</file>