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0F7B2" w14:textId="5E0211DF" w:rsidR="00BE07BE" w:rsidRDefault="00A641A9">
      <w:pPr>
        <w:jc w:val="center"/>
      </w:pPr>
      <w:r>
        <w:rPr>
          <w:b/>
        </w:rPr>
        <w:t xml:space="preserve">Revised </w:t>
      </w:r>
      <w:r w:rsidR="004D6D8D">
        <w:rPr>
          <w:b/>
        </w:rPr>
        <w:t xml:space="preserve">of </w:t>
      </w:r>
      <w:r w:rsidR="00014E14">
        <w:rPr>
          <w:b/>
        </w:rPr>
        <w:t>Original Research Article</w:t>
      </w:r>
    </w:p>
    <w:p w14:paraId="0EF854C7" w14:textId="77777777" w:rsidR="006E0B73" w:rsidRDefault="00014E14" w:rsidP="006E0B73">
      <w:pPr>
        <w:jc w:val="center"/>
        <w:rPr>
          <w:b/>
          <w:sz w:val="28"/>
        </w:rPr>
      </w:pPr>
      <w:r>
        <w:rPr>
          <w:b/>
          <w:sz w:val="28"/>
        </w:rPr>
        <w:t>Assessment of Heavy Metal Levels in Surface Water and Sediment from Mini-Welele River in Mgbuosimini Community, Rivers State, Nigeria</w:t>
      </w:r>
    </w:p>
    <w:p w14:paraId="48CE9E7F" w14:textId="35E435FF" w:rsidR="00BE07BE" w:rsidRPr="008671AD" w:rsidRDefault="00014E14" w:rsidP="006E0B73">
      <w:pPr>
        <w:jc w:val="center"/>
        <w:rPr>
          <w:b/>
          <w:bCs/>
        </w:rPr>
      </w:pPr>
      <w:r w:rsidRPr="008671AD">
        <w:rPr>
          <w:b/>
          <w:bCs/>
        </w:rPr>
        <w:t>Abstract</w:t>
      </w:r>
    </w:p>
    <w:p w14:paraId="39A3437B" w14:textId="14E56EC8" w:rsidR="00BE07BE" w:rsidRPr="00127C4A" w:rsidRDefault="00014E14" w:rsidP="007253D5">
      <w:pPr>
        <w:spacing w:after="120"/>
        <w:jc w:val="both"/>
        <w:rPr>
          <w:sz w:val="20"/>
          <w:szCs w:val="20"/>
        </w:rPr>
      </w:pPr>
      <w:r w:rsidRPr="00127C4A">
        <w:rPr>
          <w:sz w:val="20"/>
          <w:szCs w:val="20"/>
        </w:rPr>
        <w:t xml:space="preserve">This study assessed the concentrations, spatial distribution and pollution status of selected heavy metals in surface water and sediment from the Mini-Welele River in Mgbuosimini Community, Obio/Akpor Local Government Area, Rivers State, Nigeria. Five sampling stations were established along the river to represent sections influenced by different levels of settlement, drainage and other human activities. Surface water samples were collected in clean acid-washed polyethylene bottles, preserved with nitric acid, digested and </w:t>
      </w:r>
      <w:r w:rsidR="00AB23F8" w:rsidRPr="00127C4A">
        <w:rPr>
          <w:sz w:val="20"/>
          <w:szCs w:val="20"/>
        </w:rPr>
        <w:t>analyzed</w:t>
      </w:r>
      <w:r w:rsidRPr="00127C4A">
        <w:rPr>
          <w:sz w:val="20"/>
          <w:szCs w:val="20"/>
        </w:rPr>
        <w:t xml:space="preserve"> by flame atomic absorption spectrophotometry. Surficial sediment samples were collected from the same stations, air-dried, </w:t>
      </w:r>
      <w:r w:rsidR="00AB23F8" w:rsidRPr="00127C4A">
        <w:rPr>
          <w:sz w:val="20"/>
          <w:szCs w:val="20"/>
        </w:rPr>
        <w:t>homogenized</w:t>
      </w:r>
      <w:r w:rsidRPr="00127C4A">
        <w:rPr>
          <w:sz w:val="20"/>
          <w:szCs w:val="20"/>
        </w:rPr>
        <w:t xml:space="preserve">, sieved, acid-digested and </w:t>
      </w:r>
      <w:r w:rsidR="00AB23F8" w:rsidRPr="00127C4A">
        <w:rPr>
          <w:sz w:val="20"/>
          <w:szCs w:val="20"/>
        </w:rPr>
        <w:t>analyzed</w:t>
      </w:r>
      <w:r w:rsidRPr="00127C4A">
        <w:rPr>
          <w:sz w:val="20"/>
          <w:szCs w:val="20"/>
        </w:rPr>
        <w:t xml:space="preserve"> for metals using the same instrumental technique. Surface water was </w:t>
      </w:r>
      <w:r w:rsidR="00AB23F8" w:rsidRPr="00127C4A">
        <w:rPr>
          <w:sz w:val="20"/>
          <w:szCs w:val="20"/>
        </w:rPr>
        <w:t>analyzed</w:t>
      </w:r>
      <w:r w:rsidRPr="00127C4A">
        <w:rPr>
          <w:sz w:val="20"/>
          <w:szCs w:val="20"/>
        </w:rPr>
        <w:t xml:space="preserve"> for Cd, Cr, Cu, Fe, Pb, Mn and Ni, while sediment was </w:t>
      </w:r>
      <w:r w:rsidR="00AB23F8" w:rsidRPr="00127C4A">
        <w:rPr>
          <w:sz w:val="20"/>
          <w:szCs w:val="20"/>
        </w:rPr>
        <w:t>analyzed</w:t>
      </w:r>
      <w:r w:rsidRPr="00127C4A">
        <w:rPr>
          <w:sz w:val="20"/>
          <w:szCs w:val="20"/>
        </w:rPr>
        <w:t xml:space="preserve"> for Cr, Pb and Ni. Because only station-level mean concentrations were available, the data were treated descriptively using ranges, means, standard deviations, total metal burden, comparison with guideline values and sediment pollution indices</w:t>
      </w:r>
      <w:r w:rsidR="0013077B">
        <w:rPr>
          <w:sz w:val="20"/>
          <w:szCs w:val="20"/>
        </w:rPr>
        <w:t>.</w:t>
      </w:r>
      <w:r w:rsidRPr="003A37BA">
        <w:rPr>
          <w:sz w:val="20"/>
          <w:szCs w:val="20"/>
        </w:rPr>
        <w:t xml:space="preserve"> </w:t>
      </w:r>
      <w:r w:rsidRPr="00127C4A">
        <w:rPr>
          <w:sz w:val="20"/>
          <w:szCs w:val="20"/>
        </w:rPr>
        <w:t>Surface water mean concentrations followed the order Fe (1.480 mg/L) &gt; Pb (0.658 mg/L) &gt; Ni (0.514 mg/L) &gt; Cr (0.353 mg/L) &gt; Cd (0.141 mg/L) &gt; Mn (0.119 mg/L) &gt; Cu (0.070 mg/L). Cr, Fe, Pb, Ni and Cd exceeded the guideline values used for screening comparison, while Cu and Mn were below the respective comparison limits. Sediment mean concentrations followed the order Pb (49.18 mg/kg) &gt; Cr (35.26 mg/kg) &gt; Ni (19.56 mg/kg). Contamination factor values indicated low to moderate Cr contamination, moderate to considerable Pb contamination and low Ni contamination. Geoaccumulation index values generally indicated unpolluted to moderately polluted sediment conditions, while pollution load index values below 1 suggested no overall combined pollution load for the sediment metals assessed. The findings show measurable heavy metal inputs into the Mini-Welele River, particularly in surface water and Pb-enriched sediment zones. Routine monitoring, waste-control enforcement, community awareness and more detailed seasonal studies are recommended.</w:t>
      </w:r>
    </w:p>
    <w:p w14:paraId="5CE02EBB" w14:textId="77777777" w:rsidR="00AD5A41" w:rsidRPr="00127C4A" w:rsidRDefault="00014E14" w:rsidP="00AD5A41">
      <w:pPr>
        <w:spacing w:after="120"/>
        <w:jc w:val="both"/>
        <w:rPr>
          <w:sz w:val="20"/>
          <w:szCs w:val="20"/>
        </w:rPr>
      </w:pPr>
      <w:r w:rsidRPr="00127C4A">
        <w:rPr>
          <w:sz w:val="20"/>
          <w:szCs w:val="20"/>
        </w:rPr>
        <w:t>Keywords: heavy metals; surface water; sediment; Mini-Welele River; contamination factor; geoaccumulation index; pollution load index; Mgbuosimini</w:t>
      </w:r>
    </w:p>
    <w:p w14:paraId="3759A139" w14:textId="77777777" w:rsidR="00B26287" w:rsidRPr="00127C4A" w:rsidRDefault="00B26287" w:rsidP="00D51DEE">
      <w:pPr>
        <w:spacing w:after="120"/>
        <w:jc w:val="both"/>
        <w:rPr>
          <w:sz w:val="20"/>
          <w:szCs w:val="20"/>
        </w:rPr>
      </w:pPr>
    </w:p>
    <w:p w14:paraId="6030D0B9" w14:textId="28EB1061" w:rsidR="00BE07BE" w:rsidRPr="00AD5A41" w:rsidRDefault="00014E14" w:rsidP="00D90D98">
      <w:pPr>
        <w:spacing w:after="120"/>
        <w:jc w:val="center"/>
        <w:rPr>
          <w:b/>
          <w:bCs/>
          <w:szCs w:val="24"/>
        </w:rPr>
      </w:pPr>
      <w:r w:rsidRPr="00AD5A41">
        <w:rPr>
          <w:b/>
          <w:bCs/>
        </w:rPr>
        <w:t>Introduction</w:t>
      </w:r>
    </w:p>
    <w:p w14:paraId="4BC42751" w14:textId="2A6B4FEC" w:rsidR="00BE07BE" w:rsidRDefault="00014E14" w:rsidP="00D51DEE">
      <w:pPr>
        <w:spacing w:after="120" w:line="480" w:lineRule="auto"/>
        <w:contextualSpacing/>
        <w:jc w:val="both"/>
      </w:pPr>
      <w:r>
        <w:t xml:space="preserve">Surface water bodies are important ecological and socio-economic resources because they support aquatic life, drainage, fisheries, transportation, recreation and domestic activities. However, rivers and streams located within rapidly </w:t>
      </w:r>
      <w:r w:rsidR="00AB23F8">
        <w:t>urbanizing</w:t>
      </w:r>
      <w:r>
        <w:t xml:space="preserve"> settlements are vulnerable to contamination from solid-waste disposal, storm-water runoff, wastewater discharge, dredging, construction activities and other anthropogenic inputs. Heavy metals are of particular concern because they are persistent, non-biodegradable and may accumulate in sediment and aquatic organisms over time (Ali </w:t>
      </w:r>
      <w:r w:rsidRPr="001815EF">
        <w:rPr>
          <w:i/>
          <w:iCs/>
        </w:rPr>
        <w:t>et al.,</w:t>
      </w:r>
      <w:r>
        <w:t xml:space="preserve"> 2021; </w:t>
      </w:r>
      <w:r w:rsidR="00A7295F" w:rsidRPr="00A7295F">
        <w:t xml:space="preserve">Zhou </w:t>
      </w:r>
      <w:r w:rsidR="00A7295F" w:rsidRPr="00AD5A41">
        <w:rPr>
          <w:i/>
          <w:iCs/>
        </w:rPr>
        <w:t>et al.,</w:t>
      </w:r>
      <w:r w:rsidR="00A7295F" w:rsidRPr="00A7295F">
        <w:t xml:space="preserve"> 2020</w:t>
      </w:r>
      <w:r w:rsidR="00AD5A41">
        <w:t xml:space="preserve">; </w:t>
      </w:r>
      <w:r>
        <w:t xml:space="preserve">Kumar </w:t>
      </w:r>
      <w:r w:rsidRPr="00A7295F">
        <w:rPr>
          <w:i/>
          <w:iCs/>
        </w:rPr>
        <w:t>et al.,</w:t>
      </w:r>
      <w:r>
        <w:t xml:space="preserve"> 2019).</w:t>
      </w:r>
    </w:p>
    <w:p w14:paraId="3F252DA9" w14:textId="1BA7239D" w:rsidR="00BE07BE" w:rsidRDefault="00014E14" w:rsidP="00D51DEE">
      <w:pPr>
        <w:spacing w:after="120" w:line="480" w:lineRule="auto"/>
        <w:contextualSpacing/>
        <w:jc w:val="both"/>
      </w:pPr>
      <w:r>
        <w:t xml:space="preserve">The assessment of metals in both surface water and sediment is necessary because water represents the mobile phase of contamination, while sediment acts as both a sink and a possible secondary source of metals under changing pH, redox and hydrodynamic conditions. Metals adsorbed to suspended particles, organic matter, clay minerals and iron-manganese oxides may settle into sediment and later be </w:t>
      </w:r>
      <w:r w:rsidR="00AB23F8">
        <w:t>remobilized</w:t>
      </w:r>
      <w:r>
        <w:t xml:space="preserve"> during flooding, </w:t>
      </w:r>
      <w:r>
        <w:lastRenderedPageBreak/>
        <w:t xml:space="preserve">dredging, disturbance or changes in water chemistry (Bawa-Allah, 2023; Hakanson, 1980; Tomlinson </w:t>
      </w:r>
      <w:r w:rsidRPr="007A41E9">
        <w:rPr>
          <w:i/>
          <w:iCs/>
        </w:rPr>
        <w:t>et al.,</w:t>
      </w:r>
      <w:r>
        <w:t xml:space="preserve"> 1980).</w:t>
      </w:r>
    </w:p>
    <w:p w14:paraId="6EF62F3D" w14:textId="77777777" w:rsidR="007A41E9" w:rsidRDefault="00014E14" w:rsidP="00D51DEE">
      <w:pPr>
        <w:spacing w:after="120" w:line="480" w:lineRule="auto"/>
        <w:contextualSpacing/>
        <w:jc w:val="both"/>
      </w:pPr>
      <w:r>
        <w:t>Mini-Welele River is important to the inhabitants of Mgbuosimini Community in Obio/Akpor Local Government Area, Rivers State, Nigeria. The river receives drainage inputs from surrounding residential and commercial activities and may be influenced by waste disposal, runoff and sediment disturbance. Therefore, assessing the concentration of heavy metals in both the water column and sediment is necessary for understanding contamination patterns and supporting environmental management decisions.</w:t>
      </w:r>
    </w:p>
    <w:p w14:paraId="3B452665" w14:textId="66E4B4BA" w:rsidR="00BE07BE" w:rsidRPr="007A41E9" w:rsidRDefault="00014E14" w:rsidP="00D51DEE">
      <w:pPr>
        <w:spacing w:after="120" w:line="240" w:lineRule="auto"/>
        <w:contextualSpacing/>
        <w:jc w:val="both"/>
        <w:rPr>
          <w:b/>
          <w:bCs/>
        </w:rPr>
      </w:pPr>
      <w:r w:rsidRPr="007A41E9">
        <w:rPr>
          <w:b/>
          <w:bCs/>
        </w:rPr>
        <w:t>Aim of the Study</w:t>
      </w:r>
    </w:p>
    <w:p w14:paraId="0C969166" w14:textId="77777777" w:rsidR="007A41E9" w:rsidRDefault="00014E14" w:rsidP="00D51DEE">
      <w:pPr>
        <w:spacing w:after="120" w:line="480" w:lineRule="auto"/>
        <w:jc w:val="both"/>
      </w:pPr>
      <w:r>
        <w:t>The aim of this study was to assess the levels, spatial distribution and pollution status of selected heavy metals in surface water and sediment from the Mini-Welele River in Mgbuosimini Community, Rivers State, Nigeria, using descriptive analysis and sediment pollution indices.</w:t>
      </w:r>
    </w:p>
    <w:p w14:paraId="089A1CC9" w14:textId="27FC13F6" w:rsidR="00BE07BE" w:rsidRPr="007A41E9" w:rsidRDefault="00014E14" w:rsidP="00D51DEE">
      <w:pPr>
        <w:spacing w:after="120" w:line="240" w:lineRule="auto"/>
        <w:contextualSpacing/>
        <w:jc w:val="both"/>
        <w:rPr>
          <w:b/>
          <w:bCs/>
        </w:rPr>
      </w:pPr>
      <w:r w:rsidRPr="007A41E9">
        <w:rPr>
          <w:b/>
          <w:bCs/>
        </w:rPr>
        <w:t>Objectives of the Study</w:t>
      </w:r>
    </w:p>
    <w:p w14:paraId="1B4EFD39" w14:textId="77777777" w:rsidR="00BE07BE" w:rsidRDefault="00014E14" w:rsidP="00D51DEE">
      <w:pPr>
        <w:pStyle w:val="ListBullet"/>
        <w:spacing w:line="480" w:lineRule="auto"/>
        <w:jc w:val="both"/>
      </w:pPr>
      <w:r>
        <w:t>To determine the concentrations of selected heavy metals in surface water samples collected from five sampling stations along the Mini-Welele River.</w:t>
      </w:r>
    </w:p>
    <w:p w14:paraId="40554202" w14:textId="77777777" w:rsidR="00BE07BE" w:rsidRDefault="00014E14" w:rsidP="00D51DEE">
      <w:pPr>
        <w:pStyle w:val="ListBullet"/>
        <w:spacing w:line="480" w:lineRule="auto"/>
        <w:jc w:val="both"/>
      </w:pPr>
      <w:r>
        <w:t>To determine the concentrations of selected heavy metals in sediment samples collected from the same sampling stations.</w:t>
      </w:r>
    </w:p>
    <w:p w14:paraId="21D21973" w14:textId="77777777" w:rsidR="00BE07BE" w:rsidRDefault="00014E14" w:rsidP="00D51DEE">
      <w:pPr>
        <w:pStyle w:val="ListBullet"/>
        <w:spacing w:line="480" w:lineRule="auto"/>
        <w:jc w:val="both"/>
      </w:pPr>
      <w:r>
        <w:t>To compare surface water metal concentrations with relevant guideline values used for screening-level water-quality interpretation.</w:t>
      </w:r>
    </w:p>
    <w:p w14:paraId="142718A3" w14:textId="77777777" w:rsidR="00BE07BE" w:rsidRDefault="00014E14" w:rsidP="00D51DEE">
      <w:pPr>
        <w:pStyle w:val="ListBullet"/>
        <w:spacing w:line="480" w:lineRule="auto"/>
        <w:jc w:val="both"/>
      </w:pPr>
      <w:r>
        <w:t>To evaluate sediment contamination status using contamination factor, geoaccumulation index and pollution load index.</w:t>
      </w:r>
    </w:p>
    <w:p w14:paraId="3AE8E01C" w14:textId="77777777" w:rsidR="00BE07BE" w:rsidRDefault="00014E14" w:rsidP="00D51DEE">
      <w:pPr>
        <w:pStyle w:val="ListBullet"/>
        <w:spacing w:line="480" w:lineRule="auto"/>
        <w:jc w:val="both"/>
      </w:pPr>
      <w:r>
        <w:t>To interpret station-to-station trends using descriptive statistics, tables, figures and total metal burden rather than inferential statistics.</w:t>
      </w:r>
    </w:p>
    <w:p w14:paraId="7E3EBC7E" w14:textId="77777777" w:rsidR="00211A00" w:rsidRDefault="00014E14" w:rsidP="00D51DEE">
      <w:pPr>
        <w:pStyle w:val="ListBullet"/>
        <w:spacing w:line="480" w:lineRule="auto"/>
        <w:jc w:val="both"/>
      </w:pPr>
      <w:r>
        <w:t>To compare the findings with relevant published studies and propose recommendations for policy makers, stakeholders and further research.</w:t>
      </w:r>
    </w:p>
    <w:p w14:paraId="4E34D0E5" w14:textId="77777777" w:rsidR="00D51DEE" w:rsidRDefault="00D51DEE" w:rsidP="00D51DEE">
      <w:pPr>
        <w:pStyle w:val="ListBullet"/>
        <w:numPr>
          <w:ilvl w:val="0"/>
          <w:numId w:val="0"/>
        </w:numPr>
        <w:spacing w:line="480" w:lineRule="auto"/>
        <w:ind w:left="360" w:hanging="360"/>
      </w:pPr>
    </w:p>
    <w:p w14:paraId="13E42DB0" w14:textId="77777777" w:rsidR="00D51DEE" w:rsidRDefault="00D51DEE" w:rsidP="00D51DEE">
      <w:pPr>
        <w:pStyle w:val="ListBullet"/>
        <w:numPr>
          <w:ilvl w:val="0"/>
          <w:numId w:val="0"/>
        </w:numPr>
        <w:spacing w:line="480" w:lineRule="auto"/>
        <w:ind w:left="360" w:hanging="360"/>
      </w:pPr>
    </w:p>
    <w:p w14:paraId="7D491083" w14:textId="77777777" w:rsidR="003072FA" w:rsidRDefault="00014E14" w:rsidP="003072FA">
      <w:pPr>
        <w:pStyle w:val="ListBullet"/>
        <w:numPr>
          <w:ilvl w:val="0"/>
          <w:numId w:val="0"/>
        </w:numPr>
        <w:spacing w:line="480" w:lineRule="auto"/>
        <w:ind w:left="360"/>
        <w:jc w:val="center"/>
        <w:rPr>
          <w:b/>
          <w:bCs/>
        </w:rPr>
      </w:pPr>
      <w:r w:rsidRPr="003072FA">
        <w:rPr>
          <w:b/>
          <w:bCs/>
        </w:rPr>
        <w:lastRenderedPageBreak/>
        <w:t>Materials and Methods</w:t>
      </w:r>
    </w:p>
    <w:p w14:paraId="1269C322" w14:textId="797AF655" w:rsidR="00BE07BE" w:rsidRPr="003072FA" w:rsidRDefault="00014E14" w:rsidP="000A6482">
      <w:pPr>
        <w:pStyle w:val="ListBullet"/>
        <w:numPr>
          <w:ilvl w:val="0"/>
          <w:numId w:val="0"/>
        </w:numPr>
        <w:spacing w:line="240" w:lineRule="auto"/>
        <w:ind w:left="357" w:hanging="357"/>
        <w:rPr>
          <w:b/>
          <w:bCs/>
        </w:rPr>
      </w:pPr>
      <w:r w:rsidRPr="003072FA">
        <w:rPr>
          <w:b/>
          <w:bCs/>
        </w:rPr>
        <w:t>Study Area</w:t>
      </w:r>
    </w:p>
    <w:p w14:paraId="7E6FB7BB" w14:textId="77777777" w:rsidR="00BE07BE" w:rsidRDefault="00014E14" w:rsidP="003072FA">
      <w:pPr>
        <w:spacing w:after="120" w:line="480" w:lineRule="auto"/>
        <w:contextualSpacing/>
        <w:jc w:val="both"/>
      </w:pPr>
      <w:r>
        <w:t>The study was carried out along the Mini-Welele River in Mgbuosimini Community, Obio/Akpor Local Government Area, Rivers State, Nigeria. The river is located within a densely inhabited urban environment and performs drainage, ecological and socio-economic functions. The study area lies approximately around latitude 4.41939° N and longitude 7.02001° E. Five sampling stations were established along the river corridor to represent upstream, midstream and downstream sections as well as areas influenced by nearby human activities.</w:t>
      </w:r>
    </w:p>
    <w:p w14:paraId="1EE86C9C" w14:textId="77777777" w:rsidR="00BE07BE" w:rsidRDefault="00014E14">
      <w:pPr>
        <w:jc w:val="center"/>
      </w:pPr>
      <w:r>
        <w:rPr>
          <w:noProof/>
        </w:rPr>
        <w:drawing>
          <wp:inline distT="0" distB="0" distL="0" distR="0" wp14:anchorId="1EBD558C" wp14:editId="6087B001">
            <wp:extent cx="5669280" cy="3504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6"/>
                    <a:stretch>
                      <a:fillRect/>
                    </a:stretch>
                  </pic:blipFill>
                  <pic:spPr>
                    <a:xfrm>
                      <a:off x="0" y="0"/>
                      <a:ext cx="5669280" cy="3504550"/>
                    </a:xfrm>
                    <a:prstGeom prst="rect">
                      <a:avLst/>
                    </a:prstGeom>
                  </pic:spPr>
                </pic:pic>
              </a:graphicData>
            </a:graphic>
          </wp:inline>
        </w:drawing>
      </w:r>
    </w:p>
    <w:p w14:paraId="6F0F7446" w14:textId="77777777" w:rsidR="0084367B" w:rsidRDefault="00014E14" w:rsidP="0084367B">
      <w:pPr>
        <w:jc w:val="center"/>
        <w:rPr>
          <w:b/>
          <w:szCs w:val="28"/>
        </w:rPr>
      </w:pPr>
      <w:r w:rsidRPr="003072FA">
        <w:rPr>
          <w:b/>
          <w:szCs w:val="28"/>
        </w:rPr>
        <w:t>Figure 1: Map of the study area showing sampling points along the Mini-Welele River</w:t>
      </w:r>
    </w:p>
    <w:p w14:paraId="68120DDB" w14:textId="77777777" w:rsidR="000A6482" w:rsidRDefault="000A6482" w:rsidP="000A6482">
      <w:pPr>
        <w:spacing w:line="240" w:lineRule="auto"/>
        <w:contextualSpacing/>
        <w:rPr>
          <w:b/>
          <w:bCs/>
        </w:rPr>
      </w:pPr>
    </w:p>
    <w:p w14:paraId="427B522F" w14:textId="23254699" w:rsidR="00BE07BE" w:rsidRPr="0084367B" w:rsidRDefault="00014E14" w:rsidP="000A6482">
      <w:pPr>
        <w:spacing w:line="240" w:lineRule="auto"/>
        <w:contextualSpacing/>
        <w:rPr>
          <w:b/>
          <w:bCs/>
          <w:sz w:val="32"/>
          <w:szCs w:val="28"/>
        </w:rPr>
      </w:pPr>
      <w:r w:rsidRPr="0084367B">
        <w:rPr>
          <w:b/>
          <w:bCs/>
        </w:rPr>
        <w:t>Sampling Design and Sample Collection</w:t>
      </w:r>
    </w:p>
    <w:p w14:paraId="100CAB9F" w14:textId="77777777" w:rsidR="00BE07BE" w:rsidRDefault="00014E14" w:rsidP="007029B7">
      <w:pPr>
        <w:spacing w:after="120" w:line="480" w:lineRule="auto"/>
        <w:contextualSpacing/>
        <w:jc w:val="both"/>
      </w:pPr>
      <w:r>
        <w:t xml:space="preserve">A field-based grab sampling design was adopted for preliminary spatial screening of metal contamination. Five stations designated VIC ST 1 to VIC ST 5 were selected to capture likely spatial variation along the river. The selected stations represented sections exposed to different levels of human influence, including settlement-related runoff, drainage discharge and less disturbed river sections. Grab sampling is appropriate </w:t>
      </w:r>
      <w:r>
        <w:lastRenderedPageBreak/>
        <w:t xml:space="preserve">for site-based screening where the purpose is to compare concentration patterns among sampling locations (APHA </w:t>
      </w:r>
      <w:r w:rsidRPr="007029B7">
        <w:rPr>
          <w:i/>
          <w:iCs/>
        </w:rPr>
        <w:t>et al.,</w:t>
      </w:r>
      <w:r>
        <w:t xml:space="preserve"> 2023).</w:t>
      </w:r>
    </w:p>
    <w:p w14:paraId="51209E5F" w14:textId="77777777" w:rsidR="00BE07BE" w:rsidRDefault="00014E14" w:rsidP="007029B7">
      <w:pPr>
        <w:spacing w:after="120" w:line="480" w:lineRule="auto"/>
        <w:contextualSpacing/>
        <w:jc w:val="both"/>
      </w:pPr>
      <w:r>
        <w:t xml:space="preserve">Surface water samples were collected in clean, acid-washed one-litre polyethylene bottles. At each station, the bottles were rinsed with river water before sample collection, and samples were collected slightly below the surface to minimise interference from floating debris. Samples meant for metal analysis were preserved by acidification to pH &lt; 2 with concentrated nitric acid and transported to the laboratory in an ice chest. The preserved samples were stored at approximately 4°C pending digestion and instrumental analysis, consistent with standard procedures for preservation and handling of water samples for trace metal determination (APHA </w:t>
      </w:r>
      <w:r w:rsidRPr="007029B7">
        <w:rPr>
          <w:i/>
          <w:iCs/>
        </w:rPr>
        <w:t>et al.,</w:t>
      </w:r>
      <w:r>
        <w:t xml:space="preserve"> 2023; SON, 2015).</w:t>
      </w:r>
    </w:p>
    <w:p w14:paraId="740BD801" w14:textId="54D5DFC0" w:rsidR="00F47D11" w:rsidRDefault="00014E14" w:rsidP="00F47D11">
      <w:pPr>
        <w:spacing w:after="120" w:line="480" w:lineRule="auto"/>
        <w:contextualSpacing/>
        <w:jc w:val="both"/>
      </w:pPr>
      <w:r>
        <w:t>Sediment samples were collected from the upper surficial layer of the riverbed using a clean stainless-steel grab, scoop or equivalent sediment sampler. At each station, the sediment was transferred into pre-cleaned labelled containers, protected from external contamination and transported to the laboratory. In the laboratory, sediment samples were air-dried at room temperature, gently disaggregated, homogenised and sieved to remove stones, shells and coarse debris prior to acid digestion. These preparation steps improve representativeness and reproducibility for sediment-bound metal analysis (C</w:t>
      </w:r>
      <w:r w:rsidR="00DF5CA4">
        <w:t xml:space="preserve">anadian </w:t>
      </w:r>
      <w:r>
        <w:t>C</w:t>
      </w:r>
      <w:r w:rsidR="00DF5CA4">
        <w:t xml:space="preserve">ouncil of </w:t>
      </w:r>
      <w:r>
        <w:t>M</w:t>
      </w:r>
      <w:r w:rsidR="00DF5CA4">
        <w:t xml:space="preserve">inister of the </w:t>
      </w:r>
      <w:r>
        <w:t>E</w:t>
      </w:r>
      <w:r w:rsidR="00DF5CA4">
        <w:t>n</w:t>
      </w:r>
      <w:r w:rsidR="003B2D8F">
        <w:t>vironment[CCME]</w:t>
      </w:r>
      <w:r>
        <w:t>, 2001; USEPA, 1996).</w:t>
      </w:r>
    </w:p>
    <w:p w14:paraId="7BDB1B4C" w14:textId="458D8FE8" w:rsidR="00BA380A" w:rsidRPr="004A66AF" w:rsidRDefault="00BA380A" w:rsidP="00BA380A">
      <w:pPr>
        <w:spacing w:after="120" w:line="480" w:lineRule="auto"/>
        <w:contextualSpacing/>
        <w:jc w:val="both"/>
        <w:rPr>
          <w:b/>
          <w:bCs/>
        </w:rPr>
      </w:pPr>
      <w:r w:rsidRPr="004A66AF">
        <w:rPr>
          <w:b/>
          <w:bCs/>
        </w:rPr>
        <w:t>Sample digestion and metal determination</w:t>
      </w:r>
    </w:p>
    <w:p w14:paraId="3A6BD365" w14:textId="5037DC8F" w:rsidR="00BA380A" w:rsidRPr="008D4656" w:rsidRDefault="00BA380A" w:rsidP="008D4656">
      <w:pPr>
        <w:spacing w:after="120" w:line="240" w:lineRule="auto"/>
        <w:contextualSpacing/>
        <w:jc w:val="both"/>
        <w:rPr>
          <w:b/>
          <w:bCs/>
        </w:rPr>
      </w:pPr>
      <w:r w:rsidRPr="008D4656">
        <w:rPr>
          <w:b/>
          <w:bCs/>
        </w:rPr>
        <w:t>Water sample digestion</w:t>
      </w:r>
    </w:p>
    <w:p w14:paraId="55999538" w14:textId="77777777" w:rsidR="00BA380A" w:rsidRDefault="00BA380A" w:rsidP="00BA380A">
      <w:pPr>
        <w:spacing w:after="120" w:line="480" w:lineRule="auto"/>
        <w:contextualSpacing/>
        <w:jc w:val="both"/>
      </w:pPr>
      <w:r>
        <w:t>Filtered water samples were digested prior to instrumental determination of metals. For each sample, 100 mL of filtered water was transferred into a digestion vessel, after which 5 mL of concentrated nitric acid (HNO₃) and 15 mL of hydrochloric acid (HCl) were added. The mixture was heated gently on a hot plate until the volume was reduced to approximately 20 mL. After cooling to room temperature, the digest was filtered where necessary and quantitatively transferred into a 50 mL volumetric flask. The final volume was made up to the mark with deionised water. This acid digestion procedure was applied to convert metals into soluble forms suitable for instrumental analysis and is consistent with standard procedures for the preparation of aqueous samples for total recoverable metal determination (APHA, 2017; USEPA, 1992).</w:t>
      </w:r>
    </w:p>
    <w:p w14:paraId="3D17D6AE" w14:textId="092998C0" w:rsidR="00BA380A" w:rsidRPr="008D4656" w:rsidRDefault="00BA380A" w:rsidP="008D4656">
      <w:pPr>
        <w:spacing w:after="120" w:line="240" w:lineRule="auto"/>
        <w:contextualSpacing/>
        <w:jc w:val="both"/>
        <w:rPr>
          <w:b/>
          <w:bCs/>
        </w:rPr>
      </w:pPr>
      <w:r w:rsidRPr="008D4656">
        <w:rPr>
          <w:b/>
          <w:bCs/>
        </w:rPr>
        <w:lastRenderedPageBreak/>
        <w:t>Sediment sample digestion</w:t>
      </w:r>
    </w:p>
    <w:p w14:paraId="7761228F" w14:textId="7676C674" w:rsidR="00BA380A" w:rsidRDefault="00BA380A" w:rsidP="00BA380A">
      <w:pPr>
        <w:spacing w:after="120" w:line="480" w:lineRule="auto"/>
        <w:contextualSpacing/>
        <w:jc w:val="both"/>
      </w:pPr>
      <w:r>
        <w:t xml:space="preserve">Sediment samples were oven-dried at low temperature, </w:t>
      </w:r>
      <w:r w:rsidR="00393715">
        <w:t>homogenized</w:t>
      </w:r>
      <w:r>
        <w:t xml:space="preserve"> and sieved to obtain a representative fine fraction prior to digestion. Approximately 1.0 g of dried and </w:t>
      </w:r>
      <w:r w:rsidR="001220D5">
        <w:t>homogenized</w:t>
      </w:r>
      <w:r>
        <w:t xml:space="preserve"> sediment was accurately weighed into a digestion vessel. </w:t>
      </w:r>
      <w:r w:rsidR="001220D5">
        <w:t>10 mL</w:t>
      </w:r>
      <w:r>
        <w:t xml:space="preserve"> of aqua regia were added and the mixture was heated at 95–105°C for 2 hours to enhance extraction of metals associated with the sediment matrix. After digestion, the mixture was allowed to cool, filtered and quantitatively transferred into a 50 mL volumetric flask. The final volume was made up to the mark with deionised water. The procedure is consistent with acid digestion approaches commonly used for sediments, sludges and soils, particularly for the extraction of environmentally available metal fractions prior to instrumental determination (USEPA, 1996).</w:t>
      </w:r>
    </w:p>
    <w:p w14:paraId="619139FC" w14:textId="7D81A123" w:rsidR="00BA380A" w:rsidRPr="00F66AD1" w:rsidRDefault="00BA380A" w:rsidP="00F66AD1">
      <w:pPr>
        <w:spacing w:after="120" w:line="240" w:lineRule="auto"/>
        <w:contextualSpacing/>
        <w:jc w:val="both"/>
        <w:rPr>
          <w:b/>
          <w:bCs/>
        </w:rPr>
      </w:pPr>
      <w:r w:rsidRPr="00F66AD1">
        <w:rPr>
          <w:b/>
          <w:bCs/>
        </w:rPr>
        <w:t>Instrumental metal determination</w:t>
      </w:r>
    </w:p>
    <w:p w14:paraId="6382018F" w14:textId="469C6B4D" w:rsidR="00BA380A" w:rsidRDefault="00BA380A" w:rsidP="00BA380A">
      <w:pPr>
        <w:spacing w:after="120" w:line="480" w:lineRule="auto"/>
        <w:contextualSpacing/>
        <w:jc w:val="both"/>
      </w:pPr>
      <w:r>
        <w:t xml:space="preserve">The digested water and sediment extracts were </w:t>
      </w:r>
      <w:r w:rsidR="00F66AD1">
        <w:t>analyzed</w:t>
      </w:r>
      <w:r>
        <w:t xml:space="preserve"> for the target metals using Atomic Absorption Spectrophotometry (AAS). The instrument was calibrated with certified standard solutions prepared for each metal and element-specific hollow cathode lamps were used at their respective analytical wavelengths. Analytical quality assurance was maintained through the use of reagent blanks, replicate digestions and analysis of reference or standard materials, where applicable. These quality-control measures were applied to </w:t>
      </w:r>
      <w:r w:rsidR="000A633F">
        <w:t>minimize</w:t>
      </w:r>
      <w:r>
        <w:t xml:space="preserve"> contamination, check analytical precision and improve confidence in the reported metal concentrations (APHA, 2017; USEPA, 1992, 1996).</w:t>
      </w:r>
    </w:p>
    <w:p w14:paraId="316613B3" w14:textId="679C6891" w:rsidR="00BE07BE" w:rsidRPr="00AF039E" w:rsidRDefault="00014E14" w:rsidP="00AF039E">
      <w:pPr>
        <w:spacing w:after="120" w:line="240" w:lineRule="auto"/>
        <w:contextualSpacing/>
        <w:jc w:val="both"/>
        <w:rPr>
          <w:b/>
          <w:bCs/>
        </w:rPr>
      </w:pPr>
      <w:r w:rsidRPr="00AF039E">
        <w:rPr>
          <w:b/>
          <w:bCs/>
        </w:rPr>
        <w:t>Sediment Pollution Indices</w:t>
      </w:r>
    </w:p>
    <w:p w14:paraId="340E997D" w14:textId="77777777" w:rsidR="00BE07BE" w:rsidRDefault="00014E14" w:rsidP="008F4440">
      <w:pPr>
        <w:spacing w:after="120" w:line="480" w:lineRule="auto"/>
        <w:contextualSpacing/>
        <w:jc w:val="both"/>
      </w:pPr>
      <w:r>
        <w:t xml:space="preserve">Sediment contamination was assessed using contamination factor (CF), geoaccumulation index (Igeo) and pollution load index (PLI). These indices are widely used for screening sediment contamination relative to background concentrations (Hakanson, 1980; Tomlinson </w:t>
      </w:r>
      <w:r w:rsidRPr="00596C77">
        <w:rPr>
          <w:i/>
          <w:iCs/>
        </w:rPr>
        <w:t>et al.,</w:t>
      </w:r>
      <w:r>
        <w:t xml:space="preserve"> 1980).</w:t>
      </w:r>
    </w:p>
    <w:p w14:paraId="2A148885" w14:textId="77777777" w:rsidR="00743EB3" w:rsidRDefault="00014E14" w:rsidP="008F4440">
      <w:pPr>
        <w:spacing w:after="120" w:line="480" w:lineRule="auto"/>
        <w:contextualSpacing/>
        <w:jc w:val="both"/>
      </w:pPr>
      <w:r>
        <w:t xml:space="preserve">The contamination factor was calculated as </w:t>
      </w:r>
    </w:p>
    <w:p w14:paraId="32A69328" w14:textId="24D88CF0" w:rsidR="00743EB3" w:rsidRDefault="00014E14" w:rsidP="00743EB3">
      <w:pPr>
        <w:spacing w:after="120" w:line="480" w:lineRule="auto"/>
        <w:ind w:firstLine="720"/>
        <w:contextualSpacing/>
        <w:jc w:val="both"/>
      </w:pPr>
      <w:r>
        <w:t>CF = Ci/Bi</w:t>
      </w:r>
      <w:r w:rsidR="00743EB3">
        <w:tab/>
      </w:r>
      <w:r w:rsidR="00743EB3">
        <w:tab/>
      </w:r>
      <w:r w:rsidR="00743EB3">
        <w:tab/>
      </w:r>
      <w:r w:rsidR="00743EB3">
        <w:tab/>
      </w:r>
      <w:r w:rsidR="00743EB3">
        <w:tab/>
      </w:r>
      <w:r w:rsidR="00743EB3">
        <w:tab/>
      </w:r>
      <w:r w:rsidR="00743EB3">
        <w:tab/>
      </w:r>
      <w:r w:rsidR="00743EB3">
        <w:tab/>
      </w:r>
      <w:r w:rsidR="00743EB3">
        <w:tab/>
      </w:r>
      <w:r w:rsidR="00743EB3">
        <w:tab/>
        <w:t xml:space="preserve">           </w:t>
      </w:r>
      <w:r w:rsidR="00FF3D15">
        <w:t xml:space="preserve">          </w:t>
      </w:r>
      <w:r w:rsidR="00743EB3">
        <w:t xml:space="preserve"> </w:t>
      </w:r>
      <w:r w:rsidR="00FF3D15">
        <w:t>(1)</w:t>
      </w:r>
    </w:p>
    <w:p w14:paraId="2F23139F" w14:textId="1B1FEBD2" w:rsidR="00BE07BE" w:rsidRDefault="00014E14" w:rsidP="008F4440">
      <w:pPr>
        <w:spacing w:after="120" w:line="480" w:lineRule="auto"/>
        <w:contextualSpacing/>
        <w:jc w:val="both"/>
      </w:pPr>
      <w:r>
        <w:t xml:space="preserve">where Ci is the measured concentration of metal i in sediment and Bi is the background concentration of the same metal. The background values used were Cr = 71.3 mg/kg, Pb = 29.7 mg/kg and Ni = 31.9 mg/kg (CNEMC, 1990). CF was interpreted as low contamination (CF &lt; 1), moderate contamination (1 ≤ CF &lt; 3), </w:t>
      </w:r>
      <w:r>
        <w:lastRenderedPageBreak/>
        <w:t xml:space="preserve">considerable contamination (3 ≤ CF &lt; 6) and very high contamination (CF ≥ 6) following Hakanson (1980) and Tomlinson </w:t>
      </w:r>
      <w:r w:rsidRPr="00596C77">
        <w:rPr>
          <w:i/>
          <w:iCs/>
        </w:rPr>
        <w:t>et al.</w:t>
      </w:r>
      <w:r>
        <w:t xml:space="preserve"> (1980).</w:t>
      </w:r>
    </w:p>
    <w:p w14:paraId="47441C47" w14:textId="77777777" w:rsidR="00FF3D15" w:rsidRDefault="00014E14" w:rsidP="00FF3D15">
      <w:pPr>
        <w:spacing w:after="120" w:line="480" w:lineRule="auto"/>
        <w:contextualSpacing/>
        <w:jc w:val="both"/>
      </w:pPr>
      <w:r>
        <w:t xml:space="preserve">The geoaccumulation index was calculated as Igeo = log2[Ci/(1.5Bi)], where 1.5 is a correction factor for natural lithogenic variability. The pollution load index was calculated as the nth root of the product of CF values for the metals analysed at each station. PLI values below 1 indicate no overall pollution load, whereas values above 1 suggest deterioration relative to background conditions (Tomlinson </w:t>
      </w:r>
      <w:r w:rsidRPr="007E2902">
        <w:rPr>
          <w:i/>
          <w:iCs/>
        </w:rPr>
        <w:t>et al.,</w:t>
      </w:r>
      <w:r>
        <w:t xml:space="preserve"> 1980).</w:t>
      </w:r>
    </w:p>
    <w:p w14:paraId="7D510E24" w14:textId="1AC3092F" w:rsidR="00BE07BE" w:rsidRDefault="00014E14" w:rsidP="00A2715D">
      <w:pPr>
        <w:spacing w:after="120" w:line="240" w:lineRule="auto"/>
        <w:contextualSpacing/>
        <w:jc w:val="both"/>
        <w:rPr>
          <w:b/>
          <w:bCs/>
        </w:rPr>
      </w:pPr>
      <w:r w:rsidRPr="00A2715D">
        <w:rPr>
          <w:b/>
          <w:bCs/>
        </w:rPr>
        <w:t>Data Treatment</w:t>
      </w:r>
    </w:p>
    <w:p w14:paraId="0F1ABB1C" w14:textId="417E27E1" w:rsidR="006929E4" w:rsidRDefault="00820F4C" w:rsidP="00E3173F">
      <w:pPr>
        <w:spacing w:after="120" w:line="480" w:lineRule="auto"/>
        <w:contextualSpacing/>
        <w:jc w:val="both"/>
      </w:pPr>
      <w:r w:rsidRPr="00820F4C">
        <w:t xml:space="preserve">Data treatment and interpretation were based on descriptive and comparative statistical approaches. Station-level mean concentrations were used for the assessment of metal distribution and pollution status. The data were </w:t>
      </w:r>
      <w:r w:rsidR="00693EC4" w:rsidRPr="00820F4C">
        <w:t>summarized</w:t>
      </w:r>
      <w:r w:rsidRPr="00820F4C">
        <w:t xml:space="preserve"> using concentration ranges, arithmetic means, standard deviations and station-wise total metal concentrations. To support environmental interpretation, the measured concentrations were compared with relevant guideline values, while contamination factor, geoaccumulation index and pollution load index were calculated to evaluate the degree of metal enrichment and overall pollution burden across the sampling stations. Differences observed among stations were interpreted as spatial trends in metal occurrence and contamination intensity, rather than as statistically tested differences, since inferential statistical testing was not applied in this section.</w:t>
      </w:r>
    </w:p>
    <w:p w14:paraId="17BB5EE1" w14:textId="276C9075" w:rsidR="00D5236D" w:rsidRDefault="005F0BEE" w:rsidP="00E3173F">
      <w:pPr>
        <w:spacing w:after="120" w:line="480" w:lineRule="auto"/>
        <w:contextualSpacing/>
        <w:jc w:val="both"/>
      </w:pPr>
      <w:r w:rsidRPr="005F0BEE">
        <w:t>The drinking</w:t>
      </w:r>
      <w:r w:rsidR="00623257">
        <w:t xml:space="preserve"> </w:t>
      </w:r>
      <w:r w:rsidRPr="005F0BEE">
        <w:t>water quality guideline values used for comparison in this study are presented in Table 1. These values provide the reference limits for assessing the suitability of the water samples with respect to selected heavy metals. The table includes maximum permitted limits from the Nigerian Standard for Drinking Water Quality (NSDWQ, 2015) and corresponding guideline values from the World Health Organization drinking-water quality framework (WHO, 2022).</w:t>
      </w:r>
    </w:p>
    <w:p w14:paraId="21737A85" w14:textId="77777777" w:rsidR="00985176" w:rsidRDefault="00985176" w:rsidP="00E3173F">
      <w:pPr>
        <w:spacing w:after="120" w:line="480" w:lineRule="auto"/>
        <w:contextualSpacing/>
        <w:jc w:val="both"/>
      </w:pPr>
    </w:p>
    <w:p w14:paraId="59383DF3" w14:textId="77777777" w:rsidR="00985176" w:rsidRDefault="00985176" w:rsidP="00E3173F">
      <w:pPr>
        <w:spacing w:after="120" w:line="480" w:lineRule="auto"/>
        <w:contextualSpacing/>
        <w:jc w:val="both"/>
      </w:pPr>
    </w:p>
    <w:p w14:paraId="64CC40B4" w14:textId="77777777" w:rsidR="00985176" w:rsidRDefault="00985176" w:rsidP="00E3173F">
      <w:pPr>
        <w:spacing w:after="120" w:line="480" w:lineRule="auto"/>
        <w:contextualSpacing/>
        <w:jc w:val="both"/>
      </w:pPr>
    </w:p>
    <w:p w14:paraId="11BCCD43" w14:textId="77777777" w:rsidR="00985176" w:rsidRDefault="00985176" w:rsidP="00E3173F">
      <w:pPr>
        <w:spacing w:after="120" w:line="480" w:lineRule="auto"/>
        <w:contextualSpacing/>
        <w:jc w:val="both"/>
      </w:pPr>
    </w:p>
    <w:p w14:paraId="19AA9837" w14:textId="77777777" w:rsidR="00985176" w:rsidRDefault="00985176" w:rsidP="00E3173F">
      <w:pPr>
        <w:spacing w:after="120" w:line="480" w:lineRule="auto"/>
        <w:contextualSpacing/>
        <w:jc w:val="both"/>
      </w:pPr>
    </w:p>
    <w:p w14:paraId="7F148022" w14:textId="0DE52FAD" w:rsidR="006E1191" w:rsidRPr="00F45155" w:rsidRDefault="00392BDC" w:rsidP="006735D1">
      <w:pPr>
        <w:spacing w:after="120" w:line="240" w:lineRule="auto"/>
        <w:ind w:firstLine="720"/>
        <w:contextualSpacing/>
        <w:jc w:val="both"/>
        <w:rPr>
          <w:b/>
          <w:bCs/>
        </w:rPr>
      </w:pPr>
      <w:r>
        <w:rPr>
          <w:b/>
          <w:bCs/>
        </w:rPr>
        <w:lastRenderedPageBreak/>
        <w:t xml:space="preserve">Table </w:t>
      </w:r>
      <w:r w:rsidR="002A534A">
        <w:rPr>
          <w:b/>
          <w:bCs/>
        </w:rPr>
        <w:t>1</w:t>
      </w:r>
      <w:r>
        <w:rPr>
          <w:b/>
          <w:bCs/>
        </w:rPr>
        <w:t xml:space="preserve">. </w:t>
      </w:r>
      <w:r w:rsidR="00F45155" w:rsidRPr="00F45155">
        <w:rPr>
          <w:b/>
          <w:bCs/>
        </w:rPr>
        <w:t xml:space="preserve">Drinking </w:t>
      </w:r>
      <w:r w:rsidR="006E1191" w:rsidRPr="00F45155">
        <w:rPr>
          <w:b/>
          <w:bCs/>
        </w:rPr>
        <w:t xml:space="preserve">water quality guideline </w:t>
      </w:r>
      <w:r w:rsidR="00F45155" w:rsidRPr="00F45155">
        <w:rPr>
          <w:b/>
          <w:bCs/>
        </w:rPr>
        <w:t xml:space="preserve">                                  </w:t>
      </w:r>
      <w:r w:rsidR="00F45155">
        <w:rPr>
          <w:b/>
          <w:bCs/>
        </w:rPr>
        <w:t xml:space="preserve">              </w:t>
      </w:r>
    </w:p>
    <w:tbl>
      <w:tblPr>
        <w:tblW w:w="10565" w:type="dxa"/>
        <w:tblCellSpacing w:w="15" w:type="dxa"/>
        <w:tblBorders>
          <w:bottom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343"/>
        <w:gridCol w:w="1435"/>
        <w:gridCol w:w="5171"/>
        <w:gridCol w:w="2616"/>
      </w:tblGrid>
      <w:tr w:rsidR="000875FE" w:rsidRPr="009113BC" w14:paraId="0C5E9C60" w14:textId="77777777" w:rsidTr="00985176">
        <w:trPr>
          <w:trHeight w:val="368"/>
          <w:tblHeader/>
          <w:tblCellSpacing w:w="15" w:type="dxa"/>
        </w:trPr>
        <w:tc>
          <w:tcPr>
            <w:tcW w:w="1298" w:type="dxa"/>
            <w:tcBorders>
              <w:top w:val="single" w:sz="4" w:space="0" w:color="auto"/>
              <w:bottom w:val="single" w:sz="4" w:space="0" w:color="auto"/>
            </w:tcBorders>
            <w:vAlign w:val="center"/>
            <w:hideMark/>
          </w:tcPr>
          <w:p w14:paraId="75039D57" w14:textId="77777777" w:rsidR="000875FE" w:rsidRPr="009113BC" w:rsidRDefault="000875FE" w:rsidP="0009497E">
            <w:pPr>
              <w:spacing w:after="0" w:line="240" w:lineRule="auto"/>
              <w:jc w:val="center"/>
              <w:rPr>
                <w:rFonts w:eastAsia="Times New Roman" w:cs="Times New Roman"/>
                <w:b/>
                <w:bCs/>
                <w:sz w:val="20"/>
                <w:szCs w:val="20"/>
              </w:rPr>
            </w:pPr>
            <w:r w:rsidRPr="009113BC">
              <w:rPr>
                <w:rFonts w:eastAsia="Times New Roman" w:cs="Times New Roman"/>
                <w:b/>
                <w:bCs/>
                <w:sz w:val="20"/>
                <w:szCs w:val="20"/>
              </w:rPr>
              <w:t>Metal</w:t>
            </w:r>
          </w:p>
        </w:tc>
        <w:tc>
          <w:tcPr>
            <w:tcW w:w="1405" w:type="dxa"/>
            <w:tcBorders>
              <w:top w:val="single" w:sz="4" w:space="0" w:color="auto"/>
              <w:bottom w:val="single" w:sz="4" w:space="0" w:color="auto"/>
            </w:tcBorders>
            <w:vAlign w:val="center"/>
            <w:hideMark/>
          </w:tcPr>
          <w:p w14:paraId="26B81A3A" w14:textId="77777777" w:rsidR="000875FE" w:rsidRPr="009113BC" w:rsidRDefault="000875FE" w:rsidP="0009497E">
            <w:pPr>
              <w:spacing w:after="0" w:line="240" w:lineRule="auto"/>
              <w:jc w:val="center"/>
              <w:rPr>
                <w:rFonts w:eastAsia="Times New Roman" w:cs="Times New Roman"/>
                <w:b/>
                <w:bCs/>
                <w:sz w:val="20"/>
                <w:szCs w:val="20"/>
              </w:rPr>
            </w:pPr>
            <w:r w:rsidRPr="009113BC">
              <w:rPr>
                <w:rFonts w:eastAsia="Times New Roman" w:cs="Times New Roman"/>
                <w:b/>
                <w:bCs/>
                <w:sz w:val="20"/>
                <w:szCs w:val="20"/>
              </w:rPr>
              <w:t>Symbol/species</w:t>
            </w:r>
          </w:p>
        </w:tc>
        <w:tc>
          <w:tcPr>
            <w:tcW w:w="5141" w:type="dxa"/>
            <w:tcBorders>
              <w:top w:val="single" w:sz="4" w:space="0" w:color="auto"/>
              <w:bottom w:val="single" w:sz="4" w:space="0" w:color="auto"/>
            </w:tcBorders>
            <w:vAlign w:val="center"/>
            <w:hideMark/>
          </w:tcPr>
          <w:p w14:paraId="7FD2F437" w14:textId="77777777" w:rsidR="000875FE" w:rsidRPr="009113BC" w:rsidRDefault="000875FE" w:rsidP="0009497E">
            <w:pPr>
              <w:spacing w:after="0" w:line="240" w:lineRule="auto"/>
              <w:jc w:val="center"/>
              <w:rPr>
                <w:rFonts w:eastAsia="Times New Roman" w:cs="Times New Roman"/>
                <w:b/>
                <w:bCs/>
                <w:sz w:val="20"/>
                <w:szCs w:val="20"/>
              </w:rPr>
            </w:pPr>
            <w:r w:rsidRPr="009113BC">
              <w:rPr>
                <w:rFonts w:eastAsia="Times New Roman" w:cs="Times New Roman"/>
                <w:b/>
                <w:bCs/>
                <w:sz w:val="20"/>
                <w:szCs w:val="20"/>
              </w:rPr>
              <w:t>NSDWQ/NIS 554:2015 maximum permitted limit (mg/L)</w:t>
            </w:r>
          </w:p>
        </w:tc>
        <w:tc>
          <w:tcPr>
            <w:tcW w:w="2571" w:type="dxa"/>
            <w:tcBorders>
              <w:top w:val="single" w:sz="4" w:space="0" w:color="auto"/>
              <w:bottom w:val="single" w:sz="4" w:space="0" w:color="auto"/>
            </w:tcBorders>
            <w:vAlign w:val="center"/>
            <w:hideMark/>
          </w:tcPr>
          <w:p w14:paraId="5AEFD751" w14:textId="77777777" w:rsidR="000875FE" w:rsidRPr="009113BC" w:rsidRDefault="000875FE" w:rsidP="0009497E">
            <w:pPr>
              <w:spacing w:after="0" w:line="240" w:lineRule="auto"/>
              <w:jc w:val="center"/>
              <w:rPr>
                <w:rFonts w:eastAsia="Times New Roman" w:cs="Times New Roman"/>
                <w:b/>
                <w:bCs/>
                <w:sz w:val="20"/>
                <w:szCs w:val="20"/>
              </w:rPr>
            </w:pPr>
            <w:r w:rsidRPr="009113BC">
              <w:rPr>
                <w:rFonts w:eastAsia="Times New Roman" w:cs="Times New Roman"/>
                <w:b/>
                <w:bCs/>
                <w:sz w:val="20"/>
                <w:szCs w:val="20"/>
              </w:rPr>
              <w:t>WHO guideline value/framework (mg/L)</w:t>
            </w:r>
          </w:p>
        </w:tc>
      </w:tr>
      <w:tr w:rsidR="000875FE" w:rsidRPr="009113BC" w14:paraId="10E126E9" w14:textId="77777777" w:rsidTr="00985176">
        <w:trPr>
          <w:trHeight w:val="282"/>
          <w:tblCellSpacing w:w="15" w:type="dxa"/>
        </w:trPr>
        <w:tc>
          <w:tcPr>
            <w:tcW w:w="1298" w:type="dxa"/>
            <w:vAlign w:val="center"/>
            <w:hideMark/>
          </w:tcPr>
          <w:p w14:paraId="24A1C4E6" w14:textId="77777777" w:rsidR="000875FE" w:rsidRPr="009113BC" w:rsidRDefault="000875FE" w:rsidP="0009497E">
            <w:pPr>
              <w:spacing w:after="0" w:line="240" w:lineRule="auto"/>
              <w:jc w:val="center"/>
              <w:rPr>
                <w:rFonts w:eastAsia="Times New Roman" w:cs="Times New Roman"/>
                <w:sz w:val="20"/>
                <w:szCs w:val="20"/>
              </w:rPr>
            </w:pPr>
            <w:r w:rsidRPr="009113BC">
              <w:rPr>
                <w:rFonts w:eastAsia="Times New Roman" w:cs="Times New Roman"/>
                <w:sz w:val="20"/>
                <w:szCs w:val="20"/>
              </w:rPr>
              <w:t>Cadmium</w:t>
            </w:r>
          </w:p>
        </w:tc>
        <w:tc>
          <w:tcPr>
            <w:tcW w:w="1405" w:type="dxa"/>
            <w:vAlign w:val="center"/>
            <w:hideMark/>
          </w:tcPr>
          <w:p w14:paraId="6D0B83F8" w14:textId="77777777" w:rsidR="000875FE" w:rsidRPr="009113BC" w:rsidRDefault="000875FE" w:rsidP="0009497E">
            <w:pPr>
              <w:spacing w:after="0" w:line="240" w:lineRule="auto"/>
              <w:jc w:val="center"/>
              <w:rPr>
                <w:rFonts w:eastAsia="Times New Roman" w:cs="Times New Roman"/>
                <w:sz w:val="20"/>
                <w:szCs w:val="20"/>
              </w:rPr>
            </w:pPr>
            <w:r w:rsidRPr="009113BC">
              <w:rPr>
                <w:rFonts w:eastAsia="Times New Roman" w:cs="Times New Roman"/>
                <w:sz w:val="20"/>
                <w:szCs w:val="20"/>
              </w:rPr>
              <w:t>Cd</w:t>
            </w:r>
          </w:p>
        </w:tc>
        <w:tc>
          <w:tcPr>
            <w:tcW w:w="5141" w:type="dxa"/>
            <w:vAlign w:val="center"/>
            <w:hideMark/>
          </w:tcPr>
          <w:p w14:paraId="6DD2A7D1" w14:textId="77777777" w:rsidR="000875FE" w:rsidRPr="009113BC" w:rsidRDefault="000875FE" w:rsidP="0009497E">
            <w:pPr>
              <w:spacing w:after="0" w:line="240" w:lineRule="auto"/>
              <w:jc w:val="center"/>
              <w:rPr>
                <w:rFonts w:eastAsia="Times New Roman" w:cs="Times New Roman"/>
                <w:sz w:val="20"/>
                <w:szCs w:val="20"/>
              </w:rPr>
            </w:pPr>
            <w:r w:rsidRPr="009113BC">
              <w:rPr>
                <w:rFonts w:eastAsia="Times New Roman" w:cs="Times New Roman"/>
                <w:sz w:val="20"/>
                <w:szCs w:val="20"/>
              </w:rPr>
              <w:t>0.003</w:t>
            </w:r>
          </w:p>
        </w:tc>
        <w:tc>
          <w:tcPr>
            <w:tcW w:w="2571" w:type="dxa"/>
            <w:vAlign w:val="center"/>
            <w:hideMark/>
          </w:tcPr>
          <w:p w14:paraId="457CFE54" w14:textId="77777777" w:rsidR="000875FE" w:rsidRPr="009113BC" w:rsidRDefault="000875FE" w:rsidP="0009497E">
            <w:pPr>
              <w:spacing w:after="0" w:line="240" w:lineRule="auto"/>
              <w:jc w:val="center"/>
              <w:rPr>
                <w:rFonts w:eastAsia="Times New Roman" w:cs="Times New Roman"/>
                <w:sz w:val="20"/>
                <w:szCs w:val="20"/>
              </w:rPr>
            </w:pPr>
            <w:r w:rsidRPr="009113BC">
              <w:rPr>
                <w:rFonts w:eastAsia="Times New Roman" w:cs="Times New Roman"/>
                <w:sz w:val="20"/>
                <w:szCs w:val="20"/>
              </w:rPr>
              <w:t>0.003</w:t>
            </w:r>
          </w:p>
        </w:tc>
      </w:tr>
      <w:tr w:rsidR="000875FE" w:rsidRPr="009113BC" w14:paraId="6796979B" w14:textId="77777777" w:rsidTr="00985176">
        <w:trPr>
          <w:trHeight w:val="298"/>
          <w:tblCellSpacing w:w="15" w:type="dxa"/>
        </w:trPr>
        <w:tc>
          <w:tcPr>
            <w:tcW w:w="1298" w:type="dxa"/>
            <w:vAlign w:val="center"/>
            <w:hideMark/>
          </w:tcPr>
          <w:p w14:paraId="289E6262" w14:textId="77777777" w:rsidR="000875FE" w:rsidRPr="009113BC" w:rsidRDefault="000875FE" w:rsidP="0009497E">
            <w:pPr>
              <w:spacing w:after="0" w:line="240" w:lineRule="auto"/>
              <w:jc w:val="center"/>
              <w:rPr>
                <w:rFonts w:eastAsia="Times New Roman" w:cs="Times New Roman"/>
                <w:sz w:val="20"/>
                <w:szCs w:val="20"/>
              </w:rPr>
            </w:pPr>
            <w:r w:rsidRPr="009113BC">
              <w:rPr>
                <w:rFonts w:eastAsia="Times New Roman" w:cs="Times New Roman"/>
                <w:sz w:val="20"/>
                <w:szCs w:val="20"/>
              </w:rPr>
              <w:t>Chromium</w:t>
            </w:r>
          </w:p>
        </w:tc>
        <w:tc>
          <w:tcPr>
            <w:tcW w:w="1405" w:type="dxa"/>
            <w:vAlign w:val="center"/>
            <w:hideMark/>
          </w:tcPr>
          <w:p w14:paraId="5F3103BF" w14:textId="77777777" w:rsidR="000875FE" w:rsidRPr="009113BC" w:rsidRDefault="000875FE" w:rsidP="0009497E">
            <w:pPr>
              <w:spacing w:after="0" w:line="240" w:lineRule="auto"/>
              <w:jc w:val="center"/>
              <w:rPr>
                <w:rFonts w:eastAsia="Times New Roman" w:cs="Times New Roman"/>
                <w:sz w:val="20"/>
                <w:szCs w:val="20"/>
              </w:rPr>
            </w:pPr>
            <w:r w:rsidRPr="009113BC">
              <w:rPr>
                <w:rFonts w:eastAsia="Times New Roman" w:cs="Times New Roman"/>
                <w:sz w:val="20"/>
                <w:szCs w:val="20"/>
              </w:rPr>
              <w:t>Cr/Cr(VI)</w:t>
            </w:r>
          </w:p>
        </w:tc>
        <w:tc>
          <w:tcPr>
            <w:tcW w:w="5141" w:type="dxa"/>
            <w:vAlign w:val="center"/>
            <w:hideMark/>
          </w:tcPr>
          <w:p w14:paraId="76698E6D" w14:textId="77777777" w:rsidR="000875FE" w:rsidRPr="009113BC" w:rsidRDefault="000875FE" w:rsidP="0009497E">
            <w:pPr>
              <w:spacing w:after="0" w:line="240" w:lineRule="auto"/>
              <w:jc w:val="center"/>
              <w:rPr>
                <w:rFonts w:eastAsia="Times New Roman" w:cs="Times New Roman"/>
                <w:sz w:val="20"/>
                <w:szCs w:val="20"/>
              </w:rPr>
            </w:pPr>
            <w:r w:rsidRPr="009113BC">
              <w:rPr>
                <w:rFonts w:eastAsia="Times New Roman" w:cs="Times New Roman"/>
                <w:sz w:val="20"/>
                <w:szCs w:val="20"/>
              </w:rPr>
              <w:t>0.05</w:t>
            </w:r>
          </w:p>
        </w:tc>
        <w:tc>
          <w:tcPr>
            <w:tcW w:w="2571" w:type="dxa"/>
            <w:vAlign w:val="center"/>
            <w:hideMark/>
          </w:tcPr>
          <w:p w14:paraId="4A89D5D8" w14:textId="77777777" w:rsidR="000875FE" w:rsidRPr="009113BC" w:rsidRDefault="000875FE" w:rsidP="0009497E">
            <w:pPr>
              <w:spacing w:after="0" w:line="240" w:lineRule="auto"/>
              <w:jc w:val="center"/>
              <w:rPr>
                <w:rFonts w:eastAsia="Times New Roman" w:cs="Times New Roman"/>
                <w:sz w:val="20"/>
                <w:szCs w:val="20"/>
              </w:rPr>
            </w:pPr>
            <w:r w:rsidRPr="009113BC">
              <w:rPr>
                <w:rFonts w:eastAsia="Times New Roman" w:cs="Times New Roman"/>
                <w:sz w:val="20"/>
                <w:szCs w:val="20"/>
              </w:rPr>
              <w:t>0.05</w:t>
            </w:r>
          </w:p>
        </w:tc>
      </w:tr>
      <w:tr w:rsidR="000875FE" w:rsidRPr="009113BC" w14:paraId="30879B95" w14:textId="77777777" w:rsidTr="00985176">
        <w:trPr>
          <w:trHeight w:val="282"/>
          <w:tblCellSpacing w:w="15" w:type="dxa"/>
        </w:trPr>
        <w:tc>
          <w:tcPr>
            <w:tcW w:w="1298" w:type="dxa"/>
            <w:vAlign w:val="center"/>
            <w:hideMark/>
          </w:tcPr>
          <w:p w14:paraId="174306FA" w14:textId="77777777" w:rsidR="000875FE" w:rsidRPr="009113BC" w:rsidRDefault="000875FE" w:rsidP="0009497E">
            <w:pPr>
              <w:spacing w:after="0" w:line="240" w:lineRule="auto"/>
              <w:jc w:val="center"/>
              <w:rPr>
                <w:rFonts w:eastAsia="Times New Roman" w:cs="Times New Roman"/>
                <w:sz w:val="20"/>
                <w:szCs w:val="20"/>
              </w:rPr>
            </w:pPr>
            <w:r w:rsidRPr="009113BC">
              <w:rPr>
                <w:rFonts w:eastAsia="Times New Roman" w:cs="Times New Roman"/>
                <w:sz w:val="20"/>
                <w:szCs w:val="20"/>
              </w:rPr>
              <w:t>Copper</w:t>
            </w:r>
          </w:p>
        </w:tc>
        <w:tc>
          <w:tcPr>
            <w:tcW w:w="1405" w:type="dxa"/>
            <w:vAlign w:val="center"/>
            <w:hideMark/>
          </w:tcPr>
          <w:p w14:paraId="016F6D5B" w14:textId="77777777" w:rsidR="000875FE" w:rsidRPr="009113BC" w:rsidRDefault="000875FE" w:rsidP="0009497E">
            <w:pPr>
              <w:spacing w:after="0" w:line="240" w:lineRule="auto"/>
              <w:jc w:val="center"/>
              <w:rPr>
                <w:rFonts w:eastAsia="Times New Roman" w:cs="Times New Roman"/>
                <w:sz w:val="20"/>
                <w:szCs w:val="20"/>
              </w:rPr>
            </w:pPr>
            <w:r w:rsidRPr="009113BC">
              <w:rPr>
                <w:rFonts w:eastAsia="Times New Roman" w:cs="Times New Roman"/>
                <w:sz w:val="20"/>
                <w:szCs w:val="20"/>
              </w:rPr>
              <w:t>Cu</w:t>
            </w:r>
          </w:p>
        </w:tc>
        <w:tc>
          <w:tcPr>
            <w:tcW w:w="5141" w:type="dxa"/>
            <w:vAlign w:val="center"/>
            <w:hideMark/>
          </w:tcPr>
          <w:p w14:paraId="2AC2E8F1" w14:textId="77777777" w:rsidR="000875FE" w:rsidRPr="009113BC" w:rsidRDefault="000875FE" w:rsidP="0009497E">
            <w:pPr>
              <w:spacing w:after="0" w:line="240" w:lineRule="auto"/>
              <w:jc w:val="center"/>
              <w:rPr>
                <w:rFonts w:eastAsia="Times New Roman" w:cs="Times New Roman"/>
                <w:sz w:val="20"/>
                <w:szCs w:val="20"/>
              </w:rPr>
            </w:pPr>
            <w:r w:rsidRPr="009113BC">
              <w:rPr>
                <w:rFonts w:eastAsia="Times New Roman" w:cs="Times New Roman"/>
                <w:sz w:val="20"/>
                <w:szCs w:val="20"/>
              </w:rPr>
              <w:t>1.00</w:t>
            </w:r>
          </w:p>
        </w:tc>
        <w:tc>
          <w:tcPr>
            <w:tcW w:w="2571" w:type="dxa"/>
            <w:vAlign w:val="center"/>
            <w:hideMark/>
          </w:tcPr>
          <w:p w14:paraId="126F37D4" w14:textId="77777777" w:rsidR="000875FE" w:rsidRPr="009113BC" w:rsidRDefault="000875FE" w:rsidP="0009497E">
            <w:pPr>
              <w:spacing w:after="0" w:line="240" w:lineRule="auto"/>
              <w:jc w:val="center"/>
              <w:rPr>
                <w:rFonts w:eastAsia="Times New Roman" w:cs="Times New Roman"/>
                <w:sz w:val="20"/>
                <w:szCs w:val="20"/>
              </w:rPr>
            </w:pPr>
            <w:r w:rsidRPr="009113BC">
              <w:rPr>
                <w:rFonts w:eastAsia="Times New Roman" w:cs="Times New Roman"/>
                <w:sz w:val="20"/>
                <w:szCs w:val="20"/>
              </w:rPr>
              <w:t>2.00</w:t>
            </w:r>
          </w:p>
        </w:tc>
      </w:tr>
      <w:tr w:rsidR="000875FE" w:rsidRPr="009113BC" w14:paraId="0A4E66FB" w14:textId="77777777" w:rsidTr="00985176">
        <w:trPr>
          <w:trHeight w:val="908"/>
          <w:tblCellSpacing w:w="15" w:type="dxa"/>
        </w:trPr>
        <w:tc>
          <w:tcPr>
            <w:tcW w:w="1298" w:type="dxa"/>
            <w:vAlign w:val="center"/>
            <w:hideMark/>
          </w:tcPr>
          <w:p w14:paraId="5D687240" w14:textId="77777777" w:rsidR="000875FE" w:rsidRPr="009113BC" w:rsidRDefault="000875FE" w:rsidP="0009497E">
            <w:pPr>
              <w:spacing w:after="0" w:line="240" w:lineRule="auto"/>
              <w:jc w:val="center"/>
              <w:rPr>
                <w:rFonts w:eastAsia="Times New Roman" w:cs="Times New Roman"/>
                <w:sz w:val="20"/>
                <w:szCs w:val="20"/>
              </w:rPr>
            </w:pPr>
            <w:r w:rsidRPr="009113BC">
              <w:rPr>
                <w:rFonts w:eastAsia="Times New Roman" w:cs="Times New Roman"/>
                <w:sz w:val="20"/>
                <w:szCs w:val="20"/>
              </w:rPr>
              <w:t>Iron</w:t>
            </w:r>
          </w:p>
        </w:tc>
        <w:tc>
          <w:tcPr>
            <w:tcW w:w="1405" w:type="dxa"/>
            <w:vAlign w:val="center"/>
            <w:hideMark/>
          </w:tcPr>
          <w:p w14:paraId="0AF3FA43" w14:textId="77777777" w:rsidR="000875FE" w:rsidRPr="009113BC" w:rsidRDefault="000875FE" w:rsidP="0009497E">
            <w:pPr>
              <w:spacing w:after="0" w:line="240" w:lineRule="auto"/>
              <w:jc w:val="center"/>
              <w:rPr>
                <w:rFonts w:eastAsia="Times New Roman" w:cs="Times New Roman"/>
                <w:sz w:val="20"/>
                <w:szCs w:val="20"/>
              </w:rPr>
            </w:pPr>
            <w:r w:rsidRPr="009113BC">
              <w:rPr>
                <w:rFonts w:eastAsia="Times New Roman" w:cs="Times New Roman"/>
                <w:sz w:val="20"/>
                <w:szCs w:val="20"/>
              </w:rPr>
              <w:t>Fe</w:t>
            </w:r>
          </w:p>
        </w:tc>
        <w:tc>
          <w:tcPr>
            <w:tcW w:w="5141" w:type="dxa"/>
            <w:vAlign w:val="center"/>
            <w:hideMark/>
          </w:tcPr>
          <w:p w14:paraId="4CD49D3A" w14:textId="77777777" w:rsidR="000875FE" w:rsidRPr="009113BC" w:rsidRDefault="000875FE" w:rsidP="0009497E">
            <w:pPr>
              <w:spacing w:after="0" w:line="240" w:lineRule="auto"/>
              <w:jc w:val="center"/>
              <w:rPr>
                <w:rFonts w:eastAsia="Times New Roman" w:cs="Times New Roman"/>
                <w:sz w:val="20"/>
                <w:szCs w:val="20"/>
              </w:rPr>
            </w:pPr>
            <w:r w:rsidRPr="009113BC">
              <w:rPr>
                <w:rFonts w:eastAsia="Times New Roman" w:cs="Times New Roman"/>
                <w:sz w:val="20"/>
                <w:szCs w:val="20"/>
              </w:rPr>
              <w:t>0.30</w:t>
            </w:r>
          </w:p>
        </w:tc>
        <w:tc>
          <w:tcPr>
            <w:tcW w:w="2571" w:type="dxa"/>
            <w:vAlign w:val="center"/>
            <w:hideMark/>
          </w:tcPr>
          <w:p w14:paraId="13A09F74" w14:textId="77777777" w:rsidR="000875FE" w:rsidRPr="009113BC" w:rsidRDefault="000875FE" w:rsidP="0009497E">
            <w:pPr>
              <w:spacing w:after="0" w:line="240" w:lineRule="auto"/>
              <w:jc w:val="center"/>
              <w:rPr>
                <w:rFonts w:eastAsia="Times New Roman" w:cs="Times New Roman"/>
                <w:sz w:val="20"/>
                <w:szCs w:val="20"/>
              </w:rPr>
            </w:pPr>
            <w:r w:rsidRPr="009113BC">
              <w:rPr>
                <w:rFonts w:eastAsia="Times New Roman" w:cs="Times New Roman"/>
                <w:sz w:val="20"/>
                <w:szCs w:val="20"/>
              </w:rPr>
              <w:t>No formal health-based guideline value</w:t>
            </w:r>
          </w:p>
        </w:tc>
      </w:tr>
      <w:tr w:rsidR="000875FE" w:rsidRPr="009113BC" w14:paraId="1103EF08" w14:textId="77777777" w:rsidTr="00985176">
        <w:trPr>
          <w:trHeight w:val="282"/>
          <w:tblCellSpacing w:w="15" w:type="dxa"/>
        </w:trPr>
        <w:tc>
          <w:tcPr>
            <w:tcW w:w="1298" w:type="dxa"/>
            <w:vAlign w:val="center"/>
            <w:hideMark/>
          </w:tcPr>
          <w:p w14:paraId="7CD16660" w14:textId="77777777" w:rsidR="000875FE" w:rsidRPr="009113BC" w:rsidRDefault="000875FE" w:rsidP="0009497E">
            <w:pPr>
              <w:spacing w:after="0" w:line="240" w:lineRule="auto"/>
              <w:jc w:val="center"/>
              <w:rPr>
                <w:rFonts w:eastAsia="Times New Roman" w:cs="Times New Roman"/>
                <w:sz w:val="20"/>
                <w:szCs w:val="20"/>
              </w:rPr>
            </w:pPr>
            <w:r w:rsidRPr="009113BC">
              <w:rPr>
                <w:rFonts w:eastAsia="Times New Roman" w:cs="Times New Roman"/>
                <w:sz w:val="20"/>
                <w:szCs w:val="20"/>
              </w:rPr>
              <w:t>Lead</w:t>
            </w:r>
          </w:p>
        </w:tc>
        <w:tc>
          <w:tcPr>
            <w:tcW w:w="1405" w:type="dxa"/>
            <w:vAlign w:val="center"/>
            <w:hideMark/>
          </w:tcPr>
          <w:p w14:paraId="08515DC0" w14:textId="77777777" w:rsidR="000875FE" w:rsidRPr="009113BC" w:rsidRDefault="000875FE" w:rsidP="0009497E">
            <w:pPr>
              <w:spacing w:after="0" w:line="240" w:lineRule="auto"/>
              <w:jc w:val="center"/>
              <w:rPr>
                <w:rFonts w:eastAsia="Times New Roman" w:cs="Times New Roman"/>
                <w:sz w:val="20"/>
                <w:szCs w:val="20"/>
              </w:rPr>
            </w:pPr>
            <w:r w:rsidRPr="009113BC">
              <w:rPr>
                <w:rFonts w:eastAsia="Times New Roman" w:cs="Times New Roman"/>
                <w:sz w:val="20"/>
                <w:szCs w:val="20"/>
              </w:rPr>
              <w:t>Pb</w:t>
            </w:r>
          </w:p>
        </w:tc>
        <w:tc>
          <w:tcPr>
            <w:tcW w:w="5141" w:type="dxa"/>
            <w:vAlign w:val="center"/>
            <w:hideMark/>
          </w:tcPr>
          <w:p w14:paraId="34863F61" w14:textId="77777777" w:rsidR="000875FE" w:rsidRPr="009113BC" w:rsidRDefault="000875FE" w:rsidP="0009497E">
            <w:pPr>
              <w:spacing w:after="0" w:line="240" w:lineRule="auto"/>
              <w:jc w:val="center"/>
              <w:rPr>
                <w:rFonts w:eastAsia="Times New Roman" w:cs="Times New Roman"/>
                <w:sz w:val="20"/>
                <w:szCs w:val="20"/>
              </w:rPr>
            </w:pPr>
            <w:r w:rsidRPr="009113BC">
              <w:rPr>
                <w:rFonts w:eastAsia="Times New Roman" w:cs="Times New Roman"/>
                <w:sz w:val="20"/>
                <w:szCs w:val="20"/>
              </w:rPr>
              <w:t>0.01</w:t>
            </w:r>
          </w:p>
        </w:tc>
        <w:tc>
          <w:tcPr>
            <w:tcW w:w="2571" w:type="dxa"/>
            <w:vAlign w:val="center"/>
            <w:hideMark/>
          </w:tcPr>
          <w:p w14:paraId="1D3A41A9" w14:textId="77777777" w:rsidR="000875FE" w:rsidRPr="009113BC" w:rsidRDefault="000875FE" w:rsidP="0009497E">
            <w:pPr>
              <w:spacing w:after="0" w:line="240" w:lineRule="auto"/>
              <w:jc w:val="center"/>
              <w:rPr>
                <w:rFonts w:eastAsia="Times New Roman" w:cs="Times New Roman"/>
                <w:sz w:val="20"/>
                <w:szCs w:val="20"/>
              </w:rPr>
            </w:pPr>
            <w:r w:rsidRPr="009113BC">
              <w:rPr>
                <w:rFonts w:eastAsia="Times New Roman" w:cs="Times New Roman"/>
                <w:sz w:val="20"/>
                <w:szCs w:val="20"/>
              </w:rPr>
              <w:t>0.01, provisional</w:t>
            </w:r>
          </w:p>
        </w:tc>
      </w:tr>
      <w:tr w:rsidR="000875FE" w:rsidRPr="009113BC" w14:paraId="265CC0EF" w14:textId="77777777" w:rsidTr="00985176">
        <w:trPr>
          <w:trHeight w:val="298"/>
          <w:tblCellSpacing w:w="15" w:type="dxa"/>
        </w:trPr>
        <w:tc>
          <w:tcPr>
            <w:tcW w:w="1298" w:type="dxa"/>
            <w:vAlign w:val="center"/>
            <w:hideMark/>
          </w:tcPr>
          <w:p w14:paraId="5EF5BE07" w14:textId="77777777" w:rsidR="000875FE" w:rsidRPr="009113BC" w:rsidRDefault="000875FE" w:rsidP="0009497E">
            <w:pPr>
              <w:spacing w:after="0" w:line="240" w:lineRule="auto"/>
              <w:jc w:val="center"/>
              <w:rPr>
                <w:rFonts w:eastAsia="Times New Roman" w:cs="Times New Roman"/>
                <w:sz w:val="20"/>
                <w:szCs w:val="20"/>
              </w:rPr>
            </w:pPr>
            <w:r w:rsidRPr="009113BC">
              <w:rPr>
                <w:rFonts w:eastAsia="Times New Roman" w:cs="Times New Roman"/>
                <w:sz w:val="20"/>
                <w:szCs w:val="20"/>
              </w:rPr>
              <w:t>Manganese</w:t>
            </w:r>
          </w:p>
        </w:tc>
        <w:tc>
          <w:tcPr>
            <w:tcW w:w="1405" w:type="dxa"/>
            <w:vAlign w:val="center"/>
            <w:hideMark/>
          </w:tcPr>
          <w:p w14:paraId="1487EE42" w14:textId="77777777" w:rsidR="000875FE" w:rsidRPr="009113BC" w:rsidRDefault="000875FE" w:rsidP="0009497E">
            <w:pPr>
              <w:spacing w:after="0" w:line="240" w:lineRule="auto"/>
              <w:jc w:val="center"/>
              <w:rPr>
                <w:rFonts w:eastAsia="Times New Roman" w:cs="Times New Roman"/>
                <w:sz w:val="20"/>
                <w:szCs w:val="20"/>
              </w:rPr>
            </w:pPr>
            <w:r w:rsidRPr="009113BC">
              <w:rPr>
                <w:rFonts w:eastAsia="Times New Roman" w:cs="Times New Roman"/>
                <w:sz w:val="20"/>
                <w:szCs w:val="20"/>
              </w:rPr>
              <w:t>Mn</w:t>
            </w:r>
          </w:p>
        </w:tc>
        <w:tc>
          <w:tcPr>
            <w:tcW w:w="5141" w:type="dxa"/>
            <w:vAlign w:val="center"/>
            <w:hideMark/>
          </w:tcPr>
          <w:p w14:paraId="3DCC1A0A" w14:textId="77777777" w:rsidR="000875FE" w:rsidRPr="009113BC" w:rsidRDefault="000875FE" w:rsidP="0009497E">
            <w:pPr>
              <w:spacing w:after="0" w:line="240" w:lineRule="auto"/>
              <w:jc w:val="center"/>
              <w:rPr>
                <w:rFonts w:eastAsia="Times New Roman" w:cs="Times New Roman"/>
                <w:sz w:val="20"/>
                <w:szCs w:val="20"/>
              </w:rPr>
            </w:pPr>
            <w:r w:rsidRPr="009113BC">
              <w:rPr>
                <w:rFonts w:eastAsia="Times New Roman" w:cs="Times New Roman"/>
                <w:sz w:val="20"/>
                <w:szCs w:val="20"/>
              </w:rPr>
              <w:t>0.20</w:t>
            </w:r>
          </w:p>
        </w:tc>
        <w:tc>
          <w:tcPr>
            <w:tcW w:w="2571" w:type="dxa"/>
            <w:vAlign w:val="center"/>
            <w:hideMark/>
          </w:tcPr>
          <w:p w14:paraId="5A0FD716" w14:textId="77777777" w:rsidR="000875FE" w:rsidRPr="009113BC" w:rsidRDefault="000875FE" w:rsidP="0009497E">
            <w:pPr>
              <w:spacing w:after="0" w:line="240" w:lineRule="auto"/>
              <w:jc w:val="center"/>
              <w:rPr>
                <w:rFonts w:eastAsia="Times New Roman" w:cs="Times New Roman"/>
                <w:sz w:val="20"/>
                <w:szCs w:val="20"/>
              </w:rPr>
            </w:pPr>
            <w:r w:rsidRPr="009113BC">
              <w:rPr>
                <w:rFonts w:eastAsia="Times New Roman" w:cs="Times New Roman"/>
                <w:sz w:val="20"/>
                <w:szCs w:val="20"/>
              </w:rPr>
              <w:t>0.08, provisional</w:t>
            </w:r>
          </w:p>
        </w:tc>
      </w:tr>
      <w:tr w:rsidR="000875FE" w:rsidRPr="009113BC" w14:paraId="09F7F644" w14:textId="77777777" w:rsidTr="00985176">
        <w:trPr>
          <w:trHeight w:val="282"/>
          <w:tblCellSpacing w:w="15" w:type="dxa"/>
        </w:trPr>
        <w:tc>
          <w:tcPr>
            <w:tcW w:w="1298" w:type="dxa"/>
            <w:vAlign w:val="center"/>
            <w:hideMark/>
          </w:tcPr>
          <w:p w14:paraId="4F624C64" w14:textId="77777777" w:rsidR="000875FE" w:rsidRPr="009113BC" w:rsidRDefault="000875FE" w:rsidP="0009497E">
            <w:pPr>
              <w:spacing w:after="0" w:line="240" w:lineRule="auto"/>
              <w:jc w:val="center"/>
              <w:rPr>
                <w:rFonts w:eastAsia="Times New Roman" w:cs="Times New Roman"/>
                <w:sz w:val="20"/>
                <w:szCs w:val="20"/>
              </w:rPr>
            </w:pPr>
            <w:r w:rsidRPr="009113BC">
              <w:rPr>
                <w:rFonts w:eastAsia="Times New Roman" w:cs="Times New Roman"/>
                <w:sz w:val="20"/>
                <w:szCs w:val="20"/>
              </w:rPr>
              <w:t>Nickel</w:t>
            </w:r>
          </w:p>
        </w:tc>
        <w:tc>
          <w:tcPr>
            <w:tcW w:w="1405" w:type="dxa"/>
            <w:vAlign w:val="center"/>
            <w:hideMark/>
          </w:tcPr>
          <w:p w14:paraId="091981AE" w14:textId="77777777" w:rsidR="000875FE" w:rsidRPr="009113BC" w:rsidRDefault="000875FE" w:rsidP="0009497E">
            <w:pPr>
              <w:spacing w:after="0" w:line="240" w:lineRule="auto"/>
              <w:jc w:val="center"/>
              <w:rPr>
                <w:rFonts w:eastAsia="Times New Roman" w:cs="Times New Roman"/>
                <w:sz w:val="20"/>
                <w:szCs w:val="20"/>
              </w:rPr>
            </w:pPr>
            <w:r w:rsidRPr="009113BC">
              <w:rPr>
                <w:rFonts w:eastAsia="Times New Roman" w:cs="Times New Roman"/>
                <w:sz w:val="20"/>
                <w:szCs w:val="20"/>
              </w:rPr>
              <w:t>Ni</w:t>
            </w:r>
          </w:p>
        </w:tc>
        <w:tc>
          <w:tcPr>
            <w:tcW w:w="5141" w:type="dxa"/>
            <w:vAlign w:val="center"/>
            <w:hideMark/>
          </w:tcPr>
          <w:p w14:paraId="3290B286" w14:textId="77777777" w:rsidR="000875FE" w:rsidRPr="009113BC" w:rsidRDefault="000875FE" w:rsidP="0009497E">
            <w:pPr>
              <w:spacing w:after="0" w:line="240" w:lineRule="auto"/>
              <w:jc w:val="center"/>
              <w:rPr>
                <w:rFonts w:eastAsia="Times New Roman" w:cs="Times New Roman"/>
                <w:sz w:val="20"/>
                <w:szCs w:val="20"/>
              </w:rPr>
            </w:pPr>
            <w:r w:rsidRPr="009113BC">
              <w:rPr>
                <w:rFonts w:eastAsia="Times New Roman" w:cs="Times New Roman"/>
                <w:sz w:val="20"/>
                <w:szCs w:val="20"/>
              </w:rPr>
              <w:t>0.02</w:t>
            </w:r>
          </w:p>
        </w:tc>
        <w:tc>
          <w:tcPr>
            <w:tcW w:w="2571" w:type="dxa"/>
            <w:vAlign w:val="center"/>
            <w:hideMark/>
          </w:tcPr>
          <w:p w14:paraId="741D8F00" w14:textId="77777777" w:rsidR="000875FE" w:rsidRPr="009113BC" w:rsidRDefault="000875FE" w:rsidP="0009497E">
            <w:pPr>
              <w:spacing w:after="0" w:line="240" w:lineRule="auto"/>
              <w:jc w:val="center"/>
              <w:rPr>
                <w:rFonts w:eastAsia="Times New Roman" w:cs="Times New Roman"/>
                <w:sz w:val="20"/>
                <w:szCs w:val="20"/>
              </w:rPr>
            </w:pPr>
            <w:r w:rsidRPr="009113BC">
              <w:rPr>
                <w:rFonts w:eastAsia="Times New Roman" w:cs="Times New Roman"/>
                <w:sz w:val="20"/>
                <w:szCs w:val="20"/>
              </w:rPr>
              <w:t>0.07</w:t>
            </w:r>
          </w:p>
        </w:tc>
      </w:tr>
    </w:tbl>
    <w:p w14:paraId="4864520A" w14:textId="7B1F72F0" w:rsidR="009113BC" w:rsidRPr="003D5952" w:rsidRDefault="00A93501" w:rsidP="00367EC8">
      <w:pPr>
        <w:spacing w:after="120" w:line="240" w:lineRule="auto"/>
        <w:contextualSpacing/>
        <w:jc w:val="both"/>
        <w:rPr>
          <w:i/>
          <w:iCs/>
          <w:sz w:val="20"/>
          <w:szCs w:val="18"/>
        </w:rPr>
      </w:pPr>
      <w:r w:rsidRPr="003D5952">
        <w:rPr>
          <w:i/>
          <w:iCs/>
          <w:sz w:val="20"/>
          <w:szCs w:val="18"/>
        </w:rPr>
        <w:t xml:space="preserve">Note: </w:t>
      </w:r>
      <w:r w:rsidR="00367EC8" w:rsidRPr="003D5952">
        <w:rPr>
          <w:i/>
          <w:iCs/>
          <w:sz w:val="20"/>
          <w:szCs w:val="18"/>
        </w:rPr>
        <w:t>NSDWQ = Nigerian Standard for Drinking Water Quality, NIS 554:2015; WHO = World Health Organization Guidelines for Drinking</w:t>
      </w:r>
      <w:r w:rsidR="002036F0" w:rsidRPr="003D5952">
        <w:rPr>
          <w:i/>
          <w:iCs/>
          <w:sz w:val="20"/>
          <w:szCs w:val="18"/>
        </w:rPr>
        <w:t xml:space="preserve"> </w:t>
      </w:r>
      <w:r w:rsidR="00367EC8" w:rsidRPr="003D5952">
        <w:rPr>
          <w:i/>
          <w:iCs/>
          <w:sz w:val="20"/>
          <w:szCs w:val="18"/>
        </w:rPr>
        <w:t>water Quality, fourth edition incorporating the first and second addenda. All values are expressed in mg/L. WHO values are health-based guideline values unless otherwise stated; Fe has no formal WHO health-based guideline value.</w:t>
      </w:r>
    </w:p>
    <w:p w14:paraId="122FD692" w14:textId="77777777" w:rsidR="00985176" w:rsidRDefault="00985176" w:rsidP="001D24CC">
      <w:pPr>
        <w:spacing w:after="120" w:line="240" w:lineRule="auto"/>
        <w:ind w:firstLine="720"/>
        <w:contextualSpacing/>
        <w:jc w:val="both"/>
        <w:rPr>
          <w:b/>
          <w:bCs/>
        </w:rPr>
      </w:pPr>
    </w:p>
    <w:p w14:paraId="058C373B" w14:textId="77777777" w:rsidR="00223019" w:rsidRDefault="00223019" w:rsidP="001D24CC">
      <w:pPr>
        <w:spacing w:after="120" w:line="240" w:lineRule="auto"/>
        <w:ind w:firstLine="720"/>
        <w:contextualSpacing/>
        <w:jc w:val="both"/>
        <w:rPr>
          <w:b/>
          <w:bCs/>
        </w:rPr>
      </w:pPr>
    </w:p>
    <w:p w14:paraId="7759DBC1" w14:textId="78A24DB6" w:rsidR="00EA62BB" w:rsidRPr="00665352" w:rsidRDefault="00EA62BB" w:rsidP="001D24CC">
      <w:pPr>
        <w:spacing w:after="120" w:line="240" w:lineRule="auto"/>
        <w:ind w:firstLine="720"/>
        <w:contextualSpacing/>
        <w:jc w:val="both"/>
        <w:rPr>
          <w:b/>
          <w:bCs/>
        </w:rPr>
      </w:pPr>
      <w:r w:rsidRPr="00665352">
        <w:rPr>
          <w:b/>
          <w:bCs/>
        </w:rPr>
        <w:t>Table 2. CCME sediment quality guideline values for selected metals</w:t>
      </w:r>
      <w:r w:rsidR="00D121E8" w:rsidRPr="00665352">
        <w:rPr>
          <w:b/>
          <w:bCs/>
        </w:rPr>
        <w:tab/>
      </w:r>
      <w:r w:rsidR="00665352" w:rsidRPr="00665352">
        <w:rPr>
          <w:b/>
          <w:bCs/>
        </w:rPr>
        <w:t>(</w:t>
      </w:r>
      <w:r w:rsidR="00D121E8" w:rsidRPr="00665352">
        <w:rPr>
          <w:b/>
          <w:bCs/>
        </w:rPr>
        <w:t>CC</w:t>
      </w:r>
      <w:r w:rsidR="00665352" w:rsidRPr="00665352">
        <w:rPr>
          <w:b/>
          <w:bCs/>
        </w:rPr>
        <w:t>ME, 1999)</w:t>
      </w:r>
    </w:p>
    <w:tbl>
      <w:tblPr>
        <w:tblW w:w="10606" w:type="dxa"/>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229"/>
        <w:gridCol w:w="2520"/>
        <w:gridCol w:w="2461"/>
        <w:gridCol w:w="2220"/>
        <w:gridCol w:w="2176"/>
      </w:tblGrid>
      <w:tr w:rsidR="00CD034A" w:rsidRPr="00665352" w14:paraId="2DA5BA80" w14:textId="77777777" w:rsidTr="00665352">
        <w:trPr>
          <w:trHeight w:val="782"/>
          <w:tblHeader/>
          <w:tblCellSpacing w:w="15" w:type="dxa"/>
        </w:trPr>
        <w:tc>
          <w:tcPr>
            <w:tcW w:w="0" w:type="auto"/>
            <w:tcBorders>
              <w:top w:val="single" w:sz="4" w:space="0" w:color="auto"/>
              <w:bottom w:val="single" w:sz="4" w:space="0" w:color="auto"/>
            </w:tcBorders>
            <w:vAlign w:val="center"/>
            <w:hideMark/>
          </w:tcPr>
          <w:p w14:paraId="6126C7BA" w14:textId="77777777" w:rsidR="00CD034A" w:rsidRPr="00665352" w:rsidRDefault="00CD034A" w:rsidP="00AB4FC9">
            <w:pPr>
              <w:spacing w:after="0" w:line="240" w:lineRule="auto"/>
              <w:jc w:val="center"/>
              <w:rPr>
                <w:rFonts w:eastAsia="Times New Roman" w:cs="Times New Roman"/>
                <w:b/>
                <w:bCs/>
                <w:sz w:val="20"/>
                <w:szCs w:val="20"/>
              </w:rPr>
            </w:pPr>
            <w:r w:rsidRPr="00665352">
              <w:rPr>
                <w:rFonts w:eastAsia="Times New Roman" w:cs="Times New Roman"/>
                <w:b/>
                <w:bCs/>
                <w:sz w:val="20"/>
                <w:szCs w:val="20"/>
              </w:rPr>
              <w:t>Metal</w:t>
            </w:r>
          </w:p>
        </w:tc>
        <w:tc>
          <w:tcPr>
            <w:tcW w:w="0" w:type="auto"/>
            <w:tcBorders>
              <w:top w:val="single" w:sz="4" w:space="0" w:color="auto"/>
              <w:bottom w:val="single" w:sz="4" w:space="0" w:color="auto"/>
            </w:tcBorders>
            <w:vAlign w:val="center"/>
            <w:hideMark/>
          </w:tcPr>
          <w:p w14:paraId="27C90696" w14:textId="77777777" w:rsidR="00CD034A" w:rsidRPr="00665352" w:rsidRDefault="00CD034A" w:rsidP="00F2637D">
            <w:pPr>
              <w:spacing w:after="0" w:line="240" w:lineRule="auto"/>
              <w:jc w:val="center"/>
              <w:rPr>
                <w:rFonts w:eastAsia="Times New Roman" w:cs="Times New Roman"/>
                <w:b/>
                <w:bCs/>
                <w:sz w:val="20"/>
                <w:szCs w:val="20"/>
              </w:rPr>
            </w:pPr>
            <w:r w:rsidRPr="00665352">
              <w:rPr>
                <w:rFonts w:eastAsia="Times New Roman" w:cs="Times New Roman"/>
                <w:b/>
                <w:bCs/>
                <w:sz w:val="20"/>
                <w:szCs w:val="20"/>
              </w:rPr>
              <w:t>CCME freshwater ISQG (mg/kg dry weight)</w:t>
            </w:r>
          </w:p>
        </w:tc>
        <w:tc>
          <w:tcPr>
            <w:tcW w:w="0" w:type="auto"/>
            <w:tcBorders>
              <w:top w:val="single" w:sz="4" w:space="0" w:color="auto"/>
              <w:bottom w:val="single" w:sz="4" w:space="0" w:color="auto"/>
            </w:tcBorders>
            <w:vAlign w:val="center"/>
            <w:hideMark/>
          </w:tcPr>
          <w:p w14:paraId="660E5E10" w14:textId="77777777" w:rsidR="00CD034A" w:rsidRPr="00665352" w:rsidRDefault="00CD034A" w:rsidP="00F2637D">
            <w:pPr>
              <w:spacing w:after="0" w:line="240" w:lineRule="auto"/>
              <w:jc w:val="center"/>
              <w:rPr>
                <w:rFonts w:eastAsia="Times New Roman" w:cs="Times New Roman"/>
                <w:b/>
                <w:bCs/>
                <w:sz w:val="20"/>
                <w:szCs w:val="20"/>
              </w:rPr>
            </w:pPr>
            <w:r w:rsidRPr="00665352">
              <w:rPr>
                <w:rFonts w:eastAsia="Times New Roman" w:cs="Times New Roman"/>
                <w:b/>
                <w:bCs/>
                <w:sz w:val="20"/>
                <w:szCs w:val="20"/>
              </w:rPr>
              <w:t>CCME freshwater PEL (mg/kg dry weight)</w:t>
            </w:r>
          </w:p>
        </w:tc>
        <w:tc>
          <w:tcPr>
            <w:tcW w:w="0" w:type="auto"/>
            <w:tcBorders>
              <w:top w:val="single" w:sz="4" w:space="0" w:color="auto"/>
              <w:bottom w:val="single" w:sz="4" w:space="0" w:color="auto"/>
            </w:tcBorders>
            <w:vAlign w:val="center"/>
            <w:hideMark/>
          </w:tcPr>
          <w:p w14:paraId="503B8725" w14:textId="77777777" w:rsidR="00CD034A" w:rsidRPr="00665352" w:rsidRDefault="00CD034A" w:rsidP="00F2637D">
            <w:pPr>
              <w:spacing w:after="0" w:line="240" w:lineRule="auto"/>
              <w:jc w:val="center"/>
              <w:rPr>
                <w:rFonts w:eastAsia="Times New Roman" w:cs="Times New Roman"/>
                <w:b/>
                <w:bCs/>
                <w:sz w:val="20"/>
                <w:szCs w:val="20"/>
              </w:rPr>
            </w:pPr>
            <w:r w:rsidRPr="00665352">
              <w:rPr>
                <w:rFonts w:eastAsia="Times New Roman" w:cs="Times New Roman"/>
                <w:b/>
                <w:bCs/>
                <w:sz w:val="20"/>
                <w:szCs w:val="20"/>
              </w:rPr>
              <w:t>CCME marine ISQG (mg/kg dry weight)</w:t>
            </w:r>
          </w:p>
        </w:tc>
        <w:tc>
          <w:tcPr>
            <w:tcW w:w="0" w:type="auto"/>
            <w:tcBorders>
              <w:top w:val="single" w:sz="4" w:space="0" w:color="auto"/>
              <w:bottom w:val="single" w:sz="4" w:space="0" w:color="auto"/>
            </w:tcBorders>
            <w:vAlign w:val="center"/>
            <w:hideMark/>
          </w:tcPr>
          <w:p w14:paraId="16BC6F89" w14:textId="77777777" w:rsidR="00CD034A" w:rsidRPr="00665352" w:rsidRDefault="00CD034A" w:rsidP="00F2637D">
            <w:pPr>
              <w:spacing w:after="0" w:line="240" w:lineRule="auto"/>
              <w:jc w:val="center"/>
              <w:rPr>
                <w:rFonts w:eastAsia="Times New Roman" w:cs="Times New Roman"/>
                <w:b/>
                <w:bCs/>
                <w:sz w:val="20"/>
                <w:szCs w:val="20"/>
              </w:rPr>
            </w:pPr>
            <w:r w:rsidRPr="00665352">
              <w:rPr>
                <w:rFonts w:eastAsia="Times New Roman" w:cs="Times New Roman"/>
                <w:b/>
                <w:bCs/>
                <w:sz w:val="20"/>
                <w:szCs w:val="20"/>
              </w:rPr>
              <w:t>CCME marine PEL (mg/kg dry weight)</w:t>
            </w:r>
          </w:p>
        </w:tc>
      </w:tr>
      <w:tr w:rsidR="00CD034A" w:rsidRPr="00665352" w14:paraId="554DEB14" w14:textId="77777777" w:rsidTr="00665352">
        <w:trPr>
          <w:trHeight w:val="992"/>
          <w:tblCellSpacing w:w="15" w:type="dxa"/>
        </w:trPr>
        <w:tc>
          <w:tcPr>
            <w:tcW w:w="0" w:type="auto"/>
            <w:vAlign w:val="center"/>
            <w:hideMark/>
          </w:tcPr>
          <w:p w14:paraId="49F08AFA" w14:textId="77777777" w:rsidR="00CD034A" w:rsidRPr="00665352" w:rsidRDefault="00CD034A" w:rsidP="00AB4FC9">
            <w:pPr>
              <w:spacing w:after="0" w:line="240" w:lineRule="auto"/>
              <w:rPr>
                <w:rFonts w:eastAsia="Times New Roman" w:cs="Times New Roman"/>
                <w:sz w:val="20"/>
                <w:szCs w:val="20"/>
              </w:rPr>
            </w:pPr>
            <w:r w:rsidRPr="00665352">
              <w:rPr>
                <w:rFonts w:eastAsia="Times New Roman" w:cs="Times New Roman"/>
                <w:sz w:val="20"/>
                <w:szCs w:val="20"/>
              </w:rPr>
              <w:t>Chromium (total)</w:t>
            </w:r>
          </w:p>
        </w:tc>
        <w:tc>
          <w:tcPr>
            <w:tcW w:w="0" w:type="auto"/>
            <w:vAlign w:val="center"/>
            <w:hideMark/>
          </w:tcPr>
          <w:p w14:paraId="2C1087CA" w14:textId="77777777" w:rsidR="00CD034A" w:rsidRPr="00665352" w:rsidRDefault="00CD034A" w:rsidP="00F2637D">
            <w:pPr>
              <w:spacing w:after="0" w:line="240" w:lineRule="auto"/>
              <w:jc w:val="center"/>
              <w:rPr>
                <w:rFonts w:eastAsia="Times New Roman" w:cs="Times New Roman"/>
                <w:sz w:val="20"/>
                <w:szCs w:val="20"/>
              </w:rPr>
            </w:pPr>
            <w:r w:rsidRPr="00665352">
              <w:rPr>
                <w:rFonts w:eastAsia="Times New Roman" w:cs="Times New Roman"/>
                <w:sz w:val="20"/>
                <w:szCs w:val="20"/>
              </w:rPr>
              <w:t>37.3</w:t>
            </w:r>
          </w:p>
        </w:tc>
        <w:tc>
          <w:tcPr>
            <w:tcW w:w="0" w:type="auto"/>
            <w:vAlign w:val="center"/>
            <w:hideMark/>
          </w:tcPr>
          <w:p w14:paraId="11362A9A" w14:textId="77777777" w:rsidR="00CD034A" w:rsidRPr="00665352" w:rsidRDefault="00CD034A" w:rsidP="00F2637D">
            <w:pPr>
              <w:spacing w:after="0" w:line="240" w:lineRule="auto"/>
              <w:jc w:val="center"/>
              <w:rPr>
                <w:rFonts w:eastAsia="Times New Roman" w:cs="Times New Roman"/>
                <w:sz w:val="20"/>
                <w:szCs w:val="20"/>
              </w:rPr>
            </w:pPr>
            <w:r w:rsidRPr="00665352">
              <w:rPr>
                <w:rFonts w:eastAsia="Times New Roman" w:cs="Times New Roman"/>
                <w:sz w:val="20"/>
                <w:szCs w:val="20"/>
              </w:rPr>
              <w:t>90.0</w:t>
            </w:r>
          </w:p>
        </w:tc>
        <w:tc>
          <w:tcPr>
            <w:tcW w:w="0" w:type="auto"/>
            <w:vAlign w:val="center"/>
            <w:hideMark/>
          </w:tcPr>
          <w:p w14:paraId="660CFDBB" w14:textId="77777777" w:rsidR="00CD034A" w:rsidRPr="00665352" w:rsidRDefault="00CD034A" w:rsidP="00F2637D">
            <w:pPr>
              <w:spacing w:after="0" w:line="240" w:lineRule="auto"/>
              <w:jc w:val="center"/>
              <w:rPr>
                <w:rFonts w:eastAsia="Times New Roman" w:cs="Times New Roman"/>
                <w:sz w:val="20"/>
                <w:szCs w:val="20"/>
              </w:rPr>
            </w:pPr>
            <w:r w:rsidRPr="00665352">
              <w:rPr>
                <w:rFonts w:eastAsia="Times New Roman" w:cs="Times New Roman"/>
                <w:sz w:val="20"/>
                <w:szCs w:val="20"/>
              </w:rPr>
              <w:t>52.3</w:t>
            </w:r>
          </w:p>
        </w:tc>
        <w:tc>
          <w:tcPr>
            <w:tcW w:w="0" w:type="auto"/>
            <w:vAlign w:val="center"/>
            <w:hideMark/>
          </w:tcPr>
          <w:p w14:paraId="1B6EDA15" w14:textId="77777777" w:rsidR="00CD034A" w:rsidRPr="00665352" w:rsidRDefault="00CD034A" w:rsidP="00F2637D">
            <w:pPr>
              <w:spacing w:after="0" w:line="240" w:lineRule="auto"/>
              <w:jc w:val="center"/>
              <w:rPr>
                <w:rFonts w:eastAsia="Times New Roman" w:cs="Times New Roman"/>
                <w:sz w:val="20"/>
                <w:szCs w:val="20"/>
              </w:rPr>
            </w:pPr>
            <w:r w:rsidRPr="00665352">
              <w:rPr>
                <w:rFonts w:eastAsia="Times New Roman" w:cs="Times New Roman"/>
                <w:sz w:val="20"/>
                <w:szCs w:val="20"/>
              </w:rPr>
              <w:t>160.0</w:t>
            </w:r>
          </w:p>
        </w:tc>
      </w:tr>
      <w:tr w:rsidR="00CD034A" w:rsidRPr="00665352" w14:paraId="00C36F2E" w14:textId="77777777" w:rsidTr="00665352">
        <w:trPr>
          <w:trHeight w:val="477"/>
          <w:tblCellSpacing w:w="15" w:type="dxa"/>
        </w:trPr>
        <w:tc>
          <w:tcPr>
            <w:tcW w:w="0" w:type="auto"/>
            <w:vAlign w:val="center"/>
            <w:hideMark/>
          </w:tcPr>
          <w:p w14:paraId="2940364F" w14:textId="77777777" w:rsidR="00CD034A" w:rsidRPr="00665352" w:rsidRDefault="00CD034A" w:rsidP="00AB4FC9">
            <w:pPr>
              <w:spacing w:after="0" w:line="240" w:lineRule="auto"/>
              <w:rPr>
                <w:rFonts w:eastAsia="Times New Roman" w:cs="Times New Roman"/>
                <w:sz w:val="20"/>
                <w:szCs w:val="20"/>
              </w:rPr>
            </w:pPr>
            <w:r w:rsidRPr="00665352">
              <w:rPr>
                <w:rFonts w:eastAsia="Times New Roman" w:cs="Times New Roman"/>
                <w:sz w:val="20"/>
                <w:szCs w:val="20"/>
              </w:rPr>
              <w:t>Lead</w:t>
            </w:r>
          </w:p>
        </w:tc>
        <w:tc>
          <w:tcPr>
            <w:tcW w:w="0" w:type="auto"/>
            <w:vAlign w:val="center"/>
            <w:hideMark/>
          </w:tcPr>
          <w:p w14:paraId="1F703896" w14:textId="77777777" w:rsidR="00CD034A" w:rsidRPr="00665352" w:rsidRDefault="00CD034A" w:rsidP="00F2637D">
            <w:pPr>
              <w:spacing w:after="0" w:line="240" w:lineRule="auto"/>
              <w:jc w:val="center"/>
              <w:rPr>
                <w:rFonts w:eastAsia="Times New Roman" w:cs="Times New Roman"/>
                <w:sz w:val="20"/>
                <w:szCs w:val="20"/>
              </w:rPr>
            </w:pPr>
            <w:r w:rsidRPr="00665352">
              <w:rPr>
                <w:rFonts w:eastAsia="Times New Roman" w:cs="Times New Roman"/>
                <w:sz w:val="20"/>
                <w:szCs w:val="20"/>
              </w:rPr>
              <w:t>35.0</w:t>
            </w:r>
          </w:p>
        </w:tc>
        <w:tc>
          <w:tcPr>
            <w:tcW w:w="0" w:type="auto"/>
            <w:vAlign w:val="center"/>
            <w:hideMark/>
          </w:tcPr>
          <w:p w14:paraId="2F379BB3" w14:textId="77777777" w:rsidR="00CD034A" w:rsidRPr="00665352" w:rsidRDefault="00CD034A" w:rsidP="00F2637D">
            <w:pPr>
              <w:spacing w:after="0" w:line="240" w:lineRule="auto"/>
              <w:jc w:val="center"/>
              <w:rPr>
                <w:rFonts w:eastAsia="Times New Roman" w:cs="Times New Roman"/>
                <w:sz w:val="20"/>
                <w:szCs w:val="20"/>
              </w:rPr>
            </w:pPr>
            <w:r w:rsidRPr="00665352">
              <w:rPr>
                <w:rFonts w:eastAsia="Times New Roman" w:cs="Times New Roman"/>
                <w:sz w:val="20"/>
                <w:szCs w:val="20"/>
              </w:rPr>
              <w:t>91.3</w:t>
            </w:r>
          </w:p>
        </w:tc>
        <w:tc>
          <w:tcPr>
            <w:tcW w:w="0" w:type="auto"/>
            <w:vAlign w:val="center"/>
            <w:hideMark/>
          </w:tcPr>
          <w:p w14:paraId="035CE744" w14:textId="77777777" w:rsidR="00CD034A" w:rsidRPr="00665352" w:rsidRDefault="00CD034A" w:rsidP="00F2637D">
            <w:pPr>
              <w:spacing w:after="0" w:line="240" w:lineRule="auto"/>
              <w:jc w:val="center"/>
              <w:rPr>
                <w:rFonts w:eastAsia="Times New Roman" w:cs="Times New Roman"/>
                <w:sz w:val="20"/>
                <w:szCs w:val="20"/>
              </w:rPr>
            </w:pPr>
            <w:r w:rsidRPr="00665352">
              <w:rPr>
                <w:rFonts w:eastAsia="Times New Roman" w:cs="Times New Roman"/>
                <w:sz w:val="20"/>
                <w:szCs w:val="20"/>
              </w:rPr>
              <w:t>30.2</w:t>
            </w:r>
          </w:p>
        </w:tc>
        <w:tc>
          <w:tcPr>
            <w:tcW w:w="0" w:type="auto"/>
            <w:vAlign w:val="center"/>
            <w:hideMark/>
          </w:tcPr>
          <w:p w14:paraId="1E20C8E3" w14:textId="77777777" w:rsidR="00CD034A" w:rsidRPr="00665352" w:rsidRDefault="00CD034A" w:rsidP="00F2637D">
            <w:pPr>
              <w:spacing w:after="0" w:line="240" w:lineRule="auto"/>
              <w:jc w:val="center"/>
              <w:rPr>
                <w:rFonts w:eastAsia="Times New Roman" w:cs="Times New Roman"/>
                <w:sz w:val="20"/>
                <w:szCs w:val="20"/>
              </w:rPr>
            </w:pPr>
            <w:r w:rsidRPr="00665352">
              <w:rPr>
                <w:rFonts w:eastAsia="Times New Roman" w:cs="Times New Roman"/>
                <w:sz w:val="20"/>
                <w:szCs w:val="20"/>
              </w:rPr>
              <w:t>112.0</w:t>
            </w:r>
          </w:p>
        </w:tc>
      </w:tr>
      <w:tr w:rsidR="00CD034A" w:rsidRPr="00665352" w14:paraId="13B72DD1" w14:textId="77777777" w:rsidTr="00665352">
        <w:trPr>
          <w:trHeight w:val="516"/>
          <w:tblCellSpacing w:w="15" w:type="dxa"/>
        </w:trPr>
        <w:tc>
          <w:tcPr>
            <w:tcW w:w="0" w:type="auto"/>
            <w:vAlign w:val="center"/>
            <w:hideMark/>
          </w:tcPr>
          <w:p w14:paraId="648CE68A" w14:textId="77777777" w:rsidR="00CD034A" w:rsidRPr="00665352" w:rsidRDefault="00CD034A" w:rsidP="00AB4FC9">
            <w:pPr>
              <w:spacing w:after="0" w:line="240" w:lineRule="auto"/>
              <w:rPr>
                <w:rFonts w:eastAsia="Times New Roman" w:cs="Times New Roman"/>
                <w:sz w:val="20"/>
                <w:szCs w:val="20"/>
              </w:rPr>
            </w:pPr>
            <w:r w:rsidRPr="00665352">
              <w:rPr>
                <w:rFonts w:eastAsia="Times New Roman" w:cs="Times New Roman"/>
                <w:sz w:val="20"/>
                <w:szCs w:val="20"/>
              </w:rPr>
              <w:t>Nickel</w:t>
            </w:r>
          </w:p>
        </w:tc>
        <w:tc>
          <w:tcPr>
            <w:tcW w:w="0" w:type="auto"/>
            <w:vAlign w:val="center"/>
            <w:hideMark/>
          </w:tcPr>
          <w:p w14:paraId="0C752A22" w14:textId="77777777" w:rsidR="00CD034A" w:rsidRPr="00665352" w:rsidRDefault="00CD034A" w:rsidP="00F2637D">
            <w:pPr>
              <w:spacing w:after="0" w:line="240" w:lineRule="auto"/>
              <w:jc w:val="center"/>
              <w:rPr>
                <w:rFonts w:eastAsia="Times New Roman" w:cs="Times New Roman"/>
                <w:sz w:val="20"/>
                <w:szCs w:val="20"/>
              </w:rPr>
            </w:pPr>
            <w:r w:rsidRPr="00665352">
              <w:rPr>
                <w:rFonts w:eastAsia="Times New Roman" w:cs="Times New Roman"/>
                <w:sz w:val="20"/>
                <w:szCs w:val="20"/>
              </w:rPr>
              <w:t>No data</w:t>
            </w:r>
          </w:p>
        </w:tc>
        <w:tc>
          <w:tcPr>
            <w:tcW w:w="0" w:type="auto"/>
            <w:vAlign w:val="center"/>
            <w:hideMark/>
          </w:tcPr>
          <w:p w14:paraId="05DE0BCF" w14:textId="77777777" w:rsidR="00CD034A" w:rsidRPr="00665352" w:rsidRDefault="00CD034A" w:rsidP="00F2637D">
            <w:pPr>
              <w:spacing w:after="0" w:line="240" w:lineRule="auto"/>
              <w:jc w:val="center"/>
              <w:rPr>
                <w:rFonts w:eastAsia="Times New Roman" w:cs="Times New Roman"/>
                <w:sz w:val="20"/>
                <w:szCs w:val="20"/>
              </w:rPr>
            </w:pPr>
            <w:r w:rsidRPr="00665352">
              <w:rPr>
                <w:rFonts w:eastAsia="Times New Roman" w:cs="Times New Roman"/>
                <w:sz w:val="20"/>
                <w:szCs w:val="20"/>
              </w:rPr>
              <w:t>No data</w:t>
            </w:r>
          </w:p>
        </w:tc>
        <w:tc>
          <w:tcPr>
            <w:tcW w:w="0" w:type="auto"/>
            <w:vAlign w:val="center"/>
            <w:hideMark/>
          </w:tcPr>
          <w:p w14:paraId="3277B32E" w14:textId="77777777" w:rsidR="00CD034A" w:rsidRPr="00665352" w:rsidRDefault="00CD034A" w:rsidP="00F2637D">
            <w:pPr>
              <w:spacing w:after="0" w:line="240" w:lineRule="auto"/>
              <w:jc w:val="center"/>
              <w:rPr>
                <w:rFonts w:eastAsia="Times New Roman" w:cs="Times New Roman"/>
                <w:sz w:val="20"/>
                <w:szCs w:val="20"/>
              </w:rPr>
            </w:pPr>
            <w:r w:rsidRPr="00665352">
              <w:rPr>
                <w:rFonts w:eastAsia="Times New Roman" w:cs="Times New Roman"/>
                <w:sz w:val="20"/>
                <w:szCs w:val="20"/>
              </w:rPr>
              <w:t>No data</w:t>
            </w:r>
          </w:p>
        </w:tc>
        <w:tc>
          <w:tcPr>
            <w:tcW w:w="0" w:type="auto"/>
            <w:vAlign w:val="center"/>
            <w:hideMark/>
          </w:tcPr>
          <w:p w14:paraId="3521C148" w14:textId="77777777" w:rsidR="00CD034A" w:rsidRPr="00665352" w:rsidRDefault="00CD034A" w:rsidP="00F2637D">
            <w:pPr>
              <w:spacing w:after="0" w:line="240" w:lineRule="auto"/>
              <w:jc w:val="center"/>
              <w:rPr>
                <w:rFonts w:eastAsia="Times New Roman" w:cs="Times New Roman"/>
                <w:sz w:val="20"/>
                <w:szCs w:val="20"/>
              </w:rPr>
            </w:pPr>
            <w:r w:rsidRPr="00665352">
              <w:rPr>
                <w:rFonts w:eastAsia="Times New Roman" w:cs="Times New Roman"/>
                <w:sz w:val="20"/>
                <w:szCs w:val="20"/>
              </w:rPr>
              <w:t>No data</w:t>
            </w:r>
          </w:p>
        </w:tc>
      </w:tr>
    </w:tbl>
    <w:p w14:paraId="4722B648" w14:textId="24418C73" w:rsidR="00AB4FC9" w:rsidRPr="00905138" w:rsidRDefault="00905138" w:rsidP="00905138">
      <w:pPr>
        <w:spacing w:after="120" w:line="240" w:lineRule="auto"/>
        <w:contextualSpacing/>
        <w:jc w:val="both"/>
        <w:rPr>
          <w:sz w:val="20"/>
          <w:szCs w:val="18"/>
        </w:rPr>
      </w:pPr>
      <w:r w:rsidRPr="003D5952">
        <w:rPr>
          <w:i/>
          <w:iCs/>
          <w:sz w:val="20"/>
          <w:szCs w:val="18"/>
        </w:rPr>
        <w:t>Note: ISQG means Interim Sediment Quality Guideline, usually interpreted as the concentration below which adverse biological effects are unlikely. PEL means Probable Effect Level, above which adverse effects are more likely. CCME values are reported on a dry-weight basis</w:t>
      </w:r>
      <w:r w:rsidRPr="00905138">
        <w:rPr>
          <w:sz w:val="20"/>
          <w:szCs w:val="18"/>
        </w:rPr>
        <w:t>.</w:t>
      </w:r>
    </w:p>
    <w:p w14:paraId="3A26FEF9" w14:textId="77777777" w:rsidR="00AB4FC9" w:rsidRDefault="00AB4FC9" w:rsidP="00E3173F">
      <w:pPr>
        <w:spacing w:after="120" w:line="480" w:lineRule="auto"/>
        <w:contextualSpacing/>
        <w:jc w:val="both"/>
      </w:pPr>
    </w:p>
    <w:p w14:paraId="418B6659" w14:textId="77777777" w:rsidR="006929E4" w:rsidRDefault="00014E14" w:rsidP="006929E4">
      <w:pPr>
        <w:spacing w:after="120" w:line="480" w:lineRule="auto"/>
        <w:contextualSpacing/>
        <w:jc w:val="center"/>
        <w:rPr>
          <w:b/>
          <w:bCs/>
        </w:rPr>
      </w:pPr>
      <w:r w:rsidRPr="006929E4">
        <w:rPr>
          <w:b/>
          <w:bCs/>
        </w:rPr>
        <w:t>Results</w:t>
      </w:r>
    </w:p>
    <w:p w14:paraId="51176E45" w14:textId="0C4B5869" w:rsidR="00BE07BE" w:rsidRPr="006929E4" w:rsidRDefault="00014E14" w:rsidP="006929E4">
      <w:pPr>
        <w:spacing w:after="120" w:line="240" w:lineRule="auto"/>
        <w:contextualSpacing/>
        <w:rPr>
          <w:b/>
          <w:bCs/>
        </w:rPr>
      </w:pPr>
      <w:r w:rsidRPr="006929E4">
        <w:rPr>
          <w:b/>
          <w:bCs/>
        </w:rPr>
        <w:t>Heavy Metals in Surface Water</w:t>
      </w:r>
    </w:p>
    <w:p w14:paraId="057DD1A9" w14:textId="02D750ED" w:rsidR="00905138" w:rsidRPr="003D5952" w:rsidRDefault="00014E14" w:rsidP="003D5952">
      <w:pPr>
        <w:spacing w:after="120" w:line="480" w:lineRule="auto"/>
        <w:contextualSpacing/>
        <w:jc w:val="both"/>
      </w:pPr>
      <w:r>
        <w:t xml:space="preserve">The concentrations of heavy metals in surface water are presented in Table </w:t>
      </w:r>
      <w:r w:rsidR="002A534A">
        <w:t>3</w:t>
      </w:r>
      <w:r>
        <w:t xml:space="preserve">. For screening-level interpretation, </w:t>
      </w:r>
      <w:r w:rsidR="00A8464A" w:rsidRPr="00A8464A">
        <w:t>The measured metal concentrations were compared with</w:t>
      </w:r>
      <w:r w:rsidR="00F12907">
        <w:t xml:space="preserve"> </w:t>
      </w:r>
      <w:r w:rsidR="00A8464A" w:rsidRPr="00A8464A">
        <w:t>drinking</w:t>
      </w:r>
      <w:r w:rsidR="00A8464A">
        <w:t xml:space="preserve"> </w:t>
      </w:r>
      <w:r w:rsidR="00A8464A" w:rsidRPr="00A8464A">
        <w:t>water quality guideline values adopted from the Nigerian Standard for Drinking Water Quality, NIS 554:2015 and the WHO Guidelines for Drinking</w:t>
      </w:r>
      <w:r w:rsidR="005F5A11">
        <w:t xml:space="preserve"> </w:t>
      </w:r>
      <w:r w:rsidR="00A8464A" w:rsidRPr="00A8464A">
        <w:t>water Quality framework</w:t>
      </w:r>
      <w:r w:rsidR="004B3138">
        <w:t xml:space="preserve"> in table 1</w:t>
      </w:r>
      <w:r w:rsidR="009B105A">
        <w:t xml:space="preserve"> </w:t>
      </w:r>
      <w:r w:rsidR="00A8464A" w:rsidRPr="00A8464A">
        <w:t xml:space="preserve"> (NSDWQ, 2015; WHO, 2022)</w:t>
      </w:r>
      <w:r w:rsidR="004B3138">
        <w:t xml:space="preserve">. </w:t>
      </w:r>
      <w:r>
        <w:t>The surface water results showed that Fe was the dominant metal across the stations, followed by Pb, Ni and Cr. The total metal burden was highest at VIC ST 2 (4.162 mg/L) and lowest at VIC ST 3 (2.280 mg/L).</w:t>
      </w:r>
    </w:p>
    <w:p w14:paraId="3F26819D" w14:textId="77777777" w:rsidR="00905138" w:rsidRDefault="00905138" w:rsidP="002E4F39">
      <w:pPr>
        <w:spacing w:line="240" w:lineRule="auto"/>
        <w:contextualSpacing/>
        <w:jc w:val="center"/>
        <w:rPr>
          <w:b/>
          <w:szCs w:val="28"/>
        </w:rPr>
      </w:pPr>
    </w:p>
    <w:p w14:paraId="6F4B8D73" w14:textId="32EA0E9A" w:rsidR="00BE07BE" w:rsidRPr="002E4F39" w:rsidRDefault="00014E14" w:rsidP="002E4F39">
      <w:pPr>
        <w:spacing w:line="240" w:lineRule="auto"/>
        <w:contextualSpacing/>
        <w:jc w:val="center"/>
        <w:rPr>
          <w:sz w:val="32"/>
          <w:szCs w:val="28"/>
        </w:rPr>
      </w:pPr>
      <w:r w:rsidRPr="002E4F39">
        <w:rPr>
          <w:b/>
          <w:szCs w:val="28"/>
        </w:rPr>
        <w:t xml:space="preserve">Table </w:t>
      </w:r>
      <w:r w:rsidR="002A534A">
        <w:rPr>
          <w:b/>
          <w:szCs w:val="28"/>
        </w:rPr>
        <w:t>3</w:t>
      </w:r>
      <w:r w:rsidRPr="002E4F39">
        <w:rPr>
          <w:b/>
          <w:szCs w:val="28"/>
        </w:rPr>
        <w:t>: Heavy metal concentrations in surface water samples from the Mini-Welele River (mg/L)</w:t>
      </w:r>
    </w:p>
    <w:tbl>
      <w:tblPr>
        <w:tblStyle w:val="TableGrid"/>
        <w:tblW w:w="10786"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2"/>
        <w:gridCol w:w="1188"/>
        <w:gridCol w:w="1188"/>
        <w:gridCol w:w="1188"/>
        <w:gridCol w:w="1188"/>
        <w:gridCol w:w="1188"/>
        <w:gridCol w:w="1188"/>
        <w:gridCol w:w="1289"/>
        <w:gridCol w:w="1087"/>
      </w:tblGrid>
      <w:tr w:rsidR="00BE07BE" w:rsidRPr="002E4F39" w14:paraId="5B0718CA" w14:textId="77777777" w:rsidTr="00961A98">
        <w:trPr>
          <w:trHeight w:val="413"/>
          <w:tblHeader/>
          <w:jc w:val="center"/>
        </w:trPr>
        <w:tc>
          <w:tcPr>
            <w:tcW w:w="1282" w:type="dxa"/>
            <w:tcBorders>
              <w:top w:val="single" w:sz="4" w:space="0" w:color="auto"/>
              <w:bottom w:val="single" w:sz="4" w:space="0" w:color="auto"/>
            </w:tcBorders>
            <w:vAlign w:val="center"/>
          </w:tcPr>
          <w:p w14:paraId="407E5A01" w14:textId="77777777" w:rsidR="00BE07BE" w:rsidRPr="002E4F39" w:rsidRDefault="00014E14">
            <w:pPr>
              <w:jc w:val="center"/>
              <w:rPr>
                <w:sz w:val="20"/>
                <w:szCs w:val="20"/>
              </w:rPr>
            </w:pPr>
            <w:r w:rsidRPr="002E4F39">
              <w:rPr>
                <w:b/>
                <w:sz w:val="20"/>
                <w:szCs w:val="20"/>
              </w:rPr>
              <w:t>Station</w:t>
            </w:r>
          </w:p>
        </w:tc>
        <w:tc>
          <w:tcPr>
            <w:tcW w:w="1188" w:type="dxa"/>
            <w:tcBorders>
              <w:top w:val="single" w:sz="4" w:space="0" w:color="auto"/>
              <w:bottom w:val="single" w:sz="4" w:space="0" w:color="auto"/>
            </w:tcBorders>
            <w:vAlign w:val="center"/>
          </w:tcPr>
          <w:p w14:paraId="4A4FC17D" w14:textId="77777777" w:rsidR="00BE07BE" w:rsidRPr="002E4F39" w:rsidRDefault="00014E14">
            <w:pPr>
              <w:jc w:val="center"/>
              <w:rPr>
                <w:sz w:val="20"/>
                <w:szCs w:val="20"/>
              </w:rPr>
            </w:pPr>
            <w:r w:rsidRPr="002E4F39">
              <w:rPr>
                <w:b/>
                <w:sz w:val="20"/>
                <w:szCs w:val="20"/>
              </w:rPr>
              <w:t>Cd</w:t>
            </w:r>
          </w:p>
        </w:tc>
        <w:tc>
          <w:tcPr>
            <w:tcW w:w="1188" w:type="dxa"/>
            <w:tcBorders>
              <w:top w:val="single" w:sz="4" w:space="0" w:color="auto"/>
              <w:bottom w:val="single" w:sz="4" w:space="0" w:color="auto"/>
            </w:tcBorders>
            <w:vAlign w:val="center"/>
          </w:tcPr>
          <w:p w14:paraId="70BEAC2D" w14:textId="77777777" w:rsidR="00BE07BE" w:rsidRPr="002E4F39" w:rsidRDefault="00014E14">
            <w:pPr>
              <w:jc w:val="center"/>
              <w:rPr>
                <w:sz w:val="20"/>
                <w:szCs w:val="20"/>
              </w:rPr>
            </w:pPr>
            <w:r w:rsidRPr="002E4F39">
              <w:rPr>
                <w:b/>
                <w:sz w:val="20"/>
                <w:szCs w:val="20"/>
              </w:rPr>
              <w:t>Cr</w:t>
            </w:r>
          </w:p>
        </w:tc>
        <w:tc>
          <w:tcPr>
            <w:tcW w:w="1188" w:type="dxa"/>
            <w:tcBorders>
              <w:top w:val="single" w:sz="4" w:space="0" w:color="auto"/>
              <w:bottom w:val="single" w:sz="4" w:space="0" w:color="auto"/>
            </w:tcBorders>
            <w:vAlign w:val="center"/>
          </w:tcPr>
          <w:p w14:paraId="5DE03D65" w14:textId="77777777" w:rsidR="00BE07BE" w:rsidRPr="002E4F39" w:rsidRDefault="00014E14">
            <w:pPr>
              <w:jc w:val="center"/>
              <w:rPr>
                <w:sz w:val="20"/>
                <w:szCs w:val="20"/>
              </w:rPr>
            </w:pPr>
            <w:r w:rsidRPr="002E4F39">
              <w:rPr>
                <w:b/>
                <w:sz w:val="20"/>
                <w:szCs w:val="20"/>
              </w:rPr>
              <w:t>Cu</w:t>
            </w:r>
          </w:p>
        </w:tc>
        <w:tc>
          <w:tcPr>
            <w:tcW w:w="1188" w:type="dxa"/>
            <w:tcBorders>
              <w:top w:val="single" w:sz="4" w:space="0" w:color="auto"/>
              <w:bottom w:val="single" w:sz="4" w:space="0" w:color="auto"/>
            </w:tcBorders>
            <w:vAlign w:val="center"/>
          </w:tcPr>
          <w:p w14:paraId="7EA0400D" w14:textId="77777777" w:rsidR="00BE07BE" w:rsidRPr="002E4F39" w:rsidRDefault="00014E14">
            <w:pPr>
              <w:jc w:val="center"/>
              <w:rPr>
                <w:sz w:val="20"/>
                <w:szCs w:val="20"/>
              </w:rPr>
            </w:pPr>
            <w:r w:rsidRPr="002E4F39">
              <w:rPr>
                <w:b/>
                <w:sz w:val="20"/>
                <w:szCs w:val="20"/>
              </w:rPr>
              <w:t>Fe</w:t>
            </w:r>
          </w:p>
        </w:tc>
        <w:tc>
          <w:tcPr>
            <w:tcW w:w="1188" w:type="dxa"/>
            <w:tcBorders>
              <w:top w:val="single" w:sz="4" w:space="0" w:color="auto"/>
              <w:bottom w:val="single" w:sz="4" w:space="0" w:color="auto"/>
            </w:tcBorders>
            <w:vAlign w:val="center"/>
          </w:tcPr>
          <w:p w14:paraId="64C6364B" w14:textId="77777777" w:rsidR="00BE07BE" w:rsidRPr="002E4F39" w:rsidRDefault="00014E14">
            <w:pPr>
              <w:jc w:val="center"/>
              <w:rPr>
                <w:sz w:val="20"/>
                <w:szCs w:val="20"/>
              </w:rPr>
            </w:pPr>
            <w:r w:rsidRPr="002E4F39">
              <w:rPr>
                <w:b/>
                <w:sz w:val="20"/>
                <w:szCs w:val="20"/>
              </w:rPr>
              <w:t>Pb</w:t>
            </w:r>
          </w:p>
        </w:tc>
        <w:tc>
          <w:tcPr>
            <w:tcW w:w="1188" w:type="dxa"/>
            <w:tcBorders>
              <w:top w:val="single" w:sz="4" w:space="0" w:color="auto"/>
              <w:bottom w:val="single" w:sz="4" w:space="0" w:color="auto"/>
            </w:tcBorders>
            <w:vAlign w:val="center"/>
          </w:tcPr>
          <w:p w14:paraId="231DD9F4" w14:textId="77777777" w:rsidR="00BE07BE" w:rsidRPr="002E4F39" w:rsidRDefault="00014E14">
            <w:pPr>
              <w:jc w:val="center"/>
              <w:rPr>
                <w:sz w:val="20"/>
                <w:szCs w:val="20"/>
              </w:rPr>
            </w:pPr>
            <w:r w:rsidRPr="002E4F39">
              <w:rPr>
                <w:b/>
                <w:sz w:val="20"/>
                <w:szCs w:val="20"/>
              </w:rPr>
              <w:t>Mn</w:t>
            </w:r>
          </w:p>
        </w:tc>
        <w:tc>
          <w:tcPr>
            <w:tcW w:w="1289" w:type="dxa"/>
            <w:tcBorders>
              <w:top w:val="single" w:sz="4" w:space="0" w:color="auto"/>
              <w:bottom w:val="single" w:sz="4" w:space="0" w:color="auto"/>
            </w:tcBorders>
            <w:vAlign w:val="center"/>
          </w:tcPr>
          <w:p w14:paraId="4B3F1F09" w14:textId="77777777" w:rsidR="00BE07BE" w:rsidRPr="002E4F39" w:rsidRDefault="00014E14">
            <w:pPr>
              <w:jc w:val="center"/>
              <w:rPr>
                <w:sz w:val="20"/>
                <w:szCs w:val="20"/>
              </w:rPr>
            </w:pPr>
            <w:r w:rsidRPr="002E4F39">
              <w:rPr>
                <w:b/>
                <w:sz w:val="20"/>
                <w:szCs w:val="20"/>
              </w:rPr>
              <w:t>Ni</w:t>
            </w:r>
          </w:p>
        </w:tc>
        <w:tc>
          <w:tcPr>
            <w:tcW w:w="1087" w:type="dxa"/>
            <w:tcBorders>
              <w:top w:val="single" w:sz="4" w:space="0" w:color="auto"/>
              <w:bottom w:val="single" w:sz="4" w:space="0" w:color="auto"/>
            </w:tcBorders>
            <w:vAlign w:val="center"/>
          </w:tcPr>
          <w:p w14:paraId="4F967B5A" w14:textId="77777777" w:rsidR="00BE07BE" w:rsidRPr="002E4F39" w:rsidRDefault="00014E14">
            <w:pPr>
              <w:jc w:val="center"/>
              <w:rPr>
                <w:sz w:val="20"/>
                <w:szCs w:val="20"/>
              </w:rPr>
            </w:pPr>
            <w:r w:rsidRPr="002E4F39">
              <w:rPr>
                <w:b/>
                <w:sz w:val="20"/>
                <w:szCs w:val="20"/>
              </w:rPr>
              <w:t>Total</w:t>
            </w:r>
          </w:p>
        </w:tc>
      </w:tr>
      <w:tr w:rsidR="00BE07BE" w:rsidRPr="002E4F39" w14:paraId="3C5C23A5" w14:textId="77777777" w:rsidTr="00961A98">
        <w:trPr>
          <w:trHeight w:val="413"/>
          <w:jc w:val="center"/>
        </w:trPr>
        <w:tc>
          <w:tcPr>
            <w:tcW w:w="1282" w:type="dxa"/>
            <w:tcBorders>
              <w:top w:val="single" w:sz="4" w:space="0" w:color="auto"/>
            </w:tcBorders>
            <w:vAlign w:val="center"/>
          </w:tcPr>
          <w:p w14:paraId="3A4EE935" w14:textId="77777777" w:rsidR="00BE07BE" w:rsidRPr="002E4F39" w:rsidRDefault="00014E14">
            <w:pPr>
              <w:jc w:val="center"/>
              <w:rPr>
                <w:sz w:val="20"/>
                <w:szCs w:val="20"/>
              </w:rPr>
            </w:pPr>
            <w:r w:rsidRPr="002E4F39">
              <w:rPr>
                <w:sz w:val="20"/>
                <w:szCs w:val="20"/>
              </w:rPr>
              <w:t>VIC ST 1</w:t>
            </w:r>
          </w:p>
        </w:tc>
        <w:tc>
          <w:tcPr>
            <w:tcW w:w="1188" w:type="dxa"/>
            <w:tcBorders>
              <w:top w:val="single" w:sz="4" w:space="0" w:color="auto"/>
            </w:tcBorders>
            <w:vAlign w:val="center"/>
          </w:tcPr>
          <w:p w14:paraId="00555858" w14:textId="77777777" w:rsidR="00BE07BE" w:rsidRPr="002E4F39" w:rsidRDefault="00014E14">
            <w:pPr>
              <w:jc w:val="center"/>
              <w:rPr>
                <w:sz w:val="20"/>
                <w:szCs w:val="20"/>
              </w:rPr>
            </w:pPr>
            <w:r w:rsidRPr="002E4F39">
              <w:rPr>
                <w:sz w:val="20"/>
                <w:szCs w:val="20"/>
              </w:rPr>
              <w:t>0.145</w:t>
            </w:r>
          </w:p>
        </w:tc>
        <w:tc>
          <w:tcPr>
            <w:tcW w:w="1188" w:type="dxa"/>
            <w:tcBorders>
              <w:top w:val="single" w:sz="4" w:space="0" w:color="auto"/>
            </w:tcBorders>
            <w:vAlign w:val="center"/>
          </w:tcPr>
          <w:p w14:paraId="652AE363" w14:textId="77777777" w:rsidR="00BE07BE" w:rsidRPr="002E4F39" w:rsidRDefault="00014E14">
            <w:pPr>
              <w:jc w:val="center"/>
              <w:rPr>
                <w:sz w:val="20"/>
                <w:szCs w:val="20"/>
              </w:rPr>
            </w:pPr>
            <w:r w:rsidRPr="002E4F39">
              <w:rPr>
                <w:sz w:val="20"/>
                <w:szCs w:val="20"/>
              </w:rPr>
              <w:t>0.448</w:t>
            </w:r>
          </w:p>
        </w:tc>
        <w:tc>
          <w:tcPr>
            <w:tcW w:w="1188" w:type="dxa"/>
            <w:tcBorders>
              <w:top w:val="single" w:sz="4" w:space="0" w:color="auto"/>
            </w:tcBorders>
            <w:vAlign w:val="center"/>
          </w:tcPr>
          <w:p w14:paraId="39622861" w14:textId="77777777" w:rsidR="00BE07BE" w:rsidRPr="002E4F39" w:rsidRDefault="00014E14">
            <w:pPr>
              <w:jc w:val="center"/>
              <w:rPr>
                <w:sz w:val="20"/>
                <w:szCs w:val="20"/>
              </w:rPr>
            </w:pPr>
            <w:r w:rsidRPr="002E4F39">
              <w:rPr>
                <w:sz w:val="20"/>
                <w:szCs w:val="20"/>
              </w:rPr>
              <w:t>0.096</w:t>
            </w:r>
          </w:p>
        </w:tc>
        <w:tc>
          <w:tcPr>
            <w:tcW w:w="1188" w:type="dxa"/>
            <w:tcBorders>
              <w:top w:val="single" w:sz="4" w:space="0" w:color="auto"/>
            </w:tcBorders>
            <w:vAlign w:val="center"/>
          </w:tcPr>
          <w:p w14:paraId="05B3EA2F" w14:textId="77777777" w:rsidR="00BE07BE" w:rsidRPr="002E4F39" w:rsidRDefault="00014E14">
            <w:pPr>
              <w:jc w:val="center"/>
              <w:rPr>
                <w:sz w:val="20"/>
                <w:szCs w:val="20"/>
              </w:rPr>
            </w:pPr>
            <w:r w:rsidRPr="002E4F39">
              <w:rPr>
                <w:sz w:val="20"/>
                <w:szCs w:val="20"/>
              </w:rPr>
              <w:t>1.700</w:t>
            </w:r>
          </w:p>
        </w:tc>
        <w:tc>
          <w:tcPr>
            <w:tcW w:w="1188" w:type="dxa"/>
            <w:tcBorders>
              <w:top w:val="single" w:sz="4" w:space="0" w:color="auto"/>
            </w:tcBorders>
            <w:vAlign w:val="center"/>
          </w:tcPr>
          <w:p w14:paraId="622BB17D" w14:textId="77777777" w:rsidR="00BE07BE" w:rsidRPr="002E4F39" w:rsidRDefault="00014E14">
            <w:pPr>
              <w:jc w:val="center"/>
              <w:rPr>
                <w:sz w:val="20"/>
                <w:szCs w:val="20"/>
              </w:rPr>
            </w:pPr>
            <w:r w:rsidRPr="002E4F39">
              <w:rPr>
                <w:sz w:val="20"/>
                <w:szCs w:val="20"/>
              </w:rPr>
              <w:t>0.670</w:t>
            </w:r>
          </w:p>
        </w:tc>
        <w:tc>
          <w:tcPr>
            <w:tcW w:w="1188" w:type="dxa"/>
            <w:tcBorders>
              <w:top w:val="single" w:sz="4" w:space="0" w:color="auto"/>
            </w:tcBorders>
            <w:vAlign w:val="center"/>
          </w:tcPr>
          <w:p w14:paraId="4144ECE4" w14:textId="77777777" w:rsidR="00BE07BE" w:rsidRPr="002E4F39" w:rsidRDefault="00014E14">
            <w:pPr>
              <w:jc w:val="center"/>
              <w:rPr>
                <w:sz w:val="20"/>
                <w:szCs w:val="20"/>
              </w:rPr>
            </w:pPr>
            <w:r w:rsidRPr="002E4F39">
              <w:rPr>
                <w:sz w:val="20"/>
                <w:szCs w:val="20"/>
              </w:rPr>
              <w:t>0.097</w:t>
            </w:r>
          </w:p>
        </w:tc>
        <w:tc>
          <w:tcPr>
            <w:tcW w:w="1289" w:type="dxa"/>
            <w:tcBorders>
              <w:top w:val="single" w:sz="4" w:space="0" w:color="auto"/>
            </w:tcBorders>
            <w:vAlign w:val="center"/>
          </w:tcPr>
          <w:p w14:paraId="0C40B090" w14:textId="77777777" w:rsidR="00BE07BE" w:rsidRPr="002E4F39" w:rsidRDefault="00014E14">
            <w:pPr>
              <w:jc w:val="center"/>
              <w:rPr>
                <w:sz w:val="20"/>
                <w:szCs w:val="20"/>
              </w:rPr>
            </w:pPr>
            <w:r w:rsidRPr="002E4F39">
              <w:rPr>
                <w:sz w:val="20"/>
                <w:szCs w:val="20"/>
              </w:rPr>
              <w:t>0.552</w:t>
            </w:r>
          </w:p>
        </w:tc>
        <w:tc>
          <w:tcPr>
            <w:tcW w:w="1087" w:type="dxa"/>
            <w:tcBorders>
              <w:top w:val="single" w:sz="4" w:space="0" w:color="auto"/>
            </w:tcBorders>
            <w:vAlign w:val="center"/>
          </w:tcPr>
          <w:p w14:paraId="28C22D9A" w14:textId="77777777" w:rsidR="00BE07BE" w:rsidRPr="002E4F39" w:rsidRDefault="00014E14">
            <w:pPr>
              <w:jc w:val="center"/>
              <w:rPr>
                <w:sz w:val="20"/>
                <w:szCs w:val="20"/>
              </w:rPr>
            </w:pPr>
            <w:r w:rsidRPr="002E4F39">
              <w:rPr>
                <w:sz w:val="20"/>
                <w:szCs w:val="20"/>
              </w:rPr>
              <w:t>3.708</w:t>
            </w:r>
          </w:p>
        </w:tc>
      </w:tr>
      <w:tr w:rsidR="00BE07BE" w:rsidRPr="002E4F39" w14:paraId="2193E5EB" w14:textId="77777777" w:rsidTr="00961A98">
        <w:trPr>
          <w:trHeight w:val="413"/>
          <w:jc w:val="center"/>
        </w:trPr>
        <w:tc>
          <w:tcPr>
            <w:tcW w:w="1282" w:type="dxa"/>
            <w:vAlign w:val="center"/>
          </w:tcPr>
          <w:p w14:paraId="35D03B59" w14:textId="77777777" w:rsidR="00BE07BE" w:rsidRPr="002E4F39" w:rsidRDefault="00014E14">
            <w:pPr>
              <w:jc w:val="center"/>
              <w:rPr>
                <w:sz w:val="20"/>
                <w:szCs w:val="20"/>
              </w:rPr>
            </w:pPr>
            <w:r w:rsidRPr="002E4F39">
              <w:rPr>
                <w:sz w:val="20"/>
                <w:szCs w:val="20"/>
              </w:rPr>
              <w:t>VIC ST 2</w:t>
            </w:r>
          </w:p>
        </w:tc>
        <w:tc>
          <w:tcPr>
            <w:tcW w:w="1188" w:type="dxa"/>
            <w:vAlign w:val="center"/>
          </w:tcPr>
          <w:p w14:paraId="108186F9" w14:textId="77777777" w:rsidR="00BE07BE" w:rsidRPr="002E4F39" w:rsidRDefault="00014E14">
            <w:pPr>
              <w:jc w:val="center"/>
              <w:rPr>
                <w:sz w:val="20"/>
                <w:szCs w:val="20"/>
              </w:rPr>
            </w:pPr>
            <w:r w:rsidRPr="002E4F39">
              <w:rPr>
                <w:sz w:val="20"/>
                <w:szCs w:val="20"/>
              </w:rPr>
              <w:t>0.157</w:t>
            </w:r>
          </w:p>
        </w:tc>
        <w:tc>
          <w:tcPr>
            <w:tcW w:w="1188" w:type="dxa"/>
            <w:vAlign w:val="center"/>
          </w:tcPr>
          <w:p w14:paraId="5423B66D" w14:textId="77777777" w:rsidR="00BE07BE" w:rsidRPr="002E4F39" w:rsidRDefault="00014E14">
            <w:pPr>
              <w:jc w:val="center"/>
              <w:rPr>
                <w:sz w:val="20"/>
                <w:szCs w:val="20"/>
              </w:rPr>
            </w:pPr>
            <w:r w:rsidRPr="002E4F39">
              <w:rPr>
                <w:sz w:val="20"/>
                <w:szCs w:val="20"/>
              </w:rPr>
              <w:t>0.464</w:t>
            </w:r>
          </w:p>
        </w:tc>
        <w:tc>
          <w:tcPr>
            <w:tcW w:w="1188" w:type="dxa"/>
            <w:vAlign w:val="center"/>
          </w:tcPr>
          <w:p w14:paraId="791A67BC" w14:textId="77777777" w:rsidR="00BE07BE" w:rsidRPr="002E4F39" w:rsidRDefault="00014E14">
            <w:pPr>
              <w:jc w:val="center"/>
              <w:rPr>
                <w:sz w:val="20"/>
                <w:szCs w:val="20"/>
              </w:rPr>
            </w:pPr>
            <w:r w:rsidRPr="002E4F39">
              <w:rPr>
                <w:sz w:val="20"/>
                <w:szCs w:val="20"/>
              </w:rPr>
              <w:t>0.086</w:t>
            </w:r>
          </w:p>
        </w:tc>
        <w:tc>
          <w:tcPr>
            <w:tcW w:w="1188" w:type="dxa"/>
            <w:vAlign w:val="center"/>
          </w:tcPr>
          <w:p w14:paraId="050A85F8" w14:textId="77777777" w:rsidR="00BE07BE" w:rsidRPr="002E4F39" w:rsidRDefault="00014E14">
            <w:pPr>
              <w:jc w:val="center"/>
              <w:rPr>
                <w:sz w:val="20"/>
                <w:szCs w:val="20"/>
              </w:rPr>
            </w:pPr>
            <w:r w:rsidRPr="002E4F39">
              <w:rPr>
                <w:sz w:val="20"/>
                <w:szCs w:val="20"/>
              </w:rPr>
              <w:t>1.900</w:t>
            </w:r>
          </w:p>
        </w:tc>
        <w:tc>
          <w:tcPr>
            <w:tcW w:w="1188" w:type="dxa"/>
            <w:vAlign w:val="center"/>
          </w:tcPr>
          <w:p w14:paraId="7FC23981" w14:textId="77777777" w:rsidR="00BE07BE" w:rsidRPr="002E4F39" w:rsidRDefault="00014E14">
            <w:pPr>
              <w:jc w:val="center"/>
              <w:rPr>
                <w:sz w:val="20"/>
                <w:szCs w:val="20"/>
              </w:rPr>
            </w:pPr>
            <w:r w:rsidRPr="002E4F39">
              <w:rPr>
                <w:sz w:val="20"/>
                <w:szCs w:val="20"/>
              </w:rPr>
              <w:t>0.785</w:t>
            </w:r>
          </w:p>
        </w:tc>
        <w:tc>
          <w:tcPr>
            <w:tcW w:w="1188" w:type="dxa"/>
            <w:vAlign w:val="center"/>
          </w:tcPr>
          <w:p w14:paraId="592515D4" w14:textId="77777777" w:rsidR="00BE07BE" w:rsidRPr="002E4F39" w:rsidRDefault="00014E14">
            <w:pPr>
              <w:jc w:val="center"/>
              <w:rPr>
                <w:sz w:val="20"/>
                <w:szCs w:val="20"/>
              </w:rPr>
            </w:pPr>
            <w:r w:rsidRPr="002E4F39">
              <w:rPr>
                <w:sz w:val="20"/>
                <w:szCs w:val="20"/>
              </w:rPr>
              <w:t>0.145</w:t>
            </w:r>
          </w:p>
        </w:tc>
        <w:tc>
          <w:tcPr>
            <w:tcW w:w="1289" w:type="dxa"/>
            <w:vAlign w:val="center"/>
          </w:tcPr>
          <w:p w14:paraId="7EC34B8A" w14:textId="77777777" w:rsidR="00BE07BE" w:rsidRPr="002E4F39" w:rsidRDefault="00014E14">
            <w:pPr>
              <w:jc w:val="center"/>
              <w:rPr>
                <w:sz w:val="20"/>
                <w:szCs w:val="20"/>
              </w:rPr>
            </w:pPr>
            <w:r w:rsidRPr="002E4F39">
              <w:rPr>
                <w:sz w:val="20"/>
                <w:szCs w:val="20"/>
              </w:rPr>
              <w:t>0.625</w:t>
            </w:r>
          </w:p>
        </w:tc>
        <w:tc>
          <w:tcPr>
            <w:tcW w:w="1087" w:type="dxa"/>
            <w:vAlign w:val="center"/>
          </w:tcPr>
          <w:p w14:paraId="2535F20F" w14:textId="77777777" w:rsidR="00BE07BE" w:rsidRPr="002E4F39" w:rsidRDefault="00014E14">
            <w:pPr>
              <w:jc w:val="center"/>
              <w:rPr>
                <w:sz w:val="20"/>
                <w:szCs w:val="20"/>
              </w:rPr>
            </w:pPr>
            <w:r w:rsidRPr="002E4F39">
              <w:rPr>
                <w:sz w:val="20"/>
                <w:szCs w:val="20"/>
              </w:rPr>
              <w:t>4.162</w:t>
            </w:r>
          </w:p>
        </w:tc>
      </w:tr>
      <w:tr w:rsidR="00BE07BE" w:rsidRPr="002E4F39" w14:paraId="5E961A4C" w14:textId="77777777" w:rsidTr="00961A98">
        <w:trPr>
          <w:trHeight w:val="431"/>
          <w:jc w:val="center"/>
        </w:trPr>
        <w:tc>
          <w:tcPr>
            <w:tcW w:w="1282" w:type="dxa"/>
            <w:vAlign w:val="center"/>
          </w:tcPr>
          <w:p w14:paraId="41E83240" w14:textId="77777777" w:rsidR="00BE07BE" w:rsidRPr="002E4F39" w:rsidRDefault="00014E14">
            <w:pPr>
              <w:jc w:val="center"/>
              <w:rPr>
                <w:sz w:val="20"/>
                <w:szCs w:val="20"/>
              </w:rPr>
            </w:pPr>
            <w:r w:rsidRPr="002E4F39">
              <w:rPr>
                <w:sz w:val="20"/>
                <w:szCs w:val="20"/>
              </w:rPr>
              <w:t>VIC ST 3</w:t>
            </w:r>
          </w:p>
        </w:tc>
        <w:tc>
          <w:tcPr>
            <w:tcW w:w="1188" w:type="dxa"/>
            <w:vAlign w:val="center"/>
          </w:tcPr>
          <w:p w14:paraId="03DC9ED7" w14:textId="77777777" w:rsidR="00BE07BE" w:rsidRPr="002E4F39" w:rsidRDefault="00014E14">
            <w:pPr>
              <w:jc w:val="center"/>
              <w:rPr>
                <w:sz w:val="20"/>
                <w:szCs w:val="20"/>
              </w:rPr>
            </w:pPr>
            <w:r w:rsidRPr="002E4F39">
              <w:rPr>
                <w:sz w:val="20"/>
                <w:szCs w:val="20"/>
              </w:rPr>
              <w:t>0.117</w:t>
            </w:r>
          </w:p>
        </w:tc>
        <w:tc>
          <w:tcPr>
            <w:tcW w:w="1188" w:type="dxa"/>
            <w:vAlign w:val="center"/>
          </w:tcPr>
          <w:p w14:paraId="41C64C90" w14:textId="77777777" w:rsidR="00BE07BE" w:rsidRPr="002E4F39" w:rsidRDefault="00014E14">
            <w:pPr>
              <w:jc w:val="center"/>
              <w:rPr>
                <w:sz w:val="20"/>
                <w:szCs w:val="20"/>
              </w:rPr>
            </w:pPr>
            <w:r w:rsidRPr="002E4F39">
              <w:rPr>
                <w:sz w:val="20"/>
                <w:szCs w:val="20"/>
              </w:rPr>
              <w:t>0.117</w:t>
            </w:r>
          </w:p>
        </w:tc>
        <w:tc>
          <w:tcPr>
            <w:tcW w:w="1188" w:type="dxa"/>
            <w:vAlign w:val="center"/>
          </w:tcPr>
          <w:p w14:paraId="6F73FB77" w14:textId="77777777" w:rsidR="00BE07BE" w:rsidRPr="002E4F39" w:rsidRDefault="00014E14">
            <w:pPr>
              <w:jc w:val="center"/>
              <w:rPr>
                <w:sz w:val="20"/>
                <w:szCs w:val="20"/>
              </w:rPr>
            </w:pPr>
            <w:r w:rsidRPr="002E4F39">
              <w:rPr>
                <w:sz w:val="20"/>
                <w:szCs w:val="20"/>
              </w:rPr>
              <w:t>0.067</w:t>
            </w:r>
          </w:p>
        </w:tc>
        <w:tc>
          <w:tcPr>
            <w:tcW w:w="1188" w:type="dxa"/>
            <w:vAlign w:val="center"/>
          </w:tcPr>
          <w:p w14:paraId="4F82E530" w14:textId="77777777" w:rsidR="00BE07BE" w:rsidRPr="002E4F39" w:rsidRDefault="00014E14">
            <w:pPr>
              <w:jc w:val="center"/>
              <w:rPr>
                <w:sz w:val="20"/>
                <w:szCs w:val="20"/>
              </w:rPr>
            </w:pPr>
            <w:r w:rsidRPr="002E4F39">
              <w:rPr>
                <w:sz w:val="20"/>
                <w:szCs w:val="20"/>
              </w:rPr>
              <w:t>1.000</w:t>
            </w:r>
          </w:p>
        </w:tc>
        <w:tc>
          <w:tcPr>
            <w:tcW w:w="1188" w:type="dxa"/>
            <w:vAlign w:val="center"/>
          </w:tcPr>
          <w:p w14:paraId="6B9F3E13" w14:textId="77777777" w:rsidR="00BE07BE" w:rsidRPr="002E4F39" w:rsidRDefault="00014E14">
            <w:pPr>
              <w:jc w:val="center"/>
              <w:rPr>
                <w:sz w:val="20"/>
                <w:szCs w:val="20"/>
              </w:rPr>
            </w:pPr>
            <w:r w:rsidRPr="002E4F39">
              <w:rPr>
                <w:sz w:val="20"/>
                <w:szCs w:val="20"/>
              </w:rPr>
              <w:t>0.430</w:t>
            </w:r>
          </w:p>
        </w:tc>
        <w:tc>
          <w:tcPr>
            <w:tcW w:w="1188" w:type="dxa"/>
            <w:vAlign w:val="center"/>
          </w:tcPr>
          <w:p w14:paraId="571D3E5C" w14:textId="77777777" w:rsidR="00BE07BE" w:rsidRPr="002E4F39" w:rsidRDefault="00014E14">
            <w:pPr>
              <w:jc w:val="center"/>
              <w:rPr>
                <w:sz w:val="20"/>
                <w:szCs w:val="20"/>
              </w:rPr>
            </w:pPr>
            <w:r w:rsidRPr="002E4F39">
              <w:rPr>
                <w:sz w:val="20"/>
                <w:szCs w:val="20"/>
              </w:rPr>
              <w:t>0.175</w:t>
            </w:r>
          </w:p>
        </w:tc>
        <w:tc>
          <w:tcPr>
            <w:tcW w:w="1289" w:type="dxa"/>
            <w:vAlign w:val="center"/>
          </w:tcPr>
          <w:p w14:paraId="17EE3926" w14:textId="77777777" w:rsidR="00BE07BE" w:rsidRPr="002E4F39" w:rsidRDefault="00014E14">
            <w:pPr>
              <w:jc w:val="center"/>
              <w:rPr>
                <w:sz w:val="20"/>
                <w:szCs w:val="20"/>
              </w:rPr>
            </w:pPr>
            <w:r w:rsidRPr="002E4F39">
              <w:rPr>
                <w:sz w:val="20"/>
                <w:szCs w:val="20"/>
              </w:rPr>
              <w:t>0.374</w:t>
            </w:r>
          </w:p>
        </w:tc>
        <w:tc>
          <w:tcPr>
            <w:tcW w:w="1087" w:type="dxa"/>
            <w:vAlign w:val="center"/>
          </w:tcPr>
          <w:p w14:paraId="29132599" w14:textId="77777777" w:rsidR="00BE07BE" w:rsidRPr="002E4F39" w:rsidRDefault="00014E14">
            <w:pPr>
              <w:jc w:val="center"/>
              <w:rPr>
                <w:sz w:val="20"/>
                <w:szCs w:val="20"/>
              </w:rPr>
            </w:pPr>
            <w:r w:rsidRPr="002E4F39">
              <w:rPr>
                <w:sz w:val="20"/>
                <w:szCs w:val="20"/>
              </w:rPr>
              <w:t>2.280</w:t>
            </w:r>
          </w:p>
        </w:tc>
      </w:tr>
      <w:tr w:rsidR="00BE07BE" w:rsidRPr="002E4F39" w14:paraId="2DB37193" w14:textId="77777777" w:rsidTr="00961A98">
        <w:trPr>
          <w:trHeight w:val="413"/>
          <w:jc w:val="center"/>
        </w:trPr>
        <w:tc>
          <w:tcPr>
            <w:tcW w:w="1282" w:type="dxa"/>
            <w:vAlign w:val="center"/>
          </w:tcPr>
          <w:p w14:paraId="3F7BCCE5" w14:textId="77777777" w:rsidR="00BE07BE" w:rsidRPr="002E4F39" w:rsidRDefault="00014E14">
            <w:pPr>
              <w:jc w:val="center"/>
              <w:rPr>
                <w:sz w:val="20"/>
                <w:szCs w:val="20"/>
              </w:rPr>
            </w:pPr>
            <w:r w:rsidRPr="002E4F39">
              <w:rPr>
                <w:sz w:val="20"/>
                <w:szCs w:val="20"/>
              </w:rPr>
              <w:t>VIC ST 4</w:t>
            </w:r>
          </w:p>
        </w:tc>
        <w:tc>
          <w:tcPr>
            <w:tcW w:w="1188" w:type="dxa"/>
            <w:vAlign w:val="center"/>
          </w:tcPr>
          <w:p w14:paraId="0B704DA1" w14:textId="77777777" w:rsidR="00BE07BE" w:rsidRPr="002E4F39" w:rsidRDefault="00014E14">
            <w:pPr>
              <w:jc w:val="center"/>
              <w:rPr>
                <w:sz w:val="20"/>
                <w:szCs w:val="20"/>
              </w:rPr>
            </w:pPr>
            <w:r w:rsidRPr="002E4F39">
              <w:rPr>
                <w:sz w:val="20"/>
                <w:szCs w:val="20"/>
              </w:rPr>
              <w:t>0.168</w:t>
            </w:r>
          </w:p>
        </w:tc>
        <w:tc>
          <w:tcPr>
            <w:tcW w:w="1188" w:type="dxa"/>
            <w:vAlign w:val="center"/>
          </w:tcPr>
          <w:p w14:paraId="6E5EC432" w14:textId="77777777" w:rsidR="00BE07BE" w:rsidRPr="002E4F39" w:rsidRDefault="00014E14">
            <w:pPr>
              <w:jc w:val="center"/>
              <w:rPr>
                <w:sz w:val="20"/>
                <w:szCs w:val="20"/>
              </w:rPr>
            </w:pPr>
            <w:r w:rsidRPr="002E4F39">
              <w:rPr>
                <w:sz w:val="20"/>
                <w:szCs w:val="20"/>
              </w:rPr>
              <w:t>0.273</w:t>
            </w:r>
          </w:p>
        </w:tc>
        <w:tc>
          <w:tcPr>
            <w:tcW w:w="1188" w:type="dxa"/>
            <w:vAlign w:val="center"/>
          </w:tcPr>
          <w:p w14:paraId="4499A089" w14:textId="77777777" w:rsidR="00BE07BE" w:rsidRPr="002E4F39" w:rsidRDefault="00014E14">
            <w:pPr>
              <w:jc w:val="center"/>
              <w:rPr>
                <w:sz w:val="20"/>
                <w:szCs w:val="20"/>
              </w:rPr>
            </w:pPr>
            <w:r w:rsidRPr="002E4F39">
              <w:rPr>
                <w:sz w:val="20"/>
                <w:szCs w:val="20"/>
              </w:rPr>
              <w:t>0.080</w:t>
            </w:r>
          </w:p>
        </w:tc>
        <w:tc>
          <w:tcPr>
            <w:tcW w:w="1188" w:type="dxa"/>
            <w:vAlign w:val="center"/>
          </w:tcPr>
          <w:p w14:paraId="54B070AC" w14:textId="77777777" w:rsidR="00BE07BE" w:rsidRPr="002E4F39" w:rsidRDefault="00014E14">
            <w:pPr>
              <w:jc w:val="center"/>
              <w:rPr>
                <w:sz w:val="20"/>
                <w:szCs w:val="20"/>
              </w:rPr>
            </w:pPr>
            <w:r w:rsidRPr="002E4F39">
              <w:rPr>
                <w:sz w:val="20"/>
                <w:szCs w:val="20"/>
              </w:rPr>
              <w:t>1.500</w:t>
            </w:r>
          </w:p>
        </w:tc>
        <w:tc>
          <w:tcPr>
            <w:tcW w:w="1188" w:type="dxa"/>
            <w:vAlign w:val="center"/>
          </w:tcPr>
          <w:p w14:paraId="0FDF6C93" w14:textId="77777777" w:rsidR="00BE07BE" w:rsidRPr="002E4F39" w:rsidRDefault="00014E14">
            <w:pPr>
              <w:jc w:val="center"/>
              <w:rPr>
                <w:sz w:val="20"/>
                <w:szCs w:val="20"/>
              </w:rPr>
            </w:pPr>
            <w:r w:rsidRPr="002E4F39">
              <w:rPr>
                <w:sz w:val="20"/>
                <w:szCs w:val="20"/>
              </w:rPr>
              <w:t>0.774</w:t>
            </w:r>
          </w:p>
        </w:tc>
        <w:tc>
          <w:tcPr>
            <w:tcW w:w="1188" w:type="dxa"/>
            <w:vAlign w:val="center"/>
          </w:tcPr>
          <w:p w14:paraId="09550112" w14:textId="77777777" w:rsidR="00BE07BE" w:rsidRPr="002E4F39" w:rsidRDefault="00014E14">
            <w:pPr>
              <w:jc w:val="center"/>
              <w:rPr>
                <w:sz w:val="20"/>
                <w:szCs w:val="20"/>
              </w:rPr>
            </w:pPr>
            <w:r w:rsidRPr="002E4F39">
              <w:rPr>
                <w:sz w:val="20"/>
                <w:szCs w:val="20"/>
              </w:rPr>
              <w:t>0.099</w:t>
            </w:r>
          </w:p>
        </w:tc>
        <w:tc>
          <w:tcPr>
            <w:tcW w:w="1289" w:type="dxa"/>
            <w:vAlign w:val="center"/>
          </w:tcPr>
          <w:p w14:paraId="1D16D5D3" w14:textId="77777777" w:rsidR="00BE07BE" w:rsidRPr="002E4F39" w:rsidRDefault="00014E14">
            <w:pPr>
              <w:jc w:val="center"/>
              <w:rPr>
                <w:sz w:val="20"/>
                <w:szCs w:val="20"/>
              </w:rPr>
            </w:pPr>
            <w:r w:rsidRPr="002E4F39">
              <w:rPr>
                <w:sz w:val="20"/>
                <w:szCs w:val="20"/>
              </w:rPr>
              <w:t>0.511</w:t>
            </w:r>
          </w:p>
        </w:tc>
        <w:tc>
          <w:tcPr>
            <w:tcW w:w="1087" w:type="dxa"/>
            <w:vAlign w:val="center"/>
          </w:tcPr>
          <w:p w14:paraId="1015C1AB" w14:textId="77777777" w:rsidR="00BE07BE" w:rsidRPr="002E4F39" w:rsidRDefault="00014E14">
            <w:pPr>
              <w:jc w:val="center"/>
              <w:rPr>
                <w:sz w:val="20"/>
                <w:szCs w:val="20"/>
              </w:rPr>
            </w:pPr>
            <w:r w:rsidRPr="002E4F39">
              <w:rPr>
                <w:sz w:val="20"/>
                <w:szCs w:val="20"/>
              </w:rPr>
              <w:t>3.405</w:t>
            </w:r>
          </w:p>
        </w:tc>
      </w:tr>
      <w:tr w:rsidR="00BE07BE" w:rsidRPr="002E4F39" w14:paraId="45C9B800" w14:textId="77777777" w:rsidTr="00961A98">
        <w:trPr>
          <w:trHeight w:val="413"/>
          <w:jc w:val="center"/>
        </w:trPr>
        <w:tc>
          <w:tcPr>
            <w:tcW w:w="1282" w:type="dxa"/>
            <w:vAlign w:val="center"/>
          </w:tcPr>
          <w:p w14:paraId="5818CD92" w14:textId="77777777" w:rsidR="00BE07BE" w:rsidRPr="002E4F39" w:rsidRDefault="00014E14">
            <w:pPr>
              <w:jc w:val="center"/>
              <w:rPr>
                <w:sz w:val="20"/>
                <w:szCs w:val="20"/>
              </w:rPr>
            </w:pPr>
            <w:r w:rsidRPr="002E4F39">
              <w:rPr>
                <w:sz w:val="20"/>
                <w:szCs w:val="20"/>
              </w:rPr>
              <w:t>VIC ST 5</w:t>
            </w:r>
          </w:p>
        </w:tc>
        <w:tc>
          <w:tcPr>
            <w:tcW w:w="1188" w:type="dxa"/>
            <w:vAlign w:val="center"/>
          </w:tcPr>
          <w:p w14:paraId="4A934A95" w14:textId="77777777" w:rsidR="00BE07BE" w:rsidRPr="002E4F39" w:rsidRDefault="00014E14">
            <w:pPr>
              <w:jc w:val="center"/>
              <w:rPr>
                <w:sz w:val="20"/>
                <w:szCs w:val="20"/>
              </w:rPr>
            </w:pPr>
            <w:r w:rsidRPr="002E4F39">
              <w:rPr>
                <w:sz w:val="20"/>
                <w:szCs w:val="20"/>
              </w:rPr>
              <w:t>0.120</w:t>
            </w:r>
          </w:p>
        </w:tc>
        <w:tc>
          <w:tcPr>
            <w:tcW w:w="1188" w:type="dxa"/>
            <w:vAlign w:val="center"/>
          </w:tcPr>
          <w:p w14:paraId="0FA1093A" w14:textId="77777777" w:rsidR="00BE07BE" w:rsidRPr="002E4F39" w:rsidRDefault="00014E14">
            <w:pPr>
              <w:jc w:val="center"/>
              <w:rPr>
                <w:sz w:val="20"/>
                <w:szCs w:val="20"/>
              </w:rPr>
            </w:pPr>
            <w:r w:rsidRPr="002E4F39">
              <w:rPr>
                <w:sz w:val="20"/>
                <w:szCs w:val="20"/>
              </w:rPr>
              <w:t>0.465</w:t>
            </w:r>
          </w:p>
        </w:tc>
        <w:tc>
          <w:tcPr>
            <w:tcW w:w="1188" w:type="dxa"/>
            <w:vAlign w:val="center"/>
          </w:tcPr>
          <w:p w14:paraId="2FEBBA68" w14:textId="77777777" w:rsidR="00BE07BE" w:rsidRPr="002E4F39" w:rsidRDefault="00014E14">
            <w:pPr>
              <w:jc w:val="center"/>
              <w:rPr>
                <w:sz w:val="20"/>
                <w:szCs w:val="20"/>
              </w:rPr>
            </w:pPr>
            <w:r w:rsidRPr="002E4F39">
              <w:rPr>
                <w:sz w:val="20"/>
                <w:szCs w:val="20"/>
              </w:rPr>
              <w:t>0.019</w:t>
            </w:r>
          </w:p>
        </w:tc>
        <w:tc>
          <w:tcPr>
            <w:tcW w:w="1188" w:type="dxa"/>
            <w:vAlign w:val="center"/>
          </w:tcPr>
          <w:p w14:paraId="015AF470" w14:textId="77777777" w:rsidR="00BE07BE" w:rsidRPr="002E4F39" w:rsidRDefault="00014E14">
            <w:pPr>
              <w:jc w:val="center"/>
              <w:rPr>
                <w:sz w:val="20"/>
                <w:szCs w:val="20"/>
              </w:rPr>
            </w:pPr>
            <w:r w:rsidRPr="002E4F39">
              <w:rPr>
                <w:sz w:val="20"/>
                <w:szCs w:val="20"/>
              </w:rPr>
              <w:t>1.300</w:t>
            </w:r>
          </w:p>
        </w:tc>
        <w:tc>
          <w:tcPr>
            <w:tcW w:w="1188" w:type="dxa"/>
            <w:vAlign w:val="center"/>
          </w:tcPr>
          <w:p w14:paraId="19601933" w14:textId="77777777" w:rsidR="00BE07BE" w:rsidRPr="002E4F39" w:rsidRDefault="00014E14">
            <w:pPr>
              <w:jc w:val="center"/>
              <w:rPr>
                <w:sz w:val="20"/>
                <w:szCs w:val="20"/>
              </w:rPr>
            </w:pPr>
            <w:r w:rsidRPr="002E4F39">
              <w:rPr>
                <w:sz w:val="20"/>
                <w:szCs w:val="20"/>
              </w:rPr>
              <w:t>0.629</w:t>
            </w:r>
          </w:p>
        </w:tc>
        <w:tc>
          <w:tcPr>
            <w:tcW w:w="1188" w:type="dxa"/>
            <w:vAlign w:val="center"/>
          </w:tcPr>
          <w:p w14:paraId="16B368F6" w14:textId="77777777" w:rsidR="00BE07BE" w:rsidRPr="002E4F39" w:rsidRDefault="00014E14">
            <w:pPr>
              <w:jc w:val="center"/>
              <w:rPr>
                <w:sz w:val="20"/>
                <w:szCs w:val="20"/>
              </w:rPr>
            </w:pPr>
            <w:r w:rsidRPr="002E4F39">
              <w:rPr>
                <w:sz w:val="20"/>
                <w:szCs w:val="20"/>
              </w:rPr>
              <w:t>0.078</w:t>
            </w:r>
          </w:p>
        </w:tc>
        <w:tc>
          <w:tcPr>
            <w:tcW w:w="1289" w:type="dxa"/>
            <w:vAlign w:val="center"/>
          </w:tcPr>
          <w:p w14:paraId="7BCE6384" w14:textId="77777777" w:rsidR="00BE07BE" w:rsidRPr="002E4F39" w:rsidRDefault="00014E14">
            <w:pPr>
              <w:jc w:val="center"/>
              <w:rPr>
                <w:sz w:val="20"/>
                <w:szCs w:val="20"/>
              </w:rPr>
            </w:pPr>
            <w:r w:rsidRPr="002E4F39">
              <w:rPr>
                <w:sz w:val="20"/>
                <w:szCs w:val="20"/>
              </w:rPr>
              <w:t>0.506</w:t>
            </w:r>
          </w:p>
        </w:tc>
        <w:tc>
          <w:tcPr>
            <w:tcW w:w="1087" w:type="dxa"/>
            <w:vAlign w:val="center"/>
          </w:tcPr>
          <w:p w14:paraId="37CCC5B6" w14:textId="77777777" w:rsidR="00BE07BE" w:rsidRPr="002E4F39" w:rsidRDefault="00014E14">
            <w:pPr>
              <w:jc w:val="center"/>
              <w:rPr>
                <w:sz w:val="20"/>
                <w:szCs w:val="20"/>
              </w:rPr>
            </w:pPr>
            <w:r w:rsidRPr="002E4F39">
              <w:rPr>
                <w:sz w:val="20"/>
                <w:szCs w:val="20"/>
              </w:rPr>
              <w:t>3.117</w:t>
            </w:r>
          </w:p>
        </w:tc>
      </w:tr>
      <w:tr w:rsidR="00BE07BE" w:rsidRPr="002E4F39" w14:paraId="08A81CE8" w14:textId="77777777" w:rsidTr="00961A98">
        <w:trPr>
          <w:trHeight w:val="1240"/>
          <w:jc w:val="center"/>
        </w:trPr>
        <w:tc>
          <w:tcPr>
            <w:tcW w:w="1282" w:type="dxa"/>
            <w:vAlign w:val="center"/>
          </w:tcPr>
          <w:p w14:paraId="66A4AC84" w14:textId="77777777" w:rsidR="00BE07BE" w:rsidRPr="002E4F39" w:rsidRDefault="00014E14">
            <w:pPr>
              <w:jc w:val="center"/>
              <w:rPr>
                <w:sz w:val="20"/>
                <w:szCs w:val="20"/>
              </w:rPr>
            </w:pPr>
            <w:r w:rsidRPr="002E4F39">
              <w:rPr>
                <w:sz w:val="20"/>
                <w:szCs w:val="20"/>
              </w:rPr>
              <w:t>Guideline used for comparison</w:t>
            </w:r>
          </w:p>
        </w:tc>
        <w:tc>
          <w:tcPr>
            <w:tcW w:w="1188" w:type="dxa"/>
            <w:vAlign w:val="center"/>
          </w:tcPr>
          <w:p w14:paraId="567B3FF5" w14:textId="77777777" w:rsidR="00BE07BE" w:rsidRPr="002E4F39" w:rsidRDefault="00014E14">
            <w:pPr>
              <w:jc w:val="center"/>
              <w:rPr>
                <w:sz w:val="20"/>
                <w:szCs w:val="20"/>
              </w:rPr>
            </w:pPr>
            <w:r w:rsidRPr="002E4F39">
              <w:rPr>
                <w:sz w:val="20"/>
                <w:szCs w:val="20"/>
              </w:rPr>
              <w:t>0.003</w:t>
            </w:r>
          </w:p>
        </w:tc>
        <w:tc>
          <w:tcPr>
            <w:tcW w:w="1188" w:type="dxa"/>
            <w:vAlign w:val="center"/>
          </w:tcPr>
          <w:p w14:paraId="51518B72" w14:textId="77777777" w:rsidR="00BE07BE" w:rsidRPr="002E4F39" w:rsidRDefault="00014E14">
            <w:pPr>
              <w:jc w:val="center"/>
              <w:rPr>
                <w:sz w:val="20"/>
                <w:szCs w:val="20"/>
              </w:rPr>
            </w:pPr>
            <w:r w:rsidRPr="002E4F39">
              <w:rPr>
                <w:sz w:val="20"/>
                <w:szCs w:val="20"/>
              </w:rPr>
              <w:t>0.050</w:t>
            </w:r>
          </w:p>
        </w:tc>
        <w:tc>
          <w:tcPr>
            <w:tcW w:w="1188" w:type="dxa"/>
            <w:vAlign w:val="center"/>
          </w:tcPr>
          <w:p w14:paraId="405F6E67" w14:textId="77777777" w:rsidR="00BE07BE" w:rsidRPr="002E4F39" w:rsidRDefault="00014E14">
            <w:pPr>
              <w:jc w:val="center"/>
              <w:rPr>
                <w:sz w:val="20"/>
                <w:szCs w:val="20"/>
              </w:rPr>
            </w:pPr>
            <w:r w:rsidRPr="002E4F39">
              <w:rPr>
                <w:sz w:val="20"/>
                <w:szCs w:val="20"/>
              </w:rPr>
              <w:t>1.000</w:t>
            </w:r>
          </w:p>
        </w:tc>
        <w:tc>
          <w:tcPr>
            <w:tcW w:w="1188" w:type="dxa"/>
            <w:vAlign w:val="center"/>
          </w:tcPr>
          <w:p w14:paraId="281B4507" w14:textId="77777777" w:rsidR="00BE07BE" w:rsidRPr="002E4F39" w:rsidRDefault="00014E14">
            <w:pPr>
              <w:jc w:val="center"/>
              <w:rPr>
                <w:sz w:val="20"/>
                <w:szCs w:val="20"/>
              </w:rPr>
            </w:pPr>
            <w:r w:rsidRPr="002E4F39">
              <w:rPr>
                <w:sz w:val="20"/>
                <w:szCs w:val="20"/>
              </w:rPr>
              <w:t>0.300</w:t>
            </w:r>
          </w:p>
        </w:tc>
        <w:tc>
          <w:tcPr>
            <w:tcW w:w="1188" w:type="dxa"/>
            <w:vAlign w:val="center"/>
          </w:tcPr>
          <w:p w14:paraId="3933EEB1" w14:textId="77777777" w:rsidR="00BE07BE" w:rsidRPr="002E4F39" w:rsidRDefault="00014E14">
            <w:pPr>
              <w:jc w:val="center"/>
              <w:rPr>
                <w:sz w:val="20"/>
                <w:szCs w:val="20"/>
              </w:rPr>
            </w:pPr>
            <w:r w:rsidRPr="002E4F39">
              <w:rPr>
                <w:sz w:val="20"/>
                <w:szCs w:val="20"/>
              </w:rPr>
              <w:t>0.010</w:t>
            </w:r>
          </w:p>
        </w:tc>
        <w:tc>
          <w:tcPr>
            <w:tcW w:w="1188" w:type="dxa"/>
            <w:vAlign w:val="center"/>
          </w:tcPr>
          <w:p w14:paraId="1858CB47" w14:textId="77777777" w:rsidR="00BE07BE" w:rsidRPr="002E4F39" w:rsidRDefault="00014E14">
            <w:pPr>
              <w:jc w:val="center"/>
              <w:rPr>
                <w:sz w:val="20"/>
                <w:szCs w:val="20"/>
              </w:rPr>
            </w:pPr>
            <w:r w:rsidRPr="002E4F39">
              <w:rPr>
                <w:sz w:val="20"/>
                <w:szCs w:val="20"/>
              </w:rPr>
              <w:t>0.200</w:t>
            </w:r>
          </w:p>
        </w:tc>
        <w:tc>
          <w:tcPr>
            <w:tcW w:w="1289" w:type="dxa"/>
            <w:vAlign w:val="center"/>
          </w:tcPr>
          <w:p w14:paraId="217B2781" w14:textId="77777777" w:rsidR="00BE07BE" w:rsidRPr="002E4F39" w:rsidRDefault="00014E14">
            <w:pPr>
              <w:jc w:val="center"/>
              <w:rPr>
                <w:sz w:val="20"/>
                <w:szCs w:val="20"/>
              </w:rPr>
            </w:pPr>
            <w:r w:rsidRPr="002E4F39">
              <w:rPr>
                <w:sz w:val="20"/>
                <w:szCs w:val="20"/>
              </w:rPr>
              <w:t>0.020-0.070</w:t>
            </w:r>
          </w:p>
        </w:tc>
        <w:tc>
          <w:tcPr>
            <w:tcW w:w="1087" w:type="dxa"/>
            <w:vAlign w:val="center"/>
          </w:tcPr>
          <w:p w14:paraId="0CA748FF" w14:textId="77777777" w:rsidR="00BE07BE" w:rsidRPr="002E4F39" w:rsidRDefault="00BE07BE">
            <w:pPr>
              <w:jc w:val="center"/>
              <w:rPr>
                <w:sz w:val="20"/>
                <w:szCs w:val="20"/>
              </w:rPr>
            </w:pPr>
          </w:p>
        </w:tc>
      </w:tr>
    </w:tbl>
    <w:p w14:paraId="3469A196" w14:textId="77777777" w:rsidR="00BE07BE" w:rsidRDefault="00014E14">
      <w:pPr>
        <w:spacing w:after="120"/>
      </w:pPr>
      <w:r>
        <w:rPr>
          <w:i/>
          <w:sz w:val="18"/>
        </w:rPr>
        <w:t>Note. Guideline comparison is used only for screening-level interpretation of water quality; the river was not evaluated as a treated drinking-water source.</w:t>
      </w:r>
    </w:p>
    <w:p w14:paraId="6F1CA10D" w14:textId="77777777" w:rsidR="00A93501" w:rsidRDefault="00A93501">
      <w:pPr>
        <w:jc w:val="center"/>
        <w:rPr>
          <w:b/>
          <w:sz w:val="20"/>
        </w:rPr>
      </w:pPr>
    </w:p>
    <w:p w14:paraId="5609F813" w14:textId="71F372A5" w:rsidR="007372CE" w:rsidRPr="007372CE" w:rsidRDefault="007372CE" w:rsidP="007372CE">
      <w:pPr>
        <w:spacing w:line="480" w:lineRule="auto"/>
        <w:contextualSpacing/>
        <w:jc w:val="both"/>
        <w:rPr>
          <w:bCs/>
          <w:szCs w:val="28"/>
        </w:rPr>
      </w:pPr>
      <w:r w:rsidRPr="007372CE">
        <w:rPr>
          <w:bCs/>
          <w:szCs w:val="28"/>
        </w:rPr>
        <w:t xml:space="preserve">Table </w:t>
      </w:r>
      <w:r w:rsidR="00771A33">
        <w:rPr>
          <w:bCs/>
          <w:szCs w:val="28"/>
        </w:rPr>
        <w:t>4</w:t>
      </w:r>
      <w:r w:rsidRPr="007372CE">
        <w:rPr>
          <w:bCs/>
          <w:szCs w:val="28"/>
        </w:rPr>
        <w:t xml:space="preserve"> presents the descriptive summary of heavy metal concentrations</w:t>
      </w:r>
      <w:r w:rsidR="00415DF9">
        <w:rPr>
          <w:bCs/>
          <w:szCs w:val="28"/>
        </w:rPr>
        <w:t xml:space="preserve"> in surface</w:t>
      </w:r>
      <w:r w:rsidR="00773E73">
        <w:rPr>
          <w:bCs/>
          <w:szCs w:val="28"/>
        </w:rPr>
        <w:t xml:space="preserve"> water</w:t>
      </w:r>
      <w:r w:rsidRPr="007372CE">
        <w:rPr>
          <w:bCs/>
          <w:szCs w:val="28"/>
        </w:rPr>
        <w:t xml:space="preserve"> across the sampling stations, including the mean, standard deviation, minimum and maximum values. The table provides an overview of the concentration pattern and relative pollution status of each metal, showing that Fe, Pb and Ni were consistently high across stations, while Cu and Mn occurred at comparatively lower levels.</w:t>
      </w:r>
    </w:p>
    <w:p w14:paraId="5368BEE6" w14:textId="52E80ECE" w:rsidR="00BE07BE" w:rsidRDefault="00014E14" w:rsidP="002D4B9F">
      <w:pPr>
        <w:spacing w:line="240" w:lineRule="auto"/>
        <w:contextualSpacing/>
        <w:jc w:val="center"/>
      </w:pPr>
      <w:r w:rsidRPr="002D4B9F">
        <w:rPr>
          <w:b/>
          <w:szCs w:val="28"/>
        </w:rPr>
        <w:t xml:space="preserve">Table </w:t>
      </w:r>
      <w:r w:rsidR="00771A33">
        <w:rPr>
          <w:b/>
          <w:szCs w:val="28"/>
        </w:rPr>
        <w:t>4</w:t>
      </w:r>
      <w:r w:rsidRPr="002D4B9F">
        <w:rPr>
          <w:b/>
          <w:szCs w:val="28"/>
        </w:rPr>
        <w:t>: Descriptive summary of surface water metals based on station-level mean values</w:t>
      </w:r>
    </w:p>
    <w:tbl>
      <w:tblPr>
        <w:tblStyle w:val="TableGrid"/>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7"/>
        <w:gridCol w:w="1717"/>
        <w:gridCol w:w="1716"/>
        <w:gridCol w:w="1734"/>
        <w:gridCol w:w="1735"/>
        <w:gridCol w:w="1749"/>
      </w:tblGrid>
      <w:tr w:rsidR="00BE07BE" w:rsidRPr="002D7BA1" w14:paraId="373340AA" w14:textId="77777777" w:rsidTr="002D7BA1">
        <w:trPr>
          <w:trHeight w:val="537"/>
          <w:tblHeader/>
          <w:jc w:val="center"/>
        </w:trPr>
        <w:tc>
          <w:tcPr>
            <w:tcW w:w="1764" w:type="dxa"/>
            <w:tcBorders>
              <w:top w:val="single" w:sz="4" w:space="0" w:color="auto"/>
              <w:bottom w:val="single" w:sz="4" w:space="0" w:color="auto"/>
            </w:tcBorders>
            <w:vAlign w:val="center"/>
          </w:tcPr>
          <w:p w14:paraId="74705B5D" w14:textId="77777777" w:rsidR="00BE07BE" w:rsidRPr="002D7BA1" w:rsidRDefault="00014E14">
            <w:pPr>
              <w:jc w:val="center"/>
              <w:rPr>
                <w:sz w:val="20"/>
                <w:szCs w:val="20"/>
              </w:rPr>
            </w:pPr>
            <w:r w:rsidRPr="002D7BA1">
              <w:rPr>
                <w:b/>
                <w:sz w:val="20"/>
                <w:szCs w:val="20"/>
              </w:rPr>
              <w:t>Metal</w:t>
            </w:r>
          </w:p>
        </w:tc>
        <w:tc>
          <w:tcPr>
            <w:tcW w:w="1764" w:type="dxa"/>
            <w:tcBorders>
              <w:top w:val="single" w:sz="4" w:space="0" w:color="auto"/>
              <w:bottom w:val="single" w:sz="4" w:space="0" w:color="auto"/>
            </w:tcBorders>
            <w:vAlign w:val="center"/>
          </w:tcPr>
          <w:p w14:paraId="156DE883" w14:textId="77777777" w:rsidR="00BE07BE" w:rsidRPr="002D7BA1" w:rsidRDefault="00014E14">
            <w:pPr>
              <w:jc w:val="center"/>
              <w:rPr>
                <w:sz w:val="20"/>
                <w:szCs w:val="20"/>
              </w:rPr>
            </w:pPr>
            <w:r w:rsidRPr="002D7BA1">
              <w:rPr>
                <w:b/>
                <w:sz w:val="20"/>
                <w:szCs w:val="20"/>
              </w:rPr>
              <w:t>Mean</w:t>
            </w:r>
          </w:p>
        </w:tc>
        <w:tc>
          <w:tcPr>
            <w:tcW w:w="1764" w:type="dxa"/>
            <w:tcBorders>
              <w:top w:val="single" w:sz="4" w:space="0" w:color="auto"/>
              <w:bottom w:val="single" w:sz="4" w:space="0" w:color="auto"/>
            </w:tcBorders>
            <w:vAlign w:val="center"/>
          </w:tcPr>
          <w:p w14:paraId="347DA875" w14:textId="77777777" w:rsidR="00BE07BE" w:rsidRPr="002D7BA1" w:rsidRDefault="00014E14">
            <w:pPr>
              <w:jc w:val="center"/>
              <w:rPr>
                <w:sz w:val="20"/>
                <w:szCs w:val="20"/>
              </w:rPr>
            </w:pPr>
            <w:r w:rsidRPr="002D7BA1">
              <w:rPr>
                <w:b/>
                <w:sz w:val="20"/>
                <w:szCs w:val="20"/>
              </w:rPr>
              <w:t>SD</w:t>
            </w:r>
          </w:p>
        </w:tc>
        <w:tc>
          <w:tcPr>
            <w:tcW w:w="1764" w:type="dxa"/>
            <w:tcBorders>
              <w:top w:val="single" w:sz="4" w:space="0" w:color="auto"/>
              <w:bottom w:val="single" w:sz="4" w:space="0" w:color="auto"/>
            </w:tcBorders>
            <w:vAlign w:val="center"/>
          </w:tcPr>
          <w:p w14:paraId="53B45330" w14:textId="77777777" w:rsidR="00BE07BE" w:rsidRPr="002D7BA1" w:rsidRDefault="00014E14">
            <w:pPr>
              <w:jc w:val="center"/>
              <w:rPr>
                <w:sz w:val="20"/>
                <w:szCs w:val="20"/>
              </w:rPr>
            </w:pPr>
            <w:r w:rsidRPr="002D7BA1">
              <w:rPr>
                <w:b/>
                <w:sz w:val="20"/>
                <w:szCs w:val="20"/>
              </w:rPr>
              <w:t>Minimum</w:t>
            </w:r>
          </w:p>
        </w:tc>
        <w:tc>
          <w:tcPr>
            <w:tcW w:w="1764" w:type="dxa"/>
            <w:tcBorders>
              <w:top w:val="single" w:sz="4" w:space="0" w:color="auto"/>
              <w:bottom w:val="single" w:sz="4" w:space="0" w:color="auto"/>
            </w:tcBorders>
            <w:vAlign w:val="center"/>
          </w:tcPr>
          <w:p w14:paraId="47E84B9A" w14:textId="77777777" w:rsidR="00BE07BE" w:rsidRPr="002D7BA1" w:rsidRDefault="00014E14">
            <w:pPr>
              <w:jc w:val="center"/>
              <w:rPr>
                <w:sz w:val="20"/>
                <w:szCs w:val="20"/>
              </w:rPr>
            </w:pPr>
            <w:r w:rsidRPr="002D7BA1">
              <w:rPr>
                <w:b/>
                <w:sz w:val="20"/>
                <w:szCs w:val="20"/>
              </w:rPr>
              <w:t>Maximum</w:t>
            </w:r>
          </w:p>
        </w:tc>
        <w:tc>
          <w:tcPr>
            <w:tcW w:w="1764" w:type="dxa"/>
            <w:tcBorders>
              <w:top w:val="single" w:sz="4" w:space="0" w:color="auto"/>
              <w:bottom w:val="single" w:sz="4" w:space="0" w:color="auto"/>
            </w:tcBorders>
            <w:vAlign w:val="center"/>
          </w:tcPr>
          <w:p w14:paraId="35A933C1" w14:textId="77777777" w:rsidR="00BE07BE" w:rsidRPr="002D7BA1" w:rsidRDefault="00014E14">
            <w:pPr>
              <w:jc w:val="center"/>
              <w:rPr>
                <w:sz w:val="20"/>
                <w:szCs w:val="20"/>
              </w:rPr>
            </w:pPr>
            <w:r w:rsidRPr="002D7BA1">
              <w:rPr>
                <w:b/>
                <w:sz w:val="20"/>
                <w:szCs w:val="20"/>
              </w:rPr>
              <w:t>Trend / interpretation</w:t>
            </w:r>
          </w:p>
        </w:tc>
      </w:tr>
      <w:tr w:rsidR="00BE07BE" w:rsidRPr="002D7BA1" w14:paraId="2DDA0209" w14:textId="77777777" w:rsidTr="002D7BA1">
        <w:trPr>
          <w:trHeight w:val="537"/>
          <w:jc w:val="center"/>
        </w:trPr>
        <w:tc>
          <w:tcPr>
            <w:tcW w:w="1764" w:type="dxa"/>
            <w:tcBorders>
              <w:top w:val="single" w:sz="4" w:space="0" w:color="auto"/>
            </w:tcBorders>
            <w:vAlign w:val="center"/>
          </w:tcPr>
          <w:p w14:paraId="44449386" w14:textId="77777777" w:rsidR="00BE07BE" w:rsidRPr="002D7BA1" w:rsidRDefault="00014E14">
            <w:pPr>
              <w:jc w:val="center"/>
              <w:rPr>
                <w:sz w:val="20"/>
                <w:szCs w:val="20"/>
              </w:rPr>
            </w:pPr>
            <w:r w:rsidRPr="002D7BA1">
              <w:rPr>
                <w:sz w:val="20"/>
                <w:szCs w:val="20"/>
              </w:rPr>
              <w:t>Cd</w:t>
            </w:r>
          </w:p>
        </w:tc>
        <w:tc>
          <w:tcPr>
            <w:tcW w:w="1764" w:type="dxa"/>
            <w:tcBorders>
              <w:top w:val="single" w:sz="4" w:space="0" w:color="auto"/>
            </w:tcBorders>
            <w:vAlign w:val="center"/>
          </w:tcPr>
          <w:p w14:paraId="15DC4663" w14:textId="77777777" w:rsidR="00BE07BE" w:rsidRPr="002D7BA1" w:rsidRDefault="00014E14">
            <w:pPr>
              <w:jc w:val="center"/>
              <w:rPr>
                <w:sz w:val="20"/>
                <w:szCs w:val="20"/>
              </w:rPr>
            </w:pPr>
            <w:r w:rsidRPr="002D7BA1">
              <w:rPr>
                <w:sz w:val="20"/>
                <w:szCs w:val="20"/>
              </w:rPr>
              <w:t>0.141</w:t>
            </w:r>
          </w:p>
        </w:tc>
        <w:tc>
          <w:tcPr>
            <w:tcW w:w="1764" w:type="dxa"/>
            <w:tcBorders>
              <w:top w:val="single" w:sz="4" w:space="0" w:color="auto"/>
            </w:tcBorders>
            <w:vAlign w:val="center"/>
          </w:tcPr>
          <w:p w14:paraId="3E84FB1D" w14:textId="77777777" w:rsidR="00BE07BE" w:rsidRPr="002D7BA1" w:rsidRDefault="00014E14">
            <w:pPr>
              <w:jc w:val="center"/>
              <w:rPr>
                <w:sz w:val="20"/>
                <w:szCs w:val="20"/>
              </w:rPr>
            </w:pPr>
            <w:r w:rsidRPr="002D7BA1">
              <w:rPr>
                <w:sz w:val="20"/>
                <w:szCs w:val="20"/>
              </w:rPr>
              <w:t>0.022</w:t>
            </w:r>
          </w:p>
        </w:tc>
        <w:tc>
          <w:tcPr>
            <w:tcW w:w="1764" w:type="dxa"/>
            <w:tcBorders>
              <w:top w:val="single" w:sz="4" w:space="0" w:color="auto"/>
            </w:tcBorders>
            <w:vAlign w:val="center"/>
          </w:tcPr>
          <w:p w14:paraId="0EA25564" w14:textId="77777777" w:rsidR="00BE07BE" w:rsidRPr="002D7BA1" w:rsidRDefault="00014E14">
            <w:pPr>
              <w:jc w:val="center"/>
              <w:rPr>
                <w:sz w:val="20"/>
                <w:szCs w:val="20"/>
              </w:rPr>
            </w:pPr>
            <w:r w:rsidRPr="002D7BA1">
              <w:rPr>
                <w:sz w:val="20"/>
                <w:szCs w:val="20"/>
              </w:rPr>
              <w:t>0.117</w:t>
            </w:r>
          </w:p>
        </w:tc>
        <w:tc>
          <w:tcPr>
            <w:tcW w:w="1764" w:type="dxa"/>
            <w:tcBorders>
              <w:top w:val="single" w:sz="4" w:space="0" w:color="auto"/>
            </w:tcBorders>
            <w:vAlign w:val="center"/>
          </w:tcPr>
          <w:p w14:paraId="04B2863E" w14:textId="77777777" w:rsidR="00BE07BE" w:rsidRPr="002D7BA1" w:rsidRDefault="00014E14">
            <w:pPr>
              <w:jc w:val="center"/>
              <w:rPr>
                <w:sz w:val="20"/>
                <w:szCs w:val="20"/>
              </w:rPr>
            </w:pPr>
            <w:r w:rsidRPr="002D7BA1">
              <w:rPr>
                <w:sz w:val="20"/>
                <w:szCs w:val="20"/>
              </w:rPr>
              <w:t>0.168</w:t>
            </w:r>
          </w:p>
        </w:tc>
        <w:tc>
          <w:tcPr>
            <w:tcW w:w="1764" w:type="dxa"/>
            <w:tcBorders>
              <w:top w:val="single" w:sz="4" w:space="0" w:color="auto"/>
            </w:tcBorders>
            <w:vAlign w:val="center"/>
          </w:tcPr>
          <w:p w14:paraId="4FD4B2BE" w14:textId="77777777" w:rsidR="00BE07BE" w:rsidRPr="002D7BA1" w:rsidRDefault="00014E14">
            <w:pPr>
              <w:jc w:val="center"/>
              <w:rPr>
                <w:sz w:val="20"/>
                <w:szCs w:val="20"/>
              </w:rPr>
            </w:pPr>
            <w:r w:rsidRPr="002D7BA1">
              <w:rPr>
                <w:sz w:val="20"/>
                <w:szCs w:val="20"/>
              </w:rPr>
              <w:t>Elevated relative to guideline</w:t>
            </w:r>
          </w:p>
        </w:tc>
      </w:tr>
      <w:tr w:rsidR="00BE07BE" w:rsidRPr="002D7BA1" w14:paraId="73E00A6E" w14:textId="77777777" w:rsidTr="002D7BA1">
        <w:trPr>
          <w:trHeight w:val="522"/>
          <w:jc w:val="center"/>
        </w:trPr>
        <w:tc>
          <w:tcPr>
            <w:tcW w:w="1764" w:type="dxa"/>
            <w:vAlign w:val="center"/>
          </w:tcPr>
          <w:p w14:paraId="1F8CD309" w14:textId="77777777" w:rsidR="00BE07BE" w:rsidRPr="002D7BA1" w:rsidRDefault="00014E14">
            <w:pPr>
              <w:jc w:val="center"/>
              <w:rPr>
                <w:sz w:val="20"/>
                <w:szCs w:val="20"/>
              </w:rPr>
            </w:pPr>
            <w:r w:rsidRPr="002D7BA1">
              <w:rPr>
                <w:sz w:val="20"/>
                <w:szCs w:val="20"/>
              </w:rPr>
              <w:t>Cr</w:t>
            </w:r>
          </w:p>
        </w:tc>
        <w:tc>
          <w:tcPr>
            <w:tcW w:w="1764" w:type="dxa"/>
            <w:vAlign w:val="center"/>
          </w:tcPr>
          <w:p w14:paraId="7888C9D9" w14:textId="77777777" w:rsidR="00BE07BE" w:rsidRPr="002D7BA1" w:rsidRDefault="00014E14">
            <w:pPr>
              <w:jc w:val="center"/>
              <w:rPr>
                <w:sz w:val="20"/>
                <w:szCs w:val="20"/>
              </w:rPr>
            </w:pPr>
            <w:r w:rsidRPr="002D7BA1">
              <w:rPr>
                <w:sz w:val="20"/>
                <w:szCs w:val="20"/>
              </w:rPr>
              <w:t>0.353</w:t>
            </w:r>
          </w:p>
        </w:tc>
        <w:tc>
          <w:tcPr>
            <w:tcW w:w="1764" w:type="dxa"/>
            <w:vAlign w:val="center"/>
          </w:tcPr>
          <w:p w14:paraId="32B471E9" w14:textId="77777777" w:rsidR="00BE07BE" w:rsidRPr="002D7BA1" w:rsidRDefault="00014E14">
            <w:pPr>
              <w:jc w:val="center"/>
              <w:rPr>
                <w:sz w:val="20"/>
                <w:szCs w:val="20"/>
              </w:rPr>
            </w:pPr>
            <w:r w:rsidRPr="002D7BA1">
              <w:rPr>
                <w:sz w:val="20"/>
                <w:szCs w:val="20"/>
              </w:rPr>
              <w:t>0.155</w:t>
            </w:r>
          </w:p>
        </w:tc>
        <w:tc>
          <w:tcPr>
            <w:tcW w:w="1764" w:type="dxa"/>
            <w:vAlign w:val="center"/>
          </w:tcPr>
          <w:p w14:paraId="4F82B6A9" w14:textId="77777777" w:rsidR="00BE07BE" w:rsidRPr="002D7BA1" w:rsidRDefault="00014E14">
            <w:pPr>
              <w:jc w:val="center"/>
              <w:rPr>
                <w:sz w:val="20"/>
                <w:szCs w:val="20"/>
              </w:rPr>
            </w:pPr>
            <w:r w:rsidRPr="002D7BA1">
              <w:rPr>
                <w:sz w:val="20"/>
                <w:szCs w:val="20"/>
              </w:rPr>
              <w:t>0.117</w:t>
            </w:r>
          </w:p>
        </w:tc>
        <w:tc>
          <w:tcPr>
            <w:tcW w:w="1764" w:type="dxa"/>
            <w:vAlign w:val="center"/>
          </w:tcPr>
          <w:p w14:paraId="64A64204" w14:textId="77777777" w:rsidR="00BE07BE" w:rsidRPr="002D7BA1" w:rsidRDefault="00014E14">
            <w:pPr>
              <w:jc w:val="center"/>
              <w:rPr>
                <w:sz w:val="20"/>
                <w:szCs w:val="20"/>
              </w:rPr>
            </w:pPr>
            <w:r w:rsidRPr="002D7BA1">
              <w:rPr>
                <w:sz w:val="20"/>
                <w:szCs w:val="20"/>
              </w:rPr>
              <w:t>0.465</w:t>
            </w:r>
          </w:p>
        </w:tc>
        <w:tc>
          <w:tcPr>
            <w:tcW w:w="1764" w:type="dxa"/>
            <w:vAlign w:val="center"/>
          </w:tcPr>
          <w:p w14:paraId="593F7E60" w14:textId="77777777" w:rsidR="00BE07BE" w:rsidRPr="002D7BA1" w:rsidRDefault="00014E14">
            <w:pPr>
              <w:jc w:val="center"/>
              <w:rPr>
                <w:sz w:val="20"/>
                <w:szCs w:val="20"/>
              </w:rPr>
            </w:pPr>
            <w:r w:rsidRPr="002D7BA1">
              <w:rPr>
                <w:sz w:val="20"/>
                <w:szCs w:val="20"/>
              </w:rPr>
              <w:t>Elevated relative to guideline</w:t>
            </w:r>
          </w:p>
        </w:tc>
      </w:tr>
      <w:tr w:rsidR="00BE07BE" w:rsidRPr="002D7BA1" w14:paraId="28FC8CC6" w14:textId="77777777" w:rsidTr="002D7BA1">
        <w:trPr>
          <w:trHeight w:val="267"/>
          <w:jc w:val="center"/>
        </w:trPr>
        <w:tc>
          <w:tcPr>
            <w:tcW w:w="1764" w:type="dxa"/>
            <w:vAlign w:val="center"/>
          </w:tcPr>
          <w:p w14:paraId="74FD0AD4" w14:textId="77777777" w:rsidR="00BE07BE" w:rsidRPr="002D7BA1" w:rsidRDefault="00014E14">
            <w:pPr>
              <w:jc w:val="center"/>
              <w:rPr>
                <w:sz w:val="20"/>
                <w:szCs w:val="20"/>
              </w:rPr>
            </w:pPr>
            <w:r w:rsidRPr="002D7BA1">
              <w:rPr>
                <w:sz w:val="20"/>
                <w:szCs w:val="20"/>
              </w:rPr>
              <w:t>Cu</w:t>
            </w:r>
          </w:p>
        </w:tc>
        <w:tc>
          <w:tcPr>
            <w:tcW w:w="1764" w:type="dxa"/>
            <w:vAlign w:val="center"/>
          </w:tcPr>
          <w:p w14:paraId="2A95645F" w14:textId="77777777" w:rsidR="00BE07BE" w:rsidRPr="002D7BA1" w:rsidRDefault="00014E14">
            <w:pPr>
              <w:jc w:val="center"/>
              <w:rPr>
                <w:sz w:val="20"/>
                <w:szCs w:val="20"/>
              </w:rPr>
            </w:pPr>
            <w:r w:rsidRPr="002D7BA1">
              <w:rPr>
                <w:sz w:val="20"/>
                <w:szCs w:val="20"/>
              </w:rPr>
              <w:t>0.070</w:t>
            </w:r>
          </w:p>
        </w:tc>
        <w:tc>
          <w:tcPr>
            <w:tcW w:w="1764" w:type="dxa"/>
            <w:vAlign w:val="center"/>
          </w:tcPr>
          <w:p w14:paraId="40386601" w14:textId="77777777" w:rsidR="00BE07BE" w:rsidRPr="002D7BA1" w:rsidRDefault="00014E14">
            <w:pPr>
              <w:jc w:val="center"/>
              <w:rPr>
                <w:sz w:val="20"/>
                <w:szCs w:val="20"/>
              </w:rPr>
            </w:pPr>
            <w:r w:rsidRPr="002D7BA1">
              <w:rPr>
                <w:sz w:val="20"/>
                <w:szCs w:val="20"/>
              </w:rPr>
              <w:t>0.030</w:t>
            </w:r>
          </w:p>
        </w:tc>
        <w:tc>
          <w:tcPr>
            <w:tcW w:w="1764" w:type="dxa"/>
            <w:vAlign w:val="center"/>
          </w:tcPr>
          <w:p w14:paraId="4EAE17DE" w14:textId="77777777" w:rsidR="00BE07BE" w:rsidRPr="002D7BA1" w:rsidRDefault="00014E14">
            <w:pPr>
              <w:jc w:val="center"/>
              <w:rPr>
                <w:sz w:val="20"/>
                <w:szCs w:val="20"/>
              </w:rPr>
            </w:pPr>
            <w:r w:rsidRPr="002D7BA1">
              <w:rPr>
                <w:sz w:val="20"/>
                <w:szCs w:val="20"/>
              </w:rPr>
              <w:t>0.019</w:t>
            </w:r>
          </w:p>
        </w:tc>
        <w:tc>
          <w:tcPr>
            <w:tcW w:w="1764" w:type="dxa"/>
            <w:vAlign w:val="center"/>
          </w:tcPr>
          <w:p w14:paraId="07D681E2" w14:textId="77777777" w:rsidR="00BE07BE" w:rsidRPr="002D7BA1" w:rsidRDefault="00014E14">
            <w:pPr>
              <w:jc w:val="center"/>
              <w:rPr>
                <w:sz w:val="20"/>
                <w:szCs w:val="20"/>
              </w:rPr>
            </w:pPr>
            <w:r w:rsidRPr="002D7BA1">
              <w:rPr>
                <w:sz w:val="20"/>
                <w:szCs w:val="20"/>
              </w:rPr>
              <w:t>0.096</w:t>
            </w:r>
          </w:p>
        </w:tc>
        <w:tc>
          <w:tcPr>
            <w:tcW w:w="1764" w:type="dxa"/>
            <w:vAlign w:val="center"/>
          </w:tcPr>
          <w:p w14:paraId="4B417399" w14:textId="77777777" w:rsidR="00BE07BE" w:rsidRPr="002D7BA1" w:rsidRDefault="00014E14">
            <w:pPr>
              <w:jc w:val="center"/>
              <w:rPr>
                <w:sz w:val="20"/>
                <w:szCs w:val="20"/>
              </w:rPr>
            </w:pPr>
            <w:r w:rsidRPr="002D7BA1">
              <w:rPr>
                <w:sz w:val="20"/>
                <w:szCs w:val="20"/>
              </w:rPr>
              <w:t>Comparatively lower</w:t>
            </w:r>
          </w:p>
        </w:tc>
      </w:tr>
      <w:tr w:rsidR="00BE07BE" w:rsidRPr="002D7BA1" w14:paraId="3BE32B54" w14:textId="77777777" w:rsidTr="002D7BA1">
        <w:trPr>
          <w:trHeight w:val="267"/>
          <w:jc w:val="center"/>
        </w:trPr>
        <w:tc>
          <w:tcPr>
            <w:tcW w:w="1764" w:type="dxa"/>
            <w:vAlign w:val="center"/>
          </w:tcPr>
          <w:p w14:paraId="7BB159C0" w14:textId="77777777" w:rsidR="00BE07BE" w:rsidRPr="002D7BA1" w:rsidRDefault="00014E14">
            <w:pPr>
              <w:jc w:val="center"/>
              <w:rPr>
                <w:sz w:val="20"/>
                <w:szCs w:val="20"/>
              </w:rPr>
            </w:pPr>
            <w:r w:rsidRPr="002D7BA1">
              <w:rPr>
                <w:sz w:val="20"/>
                <w:szCs w:val="20"/>
              </w:rPr>
              <w:t>Fe</w:t>
            </w:r>
          </w:p>
        </w:tc>
        <w:tc>
          <w:tcPr>
            <w:tcW w:w="1764" w:type="dxa"/>
            <w:vAlign w:val="center"/>
          </w:tcPr>
          <w:p w14:paraId="5DCD0213" w14:textId="77777777" w:rsidR="00BE07BE" w:rsidRPr="002D7BA1" w:rsidRDefault="00014E14">
            <w:pPr>
              <w:jc w:val="center"/>
              <w:rPr>
                <w:sz w:val="20"/>
                <w:szCs w:val="20"/>
              </w:rPr>
            </w:pPr>
            <w:r w:rsidRPr="002D7BA1">
              <w:rPr>
                <w:sz w:val="20"/>
                <w:szCs w:val="20"/>
              </w:rPr>
              <w:t>1.480</w:t>
            </w:r>
          </w:p>
        </w:tc>
        <w:tc>
          <w:tcPr>
            <w:tcW w:w="1764" w:type="dxa"/>
            <w:vAlign w:val="center"/>
          </w:tcPr>
          <w:p w14:paraId="1CD57F53" w14:textId="77777777" w:rsidR="00BE07BE" w:rsidRPr="002D7BA1" w:rsidRDefault="00014E14">
            <w:pPr>
              <w:jc w:val="center"/>
              <w:rPr>
                <w:sz w:val="20"/>
                <w:szCs w:val="20"/>
              </w:rPr>
            </w:pPr>
            <w:r w:rsidRPr="002D7BA1">
              <w:rPr>
                <w:sz w:val="20"/>
                <w:szCs w:val="20"/>
              </w:rPr>
              <w:t>0.349</w:t>
            </w:r>
          </w:p>
        </w:tc>
        <w:tc>
          <w:tcPr>
            <w:tcW w:w="1764" w:type="dxa"/>
            <w:vAlign w:val="center"/>
          </w:tcPr>
          <w:p w14:paraId="4582669F" w14:textId="77777777" w:rsidR="00BE07BE" w:rsidRPr="002D7BA1" w:rsidRDefault="00014E14">
            <w:pPr>
              <w:jc w:val="center"/>
              <w:rPr>
                <w:sz w:val="20"/>
                <w:szCs w:val="20"/>
              </w:rPr>
            </w:pPr>
            <w:r w:rsidRPr="002D7BA1">
              <w:rPr>
                <w:sz w:val="20"/>
                <w:szCs w:val="20"/>
              </w:rPr>
              <w:t>1.000</w:t>
            </w:r>
          </w:p>
        </w:tc>
        <w:tc>
          <w:tcPr>
            <w:tcW w:w="1764" w:type="dxa"/>
            <w:vAlign w:val="center"/>
          </w:tcPr>
          <w:p w14:paraId="36A7C8F0" w14:textId="77777777" w:rsidR="00BE07BE" w:rsidRPr="002D7BA1" w:rsidRDefault="00014E14">
            <w:pPr>
              <w:jc w:val="center"/>
              <w:rPr>
                <w:sz w:val="20"/>
                <w:szCs w:val="20"/>
              </w:rPr>
            </w:pPr>
            <w:r w:rsidRPr="002D7BA1">
              <w:rPr>
                <w:sz w:val="20"/>
                <w:szCs w:val="20"/>
              </w:rPr>
              <w:t>1.900</w:t>
            </w:r>
          </w:p>
        </w:tc>
        <w:tc>
          <w:tcPr>
            <w:tcW w:w="1764" w:type="dxa"/>
            <w:vAlign w:val="center"/>
          </w:tcPr>
          <w:p w14:paraId="5DD47D98" w14:textId="77777777" w:rsidR="00BE07BE" w:rsidRPr="002D7BA1" w:rsidRDefault="00014E14">
            <w:pPr>
              <w:jc w:val="center"/>
              <w:rPr>
                <w:sz w:val="20"/>
                <w:szCs w:val="20"/>
              </w:rPr>
            </w:pPr>
            <w:r w:rsidRPr="002D7BA1">
              <w:rPr>
                <w:sz w:val="20"/>
                <w:szCs w:val="20"/>
              </w:rPr>
              <w:t>High across stations</w:t>
            </w:r>
          </w:p>
        </w:tc>
      </w:tr>
      <w:tr w:rsidR="00BE07BE" w:rsidRPr="002D7BA1" w14:paraId="715A8B7E" w14:textId="77777777" w:rsidTr="002D7BA1">
        <w:trPr>
          <w:trHeight w:val="267"/>
          <w:jc w:val="center"/>
        </w:trPr>
        <w:tc>
          <w:tcPr>
            <w:tcW w:w="1764" w:type="dxa"/>
            <w:vAlign w:val="center"/>
          </w:tcPr>
          <w:p w14:paraId="1501F9B4" w14:textId="77777777" w:rsidR="00BE07BE" w:rsidRPr="002D7BA1" w:rsidRDefault="00014E14">
            <w:pPr>
              <w:jc w:val="center"/>
              <w:rPr>
                <w:sz w:val="20"/>
                <w:szCs w:val="20"/>
              </w:rPr>
            </w:pPr>
            <w:r w:rsidRPr="002D7BA1">
              <w:rPr>
                <w:sz w:val="20"/>
                <w:szCs w:val="20"/>
              </w:rPr>
              <w:t>Pb</w:t>
            </w:r>
          </w:p>
        </w:tc>
        <w:tc>
          <w:tcPr>
            <w:tcW w:w="1764" w:type="dxa"/>
            <w:vAlign w:val="center"/>
          </w:tcPr>
          <w:p w14:paraId="07D52D1C" w14:textId="77777777" w:rsidR="00BE07BE" w:rsidRPr="002D7BA1" w:rsidRDefault="00014E14">
            <w:pPr>
              <w:jc w:val="center"/>
              <w:rPr>
                <w:sz w:val="20"/>
                <w:szCs w:val="20"/>
              </w:rPr>
            </w:pPr>
            <w:r w:rsidRPr="002D7BA1">
              <w:rPr>
                <w:sz w:val="20"/>
                <w:szCs w:val="20"/>
              </w:rPr>
              <w:t>0.658</w:t>
            </w:r>
          </w:p>
        </w:tc>
        <w:tc>
          <w:tcPr>
            <w:tcW w:w="1764" w:type="dxa"/>
            <w:vAlign w:val="center"/>
          </w:tcPr>
          <w:p w14:paraId="18303FED" w14:textId="77777777" w:rsidR="00BE07BE" w:rsidRPr="002D7BA1" w:rsidRDefault="00014E14">
            <w:pPr>
              <w:jc w:val="center"/>
              <w:rPr>
                <w:sz w:val="20"/>
                <w:szCs w:val="20"/>
              </w:rPr>
            </w:pPr>
            <w:r w:rsidRPr="002D7BA1">
              <w:rPr>
                <w:sz w:val="20"/>
                <w:szCs w:val="20"/>
              </w:rPr>
              <w:t>0.144</w:t>
            </w:r>
          </w:p>
        </w:tc>
        <w:tc>
          <w:tcPr>
            <w:tcW w:w="1764" w:type="dxa"/>
            <w:vAlign w:val="center"/>
          </w:tcPr>
          <w:p w14:paraId="0E1115C8" w14:textId="77777777" w:rsidR="00BE07BE" w:rsidRPr="002D7BA1" w:rsidRDefault="00014E14">
            <w:pPr>
              <w:jc w:val="center"/>
              <w:rPr>
                <w:sz w:val="20"/>
                <w:szCs w:val="20"/>
              </w:rPr>
            </w:pPr>
            <w:r w:rsidRPr="002D7BA1">
              <w:rPr>
                <w:sz w:val="20"/>
                <w:szCs w:val="20"/>
              </w:rPr>
              <w:t>0.430</w:t>
            </w:r>
          </w:p>
        </w:tc>
        <w:tc>
          <w:tcPr>
            <w:tcW w:w="1764" w:type="dxa"/>
            <w:vAlign w:val="center"/>
          </w:tcPr>
          <w:p w14:paraId="407D535A" w14:textId="77777777" w:rsidR="00BE07BE" w:rsidRPr="002D7BA1" w:rsidRDefault="00014E14">
            <w:pPr>
              <w:jc w:val="center"/>
              <w:rPr>
                <w:sz w:val="20"/>
                <w:szCs w:val="20"/>
              </w:rPr>
            </w:pPr>
            <w:r w:rsidRPr="002D7BA1">
              <w:rPr>
                <w:sz w:val="20"/>
                <w:szCs w:val="20"/>
              </w:rPr>
              <w:t>0.785</w:t>
            </w:r>
          </w:p>
        </w:tc>
        <w:tc>
          <w:tcPr>
            <w:tcW w:w="1764" w:type="dxa"/>
            <w:vAlign w:val="center"/>
          </w:tcPr>
          <w:p w14:paraId="22F3784B" w14:textId="77777777" w:rsidR="00BE07BE" w:rsidRPr="002D7BA1" w:rsidRDefault="00014E14">
            <w:pPr>
              <w:jc w:val="center"/>
              <w:rPr>
                <w:sz w:val="20"/>
                <w:szCs w:val="20"/>
              </w:rPr>
            </w:pPr>
            <w:r w:rsidRPr="002D7BA1">
              <w:rPr>
                <w:sz w:val="20"/>
                <w:szCs w:val="20"/>
              </w:rPr>
              <w:t>High across stations</w:t>
            </w:r>
          </w:p>
        </w:tc>
      </w:tr>
      <w:tr w:rsidR="00BE07BE" w:rsidRPr="002D7BA1" w14:paraId="35B8BCA5" w14:textId="77777777" w:rsidTr="002D7BA1">
        <w:trPr>
          <w:trHeight w:val="267"/>
          <w:jc w:val="center"/>
        </w:trPr>
        <w:tc>
          <w:tcPr>
            <w:tcW w:w="1764" w:type="dxa"/>
            <w:vAlign w:val="center"/>
          </w:tcPr>
          <w:p w14:paraId="39A64E18" w14:textId="77777777" w:rsidR="00BE07BE" w:rsidRPr="002D7BA1" w:rsidRDefault="00014E14">
            <w:pPr>
              <w:jc w:val="center"/>
              <w:rPr>
                <w:sz w:val="20"/>
                <w:szCs w:val="20"/>
              </w:rPr>
            </w:pPr>
            <w:r w:rsidRPr="002D7BA1">
              <w:rPr>
                <w:sz w:val="20"/>
                <w:szCs w:val="20"/>
              </w:rPr>
              <w:t>Mn</w:t>
            </w:r>
          </w:p>
        </w:tc>
        <w:tc>
          <w:tcPr>
            <w:tcW w:w="1764" w:type="dxa"/>
            <w:vAlign w:val="center"/>
          </w:tcPr>
          <w:p w14:paraId="3C0EC928" w14:textId="77777777" w:rsidR="00BE07BE" w:rsidRPr="002D7BA1" w:rsidRDefault="00014E14">
            <w:pPr>
              <w:jc w:val="center"/>
              <w:rPr>
                <w:sz w:val="20"/>
                <w:szCs w:val="20"/>
              </w:rPr>
            </w:pPr>
            <w:r w:rsidRPr="002D7BA1">
              <w:rPr>
                <w:sz w:val="20"/>
                <w:szCs w:val="20"/>
              </w:rPr>
              <w:t>0.119</w:t>
            </w:r>
          </w:p>
        </w:tc>
        <w:tc>
          <w:tcPr>
            <w:tcW w:w="1764" w:type="dxa"/>
            <w:vAlign w:val="center"/>
          </w:tcPr>
          <w:p w14:paraId="1E47E697" w14:textId="77777777" w:rsidR="00BE07BE" w:rsidRPr="002D7BA1" w:rsidRDefault="00014E14">
            <w:pPr>
              <w:jc w:val="center"/>
              <w:rPr>
                <w:sz w:val="20"/>
                <w:szCs w:val="20"/>
              </w:rPr>
            </w:pPr>
            <w:r w:rsidRPr="002D7BA1">
              <w:rPr>
                <w:sz w:val="20"/>
                <w:szCs w:val="20"/>
              </w:rPr>
              <w:t>0.040</w:t>
            </w:r>
          </w:p>
        </w:tc>
        <w:tc>
          <w:tcPr>
            <w:tcW w:w="1764" w:type="dxa"/>
            <w:vAlign w:val="center"/>
          </w:tcPr>
          <w:p w14:paraId="4765E747" w14:textId="77777777" w:rsidR="00BE07BE" w:rsidRPr="002D7BA1" w:rsidRDefault="00014E14">
            <w:pPr>
              <w:jc w:val="center"/>
              <w:rPr>
                <w:sz w:val="20"/>
                <w:szCs w:val="20"/>
              </w:rPr>
            </w:pPr>
            <w:r w:rsidRPr="002D7BA1">
              <w:rPr>
                <w:sz w:val="20"/>
                <w:szCs w:val="20"/>
              </w:rPr>
              <w:t>0.078</w:t>
            </w:r>
          </w:p>
        </w:tc>
        <w:tc>
          <w:tcPr>
            <w:tcW w:w="1764" w:type="dxa"/>
            <w:vAlign w:val="center"/>
          </w:tcPr>
          <w:p w14:paraId="2B666004" w14:textId="77777777" w:rsidR="00BE07BE" w:rsidRPr="002D7BA1" w:rsidRDefault="00014E14">
            <w:pPr>
              <w:jc w:val="center"/>
              <w:rPr>
                <w:sz w:val="20"/>
                <w:szCs w:val="20"/>
              </w:rPr>
            </w:pPr>
            <w:r w:rsidRPr="002D7BA1">
              <w:rPr>
                <w:sz w:val="20"/>
                <w:szCs w:val="20"/>
              </w:rPr>
              <w:t>0.175</w:t>
            </w:r>
          </w:p>
        </w:tc>
        <w:tc>
          <w:tcPr>
            <w:tcW w:w="1764" w:type="dxa"/>
            <w:vAlign w:val="center"/>
          </w:tcPr>
          <w:p w14:paraId="117E4F66" w14:textId="77777777" w:rsidR="00BE07BE" w:rsidRPr="002D7BA1" w:rsidRDefault="00014E14">
            <w:pPr>
              <w:jc w:val="center"/>
              <w:rPr>
                <w:sz w:val="20"/>
                <w:szCs w:val="20"/>
              </w:rPr>
            </w:pPr>
            <w:r w:rsidRPr="002D7BA1">
              <w:rPr>
                <w:sz w:val="20"/>
                <w:szCs w:val="20"/>
              </w:rPr>
              <w:t>Comparatively lower</w:t>
            </w:r>
          </w:p>
        </w:tc>
      </w:tr>
      <w:tr w:rsidR="00BE07BE" w:rsidRPr="002D7BA1" w14:paraId="788594E2" w14:textId="77777777" w:rsidTr="002D7BA1">
        <w:trPr>
          <w:trHeight w:val="267"/>
          <w:jc w:val="center"/>
        </w:trPr>
        <w:tc>
          <w:tcPr>
            <w:tcW w:w="1764" w:type="dxa"/>
            <w:vAlign w:val="center"/>
          </w:tcPr>
          <w:p w14:paraId="0B29CF73" w14:textId="77777777" w:rsidR="00BE07BE" w:rsidRPr="002D7BA1" w:rsidRDefault="00014E14">
            <w:pPr>
              <w:jc w:val="center"/>
              <w:rPr>
                <w:sz w:val="20"/>
                <w:szCs w:val="20"/>
              </w:rPr>
            </w:pPr>
            <w:r w:rsidRPr="002D7BA1">
              <w:rPr>
                <w:sz w:val="20"/>
                <w:szCs w:val="20"/>
              </w:rPr>
              <w:t>Ni</w:t>
            </w:r>
          </w:p>
        </w:tc>
        <w:tc>
          <w:tcPr>
            <w:tcW w:w="1764" w:type="dxa"/>
            <w:vAlign w:val="center"/>
          </w:tcPr>
          <w:p w14:paraId="5E082985" w14:textId="77777777" w:rsidR="00BE07BE" w:rsidRPr="002D7BA1" w:rsidRDefault="00014E14">
            <w:pPr>
              <w:jc w:val="center"/>
              <w:rPr>
                <w:sz w:val="20"/>
                <w:szCs w:val="20"/>
              </w:rPr>
            </w:pPr>
            <w:r w:rsidRPr="002D7BA1">
              <w:rPr>
                <w:sz w:val="20"/>
                <w:szCs w:val="20"/>
              </w:rPr>
              <w:t>0.514</w:t>
            </w:r>
          </w:p>
        </w:tc>
        <w:tc>
          <w:tcPr>
            <w:tcW w:w="1764" w:type="dxa"/>
            <w:vAlign w:val="center"/>
          </w:tcPr>
          <w:p w14:paraId="7A2DBCBD" w14:textId="77777777" w:rsidR="00BE07BE" w:rsidRPr="002D7BA1" w:rsidRDefault="00014E14">
            <w:pPr>
              <w:jc w:val="center"/>
              <w:rPr>
                <w:sz w:val="20"/>
                <w:szCs w:val="20"/>
              </w:rPr>
            </w:pPr>
            <w:r w:rsidRPr="002D7BA1">
              <w:rPr>
                <w:sz w:val="20"/>
                <w:szCs w:val="20"/>
              </w:rPr>
              <w:t>0.091</w:t>
            </w:r>
          </w:p>
        </w:tc>
        <w:tc>
          <w:tcPr>
            <w:tcW w:w="1764" w:type="dxa"/>
            <w:vAlign w:val="center"/>
          </w:tcPr>
          <w:p w14:paraId="47AE8E4E" w14:textId="77777777" w:rsidR="00BE07BE" w:rsidRPr="002D7BA1" w:rsidRDefault="00014E14">
            <w:pPr>
              <w:jc w:val="center"/>
              <w:rPr>
                <w:sz w:val="20"/>
                <w:szCs w:val="20"/>
              </w:rPr>
            </w:pPr>
            <w:r w:rsidRPr="002D7BA1">
              <w:rPr>
                <w:sz w:val="20"/>
                <w:szCs w:val="20"/>
              </w:rPr>
              <w:t>0.374</w:t>
            </w:r>
          </w:p>
        </w:tc>
        <w:tc>
          <w:tcPr>
            <w:tcW w:w="1764" w:type="dxa"/>
            <w:vAlign w:val="center"/>
          </w:tcPr>
          <w:p w14:paraId="0E9612B1" w14:textId="77777777" w:rsidR="00BE07BE" w:rsidRPr="002D7BA1" w:rsidRDefault="00014E14">
            <w:pPr>
              <w:jc w:val="center"/>
              <w:rPr>
                <w:sz w:val="20"/>
                <w:szCs w:val="20"/>
              </w:rPr>
            </w:pPr>
            <w:r w:rsidRPr="002D7BA1">
              <w:rPr>
                <w:sz w:val="20"/>
                <w:szCs w:val="20"/>
              </w:rPr>
              <w:t>0.625</w:t>
            </w:r>
          </w:p>
        </w:tc>
        <w:tc>
          <w:tcPr>
            <w:tcW w:w="1764" w:type="dxa"/>
            <w:vAlign w:val="center"/>
          </w:tcPr>
          <w:p w14:paraId="2E57C74D" w14:textId="77777777" w:rsidR="00BE07BE" w:rsidRPr="002D7BA1" w:rsidRDefault="00014E14">
            <w:pPr>
              <w:jc w:val="center"/>
              <w:rPr>
                <w:sz w:val="20"/>
                <w:szCs w:val="20"/>
              </w:rPr>
            </w:pPr>
            <w:r w:rsidRPr="002D7BA1">
              <w:rPr>
                <w:sz w:val="20"/>
                <w:szCs w:val="20"/>
              </w:rPr>
              <w:t>High across stations</w:t>
            </w:r>
          </w:p>
        </w:tc>
      </w:tr>
    </w:tbl>
    <w:p w14:paraId="4DE68EBB" w14:textId="77777777" w:rsidR="002D4B9F" w:rsidRDefault="002D4B9F">
      <w:pPr>
        <w:jc w:val="center"/>
        <w:rPr>
          <w:noProof/>
        </w:rPr>
      </w:pPr>
    </w:p>
    <w:p w14:paraId="2585E1C9" w14:textId="3730EB6C" w:rsidR="00CF55FA" w:rsidRDefault="00076718" w:rsidP="00004BF2">
      <w:pPr>
        <w:spacing w:line="480" w:lineRule="auto"/>
        <w:contextualSpacing/>
        <w:jc w:val="both"/>
        <w:rPr>
          <w:noProof/>
        </w:rPr>
      </w:pPr>
      <w:r w:rsidRPr="00076718">
        <w:rPr>
          <w:noProof/>
        </w:rPr>
        <w:t xml:space="preserve">Figure </w:t>
      </w:r>
      <w:r>
        <w:rPr>
          <w:noProof/>
        </w:rPr>
        <w:t>2</w:t>
      </w:r>
      <w:r w:rsidRPr="00076718">
        <w:rPr>
          <w:noProof/>
        </w:rPr>
        <w:t xml:space="preserve"> presents the station-wise distribution of selected heavy metals across VIC ST 1 to VIC ST 5. The chart compares the concentrations of Cd, Cr, Cu, Fe, Pb, Mn and Ni, showing the relative variation and dominance of individual metals among the sampling stations.</w:t>
      </w:r>
    </w:p>
    <w:p w14:paraId="347EA5C2" w14:textId="1C30EA9B" w:rsidR="00171D4A" w:rsidRDefault="008E5464" w:rsidP="006517B3">
      <w:pPr>
        <w:spacing w:line="240" w:lineRule="auto"/>
        <w:jc w:val="center"/>
        <w:rPr>
          <w:noProof/>
        </w:rPr>
      </w:pPr>
      <w:r>
        <w:rPr>
          <w:noProof/>
        </w:rPr>
        <w:lastRenderedPageBreak/>
        <w:drawing>
          <wp:inline distT="0" distB="0" distL="0" distR="0" wp14:anchorId="1BA4F136" wp14:editId="0E9CDF8D">
            <wp:extent cx="5818505" cy="2542309"/>
            <wp:effectExtent l="0" t="0" r="10795" b="10795"/>
            <wp:docPr id="2025675413"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C9C398A" w14:textId="77777777" w:rsidR="00D76CCA" w:rsidRDefault="00464B30" w:rsidP="006517B3">
      <w:pPr>
        <w:spacing w:line="240" w:lineRule="auto"/>
        <w:contextualSpacing/>
        <w:jc w:val="center"/>
        <w:rPr>
          <w:b/>
          <w:bCs/>
          <w:noProof/>
        </w:rPr>
      </w:pPr>
      <w:r w:rsidRPr="00470B05">
        <w:rPr>
          <w:b/>
          <w:bCs/>
          <w:noProof/>
        </w:rPr>
        <w:t>Figure 2: Spatial variation of heavy metals in surface water across the five sampling stations</w:t>
      </w:r>
    </w:p>
    <w:p w14:paraId="79A1B965" w14:textId="77777777" w:rsidR="00D76CCA" w:rsidRDefault="00D76CCA" w:rsidP="00D76CCA">
      <w:pPr>
        <w:spacing w:line="240" w:lineRule="auto"/>
        <w:contextualSpacing/>
        <w:rPr>
          <w:b/>
          <w:bCs/>
        </w:rPr>
      </w:pPr>
    </w:p>
    <w:p w14:paraId="01A7BF82" w14:textId="5650ED05" w:rsidR="00BE07BE" w:rsidRPr="00D76CCA" w:rsidRDefault="00014E14" w:rsidP="00D76CCA">
      <w:pPr>
        <w:spacing w:line="240" w:lineRule="auto"/>
        <w:contextualSpacing/>
        <w:rPr>
          <w:b/>
          <w:bCs/>
          <w:noProof/>
        </w:rPr>
      </w:pPr>
      <w:r w:rsidRPr="00D76CCA">
        <w:rPr>
          <w:b/>
          <w:bCs/>
        </w:rPr>
        <w:t>Heavy Metals in Sediment</w:t>
      </w:r>
    </w:p>
    <w:p w14:paraId="477CC74F" w14:textId="55AA9FF5" w:rsidR="006517B3" w:rsidRPr="00F110DD" w:rsidRDefault="00014E14" w:rsidP="006517B3">
      <w:pPr>
        <w:spacing w:after="120" w:line="480" w:lineRule="auto"/>
        <w:contextualSpacing/>
        <w:jc w:val="both"/>
      </w:pPr>
      <w:r>
        <w:t xml:space="preserve">Sediment metal concentrations are shown in Table </w:t>
      </w:r>
      <w:r w:rsidR="00771A33">
        <w:t>5</w:t>
      </w:r>
      <w:r>
        <w:t>. The concentrations followed the overall mean order Pb &gt; Cr &gt; Ni. The total sediment metal burden was highest at VIC ST 2 (142.38 mg/kg), closely followed by VIC ST 1 (139.77 mg/kg), while VIC ST 5 recorded the lowest total burden (50.77 mg/kg).</w:t>
      </w:r>
    </w:p>
    <w:p w14:paraId="64A91DF0" w14:textId="32613D38" w:rsidR="00BE07BE" w:rsidRPr="0030425B" w:rsidRDefault="00014E14" w:rsidP="0030425B">
      <w:pPr>
        <w:spacing w:line="240" w:lineRule="auto"/>
        <w:contextualSpacing/>
        <w:jc w:val="center"/>
        <w:rPr>
          <w:sz w:val="32"/>
          <w:szCs w:val="28"/>
        </w:rPr>
      </w:pPr>
      <w:r w:rsidRPr="0030425B">
        <w:rPr>
          <w:b/>
          <w:szCs w:val="28"/>
        </w:rPr>
        <w:t xml:space="preserve">Table </w:t>
      </w:r>
      <w:r w:rsidR="00771A33">
        <w:rPr>
          <w:b/>
          <w:szCs w:val="28"/>
        </w:rPr>
        <w:t>5</w:t>
      </w:r>
      <w:r w:rsidRPr="0030425B">
        <w:rPr>
          <w:b/>
          <w:szCs w:val="28"/>
        </w:rPr>
        <w:t>: Heavy metal concentrations in sediment samples from the Mini-Welele River</w:t>
      </w:r>
    </w:p>
    <w:tbl>
      <w:tblPr>
        <w:tblStyle w:val="TableGrid"/>
        <w:tblW w:w="10750" w:type="dxa"/>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0"/>
        <w:gridCol w:w="2150"/>
        <w:gridCol w:w="2150"/>
        <w:gridCol w:w="2150"/>
        <w:gridCol w:w="2150"/>
      </w:tblGrid>
      <w:tr w:rsidR="00BE07BE" w:rsidRPr="0030425B" w14:paraId="51A4A976" w14:textId="77777777" w:rsidTr="0030425B">
        <w:trPr>
          <w:trHeight w:val="414"/>
          <w:tblHeader/>
          <w:jc w:val="center"/>
        </w:trPr>
        <w:tc>
          <w:tcPr>
            <w:tcW w:w="2150" w:type="dxa"/>
            <w:tcBorders>
              <w:top w:val="single" w:sz="4" w:space="0" w:color="auto"/>
              <w:bottom w:val="single" w:sz="4" w:space="0" w:color="auto"/>
            </w:tcBorders>
            <w:vAlign w:val="center"/>
          </w:tcPr>
          <w:p w14:paraId="46EE709E" w14:textId="77777777" w:rsidR="00BE07BE" w:rsidRPr="0030425B" w:rsidRDefault="00014E14">
            <w:pPr>
              <w:jc w:val="center"/>
              <w:rPr>
                <w:sz w:val="20"/>
                <w:szCs w:val="20"/>
              </w:rPr>
            </w:pPr>
            <w:r w:rsidRPr="0030425B">
              <w:rPr>
                <w:b/>
                <w:sz w:val="20"/>
                <w:szCs w:val="20"/>
              </w:rPr>
              <w:t>Station</w:t>
            </w:r>
          </w:p>
        </w:tc>
        <w:tc>
          <w:tcPr>
            <w:tcW w:w="2150" w:type="dxa"/>
            <w:tcBorders>
              <w:top w:val="single" w:sz="4" w:space="0" w:color="auto"/>
              <w:bottom w:val="single" w:sz="4" w:space="0" w:color="auto"/>
            </w:tcBorders>
            <w:vAlign w:val="center"/>
          </w:tcPr>
          <w:p w14:paraId="44633943" w14:textId="77777777" w:rsidR="00BE07BE" w:rsidRPr="0030425B" w:rsidRDefault="00014E14">
            <w:pPr>
              <w:jc w:val="center"/>
              <w:rPr>
                <w:sz w:val="20"/>
                <w:szCs w:val="20"/>
              </w:rPr>
            </w:pPr>
            <w:r w:rsidRPr="0030425B">
              <w:rPr>
                <w:b/>
                <w:sz w:val="20"/>
                <w:szCs w:val="20"/>
              </w:rPr>
              <w:t>Cr (mg/kg)</w:t>
            </w:r>
          </w:p>
        </w:tc>
        <w:tc>
          <w:tcPr>
            <w:tcW w:w="2150" w:type="dxa"/>
            <w:tcBorders>
              <w:top w:val="single" w:sz="4" w:space="0" w:color="auto"/>
              <w:bottom w:val="single" w:sz="4" w:space="0" w:color="auto"/>
            </w:tcBorders>
            <w:vAlign w:val="center"/>
          </w:tcPr>
          <w:p w14:paraId="2D988D57" w14:textId="77777777" w:rsidR="00BE07BE" w:rsidRPr="0030425B" w:rsidRDefault="00014E14">
            <w:pPr>
              <w:jc w:val="center"/>
              <w:rPr>
                <w:sz w:val="20"/>
                <w:szCs w:val="20"/>
              </w:rPr>
            </w:pPr>
            <w:r w:rsidRPr="0030425B">
              <w:rPr>
                <w:b/>
                <w:sz w:val="20"/>
                <w:szCs w:val="20"/>
              </w:rPr>
              <w:t>Pb (mg/kg)</w:t>
            </w:r>
          </w:p>
        </w:tc>
        <w:tc>
          <w:tcPr>
            <w:tcW w:w="2150" w:type="dxa"/>
            <w:tcBorders>
              <w:top w:val="single" w:sz="4" w:space="0" w:color="auto"/>
              <w:bottom w:val="single" w:sz="4" w:space="0" w:color="auto"/>
            </w:tcBorders>
            <w:vAlign w:val="center"/>
          </w:tcPr>
          <w:p w14:paraId="50731FD1" w14:textId="77777777" w:rsidR="00BE07BE" w:rsidRPr="0030425B" w:rsidRDefault="00014E14">
            <w:pPr>
              <w:jc w:val="center"/>
              <w:rPr>
                <w:sz w:val="20"/>
                <w:szCs w:val="20"/>
              </w:rPr>
            </w:pPr>
            <w:r w:rsidRPr="0030425B">
              <w:rPr>
                <w:b/>
                <w:sz w:val="20"/>
                <w:szCs w:val="20"/>
              </w:rPr>
              <w:t>Ni (mg/kg)</w:t>
            </w:r>
          </w:p>
        </w:tc>
        <w:tc>
          <w:tcPr>
            <w:tcW w:w="2150" w:type="dxa"/>
            <w:tcBorders>
              <w:top w:val="single" w:sz="4" w:space="0" w:color="auto"/>
              <w:bottom w:val="single" w:sz="4" w:space="0" w:color="auto"/>
            </w:tcBorders>
            <w:vAlign w:val="center"/>
          </w:tcPr>
          <w:p w14:paraId="6B986D44" w14:textId="77777777" w:rsidR="00BE07BE" w:rsidRPr="0030425B" w:rsidRDefault="00014E14">
            <w:pPr>
              <w:jc w:val="center"/>
              <w:rPr>
                <w:sz w:val="20"/>
                <w:szCs w:val="20"/>
              </w:rPr>
            </w:pPr>
            <w:r w:rsidRPr="0030425B">
              <w:rPr>
                <w:b/>
                <w:sz w:val="20"/>
                <w:szCs w:val="20"/>
              </w:rPr>
              <w:t>Total (mg/kg)</w:t>
            </w:r>
          </w:p>
        </w:tc>
      </w:tr>
      <w:tr w:rsidR="00BE07BE" w:rsidRPr="0030425B" w14:paraId="3132C2D6" w14:textId="77777777" w:rsidTr="0030425B">
        <w:trPr>
          <w:trHeight w:val="414"/>
          <w:jc w:val="center"/>
        </w:trPr>
        <w:tc>
          <w:tcPr>
            <w:tcW w:w="2150" w:type="dxa"/>
            <w:tcBorders>
              <w:top w:val="single" w:sz="4" w:space="0" w:color="auto"/>
            </w:tcBorders>
            <w:vAlign w:val="center"/>
          </w:tcPr>
          <w:p w14:paraId="3505F31A" w14:textId="77777777" w:rsidR="00BE07BE" w:rsidRPr="0030425B" w:rsidRDefault="00014E14">
            <w:pPr>
              <w:jc w:val="center"/>
              <w:rPr>
                <w:sz w:val="20"/>
                <w:szCs w:val="20"/>
              </w:rPr>
            </w:pPr>
            <w:r w:rsidRPr="0030425B">
              <w:rPr>
                <w:sz w:val="20"/>
                <w:szCs w:val="20"/>
              </w:rPr>
              <w:t>VIC ST 1</w:t>
            </w:r>
          </w:p>
        </w:tc>
        <w:tc>
          <w:tcPr>
            <w:tcW w:w="2150" w:type="dxa"/>
            <w:tcBorders>
              <w:top w:val="single" w:sz="4" w:space="0" w:color="auto"/>
            </w:tcBorders>
            <w:vAlign w:val="center"/>
          </w:tcPr>
          <w:p w14:paraId="404C011D" w14:textId="77777777" w:rsidR="00BE07BE" w:rsidRPr="0030425B" w:rsidRDefault="00014E14">
            <w:pPr>
              <w:jc w:val="center"/>
              <w:rPr>
                <w:sz w:val="20"/>
                <w:szCs w:val="20"/>
              </w:rPr>
            </w:pPr>
            <w:r w:rsidRPr="0030425B">
              <w:rPr>
                <w:sz w:val="20"/>
                <w:szCs w:val="20"/>
              </w:rPr>
              <w:t>76.15</w:t>
            </w:r>
          </w:p>
        </w:tc>
        <w:tc>
          <w:tcPr>
            <w:tcW w:w="2150" w:type="dxa"/>
            <w:tcBorders>
              <w:top w:val="single" w:sz="4" w:space="0" w:color="auto"/>
            </w:tcBorders>
            <w:vAlign w:val="center"/>
          </w:tcPr>
          <w:p w14:paraId="3ED3991E" w14:textId="77777777" w:rsidR="00BE07BE" w:rsidRPr="0030425B" w:rsidRDefault="00014E14">
            <w:pPr>
              <w:jc w:val="center"/>
              <w:rPr>
                <w:sz w:val="20"/>
                <w:szCs w:val="20"/>
              </w:rPr>
            </w:pPr>
            <w:r w:rsidRPr="0030425B">
              <w:rPr>
                <w:sz w:val="20"/>
                <w:szCs w:val="20"/>
              </w:rPr>
              <w:t>48.10</w:t>
            </w:r>
          </w:p>
        </w:tc>
        <w:tc>
          <w:tcPr>
            <w:tcW w:w="2150" w:type="dxa"/>
            <w:tcBorders>
              <w:top w:val="single" w:sz="4" w:space="0" w:color="auto"/>
            </w:tcBorders>
            <w:vAlign w:val="center"/>
          </w:tcPr>
          <w:p w14:paraId="56A5D6BC" w14:textId="77777777" w:rsidR="00BE07BE" w:rsidRPr="0030425B" w:rsidRDefault="00014E14">
            <w:pPr>
              <w:jc w:val="center"/>
              <w:rPr>
                <w:sz w:val="20"/>
                <w:szCs w:val="20"/>
              </w:rPr>
            </w:pPr>
            <w:r w:rsidRPr="0030425B">
              <w:rPr>
                <w:sz w:val="20"/>
                <w:szCs w:val="20"/>
              </w:rPr>
              <w:t>15.52</w:t>
            </w:r>
          </w:p>
        </w:tc>
        <w:tc>
          <w:tcPr>
            <w:tcW w:w="2150" w:type="dxa"/>
            <w:tcBorders>
              <w:top w:val="single" w:sz="4" w:space="0" w:color="auto"/>
            </w:tcBorders>
            <w:vAlign w:val="center"/>
          </w:tcPr>
          <w:p w14:paraId="332BC509" w14:textId="77777777" w:rsidR="00BE07BE" w:rsidRPr="0030425B" w:rsidRDefault="00014E14">
            <w:pPr>
              <w:jc w:val="center"/>
              <w:rPr>
                <w:sz w:val="20"/>
                <w:szCs w:val="20"/>
              </w:rPr>
            </w:pPr>
            <w:r w:rsidRPr="0030425B">
              <w:rPr>
                <w:sz w:val="20"/>
                <w:szCs w:val="20"/>
              </w:rPr>
              <w:t>139.77</w:t>
            </w:r>
          </w:p>
        </w:tc>
      </w:tr>
      <w:tr w:rsidR="00BE07BE" w:rsidRPr="0030425B" w14:paraId="2D909665" w14:textId="77777777" w:rsidTr="0030425B">
        <w:trPr>
          <w:trHeight w:val="414"/>
          <w:jc w:val="center"/>
        </w:trPr>
        <w:tc>
          <w:tcPr>
            <w:tcW w:w="2150" w:type="dxa"/>
            <w:vAlign w:val="center"/>
          </w:tcPr>
          <w:p w14:paraId="03695A0C" w14:textId="77777777" w:rsidR="00BE07BE" w:rsidRPr="0030425B" w:rsidRDefault="00014E14">
            <w:pPr>
              <w:jc w:val="center"/>
              <w:rPr>
                <w:sz w:val="20"/>
                <w:szCs w:val="20"/>
              </w:rPr>
            </w:pPr>
            <w:r w:rsidRPr="0030425B">
              <w:rPr>
                <w:sz w:val="20"/>
                <w:szCs w:val="20"/>
              </w:rPr>
              <w:t>VIC ST 2</w:t>
            </w:r>
          </w:p>
        </w:tc>
        <w:tc>
          <w:tcPr>
            <w:tcW w:w="2150" w:type="dxa"/>
            <w:vAlign w:val="center"/>
          </w:tcPr>
          <w:p w14:paraId="7BB02AB7" w14:textId="77777777" w:rsidR="00BE07BE" w:rsidRPr="0030425B" w:rsidRDefault="00014E14">
            <w:pPr>
              <w:jc w:val="center"/>
              <w:rPr>
                <w:sz w:val="20"/>
                <w:szCs w:val="20"/>
              </w:rPr>
            </w:pPr>
            <w:r w:rsidRPr="0030425B">
              <w:rPr>
                <w:sz w:val="20"/>
                <w:szCs w:val="20"/>
              </w:rPr>
              <w:t>33.25</w:t>
            </w:r>
          </w:p>
        </w:tc>
        <w:tc>
          <w:tcPr>
            <w:tcW w:w="2150" w:type="dxa"/>
            <w:vAlign w:val="center"/>
          </w:tcPr>
          <w:p w14:paraId="30639CB4" w14:textId="77777777" w:rsidR="00BE07BE" w:rsidRPr="0030425B" w:rsidRDefault="00014E14">
            <w:pPr>
              <w:jc w:val="center"/>
              <w:rPr>
                <w:sz w:val="20"/>
                <w:szCs w:val="20"/>
              </w:rPr>
            </w:pPr>
            <w:r w:rsidRPr="0030425B">
              <w:rPr>
                <w:sz w:val="20"/>
                <w:szCs w:val="20"/>
              </w:rPr>
              <w:t>87.41</w:t>
            </w:r>
          </w:p>
        </w:tc>
        <w:tc>
          <w:tcPr>
            <w:tcW w:w="2150" w:type="dxa"/>
            <w:vAlign w:val="center"/>
          </w:tcPr>
          <w:p w14:paraId="787F605B" w14:textId="77777777" w:rsidR="00BE07BE" w:rsidRPr="0030425B" w:rsidRDefault="00014E14">
            <w:pPr>
              <w:jc w:val="center"/>
              <w:rPr>
                <w:sz w:val="20"/>
                <w:szCs w:val="20"/>
              </w:rPr>
            </w:pPr>
            <w:r w:rsidRPr="0030425B">
              <w:rPr>
                <w:sz w:val="20"/>
                <w:szCs w:val="20"/>
              </w:rPr>
              <w:t>21.72</w:t>
            </w:r>
          </w:p>
        </w:tc>
        <w:tc>
          <w:tcPr>
            <w:tcW w:w="2150" w:type="dxa"/>
            <w:vAlign w:val="center"/>
          </w:tcPr>
          <w:p w14:paraId="49A08163" w14:textId="77777777" w:rsidR="00BE07BE" w:rsidRPr="0030425B" w:rsidRDefault="00014E14">
            <w:pPr>
              <w:jc w:val="center"/>
              <w:rPr>
                <w:sz w:val="20"/>
                <w:szCs w:val="20"/>
              </w:rPr>
            </w:pPr>
            <w:r w:rsidRPr="0030425B">
              <w:rPr>
                <w:sz w:val="20"/>
                <w:szCs w:val="20"/>
              </w:rPr>
              <w:t>142.38</w:t>
            </w:r>
          </w:p>
        </w:tc>
      </w:tr>
      <w:tr w:rsidR="00BE07BE" w:rsidRPr="0030425B" w14:paraId="6ABE3C22" w14:textId="77777777" w:rsidTr="0030425B">
        <w:trPr>
          <w:trHeight w:val="414"/>
          <w:jc w:val="center"/>
        </w:trPr>
        <w:tc>
          <w:tcPr>
            <w:tcW w:w="2150" w:type="dxa"/>
            <w:vAlign w:val="center"/>
          </w:tcPr>
          <w:p w14:paraId="1EE67BF5" w14:textId="77777777" w:rsidR="00BE07BE" w:rsidRPr="0030425B" w:rsidRDefault="00014E14">
            <w:pPr>
              <w:jc w:val="center"/>
              <w:rPr>
                <w:sz w:val="20"/>
                <w:szCs w:val="20"/>
              </w:rPr>
            </w:pPr>
            <w:r w:rsidRPr="0030425B">
              <w:rPr>
                <w:sz w:val="20"/>
                <w:szCs w:val="20"/>
              </w:rPr>
              <w:t>VIC ST 3</w:t>
            </w:r>
          </w:p>
        </w:tc>
        <w:tc>
          <w:tcPr>
            <w:tcW w:w="2150" w:type="dxa"/>
            <w:vAlign w:val="center"/>
          </w:tcPr>
          <w:p w14:paraId="0B2E22A0" w14:textId="77777777" w:rsidR="00BE07BE" w:rsidRPr="0030425B" w:rsidRDefault="00014E14">
            <w:pPr>
              <w:jc w:val="center"/>
              <w:rPr>
                <w:sz w:val="20"/>
                <w:szCs w:val="20"/>
              </w:rPr>
            </w:pPr>
            <w:r w:rsidRPr="0030425B">
              <w:rPr>
                <w:sz w:val="20"/>
                <w:szCs w:val="20"/>
              </w:rPr>
              <w:t>34.55</w:t>
            </w:r>
          </w:p>
        </w:tc>
        <w:tc>
          <w:tcPr>
            <w:tcW w:w="2150" w:type="dxa"/>
            <w:vAlign w:val="center"/>
          </w:tcPr>
          <w:p w14:paraId="03F30595" w14:textId="77777777" w:rsidR="00BE07BE" w:rsidRPr="0030425B" w:rsidRDefault="00014E14">
            <w:pPr>
              <w:jc w:val="center"/>
              <w:rPr>
                <w:sz w:val="20"/>
                <w:szCs w:val="20"/>
              </w:rPr>
            </w:pPr>
            <w:r w:rsidRPr="0030425B">
              <w:rPr>
                <w:sz w:val="20"/>
                <w:szCs w:val="20"/>
              </w:rPr>
              <w:t>44.46</w:t>
            </w:r>
          </w:p>
        </w:tc>
        <w:tc>
          <w:tcPr>
            <w:tcW w:w="2150" w:type="dxa"/>
            <w:vAlign w:val="center"/>
          </w:tcPr>
          <w:p w14:paraId="1D29D41D" w14:textId="77777777" w:rsidR="00BE07BE" w:rsidRPr="0030425B" w:rsidRDefault="00014E14">
            <w:pPr>
              <w:jc w:val="center"/>
              <w:rPr>
                <w:sz w:val="20"/>
                <w:szCs w:val="20"/>
              </w:rPr>
            </w:pPr>
            <w:r w:rsidRPr="0030425B">
              <w:rPr>
                <w:sz w:val="20"/>
                <w:szCs w:val="20"/>
              </w:rPr>
              <w:t>15.42</w:t>
            </w:r>
          </w:p>
        </w:tc>
        <w:tc>
          <w:tcPr>
            <w:tcW w:w="2150" w:type="dxa"/>
            <w:vAlign w:val="center"/>
          </w:tcPr>
          <w:p w14:paraId="68BB0BBD" w14:textId="77777777" w:rsidR="00BE07BE" w:rsidRPr="0030425B" w:rsidRDefault="00014E14">
            <w:pPr>
              <w:jc w:val="center"/>
              <w:rPr>
                <w:sz w:val="20"/>
                <w:szCs w:val="20"/>
              </w:rPr>
            </w:pPr>
            <w:r w:rsidRPr="0030425B">
              <w:rPr>
                <w:sz w:val="20"/>
                <w:szCs w:val="20"/>
              </w:rPr>
              <w:t>94.43</w:t>
            </w:r>
          </w:p>
        </w:tc>
      </w:tr>
      <w:tr w:rsidR="00BE07BE" w:rsidRPr="0030425B" w14:paraId="713BEA08" w14:textId="77777777" w:rsidTr="0030425B">
        <w:trPr>
          <w:trHeight w:val="390"/>
          <w:jc w:val="center"/>
        </w:trPr>
        <w:tc>
          <w:tcPr>
            <w:tcW w:w="2150" w:type="dxa"/>
            <w:vAlign w:val="center"/>
          </w:tcPr>
          <w:p w14:paraId="1F15C277" w14:textId="77777777" w:rsidR="00BE07BE" w:rsidRPr="0030425B" w:rsidRDefault="00014E14">
            <w:pPr>
              <w:jc w:val="center"/>
              <w:rPr>
                <w:sz w:val="20"/>
                <w:szCs w:val="20"/>
              </w:rPr>
            </w:pPr>
            <w:r w:rsidRPr="0030425B">
              <w:rPr>
                <w:sz w:val="20"/>
                <w:szCs w:val="20"/>
              </w:rPr>
              <w:t>VIC ST 4</w:t>
            </w:r>
          </w:p>
        </w:tc>
        <w:tc>
          <w:tcPr>
            <w:tcW w:w="2150" w:type="dxa"/>
            <w:vAlign w:val="center"/>
          </w:tcPr>
          <w:p w14:paraId="20D2081A" w14:textId="77777777" w:rsidR="00BE07BE" w:rsidRPr="0030425B" w:rsidRDefault="00014E14">
            <w:pPr>
              <w:jc w:val="center"/>
              <w:rPr>
                <w:sz w:val="20"/>
                <w:szCs w:val="20"/>
              </w:rPr>
            </w:pPr>
            <w:r w:rsidRPr="0030425B">
              <w:rPr>
                <w:sz w:val="20"/>
                <w:szCs w:val="20"/>
              </w:rPr>
              <w:t>30.05</w:t>
            </w:r>
          </w:p>
        </w:tc>
        <w:tc>
          <w:tcPr>
            <w:tcW w:w="2150" w:type="dxa"/>
            <w:vAlign w:val="center"/>
          </w:tcPr>
          <w:p w14:paraId="348DA21E" w14:textId="77777777" w:rsidR="00BE07BE" w:rsidRPr="0030425B" w:rsidRDefault="00014E14">
            <w:pPr>
              <w:jc w:val="center"/>
              <w:rPr>
                <w:sz w:val="20"/>
                <w:szCs w:val="20"/>
              </w:rPr>
            </w:pPr>
            <w:r w:rsidRPr="0030425B">
              <w:rPr>
                <w:sz w:val="20"/>
                <w:szCs w:val="20"/>
              </w:rPr>
              <w:t>38.16</w:t>
            </w:r>
          </w:p>
        </w:tc>
        <w:tc>
          <w:tcPr>
            <w:tcW w:w="2150" w:type="dxa"/>
            <w:vAlign w:val="center"/>
          </w:tcPr>
          <w:p w14:paraId="3891161E" w14:textId="77777777" w:rsidR="00BE07BE" w:rsidRPr="0030425B" w:rsidRDefault="00014E14">
            <w:pPr>
              <w:jc w:val="center"/>
              <w:rPr>
                <w:sz w:val="20"/>
                <w:szCs w:val="20"/>
              </w:rPr>
            </w:pPr>
            <w:r w:rsidRPr="0030425B">
              <w:rPr>
                <w:sz w:val="20"/>
                <w:szCs w:val="20"/>
              </w:rPr>
              <w:t>24.45</w:t>
            </w:r>
          </w:p>
        </w:tc>
        <w:tc>
          <w:tcPr>
            <w:tcW w:w="2150" w:type="dxa"/>
            <w:vAlign w:val="center"/>
          </w:tcPr>
          <w:p w14:paraId="310A3FBC" w14:textId="77777777" w:rsidR="00BE07BE" w:rsidRPr="0030425B" w:rsidRDefault="00014E14">
            <w:pPr>
              <w:jc w:val="center"/>
              <w:rPr>
                <w:sz w:val="20"/>
                <w:szCs w:val="20"/>
              </w:rPr>
            </w:pPr>
            <w:r w:rsidRPr="0030425B">
              <w:rPr>
                <w:sz w:val="20"/>
                <w:szCs w:val="20"/>
              </w:rPr>
              <w:t>92.66</w:t>
            </w:r>
          </w:p>
        </w:tc>
      </w:tr>
      <w:tr w:rsidR="00BE07BE" w:rsidRPr="0030425B" w14:paraId="3D82ED41" w14:textId="77777777" w:rsidTr="0030425B">
        <w:trPr>
          <w:trHeight w:val="414"/>
          <w:jc w:val="center"/>
        </w:trPr>
        <w:tc>
          <w:tcPr>
            <w:tcW w:w="2150" w:type="dxa"/>
            <w:vAlign w:val="center"/>
          </w:tcPr>
          <w:p w14:paraId="228E33D6" w14:textId="77777777" w:rsidR="00BE07BE" w:rsidRPr="0030425B" w:rsidRDefault="00014E14">
            <w:pPr>
              <w:jc w:val="center"/>
              <w:rPr>
                <w:sz w:val="20"/>
                <w:szCs w:val="20"/>
              </w:rPr>
            </w:pPr>
            <w:r w:rsidRPr="0030425B">
              <w:rPr>
                <w:sz w:val="20"/>
                <w:szCs w:val="20"/>
              </w:rPr>
              <w:t>VIC ST 5</w:t>
            </w:r>
          </w:p>
        </w:tc>
        <w:tc>
          <w:tcPr>
            <w:tcW w:w="2150" w:type="dxa"/>
            <w:vAlign w:val="center"/>
          </w:tcPr>
          <w:p w14:paraId="44676731" w14:textId="77777777" w:rsidR="00BE07BE" w:rsidRPr="0030425B" w:rsidRDefault="00014E14">
            <w:pPr>
              <w:jc w:val="center"/>
              <w:rPr>
                <w:sz w:val="20"/>
                <w:szCs w:val="20"/>
              </w:rPr>
            </w:pPr>
            <w:r w:rsidRPr="0030425B">
              <w:rPr>
                <w:sz w:val="20"/>
                <w:szCs w:val="20"/>
              </w:rPr>
              <w:t>2.31</w:t>
            </w:r>
          </w:p>
        </w:tc>
        <w:tc>
          <w:tcPr>
            <w:tcW w:w="2150" w:type="dxa"/>
            <w:vAlign w:val="center"/>
          </w:tcPr>
          <w:p w14:paraId="4DEEA375" w14:textId="77777777" w:rsidR="00BE07BE" w:rsidRPr="0030425B" w:rsidRDefault="00014E14">
            <w:pPr>
              <w:jc w:val="center"/>
              <w:rPr>
                <w:sz w:val="20"/>
                <w:szCs w:val="20"/>
              </w:rPr>
            </w:pPr>
            <w:r w:rsidRPr="0030425B">
              <w:rPr>
                <w:sz w:val="20"/>
                <w:szCs w:val="20"/>
              </w:rPr>
              <w:t>27.78</w:t>
            </w:r>
          </w:p>
        </w:tc>
        <w:tc>
          <w:tcPr>
            <w:tcW w:w="2150" w:type="dxa"/>
            <w:vAlign w:val="center"/>
          </w:tcPr>
          <w:p w14:paraId="5701A57B" w14:textId="77777777" w:rsidR="00BE07BE" w:rsidRPr="0030425B" w:rsidRDefault="00014E14">
            <w:pPr>
              <w:jc w:val="center"/>
              <w:rPr>
                <w:sz w:val="20"/>
                <w:szCs w:val="20"/>
              </w:rPr>
            </w:pPr>
            <w:r w:rsidRPr="0030425B">
              <w:rPr>
                <w:sz w:val="20"/>
                <w:szCs w:val="20"/>
              </w:rPr>
              <w:t>20.68</w:t>
            </w:r>
          </w:p>
        </w:tc>
        <w:tc>
          <w:tcPr>
            <w:tcW w:w="2150" w:type="dxa"/>
            <w:vAlign w:val="center"/>
          </w:tcPr>
          <w:p w14:paraId="753641B0" w14:textId="77777777" w:rsidR="00BE07BE" w:rsidRPr="0030425B" w:rsidRDefault="00014E14">
            <w:pPr>
              <w:jc w:val="center"/>
              <w:rPr>
                <w:sz w:val="20"/>
                <w:szCs w:val="20"/>
              </w:rPr>
            </w:pPr>
            <w:r w:rsidRPr="0030425B">
              <w:rPr>
                <w:sz w:val="20"/>
                <w:szCs w:val="20"/>
              </w:rPr>
              <w:t>50.77</w:t>
            </w:r>
          </w:p>
        </w:tc>
      </w:tr>
    </w:tbl>
    <w:p w14:paraId="1DECDF77" w14:textId="77777777" w:rsidR="008E1CCE" w:rsidRDefault="008E1CCE">
      <w:pPr>
        <w:jc w:val="center"/>
        <w:rPr>
          <w:b/>
          <w:sz w:val="20"/>
        </w:rPr>
      </w:pPr>
    </w:p>
    <w:p w14:paraId="3E63AC8C" w14:textId="113BDED9" w:rsidR="008E1CCE" w:rsidRPr="0010511B" w:rsidRDefault="00624ED8" w:rsidP="0010511B">
      <w:pPr>
        <w:spacing w:line="480" w:lineRule="auto"/>
        <w:contextualSpacing/>
        <w:jc w:val="both"/>
        <w:rPr>
          <w:bCs/>
          <w:szCs w:val="28"/>
        </w:rPr>
      </w:pPr>
      <w:r w:rsidRPr="0010511B">
        <w:rPr>
          <w:bCs/>
          <w:szCs w:val="28"/>
        </w:rPr>
        <w:t xml:space="preserve">The </w:t>
      </w:r>
      <w:r w:rsidR="0010511B" w:rsidRPr="0010511B">
        <w:rPr>
          <w:bCs/>
          <w:szCs w:val="28"/>
        </w:rPr>
        <w:t>descriptive summary of sediment metal concentrations based on station-level mean values</w:t>
      </w:r>
      <w:r w:rsidR="006820CD">
        <w:rPr>
          <w:bCs/>
          <w:szCs w:val="28"/>
        </w:rPr>
        <w:t xml:space="preserve"> </w:t>
      </w:r>
      <w:r>
        <w:rPr>
          <w:bCs/>
          <w:szCs w:val="28"/>
        </w:rPr>
        <w:t xml:space="preserve">is presented in table </w:t>
      </w:r>
      <w:r w:rsidR="001D31DD">
        <w:rPr>
          <w:bCs/>
          <w:szCs w:val="28"/>
        </w:rPr>
        <w:t>6</w:t>
      </w:r>
      <w:r w:rsidR="0010511B" w:rsidRPr="0010511B">
        <w:rPr>
          <w:bCs/>
          <w:szCs w:val="28"/>
        </w:rPr>
        <w:t>. The table shows the mean, standard deviation, minimum and maximum concentrations of Cr, Pb and Ni, providing an overview of their spatial distribution and relative abundance in the sediment samples. Among the metals assessed, Pb recorded the highest mean concentration, while Cr and Ni showed moderate concentration trends across the stations.</w:t>
      </w:r>
    </w:p>
    <w:p w14:paraId="62D4BB3D" w14:textId="548EB704" w:rsidR="00BE07BE" w:rsidRPr="00CA47CB" w:rsidRDefault="00014E14" w:rsidP="00CA47CB">
      <w:pPr>
        <w:spacing w:line="240" w:lineRule="auto"/>
        <w:contextualSpacing/>
        <w:jc w:val="center"/>
        <w:rPr>
          <w:sz w:val="32"/>
          <w:szCs w:val="28"/>
        </w:rPr>
      </w:pPr>
      <w:r w:rsidRPr="00CA47CB">
        <w:rPr>
          <w:b/>
          <w:szCs w:val="28"/>
        </w:rPr>
        <w:t xml:space="preserve">Table </w:t>
      </w:r>
      <w:r w:rsidR="001D31DD">
        <w:rPr>
          <w:b/>
          <w:szCs w:val="28"/>
        </w:rPr>
        <w:t>6</w:t>
      </w:r>
      <w:r w:rsidRPr="00CA47CB">
        <w:rPr>
          <w:b/>
          <w:szCs w:val="28"/>
        </w:rPr>
        <w:t>: Descriptive summary of sediment metals based on station-level mean values</w:t>
      </w:r>
    </w:p>
    <w:tbl>
      <w:tblPr>
        <w:tblStyle w:val="TableGrid"/>
        <w:tblW w:w="10983" w:type="dxa"/>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9"/>
        <w:gridCol w:w="1569"/>
        <w:gridCol w:w="1569"/>
        <w:gridCol w:w="1569"/>
        <w:gridCol w:w="1569"/>
        <w:gridCol w:w="1569"/>
        <w:gridCol w:w="1569"/>
      </w:tblGrid>
      <w:tr w:rsidR="001D31DD" w:rsidRPr="00CA47CB" w14:paraId="1EA7B7DA" w14:textId="77777777" w:rsidTr="001D31DD">
        <w:trPr>
          <w:trHeight w:val="663"/>
          <w:tblHeader/>
          <w:jc w:val="center"/>
        </w:trPr>
        <w:tc>
          <w:tcPr>
            <w:tcW w:w="1569" w:type="dxa"/>
            <w:tcBorders>
              <w:top w:val="single" w:sz="4" w:space="0" w:color="auto"/>
              <w:bottom w:val="single" w:sz="4" w:space="0" w:color="auto"/>
            </w:tcBorders>
            <w:vAlign w:val="center"/>
          </w:tcPr>
          <w:p w14:paraId="16201131" w14:textId="77777777" w:rsidR="001D31DD" w:rsidRPr="00CA47CB" w:rsidRDefault="001D31DD">
            <w:pPr>
              <w:jc w:val="center"/>
              <w:rPr>
                <w:sz w:val="20"/>
                <w:szCs w:val="28"/>
              </w:rPr>
            </w:pPr>
            <w:r w:rsidRPr="00CA47CB">
              <w:rPr>
                <w:b/>
                <w:sz w:val="20"/>
                <w:szCs w:val="28"/>
              </w:rPr>
              <w:lastRenderedPageBreak/>
              <w:t>Metal</w:t>
            </w:r>
          </w:p>
        </w:tc>
        <w:tc>
          <w:tcPr>
            <w:tcW w:w="1569" w:type="dxa"/>
            <w:tcBorders>
              <w:top w:val="single" w:sz="4" w:space="0" w:color="auto"/>
              <w:bottom w:val="single" w:sz="4" w:space="0" w:color="auto"/>
            </w:tcBorders>
          </w:tcPr>
          <w:p w14:paraId="5EDC1F87" w14:textId="77777777" w:rsidR="001D31DD" w:rsidRPr="00CA47CB" w:rsidRDefault="001D31DD">
            <w:pPr>
              <w:jc w:val="center"/>
              <w:rPr>
                <w:b/>
                <w:sz w:val="20"/>
                <w:szCs w:val="28"/>
              </w:rPr>
            </w:pPr>
          </w:p>
        </w:tc>
        <w:tc>
          <w:tcPr>
            <w:tcW w:w="1569" w:type="dxa"/>
            <w:tcBorders>
              <w:top w:val="single" w:sz="4" w:space="0" w:color="auto"/>
              <w:bottom w:val="single" w:sz="4" w:space="0" w:color="auto"/>
            </w:tcBorders>
            <w:vAlign w:val="center"/>
          </w:tcPr>
          <w:p w14:paraId="67404C35" w14:textId="0EB207A6" w:rsidR="001D31DD" w:rsidRPr="00CA47CB" w:rsidRDefault="001D31DD">
            <w:pPr>
              <w:jc w:val="center"/>
              <w:rPr>
                <w:sz w:val="20"/>
                <w:szCs w:val="28"/>
              </w:rPr>
            </w:pPr>
            <w:r w:rsidRPr="00CA47CB">
              <w:rPr>
                <w:b/>
                <w:sz w:val="20"/>
                <w:szCs w:val="28"/>
              </w:rPr>
              <w:t>Mean</w:t>
            </w:r>
          </w:p>
        </w:tc>
        <w:tc>
          <w:tcPr>
            <w:tcW w:w="1569" w:type="dxa"/>
            <w:tcBorders>
              <w:top w:val="single" w:sz="4" w:space="0" w:color="auto"/>
              <w:bottom w:val="single" w:sz="4" w:space="0" w:color="auto"/>
            </w:tcBorders>
            <w:vAlign w:val="center"/>
          </w:tcPr>
          <w:p w14:paraId="28B86B11" w14:textId="77777777" w:rsidR="001D31DD" w:rsidRPr="00CA47CB" w:rsidRDefault="001D31DD">
            <w:pPr>
              <w:jc w:val="center"/>
              <w:rPr>
                <w:sz w:val="20"/>
                <w:szCs w:val="28"/>
              </w:rPr>
            </w:pPr>
            <w:r w:rsidRPr="00CA47CB">
              <w:rPr>
                <w:b/>
                <w:sz w:val="20"/>
                <w:szCs w:val="28"/>
              </w:rPr>
              <w:t>SD</w:t>
            </w:r>
          </w:p>
        </w:tc>
        <w:tc>
          <w:tcPr>
            <w:tcW w:w="1569" w:type="dxa"/>
            <w:tcBorders>
              <w:top w:val="single" w:sz="4" w:space="0" w:color="auto"/>
              <w:bottom w:val="single" w:sz="4" w:space="0" w:color="auto"/>
            </w:tcBorders>
            <w:vAlign w:val="center"/>
          </w:tcPr>
          <w:p w14:paraId="45F02E89" w14:textId="77777777" w:rsidR="001D31DD" w:rsidRPr="00CA47CB" w:rsidRDefault="001D31DD">
            <w:pPr>
              <w:jc w:val="center"/>
              <w:rPr>
                <w:sz w:val="20"/>
                <w:szCs w:val="28"/>
              </w:rPr>
            </w:pPr>
            <w:r w:rsidRPr="00CA47CB">
              <w:rPr>
                <w:b/>
                <w:sz w:val="20"/>
                <w:szCs w:val="28"/>
              </w:rPr>
              <w:t>Minimum</w:t>
            </w:r>
          </w:p>
        </w:tc>
        <w:tc>
          <w:tcPr>
            <w:tcW w:w="1569" w:type="dxa"/>
            <w:tcBorders>
              <w:top w:val="single" w:sz="4" w:space="0" w:color="auto"/>
              <w:bottom w:val="single" w:sz="4" w:space="0" w:color="auto"/>
            </w:tcBorders>
            <w:vAlign w:val="center"/>
          </w:tcPr>
          <w:p w14:paraId="2A3622ED" w14:textId="77777777" w:rsidR="001D31DD" w:rsidRPr="00CA47CB" w:rsidRDefault="001D31DD">
            <w:pPr>
              <w:jc w:val="center"/>
              <w:rPr>
                <w:sz w:val="20"/>
                <w:szCs w:val="28"/>
              </w:rPr>
            </w:pPr>
            <w:r w:rsidRPr="00CA47CB">
              <w:rPr>
                <w:b/>
                <w:sz w:val="20"/>
                <w:szCs w:val="28"/>
              </w:rPr>
              <w:t>Maximum</w:t>
            </w:r>
          </w:p>
        </w:tc>
        <w:tc>
          <w:tcPr>
            <w:tcW w:w="1569" w:type="dxa"/>
            <w:tcBorders>
              <w:top w:val="single" w:sz="4" w:space="0" w:color="auto"/>
              <w:bottom w:val="single" w:sz="4" w:space="0" w:color="auto"/>
            </w:tcBorders>
            <w:vAlign w:val="center"/>
          </w:tcPr>
          <w:p w14:paraId="79E699D0" w14:textId="77777777" w:rsidR="001D31DD" w:rsidRPr="00CA47CB" w:rsidRDefault="001D31DD">
            <w:pPr>
              <w:jc w:val="center"/>
              <w:rPr>
                <w:sz w:val="20"/>
                <w:szCs w:val="28"/>
              </w:rPr>
            </w:pPr>
            <w:r w:rsidRPr="00CA47CB">
              <w:rPr>
                <w:b/>
                <w:sz w:val="20"/>
                <w:szCs w:val="28"/>
              </w:rPr>
              <w:t>Mean trend</w:t>
            </w:r>
          </w:p>
        </w:tc>
      </w:tr>
      <w:tr w:rsidR="001D31DD" w:rsidRPr="00CA47CB" w14:paraId="03E8F782" w14:textId="77777777" w:rsidTr="001D31DD">
        <w:trPr>
          <w:trHeight w:val="663"/>
          <w:jc w:val="center"/>
        </w:trPr>
        <w:tc>
          <w:tcPr>
            <w:tcW w:w="1569" w:type="dxa"/>
            <w:tcBorders>
              <w:top w:val="single" w:sz="4" w:space="0" w:color="auto"/>
            </w:tcBorders>
            <w:vAlign w:val="center"/>
          </w:tcPr>
          <w:p w14:paraId="2344E044" w14:textId="77777777" w:rsidR="001D31DD" w:rsidRPr="00CA47CB" w:rsidRDefault="001D31DD">
            <w:pPr>
              <w:jc w:val="center"/>
              <w:rPr>
                <w:sz w:val="20"/>
                <w:szCs w:val="28"/>
              </w:rPr>
            </w:pPr>
            <w:r w:rsidRPr="00CA47CB">
              <w:rPr>
                <w:sz w:val="20"/>
                <w:szCs w:val="28"/>
              </w:rPr>
              <w:t>Cr</w:t>
            </w:r>
          </w:p>
        </w:tc>
        <w:tc>
          <w:tcPr>
            <w:tcW w:w="1569" w:type="dxa"/>
            <w:tcBorders>
              <w:top w:val="single" w:sz="4" w:space="0" w:color="auto"/>
            </w:tcBorders>
          </w:tcPr>
          <w:p w14:paraId="61B451AB" w14:textId="77777777" w:rsidR="001D31DD" w:rsidRPr="00CA47CB" w:rsidRDefault="001D31DD">
            <w:pPr>
              <w:jc w:val="center"/>
              <w:rPr>
                <w:sz w:val="20"/>
                <w:szCs w:val="28"/>
              </w:rPr>
            </w:pPr>
          </w:p>
        </w:tc>
        <w:tc>
          <w:tcPr>
            <w:tcW w:w="1569" w:type="dxa"/>
            <w:tcBorders>
              <w:top w:val="single" w:sz="4" w:space="0" w:color="auto"/>
            </w:tcBorders>
            <w:vAlign w:val="center"/>
          </w:tcPr>
          <w:p w14:paraId="245C61C7" w14:textId="0859378A" w:rsidR="001D31DD" w:rsidRPr="00CA47CB" w:rsidRDefault="001D31DD">
            <w:pPr>
              <w:jc w:val="center"/>
              <w:rPr>
                <w:sz w:val="20"/>
                <w:szCs w:val="28"/>
              </w:rPr>
            </w:pPr>
            <w:r w:rsidRPr="00CA47CB">
              <w:rPr>
                <w:sz w:val="20"/>
                <w:szCs w:val="28"/>
              </w:rPr>
              <w:t>35.26</w:t>
            </w:r>
          </w:p>
        </w:tc>
        <w:tc>
          <w:tcPr>
            <w:tcW w:w="1569" w:type="dxa"/>
            <w:tcBorders>
              <w:top w:val="single" w:sz="4" w:space="0" w:color="auto"/>
            </w:tcBorders>
            <w:vAlign w:val="center"/>
          </w:tcPr>
          <w:p w14:paraId="071FD74E" w14:textId="77777777" w:rsidR="001D31DD" w:rsidRPr="00CA47CB" w:rsidRDefault="001D31DD">
            <w:pPr>
              <w:jc w:val="center"/>
              <w:rPr>
                <w:sz w:val="20"/>
                <w:szCs w:val="28"/>
              </w:rPr>
            </w:pPr>
            <w:r w:rsidRPr="00CA47CB">
              <w:rPr>
                <w:sz w:val="20"/>
                <w:szCs w:val="28"/>
              </w:rPr>
              <w:t>26.41</w:t>
            </w:r>
          </w:p>
        </w:tc>
        <w:tc>
          <w:tcPr>
            <w:tcW w:w="1569" w:type="dxa"/>
            <w:tcBorders>
              <w:top w:val="single" w:sz="4" w:space="0" w:color="auto"/>
            </w:tcBorders>
            <w:vAlign w:val="center"/>
          </w:tcPr>
          <w:p w14:paraId="6B936DCD" w14:textId="77777777" w:rsidR="001D31DD" w:rsidRPr="00CA47CB" w:rsidRDefault="001D31DD">
            <w:pPr>
              <w:jc w:val="center"/>
              <w:rPr>
                <w:sz w:val="20"/>
                <w:szCs w:val="28"/>
              </w:rPr>
            </w:pPr>
            <w:r w:rsidRPr="00CA47CB">
              <w:rPr>
                <w:sz w:val="20"/>
                <w:szCs w:val="28"/>
              </w:rPr>
              <w:t>2.31</w:t>
            </w:r>
          </w:p>
        </w:tc>
        <w:tc>
          <w:tcPr>
            <w:tcW w:w="1569" w:type="dxa"/>
            <w:tcBorders>
              <w:top w:val="single" w:sz="4" w:space="0" w:color="auto"/>
            </w:tcBorders>
            <w:vAlign w:val="center"/>
          </w:tcPr>
          <w:p w14:paraId="11E84098" w14:textId="77777777" w:rsidR="001D31DD" w:rsidRPr="00CA47CB" w:rsidRDefault="001D31DD">
            <w:pPr>
              <w:jc w:val="center"/>
              <w:rPr>
                <w:sz w:val="20"/>
                <w:szCs w:val="28"/>
              </w:rPr>
            </w:pPr>
            <w:r w:rsidRPr="00CA47CB">
              <w:rPr>
                <w:sz w:val="20"/>
                <w:szCs w:val="28"/>
              </w:rPr>
              <w:t>76.15</w:t>
            </w:r>
          </w:p>
        </w:tc>
        <w:tc>
          <w:tcPr>
            <w:tcW w:w="1569" w:type="dxa"/>
            <w:tcBorders>
              <w:top w:val="single" w:sz="4" w:space="0" w:color="auto"/>
            </w:tcBorders>
            <w:vAlign w:val="center"/>
          </w:tcPr>
          <w:p w14:paraId="1602C915" w14:textId="77777777" w:rsidR="001D31DD" w:rsidRPr="00CA47CB" w:rsidRDefault="001D31DD">
            <w:pPr>
              <w:jc w:val="center"/>
              <w:rPr>
                <w:sz w:val="20"/>
                <w:szCs w:val="28"/>
              </w:rPr>
            </w:pPr>
            <w:r w:rsidRPr="00CA47CB">
              <w:rPr>
                <w:sz w:val="20"/>
                <w:szCs w:val="28"/>
              </w:rPr>
              <w:t>Moderate</w:t>
            </w:r>
          </w:p>
        </w:tc>
      </w:tr>
      <w:tr w:rsidR="001D31DD" w:rsidRPr="00CA47CB" w14:paraId="4ED6B78D" w14:textId="77777777" w:rsidTr="001D31DD">
        <w:trPr>
          <w:trHeight w:val="663"/>
          <w:jc w:val="center"/>
        </w:trPr>
        <w:tc>
          <w:tcPr>
            <w:tcW w:w="1569" w:type="dxa"/>
            <w:vAlign w:val="center"/>
          </w:tcPr>
          <w:p w14:paraId="1B6BF7A4" w14:textId="77777777" w:rsidR="001D31DD" w:rsidRPr="00CA47CB" w:rsidRDefault="001D31DD">
            <w:pPr>
              <w:jc w:val="center"/>
              <w:rPr>
                <w:sz w:val="20"/>
                <w:szCs w:val="28"/>
              </w:rPr>
            </w:pPr>
            <w:r w:rsidRPr="00CA47CB">
              <w:rPr>
                <w:sz w:val="20"/>
                <w:szCs w:val="28"/>
              </w:rPr>
              <w:t>Pb</w:t>
            </w:r>
          </w:p>
        </w:tc>
        <w:tc>
          <w:tcPr>
            <w:tcW w:w="1569" w:type="dxa"/>
          </w:tcPr>
          <w:p w14:paraId="32BABC70" w14:textId="77777777" w:rsidR="001D31DD" w:rsidRPr="00CA47CB" w:rsidRDefault="001D31DD">
            <w:pPr>
              <w:jc w:val="center"/>
              <w:rPr>
                <w:sz w:val="20"/>
                <w:szCs w:val="28"/>
              </w:rPr>
            </w:pPr>
          </w:p>
        </w:tc>
        <w:tc>
          <w:tcPr>
            <w:tcW w:w="1569" w:type="dxa"/>
            <w:vAlign w:val="center"/>
          </w:tcPr>
          <w:p w14:paraId="18081803" w14:textId="09523B54" w:rsidR="001D31DD" w:rsidRPr="00CA47CB" w:rsidRDefault="001D31DD">
            <w:pPr>
              <w:jc w:val="center"/>
              <w:rPr>
                <w:sz w:val="20"/>
                <w:szCs w:val="28"/>
              </w:rPr>
            </w:pPr>
            <w:r w:rsidRPr="00CA47CB">
              <w:rPr>
                <w:sz w:val="20"/>
                <w:szCs w:val="28"/>
              </w:rPr>
              <w:t>49.18</w:t>
            </w:r>
          </w:p>
        </w:tc>
        <w:tc>
          <w:tcPr>
            <w:tcW w:w="1569" w:type="dxa"/>
            <w:vAlign w:val="center"/>
          </w:tcPr>
          <w:p w14:paraId="098DDEDE" w14:textId="77777777" w:rsidR="001D31DD" w:rsidRPr="00CA47CB" w:rsidRDefault="001D31DD">
            <w:pPr>
              <w:jc w:val="center"/>
              <w:rPr>
                <w:sz w:val="20"/>
                <w:szCs w:val="28"/>
              </w:rPr>
            </w:pPr>
            <w:r w:rsidRPr="00CA47CB">
              <w:rPr>
                <w:sz w:val="20"/>
                <w:szCs w:val="28"/>
              </w:rPr>
              <w:t>22.72</w:t>
            </w:r>
          </w:p>
        </w:tc>
        <w:tc>
          <w:tcPr>
            <w:tcW w:w="1569" w:type="dxa"/>
            <w:vAlign w:val="center"/>
          </w:tcPr>
          <w:p w14:paraId="22ABB1D5" w14:textId="77777777" w:rsidR="001D31DD" w:rsidRPr="00CA47CB" w:rsidRDefault="001D31DD">
            <w:pPr>
              <w:jc w:val="center"/>
              <w:rPr>
                <w:sz w:val="20"/>
                <w:szCs w:val="28"/>
              </w:rPr>
            </w:pPr>
            <w:r w:rsidRPr="00CA47CB">
              <w:rPr>
                <w:sz w:val="20"/>
                <w:szCs w:val="28"/>
              </w:rPr>
              <w:t>27.78</w:t>
            </w:r>
          </w:p>
        </w:tc>
        <w:tc>
          <w:tcPr>
            <w:tcW w:w="1569" w:type="dxa"/>
            <w:vAlign w:val="center"/>
          </w:tcPr>
          <w:p w14:paraId="2FD20149" w14:textId="77777777" w:rsidR="001D31DD" w:rsidRPr="00CA47CB" w:rsidRDefault="001D31DD">
            <w:pPr>
              <w:jc w:val="center"/>
              <w:rPr>
                <w:sz w:val="20"/>
                <w:szCs w:val="28"/>
              </w:rPr>
            </w:pPr>
            <w:r w:rsidRPr="00CA47CB">
              <w:rPr>
                <w:sz w:val="20"/>
                <w:szCs w:val="28"/>
              </w:rPr>
              <w:t>87.41</w:t>
            </w:r>
          </w:p>
        </w:tc>
        <w:tc>
          <w:tcPr>
            <w:tcW w:w="1569" w:type="dxa"/>
            <w:vAlign w:val="center"/>
          </w:tcPr>
          <w:p w14:paraId="26881D3F" w14:textId="77777777" w:rsidR="001D31DD" w:rsidRPr="00CA47CB" w:rsidRDefault="001D31DD">
            <w:pPr>
              <w:jc w:val="center"/>
              <w:rPr>
                <w:sz w:val="20"/>
                <w:szCs w:val="28"/>
              </w:rPr>
            </w:pPr>
            <w:r w:rsidRPr="00CA47CB">
              <w:rPr>
                <w:sz w:val="20"/>
                <w:szCs w:val="28"/>
              </w:rPr>
              <w:t>Highest</w:t>
            </w:r>
          </w:p>
        </w:tc>
      </w:tr>
      <w:tr w:rsidR="001D31DD" w:rsidRPr="00CA47CB" w14:paraId="04E5B652" w14:textId="77777777" w:rsidTr="001D31DD">
        <w:trPr>
          <w:trHeight w:val="625"/>
          <w:jc w:val="center"/>
        </w:trPr>
        <w:tc>
          <w:tcPr>
            <w:tcW w:w="1569" w:type="dxa"/>
            <w:vAlign w:val="center"/>
          </w:tcPr>
          <w:p w14:paraId="1E4C88DF" w14:textId="77777777" w:rsidR="001D31DD" w:rsidRPr="00CA47CB" w:rsidRDefault="001D31DD">
            <w:pPr>
              <w:jc w:val="center"/>
              <w:rPr>
                <w:sz w:val="20"/>
                <w:szCs w:val="28"/>
              </w:rPr>
            </w:pPr>
            <w:r w:rsidRPr="00CA47CB">
              <w:rPr>
                <w:sz w:val="20"/>
                <w:szCs w:val="28"/>
              </w:rPr>
              <w:t>Ni</w:t>
            </w:r>
          </w:p>
        </w:tc>
        <w:tc>
          <w:tcPr>
            <w:tcW w:w="1569" w:type="dxa"/>
          </w:tcPr>
          <w:p w14:paraId="4ADA3B0A" w14:textId="77777777" w:rsidR="001D31DD" w:rsidRPr="00CA47CB" w:rsidRDefault="001D31DD">
            <w:pPr>
              <w:jc w:val="center"/>
              <w:rPr>
                <w:sz w:val="20"/>
                <w:szCs w:val="28"/>
              </w:rPr>
            </w:pPr>
          </w:p>
        </w:tc>
        <w:tc>
          <w:tcPr>
            <w:tcW w:w="1569" w:type="dxa"/>
            <w:vAlign w:val="center"/>
          </w:tcPr>
          <w:p w14:paraId="792B9505" w14:textId="2D69B1E4" w:rsidR="001D31DD" w:rsidRPr="00CA47CB" w:rsidRDefault="001D31DD">
            <w:pPr>
              <w:jc w:val="center"/>
              <w:rPr>
                <w:sz w:val="20"/>
                <w:szCs w:val="28"/>
              </w:rPr>
            </w:pPr>
            <w:r w:rsidRPr="00CA47CB">
              <w:rPr>
                <w:sz w:val="20"/>
                <w:szCs w:val="28"/>
              </w:rPr>
              <w:t>19.56</w:t>
            </w:r>
          </w:p>
        </w:tc>
        <w:tc>
          <w:tcPr>
            <w:tcW w:w="1569" w:type="dxa"/>
            <w:vAlign w:val="center"/>
          </w:tcPr>
          <w:p w14:paraId="1800E1FF" w14:textId="77777777" w:rsidR="001D31DD" w:rsidRPr="00CA47CB" w:rsidRDefault="001D31DD">
            <w:pPr>
              <w:jc w:val="center"/>
              <w:rPr>
                <w:sz w:val="20"/>
                <w:szCs w:val="28"/>
              </w:rPr>
            </w:pPr>
            <w:r w:rsidRPr="00CA47CB">
              <w:rPr>
                <w:sz w:val="20"/>
                <w:szCs w:val="28"/>
              </w:rPr>
              <w:t>3.98</w:t>
            </w:r>
          </w:p>
        </w:tc>
        <w:tc>
          <w:tcPr>
            <w:tcW w:w="1569" w:type="dxa"/>
            <w:vAlign w:val="center"/>
          </w:tcPr>
          <w:p w14:paraId="74EAACCE" w14:textId="77777777" w:rsidR="001D31DD" w:rsidRPr="00CA47CB" w:rsidRDefault="001D31DD">
            <w:pPr>
              <w:jc w:val="center"/>
              <w:rPr>
                <w:sz w:val="20"/>
                <w:szCs w:val="28"/>
              </w:rPr>
            </w:pPr>
            <w:r w:rsidRPr="00CA47CB">
              <w:rPr>
                <w:sz w:val="20"/>
                <w:szCs w:val="28"/>
              </w:rPr>
              <w:t>15.42</w:t>
            </w:r>
          </w:p>
        </w:tc>
        <w:tc>
          <w:tcPr>
            <w:tcW w:w="1569" w:type="dxa"/>
            <w:vAlign w:val="center"/>
          </w:tcPr>
          <w:p w14:paraId="69F44B60" w14:textId="77777777" w:rsidR="001D31DD" w:rsidRPr="00CA47CB" w:rsidRDefault="001D31DD">
            <w:pPr>
              <w:jc w:val="center"/>
              <w:rPr>
                <w:sz w:val="20"/>
                <w:szCs w:val="28"/>
              </w:rPr>
            </w:pPr>
            <w:r w:rsidRPr="00CA47CB">
              <w:rPr>
                <w:sz w:val="20"/>
                <w:szCs w:val="28"/>
              </w:rPr>
              <w:t>24.45</w:t>
            </w:r>
          </w:p>
        </w:tc>
        <w:tc>
          <w:tcPr>
            <w:tcW w:w="1569" w:type="dxa"/>
            <w:vAlign w:val="center"/>
          </w:tcPr>
          <w:p w14:paraId="5BFC9B7B" w14:textId="77777777" w:rsidR="001D31DD" w:rsidRPr="00CA47CB" w:rsidRDefault="001D31DD">
            <w:pPr>
              <w:jc w:val="center"/>
              <w:rPr>
                <w:sz w:val="20"/>
                <w:szCs w:val="28"/>
              </w:rPr>
            </w:pPr>
            <w:r w:rsidRPr="00CA47CB">
              <w:rPr>
                <w:sz w:val="20"/>
                <w:szCs w:val="28"/>
              </w:rPr>
              <w:t>Moderate</w:t>
            </w:r>
          </w:p>
        </w:tc>
      </w:tr>
    </w:tbl>
    <w:p w14:paraId="12F810D9" w14:textId="77777777" w:rsidR="00044E92" w:rsidRDefault="00044E92">
      <w:pPr>
        <w:jc w:val="center"/>
        <w:rPr>
          <w:noProof/>
        </w:rPr>
      </w:pPr>
    </w:p>
    <w:p w14:paraId="34D790C6" w14:textId="77777777" w:rsidR="008E174B" w:rsidRDefault="009725F9" w:rsidP="00E31FD3">
      <w:pPr>
        <w:spacing w:line="480" w:lineRule="auto"/>
        <w:contextualSpacing/>
        <w:jc w:val="both"/>
        <w:rPr>
          <w:noProof/>
        </w:rPr>
      </w:pPr>
      <w:r w:rsidRPr="009725F9">
        <w:rPr>
          <w:noProof/>
        </w:rPr>
        <w:t xml:space="preserve">Figure </w:t>
      </w:r>
      <w:r w:rsidR="009659B8">
        <w:rPr>
          <w:noProof/>
        </w:rPr>
        <w:t>3</w:t>
      </w:r>
      <w:r w:rsidRPr="009725F9">
        <w:rPr>
          <w:noProof/>
        </w:rPr>
        <w:t xml:space="preserve"> presents the concentrations of Cr, Pb and Ni across the five sampling stations. The chart shows station-wise variation in the selected metals</w:t>
      </w:r>
      <w:r w:rsidR="00DB1CEE">
        <w:rPr>
          <w:noProof/>
        </w:rPr>
        <w:t xml:space="preserve"> in sediment</w:t>
      </w:r>
      <w:r w:rsidRPr="009725F9">
        <w:rPr>
          <w:noProof/>
        </w:rPr>
        <w:t xml:space="preserve"> with Pb generally recording higher values across</w:t>
      </w:r>
      <w:r w:rsidR="008E174B">
        <w:rPr>
          <w:noProof/>
        </w:rPr>
        <w:t xml:space="preserve"> </w:t>
      </w:r>
      <w:r w:rsidRPr="009725F9">
        <w:rPr>
          <w:noProof/>
        </w:rPr>
        <w:t>most stations.</w:t>
      </w:r>
    </w:p>
    <w:p w14:paraId="7B902C32" w14:textId="14705773" w:rsidR="00BE07BE" w:rsidRDefault="00707399" w:rsidP="00556D1E">
      <w:pPr>
        <w:spacing w:line="240" w:lineRule="auto"/>
        <w:contextualSpacing/>
        <w:jc w:val="center"/>
        <w:rPr>
          <w:noProof/>
        </w:rPr>
      </w:pPr>
      <w:r>
        <w:rPr>
          <w:noProof/>
        </w:rPr>
        <w:drawing>
          <wp:inline distT="0" distB="0" distL="0" distR="0" wp14:anchorId="48A0761D" wp14:editId="73D487F1">
            <wp:extent cx="5320030" cy="3207328"/>
            <wp:effectExtent l="0" t="0" r="13970" b="12700"/>
            <wp:docPr id="1338881733" name="Chart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CC4C09D" w14:textId="77777777" w:rsidR="006517B3" w:rsidRDefault="006517B3" w:rsidP="00556D1E">
      <w:pPr>
        <w:spacing w:line="240" w:lineRule="auto"/>
        <w:contextualSpacing/>
        <w:jc w:val="center"/>
        <w:rPr>
          <w:b/>
          <w:sz w:val="20"/>
        </w:rPr>
      </w:pPr>
    </w:p>
    <w:p w14:paraId="371B1672" w14:textId="77777777" w:rsidR="005B59F7" w:rsidRDefault="00014E14" w:rsidP="005B59F7">
      <w:pPr>
        <w:spacing w:line="240" w:lineRule="auto"/>
        <w:contextualSpacing/>
        <w:jc w:val="center"/>
        <w:rPr>
          <w:b/>
          <w:szCs w:val="28"/>
        </w:rPr>
      </w:pPr>
      <w:r w:rsidRPr="00556D1E">
        <w:rPr>
          <w:b/>
          <w:szCs w:val="28"/>
        </w:rPr>
        <w:t>Figure 3: Spatial variation of heavy metals in sediment across the five sampling stations</w:t>
      </w:r>
    </w:p>
    <w:p w14:paraId="155FB7DD" w14:textId="77777777" w:rsidR="005B59F7" w:rsidRDefault="005B59F7" w:rsidP="005B59F7">
      <w:pPr>
        <w:spacing w:line="240" w:lineRule="auto"/>
        <w:contextualSpacing/>
        <w:jc w:val="center"/>
        <w:rPr>
          <w:b/>
          <w:szCs w:val="28"/>
        </w:rPr>
      </w:pPr>
    </w:p>
    <w:p w14:paraId="5DBC29CA" w14:textId="77777777" w:rsidR="0061782D" w:rsidRDefault="0061782D" w:rsidP="005B59F7">
      <w:pPr>
        <w:spacing w:line="240" w:lineRule="auto"/>
        <w:contextualSpacing/>
        <w:jc w:val="center"/>
        <w:rPr>
          <w:b/>
          <w:szCs w:val="28"/>
        </w:rPr>
      </w:pPr>
    </w:p>
    <w:p w14:paraId="4400A48E" w14:textId="7D55C038" w:rsidR="00BE07BE" w:rsidRDefault="00014E14" w:rsidP="0061782D">
      <w:pPr>
        <w:spacing w:line="240" w:lineRule="auto"/>
        <w:contextualSpacing/>
        <w:rPr>
          <w:b/>
          <w:bCs/>
        </w:rPr>
      </w:pPr>
      <w:r w:rsidRPr="0061782D">
        <w:rPr>
          <w:b/>
          <w:bCs/>
        </w:rPr>
        <w:t>Sediment Pollution Indices</w:t>
      </w:r>
    </w:p>
    <w:p w14:paraId="60DB9F5B" w14:textId="28A990CC" w:rsidR="005A7C0B" w:rsidRDefault="0061782D" w:rsidP="0061782D">
      <w:pPr>
        <w:spacing w:line="480" w:lineRule="auto"/>
        <w:contextualSpacing/>
      </w:pPr>
      <w:r w:rsidRPr="0061782D">
        <w:t xml:space="preserve">The </w:t>
      </w:r>
      <w:r w:rsidR="00E96509">
        <w:t>c</w:t>
      </w:r>
      <w:r w:rsidR="002C7673">
        <w:t>on</w:t>
      </w:r>
      <w:r w:rsidR="00E96509">
        <w:t>tamination factor</w:t>
      </w:r>
      <w:r w:rsidRPr="0061782D">
        <w:t xml:space="preserve"> </w:t>
      </w:r>
      <w:r w:rsidR="00E96509">
        <w:t xml:space="preserve">(CF) </w:t>
      </w:r>
      <w:r w:rsidRPr="0061782D">
        <w:t xml:space="preserve">results in Table </w:t>
      </w:r>
      <w:r w:rsidR="001D31DD">
        <w:t>7</w:t>
      </w:r>
      <w:r w:rsidRPr="0061782D">
        <w:t xml:space="preserve"> show that Cr contamination was low at VIC ST 2 to VIC ST 5 and moderate at VIC ST 1. Lead showed the highest sediment contamination concern, with considerable contamination at VIC ST 2 and moderate contamination at the remaining stations. Nickel showed low contamination at all stations.</w:t>
      </w:r>
    </w:p>
    <w:p w14:paraId="7C4397DC" w14:textId="77777777" w:rsidR="001D31DD" w:rsidRPr="0061782D" w:rsidRDefault="001D31DD" w:rsidP="0061782D">
      <w:pPr>
        <w:spacing w:line="480" w:lineRule="auto"/>
        <w:contextualSpacing/>
      </w:pPr>
    </w:p>
    <w:p w14:paraId="67B5B1C0" w14:textId="1F5E17C4" w:rsidR="00BE07BE" w:rsidRPr="002C7673" w:rsidRDefault="00F82E36" w:rsidP="00F82E36">
      <w:pPr>
        <w:spacing w:line="240" w:lineRule="auto"/>
        <w:contextualSpacing/>
        <w:rPr>
          <w:sz w:val="32"/>
          <w:szCs w:val="28"/>
        </w:rPr>
      </w:pPr>
      <w:r>
        <w:rPr>
          <w:b/>
          <w:szCs w:val="28"/>
        </w:rPr>
        <w:lastRenderedPageBreak/>
        <w:t xml:space="preserve"> </w:t>
      </w:r>
      <w:r>
        <w:rPr>
          <w:b/>
          <w:szCs w:val="28"/>
        </w:rPr>
        <w:tab/>
      </w:r>
      <w:r w:rsidR="00014E14" w:rsidRPr="002C7673">
        <w:rPr>
          <w:b/>
          <w:szCs w:val="28"/>
        </w:rPr>
        <w:t xml:space="preserve">Table </w:t>
      </w:r>
      <w:r w:rsidR="001D31DD">
        <w:rPr>
          <w:b/>
          <w:szCs w:val="28"/>
        </w:rPr>
        <w:t>7</w:t>
      </w:r>
      <w:r w:rsidR="00014E14" w:rsidRPr="002C7673">
        <w:rPr>
          <w:b/>
          <w:szCs w:val="28"/>
        </w:rPr>
        <w:t>: Contamination factor values for sediment metals</w:t>
      </w:r>
    </w:p>
    <w:tbl>
      <w:tblPr>
        <w:tblStyle w:val="TableGrid"/>
        <w:tblW w:w="10616" w:type="dxa"/>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4"/>
        <w:gridCol w:w="2654"/>
        <w:gridCol w:w="2654"/>
        <w:gridCol w:w="2654"/>
      </w:tblGrid>
      <w:tr w:rsidR="00BE07BE" w:rsidRPr="004D6189" w14:paraId="7354287F" w14:textId="77777777" w:rsidTr="004D6189">
        <w:trPr>
          <w:trHeight w:val="320"/>
          <w:tblHeader/>
          <w:jc w:val="center"/>
        </w:trPr>
        <w:tc>
          <w:tcPr>
            <w:tcW w:w="2654" w:type="dxa"/>
            <w:tcBorders>
              <w:top w:val="single" w:sz="4" w:space="0" w:color="auto"/>
              <w:bottom w:val="single" w:sz="4" w:space="0" w:color="auto"/>
            </w:tcBorders>
            <w:vAlign w:val="center"/>
          </w:tcPr>
          <w:p w14:paraId="40710E9B" w14:textId="77777777" w:rsidR="00BE07BE" w:rsidRPr="004D6189" w:rsidRDefault="00014E14">
            <w:pPr>
              <w:jc w:val="center"/>
              <w:rPr>
                <w:sz w:val="20"/>
                <w:szCs w:val="28"/>
              </w:rPr>
            </w:pPr>
            <w:r w:rsidRPr="004D6189">
              <w:rPr>
                <w:b/>
                <w:sz w:val="20"/>
                <w:szCs w:val="28"/>
              </w:rPr>
              <w:t>Station</w:t>
            </w:r>
          </w:p>
        </w:tc>
        <w:tc>
          <w:tcPr>
            <w:tcW w:w="2654" w:type="dxa"/>
            <w:tcBorders>
              <w:top w:val="single" w:sz="4" w:space="0" w:color="auto"/>
              <w:bottom w:val="single" w:sz="4" w:space="0" w:color="auto"/>
            </w:tcBorders>
            <w:vAlign w:val="center"/>
          </w:tcPr>
          <w:p w14:paraId="4C4A33D0" w14:textId="77777777" w:rsidR="00BE07BE" w:rsidRPr="004D6189" w:rsidRDefault="00014E14">
            <w:pPr>
              <w:jc w:val="center"/>
              <w:rPr>
                <w:sz w:val="20"/>
                <w:szCs w:val="28"/>
              </w:rPr>
            </w:pPr>
            <w:r w:rsidRPr="004D6189">
              <w:rPr>
                <w:b/>
                <w:sz w:val="20"/>
                <w:szCs w:val="28"/>
              </w:rPr>
              <w:t>CF-Cr</w:t>
            </w:r>
          </w:p>
        </w:tc>
        <w:tc>
          <w:tcPr>
            <w:tcW w:w="2654" w:type="dxa"/>
            <w:tcBorders>
              <w:top w:val="single" w:sz="4" w:space="0" w:color="auto"/>
              <w:bottom w:val="single" w:sz="4" w:space="0" w:color="auto"/>
            </w:tcBorders>
            <w:vAlign w:val="center"/>
          </w:tcPr>
          <w:p w14:paraId="55B294CB" w14:textId="77777777" w:rsidR="00BE07BE" w:rsidRPr="004D6189" w:rsidRDefault="00014E14">
            <w:pPr>
              <w:jc w:val="center"/>
              <w:rPr>
                <w:sz w:val="20"/>
                <w:szCs w:val="28"/>
              </w:rPr>
            </w:pPr>
            <w:r w:rsidRPr="004D6189">
              <w:rPr>
                <w:b/>
                <w:sz w:val="20"/>
                <w:szCs w:val="28"/>
              </w:rPr>
              <w:t>CF-Pb</w:t>
            </w:r>
          </w:p>
        </w:tc>
        <w:tc>
          <w:tcPr>
            <w:tcW w:w="2654" w:type="dxa"/>
            <w:tcBorders>
              <w:top w:val="single" w:sz="4" w:space="0" w:color="auto"/>
              <w:bottom w:val="single" w:sz="4" w:space="0" w:color="auto"/>
            </w:tcBorders>
            <w:vAlign w:val="center"/>
          </w:tcPr>
          <w:p w14:paraId="3F030E9B" w14:textId="77777777" w:rsidR="00BE07BE" w:rsidRPr="004D6189" w:rsidRDefault="00014E14">
            <w:pPr>
              <w:jc w:val="center"/>
              <w:rPr>
                <w:sz w:val="20"/>
                <w:szCs w:val="28"/>
              </w:rPr>
            </w:pPr>
            <w:r w:rsidRPr="004D6189">
              <w:rPr>
                <w:b/>
                <w:sz w:val="20"/>
                <w:szCs w:val="28"/>
              </w:rPr>
              <w:t>CF-Ni</w:t>
            </w:r>
          </w:p>
        </w:tc>
      </w:tr>
      <w:tr w:rsidR="00BE07BE" w:rsidRPr="004D6189" w14:paraId="728B8C21" w14:textId="77777777" w:rsidTr="004D6189">
        <w:trPr>
          <w:trHeight w:val="320"/>
          <w:jc w:val="center"/>
        </w:trPr>
        <w:tc>
          <w:tcPr>
            <w:tcW w:w="2654" w:type="dxa"/>
            <w:tcBorders>
              <w:top w:val="single" w:sz="4" w:space="0" w:color="auto"/>
            </w:tcBorders>
            <w:vAlign w:val="center"/>
          </w:tcPr>
          <w:p w14:paraId="7EA28851" w14:textId="77777777" w:rsidR="00BE07BE" w:rsidRPr="004D6189" w:rsidRDefault="00014E14">
            <w:pPr>
              <w:jc w:val="center"/>
              <w:rPr>
                <w:sz w:val="20"/>
                <w:szCs w:val="28"/>
              </w:rPr>
            </w:pPr>
            <w:r w:rsidRPr="004D6189">
              <w:rPr>
                <w:sz w:val="20"/>
                <w:szCs w:val="28"/>
              </w:rPr>
              <w:t>VIC ST 1</w:t>
            </w:r>
          </w:p>
        </w:tc>
        <w:tc>
          <w:tcPr>
            <w:tcW w:w="2654" w:type="dxa"/>
            <w:tcBorders>
              <w:top w:val="single" w:sz="4" w:space="0" w:color="auto"/>
            </w:tcBorders>
            <w:vAlign w:val="center"/>
          </w:tcPr>
          <w:p w14:paraId="3C54991E" w14:textId="77777777" w:rsidR="00BE07BE" w:rsidRPr="004D6189" w:rsidRDefault="00014E14">
            <w:pPr>
              <w:jc w:val="center"/>
              <w:rPr>
                <w:sz w:val="20"/>
                <w:szCs w:val="28"/>
              </w:rPr>
            </w:pPr>
            <w:r w:rsidRPr="004D6189">
              <w:rPr>
                <w:sz w:val="20"/>
                <w:szCs w:val="28"/>
              </w:rPr>
              <w:t>1.04</w:t>
            </w:r>
          </w:p>
        </w:tc>
        <w:tc>
          <w:tcPr>
            <w:tcW w:w="2654" w:type="dxa"/>
            <w:tcBorders>
              <w:top w:val="single" w:sz="4" w:space="0" w:color="auto"/>
            </w:tcBorders>
            <w:vAlign w:val="center"/>
          </w:tcPr>
          <w:p w14:paraId="1482D9F6" w14:textId="77777777" w:rsidR="00BE07BE" w:rsidRPr="004D6189" w:rsidRDefault="00014E14">
            <w:pPr>
              <w:jc w:val="center"/>
              <w:rPr>
                <w:sz w:val="20"/>
                <w:szCs w:val="28"/>
              </w:rPr>
            </w:pPr>
            <w:r w:rsidRPr="004D6189">
              <w:rPr>
                <w:sz w:val="20"/>
                <w:szCs w:val="28"/>
              </w:rPr>
              <w:t>1.55</w:t>
            </w:r>
          </w:p>
        </w:tc>
        <w:tc>
          <w:tcPr>
            <w:tcW w:w="2654" w:type="dxa"/>
            <w:tcBorders>
              <w:top w:val="single" w:sz="4" w:space="0" w:color="auto"/>
            </w:tcBorders>
            <w:vAlign w:val="center"/>
          </w:tcPr>
          <w:p w14:paraId="7AF05F79" w14:textId="77777777" w:rsidR="00BE07BE" w:rsidRPr="004D6189" w:rsidRDefault="00014E14">
            <w:pPr>
              <w:jc w:val="center"/>
              <w:rPr>
                <w:sz w:val="20"/>
                <w:szCs w:val="28"/>
              </w:rPr>
            </w:pPr>
            <w:r w:rsidRPr="004D6189">
              <w:rPr>
                <w:sz w:val="20"/>
                <w:szCs w:val="28"/>
              </w:rPr>
              <w:t>0.56</w:t>
            </w:r>
          </w:p>
        </w:tc>
      </w:tr>
      <w:tr w:rsidR="00BE07BE" w:rsidRPr="004D6189" w14:paraId="23943EAD" w14:textId="77777777" w:rsidTr="004D6189">
        <w:trPr>
          <w:trHeight w:val="320"/>
          <w:jc w:val="center"/>
        </w:trPr>
        <w:tc>
          <w:tcPr>
            <w:tcW w:w="2654" w:type="dxa"/>
            <w:vAlign w:val="center"/>
          </w:tcPr>
          <w:p w14:paraId="6E8BD2D5" w14:textId="77777777" w:rsidR="00BE07BE" w:rsidRPr="004D6189" w:rsidRDefault="00014E14">
            <w:pPr>
              <w:jc w:val="center"/>
              <w:rPr>
                <w:sz w:val="20"/>
                <w:szCs w:val="28"/>
              </w:rPr>
            </w:pPr>
            <w:r w:rsidRPr="004D6189">
              <w:rPr>
                <w:sz w:val="20"/>
                <w:szCs w:val="28"/>
              </w:rPr>
              <w:t>VIC ST 2</w:t>
            </w:r>
          </w:p>
        </w:tc>
        <w:tc>
          <w:tcPr>
            <w:tcW w:w="2654" w:type="dxa"/>
            <w:vAlign w:val="center"/>
          </w:tcPr>
          <w:p w14:paraId="05243789" w14:textId="77777777" w:rsidR="00BE07BE" w:rsidRPr="004D6189" w:rsidRDefault="00014E14">
            <w:pPr>
              <w:jc w:val="center"/>
              <w:rPr>
                <w:sz w:val="20"/>
                <w:szCs w:val="28"/>
              </w:rPr>
            </w:pPr>
            <w:r w:rsidRPr="004D6189">
              <w:rPr>
                <w:sz w:val="20"/>
                <w:szCs w:val="28"/>
              </w:rPr>
              <w:t>0.55</w:t>
            </w:r>
          </w:p>
        </w:tc>
        <w:tc>
          <w:tcPr>
            <w:tcW w:w="2654" w:type="dxa"/>
            <w:vAlign w:val="center"/>
          </w:tcPr>
          <w:p w14:paraId="59732383" w14:textId="77777777" w:rsidR="00BE07BE" w:rsidRPr="004D6189" w:rsidRDefault="00014E14">
            <w:pPr>
              <w:jc w:val="center"/>
              <w:rPr>
                <w:sz w:val="20"/>
                <w:szCs w:val="28"/>
              </w:rPr>
            </w:pPr>
            <w:r w:rsidRPr="004D6189">
              <w:rPr>
                <w:sz w:val="20"/>
                <w:szCs w:val="28"/>
              </w:rPr>
              <w:t>3.53</w:t>
            </w:r>
          </w:p>
        </w:tc>
        <w:tc>
          <w:tcPr>
            <w:tcW w:w="2654" w:type="dxa"/>
            <w:vAlign w:val="center"/>
          </w:tcPr>
          <w:p w14:paraId="312640E4" w14:textId="77777777" w:rsidR="00BE07BE" w:rsidRPr="004D6189" w:rsidRDefault="00014E14">
            <w:pPr>
              <w:jc w:val="center"/>
              <w:rPr>
                <w:sz w:val="20"/>
                <w:szCs w:val="28"/>
              </w:rPr>
            </w:pPr>
            <w:r w:rsidRPr="004D6189">
              <w:rPr>
                <w:sz w:val="20"/>
                <w:szCs w:val="28"/>
              </w:rPr>
              <w:t>0.78</w:t>
            </w:r>
          </w:p>
        </w:tc>
      </w:tr>
      <w:tr w:rsidR="00BE07BE" w:rsidRPr="004D6189" w14:paraId="275232E0" w14:textId="77777777" w:rsidTr="004D6189">
        <w:trPr>
          <w:trHeight w:val="302"/>
          <w:jc w:val="center"/>
        </w:trPr>
        <w:tc>
          <w:tcPr>
            <w:tcW w:w="2654" w:type="dxa"/>
            <w:vAlign w:val="center"/>
          </w:tcPr>
          <w:p w14:paraId="09353025" w14:textId="77777777" w:rsidR="00BE07BE" w:rsidRPr="004D6189" w:rsidRDefault="00014E14">
            <w:pPr>
              <w:jc w:val="center"/>
              <w:rPr>
                <w:sz w:val="20"/>
                <w:szCs w:val="28"/>
              </w:rPr>
            </w:pPr>
            <w:r w:rsidRPr="004D6189">
              <w:rPr>
                <w:sz w:val="20"/>
                <w:szCs w:val="28"/>
              </w:rPr>
              <w:t>VIC ST 3</w:t>
            </w:r>
          </w:p>
        </w:tc>
        <w:tc>
          <w:tcPr>
            <w:tcW w:w="2654" w:type="dxa"/>
            <w:vAlign w:val="center"/>
          </w:tcPr>
          <w:p w14:paraId="58849EE2" w14:textId="77777777" w:rsidR="00BE07BE" w:rsidRPr="004D6189" w:rsidRDefault="00014E14">
            <w:pPr>
              <w:jc w:val="center"/>
              <w:rPr>
                <w:sz w:val="20"/>
                <w:szCs w:val="28"/>
              </w:rPr>
            </w:pPr>
            <w:r w:rsidRPr="004D6189">
              <w:rPr>
                <w:sz w:val="20"/>
                <w:szCs w:val="28"/>
              </w:rPr>
              <w:t>0.48</w:t>
            </w:r>
          </w:p>
        </w:tc>
        <w:tc>
          <w:tcPr>
            <w:tcW w:w="2654" w:type="dxa"/>
            <w:vAlign w:val="center"/>
          </w:tcPr>
          <w:p w14:paraId="72D01AB7" w14:textId="77777777" w:rsidR="00BE07BE" w:rsidRPr="004D6189" w:rsidRDefault="00014E14">
            <w:pPr>
              <w:jc w:val="center"/>
              <w:rPr>
                <w:sz w:val="20"/>
                <w:szCs w:val="28"/>
              </w:rPr>
            </w:pPr>
            <w:r w:rsidRPr="004D6189">
              <w:rPr>
                <w:sz w:val="20"/>
                <w:szCs w:val="28"/>
              </w:rPr>
              <w:t>2.04</w:t>
            </w:r>
          </w:p>
        </w:tc>
        <w:tc>
          <w:tcPr>
            <w:tcW w:w="2654" w:type="dxa"/>
            <w:vAlign w:val="center"/>
          </w:tcPr>
          <w:p w14:paraId="349DDDC9" w14:textId="77777777" w:rsidR="00BE07BE" w:rsidRPr="004D6189" w:rsidRDefault="00014E14">
            <w:pPr>
              <w:jc w:val="center"/>
              <w:rPr>
                <w:sz w:val="20"/>
                <w:szCs w:val="28"/>
              </w:rPr>
            </w:pPr>
            <w:r w:rsidRPr="004D6189">
              <w:rPr>
                <w:sz w:val="20"/>
                <w:szCs w:val="28"/>
              </w:rPr>
              <w:t>0.62</w:t>
            </w:r>
          </w:p>
        </w:tc>
      </w:tr>
      <w:tr w:rsidR="00BE07BE" w:rsidRPr="004D6189" w14:paraId="3C843864" w14:textId="77777777" w:rsidTr="004D6189">
        <w:trPr>
          <w:trHeight w:val="320"/>
          <w:jc w:val="center"/>
        </w:trPr>
        <w:tc>
          <w:tcPr>
            <w:tcW w:w="2654" w:type="dxa"/>
            <w:vAlign w:val="center"/>
          </w:tcPr>
          <w:p w14:paraId="17768076" w14:textId="77777777" w:rsidR="00BE07BE" w:rsidRPr="004D6189" w:rsidRDefault="00014E14">
            <w:pPr>
              <w:jc w:val="center"/>
              <w:rPr>
                <w:sz w:val="20"/>
                <w:szCs w:val="28"/>
              </w:rPr>
            </w:pPr>
            <w:r w:rsidRPr="004D6189">
              <w:rPr>
                <w:sz w:val="20"/>
                <w:szCs w:val="28"/>
              </w:rPr>
              <w:t>VIC ST 4</w:t>
            </w:r>
          </w:p>
        </w:tc>
        <w:tc>
          <w:tcPr>
            <w:tcW w:w="2654" w:type="dxa"/>
            <w:vAlign w:val="center"/>
          </w:tcPr>
          <w:p w14:paraId="382AF47A" w14:textId="77777777" w:rsidR="00BE07BE" w:rsidRPr="004D6189" w:rsidRDefault="00014E14">
            <w:pPr>
              <w:jc w:val="center"/>
              <w:rPr>
                <w:sz w:val="20"/>
                <w:szCs w:val="28"/>
              </w:rPr>
            </w:pPr>
            <w:r w:rsidRPr="004D6189">
              <w:rPr>
                <w:sz w:val="20"/>
                <w:szCs w:val="28"/>
              </w:rPr>
              <w:t>0.42</w:t>
            </w:r>
          </w:p>
        </w:tc>
        <w:tc>
          <w:tcPr>
            <w:tcW w:w="2654" w:type="dxa"/>
            <w:vAlign w:val="center"/>
          </w:tcPr>
          <w:p w14:paraId="62F1BC58" w14:textId="77777777" w:rsidR="00BE07BE" w:rsidRPr="004D6189" w:rsidRDefault="00014E14">
            <w:pPr>
              <w:jc w:val="center"/>
              <w:rPr>
                <w:sz w:val="20"/>
                <w:szCs w:val="28"/>
              </w:rPr>
            </w:pPr>
            <w:r w:rsidRPr="004D6189">
              <w:rPr>
                <w:sz w:val="20"/>
                <w:szCs w:val="28"/>
              </w:rPr>
              <w:t>1.40</w:t>
            </w:r>
          </w:p>
        </w:tc>
        <w:tc>
          <w:tcPr>
            <w:tcW w:w="2654" w:type="dxa"/>
            <w:vAlign w:val="center"/>
          </w:tcPr>
          <w:p w14:paraId="6ED35581" w14:textId="77777777" w:rsidR="00BE07BE" w:rsidRPr="004D6189" w:rsidRDefault="00014E14">
            <w:pPr>
              <w:jc w:val="center"/>
              <w:rPr>
                <w:sz w:val="20"/>
                <w:szCs w:val="28"/>
              </w:rPr>
            </w:pPr>
            <w:r w:rsidRPr="004D6189">
              <w:rPr>
                <w:sz w:val="20"/>
                <w:szCs w:val="28"/>
              </w:rPr>
              <w:t>0.93</w:t>
            </w:r>
          </w:p>
        </w:tc>
      </w:tr>
      <w:tr w:rsidR="00BE07BE" w:rsidRPr="004D6189" w14:paraId="5DAB2786" w14:textId="77777777" w:rsidTr="004D6189">
        <w:trPr>
          <w:trHeight w:val="320"/>
          <w:jc w:val="center"/>
        </w:trPr>
        <w:tc>
          <w:tcPr>
            <w:tcW w:w="2654" w:type="dxa"/>
            <w:vAlign w:val="center"/>
          </w:tcPr>
          <w:p w14:paraId="377417FD" w14:textId="77777777" w:rsidR="00BE07BE" w:rsidRPr="004D6189" w:rsidRDefault="00014E14">
            <w:pPr>
              <w:jc w:val="center"/>
              <w:rPr>
                <w:sz w:val="20"/>
                <w:szCs w:val="28"/>
              </w:rPr>
            </w:pPr>
            <w:r w:rsidRPr="004D6189">
              <w:rPr>
                <w:sz w:val="20"/>
                <w:szCs w:val="28"/>
              </w:rPr>
              <w:t>VIC ST 5</w:t>
            </w:r>
          </w:p>
        </w:tc>
        <w:tc>
          <w:tcPr>
            <w:tcW w:w="2654" w:type="dxa"/>
            <w:vAlign w:val="center"/>
          </w:tcPr>
          <w:p w14:paraId="7BC91F92" w14:textId="77777777" w:rsidR="00BE07BE" w:rsidRPr="004D6189" w:rsidRDefault="00014E14">
            <w:pPr>
              <w:jc w:val="center"/>
              <w:rPr>
                <w:sz w:val="20"/>
                <w:szCs w:val="28"/>
              </w:rPr>
            </w:pPr>
            <w:r w:rsidRPr="004D6189">
              <w:rPr>
                <w:sz w:val="20"/>
                <w:szCs w:val="28"/>
              </w:rPr>
              <w:t>0.03</w:t>
            </w:r>
          </w:p>
        </w:tc>
        <w:tc>
          <w:tcPr>
            <w:tcW w:w="2654" w:type="dxa"/>
            <w:vAlign w:val="center"/>
          </w:tcPr>
          <w:p w14:paraId="6DCD1BFF" w14:textId="77777777" w:rsidR="00BE07BE" w:rsidRPr="004D6189" w:rsidRDefault="00014E14">
            <w:pPr>
              <w:jc w:val="center"/>
              <w:rPr>
                <w:sz w:val="20"/>
                <w:szCs w:val="28"/>
              </w:rPr>
            </w:pPr>
            <w:r w:rsidRPr="004D6189">
              <w:rPr>
                <w:sz w:val="20"/>
                <w:szCs w:val="28"/>
              </w:rPr>
              <w:t>1.10</w:t>
            </w:r>
          </w:p>
        </w:tc>
        <w:tc>
          <w:tcPr>
            <w:tcW w:w="2654" w:type="dxa"/>
            <w:vAlign w:val="center"/>
          </w:tcPr>
          <w:p w14:paraId="70B7FE7E" w14:textId="77777777" w:rsidR="00BE07BE" w:rsidRPr="004D6189" w:rsidRDefault="00014E14">
            <w:pPr>
              <w:jc w:val="center"/>
              <w:rPr>
                <w:sz w:val="20"/>
                <w:szCs w:val="28"/>
              </w:rPr>
            </w:pPr>
            <w:r w:rsidRPr="004D6189">
              <w:rPr>
                <w:sz w:val="20"/>
                <w:szCs w:val="28"/>
              </w:rPr>
              <w:t>0.69</w:t>
            </w:r>
          </w:p>
        </w:tc>
      </w:tr>
    </w:tbl>
    <w:p w14:paraId="767BB6EC" w14:textId="77777777" w:rsidR="00F82E36" w:rsidRDefault="00F82E36">
      <w:pPr>
        <w:jc w:val="center"/>
        <w:rPr>
          <w:b/>
          <w:sz w:val="20"/>
        </w:rPr>
      </w:pPr>
    </w:p>
    <w:p w14:paraId="2C45A17B" w14:textId="281A3336" w:rsidR="00455967" w:rsidRPr="00AD60EB" w:rsidRDefault="00AD60EB" w:rsidP="00AD60EB">
      <w:pPr>
        <w:spacing w:line="480" w:lineRule="auto"/>
        <w:contextualSpacing/>
        <w:jc w:val="both"/>
        <w:rPr>
          <w:bCs/>
          <w:szCs w:val="28"/>
        </w:rPr>
      </w:pPr>
      <w:r w:rsidRPr="00AD60EB">
        <w:rPr>
          <w:bCs/>
          <w:szCs w:val="28"/>
        </w:rPr>
        <w:t>The</w:t>
      </w:r>
      <w:r>
        <w:rPr>
          <w:bCs/>
          <w:szCs w:val="28"/>
        </w:rPr>
        <w:t xml:space="preserve"> geo</w:t>
      </w:r>
      <w:r w:rsidR="0061603C">
        <w:rPr>
          <w:bCs/>
          <w:szCs w:val="28"/>
        </w:rPr>
        <w:t>accumulation index</w:t>
      </w:r>
      <w:r w:rsidRPr="00AD60EB">
        <w:rPr>
          <w:bCs/>
          <w:szCs w:val="28"/>
        </w:rPr>
        <w:t xml:space="preserve"> </w:t>
      </w:r>
      <w:r w:rsidR="0061603C">
        <w:rPr>
          <w:bCs/>
          <w:szCs w:val="28"/>
        </w:rPr>
        <w:t>(</w:t>
      </w:r>
      <w:r w:rsidRPr="00AD60EB">
        <w:rPr>
          <w:bCs/>
          <w:szCs w:val="28"/>
        </w:rPr>
        <w:t>Igeo</w:t>
      </w:r>
      <w:r w:rsidR="0061603C">
        <w:rPr>
          <w:bCs/>
          <w:szCs w:val="28"/>
        </w:rPr>
        <w:t>)</w:t>
      </w:r>
      <w:r w:rsidRPr="00AD60EB">
        <w:rPr>
          <w:bCs/>
          <w:szCs w:val="28"/>
        </w:rPr>
        <w:t xml:space="preserve"> and </w:t>
      </w:r>
      <w:r w:rsidR="007D5214">
        <w:rPr>
          <w:bCs/>
          <w:szCs w:val="28"/>
        </w:rPr>
        <w:t>pollution load index (</w:t>
      </w:r>
      <w:r w:rsidRPr="00AD60EB">
        <w:rPr>
          <w:bCs/>
          <w:szCs w:val="28"/>
        </w:rPr>
        <w:t>PLI</w:t>
      </w:r>
      <w:r w:rsidR="007D5214">
        <w:rPr>
          <w:bCs/>
          <w:szCs w:val="28"/>
        </w:rPr>
        <w:t>)</w:t>
      </w:r>
      <w:r w:rsidRPr="00AD60EB">
        <w:rPr>
          <w:bCs/>
          <w:szCs w:val="28"/>
        </w:rPr>
        <w:t xml:space="preserve"> values in Table </w:t>
      </w:r>
      <w:r w:rsidR="00F039C6">
        <w:rPr>
          <w:bCs/>
          <w:szCs w:val="28"/>
        </w:rPr>
        <w:t>8</w:t>
      </w:r>
      <w:r w:rsidRPr="00AD60EB">
        <w:rPr>
          <w:bCs/>
          <w:szCs w:val="28"/>
        </w:rPr>
        <w:t xml:space="preserve"> further indicate that the sediments were generally unpolluted to moderately polluted, while all PLI values were below 1, suggesting no overall combined pollution load from the three sediment metals considered.</w:t>
      </w:r>
    </w:p>
    <w:p w14:paraId="0A183459" w14:textId="5DD27AED" w:rsidR="00BE07BE" w:rsidRPr="00236012" w:rsidRDefault="00014E14" w:rsidP="007D5214">
      <w:pPr>
        <w:spacing w:line="240" w:lineRule="auto"/>
        <w:ind w:firstLine="720"/>
        <w:contextualSpacing/>
        <w:rPr>
          <w:sz w:val="32"/>
          <w:szCs w:val="28"/>
        </w:rPr>
      </w:pPr>
      <w:r w:rsidRPr="00236012">
        <w:rPr>
          <w:b/>
          <w:szCs w:val="28"/>
        </w:rPr>
        <w:t xml:space="preserve">Table </w:t>
      </w:r>
      <w:r w:rsidR="00F039C6">
        <w:rPr>
          <w:b/>
          <w:szCs w:val="28"/>
        </w:rPr>
        <w:t>8</w:t>
      </w:r>
      <w:r w:rsidRPr="00236012">
        <w:rPr>
          <w:b/>
          <w:szCs w:val="28"/>
        </w:rPr>
        <w:t>: Geoaccumulation index and pollution load index values for sediment samples</w:t>
      </w:r>
    </w:p>
    <w:tbl>
      <w:tblPr>
        <w:tblStyle w:val="TableGrid"/>
        <w:tblW w:w="10668" w:type="dxa"/>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8"/>
        <w:gridCol w:w="1778"/>
        <w:gridCol w:w="1778"/>
        <w:gridCol w:w="1778"/>
        <w:gridCol w:w="1778"/>
        <w:gridCol w:w="1778"/>
      </w:tblGrid>
      <w:tr w:rsidR="00BE07BE" w14:paraId="253622CA" w14:textId="77777777" w:rsidTr="006E6593">
        <w:trPr>
          <w:trHeight w:val="386"/>
          <w:tblHeader/>
          <w:jc w:val="center"/>
        </w:trPr>
        <w:tc>
          <w:tcPr>
            <w:tcW w:w="1778" w:type="dxa"/>
            <w:tcBorders>
              <w:top w:val="single" w:sz="4" w:space="0" w:color="auto"/>
              <w:bottom w:val="single" w:sz="4" w:space="0" w:color="auto"/>
            </w:tcBorders>
            <w:vAlign w:val="center"/>
          </w:tcPr>
          <w:p w14:paraId="5D9CE6B0" w14:textId="77777777" w:rsidR="00BE07BE" w:rsidRDefault="00014E14">
            <w:pPr>
              <w:jc w:val="center"/>
            </w:pPr>
            <w:r>
              <w:rPr>
                <w:b/>
                <w:sz w:val="17"/>
              </w:rPr>
              <w:t>Index/Metal</w:t>
            </w:r>
          </w:p>
        </w:tc>
        <w:tc>
          <w:tcPr>
            <w:tcW w:w="1778" w:type="dxa"/>
            <w:tcBorders>
              <w:top w:val="single" w:sz="4" w:space="0" w:color="auto"/>
              <w:bottom w:val="single" w:sz="4" w:space="0" w:color="auto"/>
            </w:tcBorders>
            <w:vAlign w:val="center"/>
          </w:tcPr>
          <w:p w14:paraId="674ADC28" w14:textId="77777777" w:rsidR="00BE07BE" w:rsidRDefault="00014E14">
            <w:pPr>
              <w:jc w:val="center"/>
            </w:pPr>
            <w:r>
              <w:rPr>
                <w:b/>
                <w:sz w:val="17"/>
              </w:rPr>
              <w:t>VIC ST 1</w:t>
            </w:r>
          </w:p>
        </w:tc>
        <w:tc>
          <w:tcPr>
            <w:tcW w:w="1778" w:type="dxa"/>
            <w:tcBorders>
              <w:top w:val="single" w:sz="4" w:space="0" w:color="auto"/>
              <w:bottom w:val="single" w:sz="4" w:space="0" w:color="auto"/>
            </w:tcBorders>
            <w:vAlign w:val="center"/>
          </w:tcPr>
          <w:p w14:paraId="3DECCBCA" w14:textId="77777777" w:rsidR="00BE07BE" w:rsidRDefault="00014E14">
            <w:pPr>
              <w:jc w:val="center"/>
            </w:pPr>
            <w:r>
              <w:rPr>
                <w:b/>
                <w:sz w:val="17"/>
              </w:rPr>
              <w:t>VIC ST 2</w:t>
            </w:r>
          </w:p>
        </w:tc>
        <w:tc>
          <w:tcPr>
            <w:tcW w:w="1778" w:type="dxa"/>
            <w:tcBorders>
              <w:top w:val="single" w:sz="4" w:space="0" w:color="auto"/>
              <w:bottom w:val="single" w:sz="4" w:space="0" w:color="auto"/>
            </w:tcBorders>
            <w:vAlign w:val="center"/>
          </w:tcPr>
          <w:p w14:paraId="4052D561" w14:textId="77777777" w:rsidR="00BE07BE" w:rsidRDefault="00014E14">
            <w:pPr>
              <w:jc w:val="center"/>
            </w:pPr>
            <w:r>
              <w:rPr>
                <w:b/>
                <w:sz w:val="17"/>
              </w:rPr>
              <w:t>VIC ST 3</w:t>
            </w:r>
          </w:p>
        </w:tc>
        <w:tc>
          <w:tcPr>
            <w:tcW w:w="1778" w:type="dxa"/>
            <w:tcBorders>
              <w:top w:val="single" w:sz="4" w:space="0" w:color="auto"/>
              <w:bottom w:val="single" w:sz="4" w:space="0" w:color="auto"/>
            </w:tcBorders>
            <w:vAlign w:val="center"/>
          </w:tcPr>
          <w:p w14:paraId="44D0D1A4" w14:textId="77777777" w:rsidR="00BE07BE" w:rsidRDefault="00014E14">
            <w:pPr>
              <w:jc w:val="center"/>
            </w:pPr>
            <w:r>
              <w:rPr>
                <w:b/>
                <w:sz w:val="17"/>
              </w:rPr>
              <w:t>VIC ST 4</w:t>
            </w:r>
          </w:p>
        </w:tc>
        <w:tc>
          <w:tcPr>
            <w:tcW w:w="1778" w:type="dxa"/>
            <w:tcBorders>
              <w:top w:val="single" w:sz="4" w:space="0" w:color="auto"/>
              <w:bottom w:val="single" w:sz="4" w:space="0" w:color="auto"/>
            </w:tcBorders>
            <w:vAlign w:val="center"/>
          </w:tcPr>
          <w:p w14:paraId="1A074D88" w14:textId="77777777" w:rsidR="00BE07BE" w:rsidRDefault="00014E14">
            <w:pPr>
              <w:jc w:val="center"/>
            </w:pPr>
            <w:r>
              <w:rPr>
                <w:b/>
                <w:sz w:val="17"/>
              </w:rPr>
              <w:t>VIC ST 5</w:t>
            </w:r>
          </w:p>
        </w:tc>
      </w:tr>
      <w:tr w:rsidR="00BE07BE" w14:paraId="634A5845" w14:textId="77777777" w:rsidTr="006E6593">
        <w:trPr>
          <w:trHeight w:val="386"/>
          <w:jc w:val="center"/>
        </w:trPr>
        <w:tc>
          <w:tcPr>
            <w:tcW w:w="1778" w:type="dxa"/>
            <w:tcBorders>
              <w:top w:val="single" w:sz="4" w:space="0" w:color="auto"/>
            </w:tcBorders>
            <w:vAlign w:val="center"/>
          </w:tcPr>
          <w:p w14:paraId="28E164B1" w14:textId="77777777" w:rsidR="00BE07BE" w:rsidRDefault="00014E14">
            <w:pPr>
              <w:jc w:val="center"/>
            </w:pPr>
            <w:r>
              <w:rPr>
                <w:sz w:val="17"/>
              </w:rPr>
              <w:t>Igeo-Cr</w:t>
            </w:r>
          </w:p>
        </w:tc>
        <w:tc>
          <w:tcPr>
            <w:tcW w:w="1778" w:type="dxa"/>
            <w:tcBorders>
              <w:top w:val="single" w:sz="4" w:space="0" w:color="auto"/>
            </w:tcBorders>
            <w:vAlign w:val="center"/>
          </w:tcPr>
          <w:p w14:paraId="69E0B4D0" w14:textId="77777777" w:rsidR="00BE07BE" w:rsidRDefault="00014E14">
            <w:pPr>
              <w:jc w:val="center"/>
            </w:pPr>
            <w:r>
              <w:rPr>
                <w:sz w:val="17"/>
              </w:rPr>
              <w:t>-0.490</w:t>
            </w:r>
          </w:p>
        </w:tc>
        <w:tc>
          <w:tcPr>
            <w:tcW w:w="1778" w:type="dxa"/>
            <w:tcBorders>
              <w:top w:val="single" w:sz="4" w:space="0" w:color="auto"/>
            </w:tcBorders>
            <w:vAlign w:val="center"/>
          </w:tcPr>
          <w:p w14:paraId="6C857995" w14:textId="77777777" w:rsidR="00BE07BE" w:rsidRDefault="00014E14">
            <w:pPr>
              <w:jc w:val="center"/>
            </w:pPr>
            <w:r>
              <w:rPr>
                <w:sz w:val="17"/>
              </w:rPr>
              <w:t>-1.686</w:t>
            </w:r>
          </w:p>
        </w:tc>
        <w:tc>
          <w:tcPr>
            <w:tcW w:w="1778" w:type="dxa"/>
            <w:tcBorders>
              <w:top w:val="single" w:sz="4" w:space="0" w:color="auto"/>
            </w:tcBorders>
            <w:vAlign w:val="center"/>
          </w:tcPr>
          <w:p w14:paraId="57964A28" w14:textId="77777777" w:rsidR="00BE07BE" w:rsidRDefault="00014E14">
            <w:pPr>
              <w:jc w:val="center"/>
            </w:pPr>
            <w:r>
              <w:rPr>
                <w:sz w:val="17"/>
              </w:rPr>
              <w:t>-1.630</w:t>
            </w:r>
          </w:p>
        </w:tc>
        <w:tc>
          <w:tcPr>
            <w:tcW w:w="1778" w:type="dxa"/>
            <w:tcBorders>
              <w:top w:val="single" w:sz="4" w:space="0" w:color="auto"/>
            </w:tcBorders>
            <w:vAlign w:val="center"/>
          </w:tcPr>
          <w:p w14:paraId="3BA7B247" w14:textId="77777777" w:rsidR="00BE07BE" w:rsidRDefault="00014E14">
            <w:pPr>
              <w:jc w:val="center"/>
            </w:pPr>
            <w:r>
              <w:rPr>
                <w:sz w:val="17"/>
              </w:rPr>
              <w:t>-1.831</w:t>
            </w:r>
          </w:p>
        </w:tc>
        <w:tc>
          <w:tcPr>
            <w:tcW w:w="1778" w:type="dxa"/>
            <w:tcBorders>
              <w:top w:val="single" w:sz="4" w:space="0" w:color="auto"/>
            </w:tcBorders>
            <w:vAlign w:val="center"/>
          </w:tcPr>
          <w:p w14:paraId="2B6F2E27" w14:textId="77777777" w:rsidR="00BE07BE" w:rsidRDefault="00014E14">
            <w:pPr>
              <w:jc w:val="center"/>
            </w:pPr>
            <w:r>
              <w:rPr>
                <w:sz w:val="17"/>
              </w:rPr>
              <w:t>-5.533</w:t>
            </w:r>
          </w:p>
        </w:tc>
      </w:tr>
      <w:tr w:rsidR="00BE07BE" w14:paraId="354779B8" w14:textId="77777777" w:rsidTr="006E6593">
        <w:trPr>
          <w:trHeight w:val="386"/>
          <w:jc w:val="center"/>
        </w:trPr>
        <w:tc>
          <w:tcPr>
            <w:tcW w:w="1778" w:type="dxa"/>
            <w:vAlign w:val="center"/>
          </w:tcPr>
          <w:p w14:paraId="3629418F" w14:textId="77777777" w:rsidR="00BE07BE" w:rsidRDefault="00014E14">
            <w:pPr>
              <w:jc w:val="center"/>
            </w:pPr>
            <w:r>
              <w:rPr>
                <w:sz w:val="17"/>
              </w:rPr>
              <w:t>Igeo-Pb</w:t>
            </w:r>
          </w:p>
        </w:tc>
        <w:tc>
          <w:tcPr>
            <w:tcW w:w="1778" w:type="dxa"/>
            <w:vAlign w:val="center"/>
          </w:tcPr>
          <w:p w14:paraId="67C4D367" w14:textId="77777777" w:rsidR="00BE07BE" w:rsidRDefault="00014E14">
            <w:pPr>
              <w:jc w:val="center"/>
            </w:pPr>
            <w:r>
              <w:rPr>
                <w:sz w:val="17"/>
              </w:rPr>
              <w:t>0.111</w:t>
            </w:r>
          </w:p>
        </w:tc>
        <w:tc>
          <w:tcPr>
            <w:tcW w:w="1778" w:type="dxa"/>
            <w:vAlign w:val="center"/>
          </w:tcPr>
          <w:p w14:paraId="04EF0910" w14:textId="77777777" w:rsidR="00BE07BE" w:rsidRDefault="00014E14">
            <w:pPr>
              <w:jc w:val="center"/>
            </w:pPr>
            <w:r>
              <w:rPr>
                <w:sz w:val="17"/>
              </w:rPr>
              <w:t>0.972</w:t>
            </w:r>
          </w:p>
        </w:tc>
        <w:tc>
          <w:tcPr>
            <w:tcW w:w="1778" w:type="dxa"/>
            <w:vAlign w:val="center"/>
          </w:tcPr>
          <w:p w14:paraId="613B5AD7" w14:textId="77777777" w:rsidR="00BE07BE" w:rsidRDefault="00014E14">
            <w:pPr>
              <w:jc w:val="center"/>
            </w:pPr>
            <w:r>
              <w:rPr>
                <w:sz w:val="17"/>
              </w:rPr>
              <w:t>-0.003</w:t>
            </w:r>
          </w:p>
        </w:tc>
        <w:tc>
          <w:tcPr>
            <w:tcW w:w="1778" w:type="dxa"/>
            <w:vAlign w:val="center"/>
          </w:tcPr>
          <w:p w14:paraId="3D18D481" w14:textId="77777777" w:rsidR="00BE07BE" w:rsidRDefault="00014E14">
            <w:pPr>
              <w:jc w:val="center"/>
            </w:pPr>
            <w:r>
              <w:rPr>
                <w:sz w:val="17"/>
              </w:rPr>
              <w:t>-0.223</w:t>
            </w:r>
          </w:p>
        </w:tc>
        <w:tc>
          <w:tcPr>
            <w:tcW w:w="1778" w:type="dxa"/>
            <w:vAlign w:val="center"/>
          </w:tcPr>
          <w:p w14:paraId="7C9D3000" w14:textId="77777777" w:rsidR="00BE07BE" w:rsidRDefault="00014E14">
            <w:pPr>
              <w:jc w:val="center"/>
            </w:pPr>
            <w:r>
              <w:rPr>
                <w:sz w:val="17"/>
              </w:rPr>
              <w:t>-0.681</w:t>
            </w:r>
          </w:p>
        </w:tc>
      </w:tr>
      <w:tr w:rsidR="00BE07BE" w14:paraId="655CB736" w14:textId="77777777" w:rsidTr="006E6593">
        <w:trPr>
          <w:trHeight w:val="365"/>
          <w:jc w:val="center"/>
        </w:trPr>
        <w:tc>
          <w:tcPr>
            <w:tcW w:w="1778" w:type="dxa"/>
            <w:vAlign w:val="center"/>
          </w:tcPr>
          <w:p w14:paraId="12155C4B" w14:textId="77777777" w:rsidR="00BE07BE" w:rsidRDefault="00014E14">
            <w:pPr>
              <w:jc w:val="center"/>
            </w:pPr>
            <w:r>
              <w:rPr>
                <w:sz w:val="17"/>
              </w:rPr>
              <w:t>Igeo-Ni</w:t>
            </w:r>
          </w:p>
        </w:tc>
        <w:tc>
          <w:tcPr>
            <w:tcW w:w="1778" w:type="dxa"/>
            <w:vAlign w:val="center"/>
          </w:tcPr>
          <w:p w14:paraId="5882518E" w14:textId="77777777" w:rsidR="00BE07BE" w:rsidRDefault="00014E14">
            <w:pPr>
              <w:jc w:val="center"/>
            </w:pPr>
            <w:r>
              <w:rPr>
                <w:sz w:val="17"/>
              </w:rPr>
              <w:t>-1.624</w:t>
            </w:r>
          </w:p>
        </w:tc>
        <w:tc>
          <w:tcPr>
            <w:tcW w:w="1778" w:type="dxa"/>
            <w:vAlign w:val="center"/>
          </w:tcPr>
          <w:p w14:paraId="1A7FAA27" w14:textId="77777777" w:rsidR="00BE07BE" w:rsidRDefault="00014E14">
            <w:pPr>
              <w:jc w:val="center"/>
            </w:pPr>
            <w:r>
              <w:rPr>
                <w:sz w:val="17"/>
              </w:rPr>
              <w:t>-1.139</w:t>
            </w:r>
          </w:p>
        </w:tc>
        <w:tc>
          <w:tcPr>
            <w:tcW w:w="1778" w:type="dxa"/>
            <w:vAlign w:val="center"/>
          </w:tcPr>
          <w:p w14:paraId="2EAF4D6C" w14:textId="77777777" w:rsidR="00BE07BE" w:rsidRDefault="00014E14">
            <w:pPr>
              <w:jc w:val="center"/>
            </w:pPr>
            <w:r>
              <w:rPr>
                <w:sz w:val="17"/>
              </w:rPr>
              <w:t>-1.634</w:t>
            </w:r>
          </w:p>
        </w:tc>
        <w:tc>
          <w:tcPr>
            <w:tcW w:w="1778" w:type="dxa"/>
            <w:vAlign w:val="center"/>
          </w:tcPr>
          <w:p w14:paraId="1639E501" w14:textId="77777777" w:rsidR="00BE07BE" w:rsidRDefault="00014E14">
            <w:pPr>
              <w:jc w:val="center"/>
            </w:pPr>
            <w:r>
              <w:rPr>
                <w:sz w:val="17"/>
              </w:rPr>
              <w:t>-0.969</w:t>
            </w:r>
          </w:p>
        </w:tc>
        <w:tc>
          <w:tcPr>
            <w:tcW w:w="1778" w:type="dxa"/>
            <w:vAlign w:val="center"/>
          </w:tcPr>
          <w:p w14:paraId="461316C1" w14:textId="77777777" w:rsidR="00BE07BE" w:rsidRDefault="00014E14">
            <w:pPr>
              <w:jc w:val="center"/>
            </w:pPr>
            <w:r>
              <w:rPr>
                <w:sz w:val="17"/>
              </w:rPr>
              <w:t>-1.210</w:t>
            </w:r>
          </w:p>
        </w:tc>
      </w:tr>
      <w:tr w:rsidR="00BE07BE" w14:paraId="009BB780" w14:textId="77777777" w:rsidTr="006E6593">
        <w:trPr>
          <w:trHeight w:val="386"/>
          <w:jc w:val="center"/>
        </w:trPr>
        <w:tc>
          <w:tcPr>
            <w:tcW w:w="1778" w:type="dxa"/>
            <w:vAlign w:val="center"/>
          </w:tcPr>
          <w:p w14:paraId="30ED8F4D" w14:textId="77777777" w:rsidR="00BE07BE" w:rsidRDefault="00014E14">
            <w:pPr>
              <w:jc w:val="center"/>
            </w:pPr>
            <w:r>
              <w:rPr>
                <w:sz w:val="17"/>
              </w:rPr>
              <w:t>PLI</w:t>
            </w:r>
          </w:p>
        </w:tc>
        <w:tc>
          <w:tcPr>
            <w:tcW w:w="1778" w:type="dxa"/>
            <w:vAlign w:val="center"/>
          </w:tcPr>
          <w:p w14:paraId="249F3A0B" w14:textId="77777777" w:rsidR="00BE07BE" w:rsidRDefault="00014E14">
            <w:pPr>
              <w:jc w:val="center"/>
            </w:pPr>
            <w:r>
              <w:rPr>
                <w:sz w:val="17"/>
              </w:rPr>
              <w:t>0.944</w:t>
            </w:r>
          </w:p>
        </w:tc>
        <w:tc>
          <w:tcPr>
            <w:tcW w:w="1778" w:type="dxa"/>
            <w:vAlign w:val="center"/>
          </w:tcPr>
          <w:p w14:paraId="0B826CE6" w14:textId="77777777" w:rsidR="00BE07BE" w:rsidRDefault="00014E14">
            <w:pPr>
              <w:jc w:val="center"/>
            </w:pPr>
            <w:r>
              <w:rPr>
                <w:sz w:val="17"/>
              </w:rPr>
              <w:t>0.978</w:t>
            </w:r>
          </w:p>
        </w:tc>
        <w:tc>
          <w:tcPr>
            <w:tcW w:w="1778" w:type="dxa"/>
            <w:vAlign w:val="center"/>
          </w:tcPr>
          <w:p w14:paraId="2598702C" w14:textId="77777777" w:rsidR="00BE07BE" w:rsidRDefault="00014E14">
            <w:pPr>
              <w:jc w:val="center"/>
            </w:pPr>
            <w:r>
              <w:rPr>
                <w:sz w:val="17"/>
              </w:rPr>
              <w:t>0.705</w:t>
            </w:r>
          </w:p>
        </w:tc>
        <w:tc>
          <w:tcPr>
            <w:tcW w:w="1778" w:type="dxa"/>
            <w:vAlign w:val="center"/>
          </w:tcPr>
          <w:p w14:paraId="64141FCC" w14:textId="77777777" w:rsidR="00BE07BE" w:rsidRDefault="00014E14">
            <w:pPr>
              <w:jc w:val="center"/>
            </w:pPr>
            <w:r>
              <w:rPr>
                <w:sz w:val="17"/>
              </w:rPr>
              <w:t>0.746</w:t>
            </w:r>
          </w:p>
        </w:tc>
        <w:tc>
          <w:tcPr>
            <w:tcW w:w="1778" w:type="dxa"/>
            <w:vAlign w:val="center"/>
          </w:tcPr>
          <w:p w14:paraId="7314D0D0" w14:textId="77777777" w:rsidR="00BE07BE" w:rsidRDefault="00014E14">
            <w:pPr>
              <w:jc w:val="center"/>
            </w:pPr>
            <w:r>
              <w:rPr>
                <w:sz w:val="17"/>
              </w:rPr>
              <w:t>0.270</w:t>
            </w:r>
          </w:p>
        </w:tc>
      </w:tr>
    </w:tbl>
    <w:p w14:paraId="622B64F5" w14:textId="77777777" w:rsidR="0068197B" w:rsidRDefault="0068197B">
      <w:pPr>
        <w:spacing w:after="120"/>
      </w:pPr>
    </w:p>
    <w:p w14:paraId="321E617E" w14:textId="7D0C359A" w:rsidR="00195AE8" w:rsidRDefault="00195AE8" w:rsidP="00313AD1">
      <w:pPr>
        <w:spacing w:after="120" w:line="480" w:lineRule="auto"/>
        <w:contextualSpacing/>
        <w:jc w:val="both"/>
      </w:pPr>
      <w:r w:rsidRPr="00195AE8">
        <w:t>Sediment metal concentrations were compared with the Canadian Council of Ministers of the Environment Interim Sediment Quality Guidelines and Probable Effect Levels for the protection of aquatic life (CCME, 1999)</w:t>
      </w:r>
      <w:r w:rsidR="00084C06">
        <w:t xml:space="preserve"> see table </w:t>
      </w:r>
      <w:r w:rsidR="002A534A">
        <w:t>2.</w:t>
      </w:r>
    </w:p>
    <w:p w14:paraId="20563DA9" w14:textId="77E8EDEA" w:rsidR="00455967" w:rsidRDefault="00014E14" w:rsidP="002410F9">
      <w:pPr>
        <w:spacing w:after="120" w:line="480" w:lineRule="auto"/>
        <w:contextualSpacing/>
        <w:jc w:val="both"/>
      </w:pPr>
      <w:r>
        <w:t>For additional sediment-quality context, the measured Pb values at VIC ST 1 to VIC ST 4 were above the CCME interim freshwater sediment guideline of 35 mg/kg but below the probable effect level of 91.3 mg/kg. Chromium at VIC ST 1 was above the CCME interim guideline of 37.3 mg/kg but below the probable effect level of 90 mg/kg, while Ni at VIC ST 2, VIC ST 4 and VIC ST 5 was above the interim guideline of 18 mg/kg but below the probable effect level of 35.9 mg/kg. This indicates that adverse biological effects are not certain, but the sediment metal levels justify continued monitoring and source-control action (CCME, 2001).</w:t>
      </w:r>
    </w:p>
    <w:p w14:paraId="25E60F75" w14:textId="77777777" w:rsidR="00683EC6" w:rsidRDefault="00683EC6" w:rsidP="002410F9">
      <w:pPr>
        <w:spacing w:after="120" w:line="480" w:lineRule="auto"/>
        <w:contextualSpacing/>
        <w:jc w:val="both"/>
      </w:pPr>
    </w:p>
    <w:p w14:paraId="43110664" w14:textId="77777777" w:rsidR="00683EC6" w:rsidRDefault="00683EC6" w:rsidP="002410F9">
      <w:pPr>
        <w:spacing w:after="120" w:line="480" w:lineRule="auto"/>
        <w:contextualSpacing/>
        <w:jc w:val="both"/>
      </w:pPr>
    </w:p>
    <w:p w14:paraId="4A581070" w14:textId="77777777" w:rsidR="00683EC6" w:rsidRPr="002410F9" w:rsidRDefault="00683EC6" w:rsidP="002410F9">
      <w:pPr>
        <w:spacing w:after="120" w:line="480" w:lineRule="auto"/>
        <w:contextualSpacing/>
        <w:jc w:val="both"/>
      </w:pPr>
    </w:p>
    <w:p w14:paraId="5E3A6949" w14:textId="77777777" w:rsidR="00A20D01" w:rsidRDefault="00014E14" w:rsidP="00A20D01">
      <w:pPr>
        <w:spacing w:after="120" w:line="480" w:lineRule="auto"/>
        <w:contextualSpacing/>
        <w:jc w:val="center"/>
        <w:rPr>
          <w:b/>
          <w:bCs/>
        </w:rPr>
      </w:pPr>
      <w:r w:rsidRPr="00455967">
        <w:rPr>
          <w:b/>
          <w:bCs/>
        </w:rPr>
        <w:lastRenderedPageBreak/>
        <w:t>Discussion</w:t>
      </w:r>
    </w:p>
    <w:p w14:paraId="1107CE2C" w14:textId="29866CB5" w:rsidR="00BE07BE" w:rsidRPr="00A20D01" w:rsidRDefault="00014E14" w:rsidP="002410F9">
      <w:pPr>
        <w:spacing w:after="120" w:line="240" w:lineRule="auto"/>
        <w:contextualSpacing/>
        <w:jc w:val="both"/>
        <w:rPr>
          <w:b/>
          <w:bCs/>
        </w:rPr>
      </w:pPr>
      <w:r w:rsidRPr="00A20D01">
        <w:rPr>
          <w:b/>
          <w:bCs/>
        </w:rPr>
        <w:t>Surface Water Metal Levels and Scientific Interpretation</w:t>
      </w:r>
    </w:p>
    <w:p w14:paraId="737D35B0" w14:textId="40ED8FF2" w:rsidR="00BE07BE" w:rsidRDefault="00014E14" w:rsidP="001E2F66">
      <w:pPr>
        <w:spacing w:after="120" w:line="480" w:lineRule="auto"/>
        <w:contextualSpacing/>
        <w:jc w:val="both"/>
      </w:pPr>
      <w:r>
        <w:t xml:space="preserve">The surface water results in Table </w:t>
      </w:r>
      <w:r w:rsidR="00D91C16">
        <w:t>3</w:t>
      </w:r>
      <w:r>
        <w:t xml:space="preserve"> show that Fe recorded the highest concentration at all stations, with a mean of 1.480 mg/L and a maximum of 1.900 mg/L at VIC ST 2. The relatively high Fe levels may be linked to natural lateritic soil inputs, corrosion of metal materials, urban runoff and resuspension of iron-rich particles during drainage flow. Iron is commonly abundant in tropical soils and sediments, and its concentration in water can increase where suspended particles, low dissolved oxygen or reducing conditions promote mobilisation.</w:t>
      </w:r>
    </w:p>
    <w:p w14:paraId="25819A9F" w14:textId="55AF3F0A" w:rsidR="00BE07BE" w:rsidRDefault="00014E14" w:rsidP="001E2F66">
      <w:pPr>
        <w:spacing w:after="120" w:line="480" w:lineRule="auto"/>
        <w:contextualSpacing/>
        <w:jc w:val="both"/>
      </w:pPr>
      <w:r>
        <w:t xml:space="preserve">Lead was the second most abundant metal in the surface water, ranging from 0.430 to 0.785 mg/L (Table </w:t>
      </w:r>
      <w:r w:rsidR="00D91C16">
        <w:t>3</w:t>
      </w:r>
      <w:r>
        <w:t>). The highest Pb concentration occurred at VIC ST 2, which also recorded the highest total water metal burden. Elevated Pb in urban rivers can be associated with runoff from old paints, batteries, metal scraps, vehicular residues, waste burning, oil-related residues and indiscriminate waste disposal. The consistently high Pb values across the stations indicate a contamination concern because Pb exceeded the 0.01 mg/L guideline value used for comparison.</w:t>
      </w:r>
    </w:p>
    <w:p w14:paraId="78159F00" w14:textId="0C739C3C" w:rsidR="00BE07BE" w:rsidRDefault="00014E14" w:rsidP="001E2F66">
      <w:pPr>
        <w:spacing w:after="120" w:line="480" w:lineRule="auto"/>
        <w:contextualSpacing/>
        <w:jc w:val="both"/>
      </w:pPr>
      <w:r>
        <w:t xml:space="preserve">Nickel and chromium also occurred at elevated levels. Nickel ranged from 0.374 to 0.625 mg/L, while Cr ranged from 0.117 to 0.465 mg/L (Table </w:t>
      </w:r>
      <w:r w:rsidR="002410F9">
        <w:t>3</w:t>
      </w:r>
      <w:r>
        <w:t>). These levels may reflect contributions from metal-containing wastes, corrosion products, pigments, batteries, urban drainage and sediment-water exchange. Cadmium also exceeded the 0.003 mg/L guideline value used in this study and may be associated with batteries, plastics, pigments, waste disposal and contaminated runoff.</w:t>
      </w:r>
    </w:p>
    <w:p w14:paraId="6211E3A2" w14:textId="1F0AE057" w:rsidR="004F0657" w:rsidRDefault="00014E14" w:rsidP="001E2F66">
      <w:pPr>
        <w:spacing w:after="120" w:line="480" w:lineRule="auto"/>
        <w:contextualSpacing/>
        <w:jc w:val="both"/>
      </w:pPr>
      <w:r>
        <w:t xml:space="preserve">Copper and manganese were comparatively lower. Cu ranged from 0.019 to 0.096 mg/L, while Mn ranged from 0.078 to 0.175 mg/L (Table </w:t>
      </w:r>
      <w:r w:rsidR="00055AD1">
        <w:t>3</w:t>
      </w:r>
      <w:r>
        <w:t>). The lower Cu values may reflect limited direct Cu sources, stronger adsorption to particulates or retention in sediment phases. Manganese remained below the 0.20 mg/L comparison limit used in this study, although its distribution varied among stations. Lower Mn levels may be influenced by dilution, oxidation state and precipitation under more oxygenated conditions.</w:t>
      </w:r>
    </w:p>
    <w:p w14:paraId="39563FD0" w14:textId="1F963F94" w:rsidR="00BE07BE" w:rsidRPr="004F0657" w:rsidRDefault="00014E14" w:rsidP="004F0657">
      <w:pPr>
        <w:spacing w:after="120" w:line="240" w:lineRule="auto"/>
        <w:contextualSpacing/>
        <w:rPr>
          <w:b/>
          <w:bCs/>
        </w:rPr>
      </w:pPr>
      <w:r w:rsidRPr="004F0657">
        <w:rPr>
          <w:b/>
          <w:bCs/>
        </w:rPr>
        <w:t>Sediment Metal Levels and Pollution Indices</w:t>
      </w:r>
    </w:p>
    <w:p w14:paraId="3CDAE7CD" w14:textId="4F77FCBC" w:rsidR="00BE07BE" w:rsidRDefault="00014E14" w:rsidP="00A570A8">
      <w:pPr>
        <w:spacing w:after="120" w:line="480" w:lineRule="auto"/>
        <w:contextualSpacing/>
        <w:jc w:val="both"/>
      </w:pPr>
      <w:r>
        <w:t xml:space="preserve">The sediment data in Table </w:t>
      </w:r>
      <w:r w:rsidR="00055AD1">
        <w:t>5</w:t>
      </w:r>
      <w:r>
        <w:t xml:space="preserve"> show that sediments generally contained higher metal concentrations than the overlying water when expressed in mass-based units. This is expected because sediment acts as a sink for </w:t>
      </w:r>
      <w:r>
        <w:lastRenderedPageBreak/>
        <w:t>particle-reactive metals. Metals may bind to clay minerals, organic matter, sulphides and Fe-Mn oxides, causing long-term accumulation in riverbed sediment even when the water column is diluted by flow.</w:t>
      </w:r>
    </w:p>
    <w:p w14:paraId="34FB8A20" w14:textId="0941A6BC" w:rsidR="00BE07BE" w:rsidRDefault="00014E14" w:rsidP="00A570A8">
      <w:pPr>
        <w:spacing w:after="120" w:line="480" w:lineRule="auto"/>
        <w:contextualSpacing/>
        <w:jc w:val="both"/>
      </w:pPr>
      <w:r>
        <w:t xml:space="preserve">Lead was the dominant sediment metal, with a mean concentration of 49.18 mg/kg and a maximum of 87.41 mg/kg at VIC ST 2 (Table </w:t>
      </w:r>
      <w:r w:rsidR="002F19A1">
        <w:t>5</w:t>
      </w:r>
      <w:r>
        <w:t xml:space="preserve">). The CF results in Table </w:t>
      </w:r>
      <w:r w:rsidR="00B6726A">
        <w:t>7</w:t>
      </w:r>
      <w:r>
        <w:t xml:space="preserve"> confirm Pb as the major sediment contaminant, with considerable contamination at VIC ST 2 and moderate contamination at the other stations. The higher sediment Pb at VIC ST 2 may reflect localised deposition of contaminated particulates from nearby runoff, solid-waste residues, vehicular emissions or drainage inputs.</w:t>
      </w:r>
    </w:p>
    <w:p w14:paraId="30EEC19F" w14:textId="7ED3CF67" w:rsidR="00BE07BE" w:rsidRDefault="00014E14" w:rsidP="00A570A8">
      <w:pPr>
        <w:spacing w:after="120" w:line="480" w:lineRule="auto"/>
        <w:contextualSpacing/>
        <w:jc w:val="both"/>
      </w:pPr>
      <w:r>
        <w:t xml:space="preserve">Chromium in sediment ranged from 2.31 to 76.15 mg/kg and was highest at VIC ST 1 (Table </w:t>
      </w:r>
      <w:r w:rsidR="00173649">
        <w:t>5</w:t>
      </w:r>
      <w:r>
        <w:t xml:space="preserve">). The CF values in Table </w:t>
      </w:r>
      <w:r w:rsidR="0036283C">
        <w:t>7</w:t>
      </w:r>
      <w:r>
        <w:t xml:space="preserve"> indicate low Cr contamination at most stations but moderate contamination at VIC ST 1, suggesting spatially variable Cr input and possible local deposition near an upstream or disturbed section of the river. Nickel ranged from 15.42 to 24.45 mg/kg, with low CF values at all stations, indicating relatively lower enrichment relative to the background value used.</w:t>
      </w:r>
    </w:p>
    <w:p w14:paraId="56FFE4B0" w14:textId="77777777" w:rsidR="00C8600A" w:rsidRDefault="00014E14" w:rsidP="00C8600A">
      <w:pPr>
        <w:spacing w:after="120" w:line="480" w:lineRule="auto"/>
        <w:contextualSpacing/>
        <w:jc w:val="both"/>
      </w:pPr>
      <w:r>
        <w:t xml:space="preserve">The Igeo values in Table </w:t>
      </w:r>
      <w:r w:rsidR="00A570A8">
        <w:t>8</w:t>
      </w:r>
      <w:r>
        <w:t xml:space="preserve"> support the CF interpretation. Most values were negative or close to zero, indicating unpolluted to moderately polluted conditions. The PLI values were all below 1, suggesting no overall combined pollution load from Cr, Pb and Ni when evaluated together. However, the Pb-specific CF result should not be overlooked because a low PLI may mask the influence of a single metal when other metals remain relatively low.</w:t>
      </w:r>
    </w:p>
    <w:p w14:paraId="15E6C0D7" w14:textId="05382C15" w:rsidR="00BE07BE" w:rsidRPr="00C8600A" w:rsidRDefault="00014E14" w:rsidP="00C8600A">
      <w:pPr>
        <w:spacing w:after="120" w:line="240" w:lineRule="auto"/>
        <w:contextualSpacing/>
        <w:jc w:val="both"/>
        <w:rPr>
          <w:b/>
          <w:bCs/>
        </w:rPr>
      </w:pPr>
      <w:r w:rsidRPr="00C8600A">
        <w:rPr>
          <w:b/>
          <w:bCs/>
        </w:rPr>
        <w:t>Comparison with Relevant Published Studies</w:t>
      </w:r>
    </w:p>
    <w:p w14:paraId="5080A91C" w14:textId="365C0C25" w:rsidR="00BE07BE" w:rsidRDefault="00014E14" w:rsidP="0076768F">
      <w:pPr>
        <w:spacing w:after="120" w:line="480" w:lineRule="auto"/>
        <w:contextualSpacing/>
        <w:jc w:val="both"/>
      </w:pPr>
      <w:r>
        <w:t xml:space="preserve">The pattern observed in this study is consistent with Bawa-Allah (2023), who reported widespread heavy metal pollution in Nigerian surface freshwater and sediment and identified ecological and human-health concerns associated with metals such as Cd, Cr, Ni and Pb. The present study similarly shows multi-metal exceedance in surface water, especially for Pb, Ni, Cr and Cd (Table </w:t>
      </w:r>
      <w:r w:rsidR="00732A60">
        <w:t>3</w:t>
      </w:r>
      <w:r>
        <w:t>).</w:t>
      </w:r>
    </w:p>
    <w:p w14:paraId="72E46911" w14:textId="77777777" w:rsidR="00BE07BE" w:rsidRDefault="00014E14" w:rsidP="0076768F">
      <w:pPr>
        <w:spacing w:after="120" w:line="480" w:lineRule="auto"/>
        <w:contextualSpacing/>
        <w:jc w:val="both"/>
      </w:pPr>
      <w:r>
        <w:t xml:space="preserve">Ehiemere </w:t>
      </w:r>
      <w:r w:rsidRPr="00732A60">
        <w:rPr>
          <w:i/>
          <w:iCs/>
        </w:rPr>
        <w:t>et al.</w:t>
      </w:r>
      <w:r>
        <w:t xml:space="preserve"> (2022) reported contamination of water and sediment by Pb, Cd and Cr in a fish farm cluster in the Niger Delta region of Nigeria. This agrees with the present study, where Pb, Cd and Cr exceeded the guideline values used for surface water comparison. The similarity may be related to the broader Niger Delta </w:t>
      </w:r>
      <w:r>
        <w:lastRenderedPageBreak/>
        <w:t>context, where urban runoff, industrial activities, waste disposal and oil-related residues can contribute to aquatic metal contamination.</w:t>
      </w:r>
    </w:p>
    <w:p w14:paraId="3F9F9F78" w14:textId="626C2440" w:rsidR="00BE07BE" w:rsidRDefault="00014E14" w:rsidP="0076768F">
      <w:pPr>
        <w:spacing w:after="120" w:line="480" w:lineRule="auto"/>
        <w:contextualSpacing/>
        <w:jc w:val="both"/>
      </w:pPr>
      <w:r>
        <w:t xml:space="preserve">Jolaosho </w:t>
      </w:r>
      <w:r w:rsidRPr="00C810FC">
        <w:rPr>
          <w:i/>
          <w:iCs/>
        </w:rPr>
        <w:t>et al.</w:t>
      </w:r>
      <w:r>
        <w:t xml:space="preserve"> (2023) reported heavy metals in water and sediments from dredged and non-dredged rivers in Lagos, Nigeria, and found that sediments often retained higher metal burdens than water. This aligns with Tables </w:t>
      </w:r>
      <w:r w:rsidR="003F670A">
        <w:t>5</w:t>
      </w:r>
      <w:r>
        <w:t xml:space="preserve"> to </w:t>
      </w:r>
      <w:r w:rsidR="002465E3">
        <w:t>7</w:t>
      </w:r>
      <w:r>
        <w:t xml:space="preserve"> of the present study, where sediments stored substantial Pb, Cr and Ni and acted as a longer-term repository of contamination.</w:t>
      </w:r>
    </w:p>
    <w:p w14:paraId="69B5A6D1" w14:textId="77777777" w:rsidR="00BE07BE" w:rsidRDefault="00014E14" w:rsidP="0076768F">
      <w:pPr>
        <w:spacing w:after="120" w:line="480" w:lineRule="auto"/>
        <w:contextualSpacing/>
        <w:jc w:val="both"/>
      </w:pPr>
      <w:r>
        <w:t xml:space="preserve">Bhuyan </w:t>
      </w:r>
      <w:r w:rsidRPr="00303EFC">
        <w:rPr>
          <w:i/>
          <w:iCs/>
        </w:rPr>
        <w:t>et al.</w:t>
      </w:r>
      <w:r>
        <w:t xml:space="preserve"> (2017) found elevated heavy metal concentrations in the Meghna River system in Bangladesh, while Kumar </w:t>
      </w:r>
      <w:r w:rsidRPr="00303EFC">
        <w:rPr>
          <w:i/>
          <w:iCs/>
        </w:rPr>
        <w:t>et al</w:t>
      </w:r>
      <w:r>
        <w:t xml:space="preserve">. (2019) and Zhou </w:t>
      </w:r>
      <w:r w:rsidRPr="00303EFC">
        <w:rPr>
          <w:i/>
          <w:iCs/>
        </w:rPr>
        <w:t>et al.</w:t>
      </w:r>
      <w:r>
        <w:t xml:space="preserve"> (2020) showed through global analyses that heavy metal contamination of surface waters is increasingly associated with mixed-metal pollution, especially in developing regions affected by urbanisation, industrial discharge, agricultural runoff and waste disposal. The present study fits this broader pattern because more than one metal exceeded the water-quality limits used for comparison.</w:t>
      </w:r>
    </w:p>
    <w:p w14:paraId="21DE12AC" w14:textId="77777777" w:rsidR="0095469C" w:rsidRDefault="00014E14" w:rsidP="0095469C">
      <w:pPr>
        <w:spacing w:after="120" w:line="480" w:lineRule="auto"/>
        <w:contextualSpacing/>
        <w:jc w:val="both"/>
      </w:pPr>
      <w:r>
        <w:t>Ogbonna and Origbe (2021) reported elevated heavy metals in surface water, sediment and fish from crude-oil-impacted Bodo/Bonny River systems in Nigeria. Compared with heavily oil-impacted systems, the present sediment values suggest moderate contamination pressure, but the common occurrence of Pb, Cr and Ni confirms that urban and oil-influenced Niger Delta waterways require routine monitoring of both water and sediment compartments.</w:t>
      </w:r>
    </w:p>
    <w:p w14:paraId="01939A0A" w14:textId="07C4BEF3" w:rsidR="00BE07BE" w:rsidRPr="0095469C" w:rsidRDefault="00014E14" w:rsidP="0095469C">
      <w:pPr>
        <w:spacing w:after="120" w:line="240" w:lineRule="auto"/>
        <w:contextualSpacing/>
        <w:jc w:val="both"/>
        <w:rPr>
          <w:b/>
          <w:bCs/>
        </w:rPr>
      </w:pPr>
      <w:r w:rsidRPr="0095469C">
        <w:rPr>
          <w:b/>
          <w:bCs/>
        </w:rPr>
        <w:t>Environmental and Public Health Implications</w:t>
      </w:r>
    </w:p>
    <w:p w14:paraId="168914C7" w14:textId="77777777" w:rsidR="00BE07BE" w:rsidRDefault="00014E14" w:rsidP="0095469C">
      <w:pPr>
        <w:spacing w:after="120" w:line="480" w:lineRule="auto"/>
        <w:contextualSpacing/>
        <w:jc w:val="both"/>
      </w:pPr>
      <w:r>
        <w:t xml:space="preserve">The exceedance of Pb, Cd, Cr and Ni in surface water is environmentally important because these metals are persistent and may affect aquatic organisms, sediment quality and downstream users. Lead and cadmium are toxic even at low concentrations and may accumulate in biological tissues. Nickel and chromium can also pose ecological and health concerns depending on their chemical forms, concentrations and exposure duration. Although this study did not include direct human-health risk calculations, the exceedance of several guideline values indicates the need for precautionary management, especially where communities may come into contact with river water or consume aquatic resources from the river corridor (Nwachukwu </w:t>
      </w:r>
      <w:r w:rsidRPr="0095469C">
        <w:rPr>
          <w:i/>
          <w:iCs/>
        </w:rPr>
        <w:t>et al.,</w:t>
      </w:r>
      <w:r>
        <w:t xml:space="preserve"> 2014; WHO, 2022).</w:t>
      </w:r>
    </w:p>
    <w:p w14:paraId="1BC7C1AB" w14:textId="77777777" w:rsidR="0095469C" w:rsidRDefault="00014E14" w:rsidP="0095469C">
      <w:pPr>
        <w:spacing w:after="120" w:line="480" w:lineRule="auto"/>
        <w:contextualSpacing/>
        <w:jc w:val="both"/>
      </w:pPr>
      <w:r>
        <w:lastRenderedPageBreak/>
        <w:t>The sediment results are also important because sediment-bound metals can affect benthic organisms and may enter food webs through bioaccumulation. Sediment can release metals back into the water column during dredging, flooding or changes in pH and redox conditions. Therefore, the combination of elevated water concentrations and Pb-enriched sediment suggests the need for routine monitoring and control of pollutant sources.</w:t>
      </w:r>
    </w:p>
    <w:p w14:paraId="1BD63B33" w14:textId="1E7F7C14" w:rsidR="00BE07BE" w:rsidRPr="0095469C" w:rsidRDefault="00014E14" w:rsidP="0095469C">
      <w:pPr>
        <w:spacing w:after="120" w:line="240" w:lineRule="auto"/>
        <w:contextualSpacing/>
        <w:jc w:val="center"/>
        <w:rPr>
          <w:b/>
          <w:bCs/>
        </w:rPr>
      </w:pPr>
      <w:r w:rsidRPr="0095469C">
        <w:rPr>
          <w:b/>
          <w:bCs/>
        </w:rPr>
        <w:t>Conclusion</w:t>
      </w:r>
    </w:p>
    <w:p w14:paraId="04A9C519" w14:textId="77777777" w:rsidR="00BE07BE" w:rsidRDefault="00014E14" w:rsidP="0095469C">
      <w:pPr>
        <w:spacing w:after="120" w:line="480" w:lineRule="auto"/>
        <w:contextualSpacing/>
        <w:jc w:val="both"/>
      </w:pPr>
      <w:r>
        <w:t>This study assessed selected heavy metals in surface water and sediment from five stations along the Mini-Welele River in Mgbuosimini Community, Rivers State, Nigeria. The analysis shows that surface water contained elevated concentrations of several metals, with mean concentrations following the order Fe &gt; Pb &gt; Ni &gt; Cr &gt; Cd &gt; Mn &gt; Cu. Cr, Fe, Pb, Ni and Cd exceeded the guideline values used for screening-level water-quality comparison, while Cu and Mn remained below their respective comparison limits. The total surface water metal burden was highest at VIC ST 2 and lowest at VIC ST 3.</w:t>
      </w:r>
    </w:p>
    <w:p w14:paraId="7FFAF654" w14:textId="77777777" w:rsidR="00BE07BE" w:rsidRDefault="00014E14" w:rsidP="0095469C">
      <w:pPr>
        <w:spacing w:after="120" w:line="480" w:lineRule="auto"/>
        <w:contextualSpacing/>
        <w:jc w:val="both"/>
      </w:pPr>
      <w:r>
        <w:t>Sediment concentrations followed the order Pb &gt; Cr &gt; Ni. The sediments acted as an important sink for metals, especially Pb and Cr. Pollution-index results showed low to moderate Cr contamination, moderate to considerable Pb contamination and low Ni contamination. Igeo values indicated generally unpolluted to moderately polluted sediment conditions, while PLI values below 1 suggested no overall combined pollution load from the three sediment metals considered.</w:t>
      </w:r>
    </w:p>
    <w:p w14:paraId="119008E0" w14:textId="77777777" w:rsidR="00E1760A" w:rsidRDefault="00014E14" w:rsidP="00E1760A">
      <w:pPr>
        <w:spacing w:after="120" w:line="480" w:lineRule="auto"/>
        <w:contextualSpacing/>
        <w:jc w:val="both"/>
      </w:pPr>
      <w:r>
        <w:t>The conclusions are based on descriptive analysis, guideline comparison and sediment pollution indices. Overall, the Mini-Welele River is affected by measurable heavy metal inputs, particularly in surface water and Pb-enriched sediment zones. Regular monitoring, stronger waste-control enforcement and further seasonal studies are necessary to protect environmental quality and public health.</w:t>
      </w:r>
    </w:p>
    <w:p w14:paraId="2E4CEA28" w14:textId="77777777" w:rsidR="002739B3" w:rsidRDefault="00014E14" w:rsidP="002739B3">
      <w:pPr>
        <w:spacing w:after="120" w:line="480" w:lineRule="auto"/>
        <w:contextualSpacing/>
        <w:jc w:val="center"/>
        <w:rPr>
          <w:b/>
          <w:bCs/>
        </w:rPr>
      </w:pPr>
      <w:r w:rsidRPr="00E1760A">
        <w:rPr>
          <w:b/>
          <w:bCs/>
        </w:rPr>
        <w:t>Recommendations</w:t>
      </w:r>
    </w:p>
    <w:p w14:paraId="0D9D298B" w14:textId="5A489A1B" w:rsidR="00BE07BE" w:rsidRPr="002739B3" w:rsidRDefault="00014E14" w:rsidP="002739B3">
      <w:pPr>
        <w:spacing w:after="120" w:line="240" w:lineRule="auto"/>
        <w:contextualSpacing/>
        <w:jc w:val="both"/>
        <w:rPr>
          <w:b/>
          <w:bCs/>
        </w:rPr>
      </w:pPr>
      <w:r w:rsidRPr="002739B3">
        <w:rPr>
          <w:b/>
          <w:bCs/>
        </w:rPr>
        <w:t>Recommendations to Policy Makers and Relevant Stakeholders</w:t>
      </w:r>
    </w:p>
    <w:p w14:paraId="614F77C3" w14:textId="77777777" w:rsidR="00BE07BE" w:rsidRDefault="00014E14" w:rsidP="002739B3">
      <w:pPr>
        <w:pStyle w:val="ListBullet"/>
        <w:spacing w:line="480" w:lineRule="auto"/>
        <w:jc w:val="both"/>
      </w:pPr>
      <w:r>
        <w:t>Rivers State environmental authorities and local government agencies should establish routine monitoring of heavy metals in surface water, sediment and aquatic organisms in the Mini-Welele River.</w:t>
      </w:r>
    </w:p>
    <w:p w14:paraId="40B24B82" w14:textId="77777777" w:rsidR="00BE07BE" w:rsidRDefault="00014E14" w:rsidP="002739B3">
      <w:pPr>
        <w:pStyle w:val="ListBullet"/>
        <w:spacing w:line="480" w:lineRule="auto"/>
        <w:jc w:val="both"/>
      </w:pPr>
      <w:r>
        <w:lastRenderedPageBreak/>
        <w:t>Regulatory agencies should strengthen enforcement against indiscriminate waste disposal, direct discharge of untreated wastewater and dumping of metal-containing wastes into drainage channels connected to the river.</w:t>
      </w:r>
    </w:p>
    <w:p w14:paraId="130781A3" w14:textId="77777777" w:rsidR="00BE07BE" w:rsidRDefault="00014E14" w:rsidP="002739B3">
      <w:pPr>
        <w:pStyle w:val="ListBullet"/>
        <w:spacing w:line="480" w:lineRule="auto"/>
        <w:jc w:val="both"/>
      </w:pPr>
      <w:r>
        <w:t>Community-based awareness programmes should be implemented to educate residents on the environmental and health risks associated with dumping batteries, electronic waste, paints, oils, plastics and other metal-bearing materials near the river.</w:t>
      </w:r>
    </w:p>
    <w:p w14:paraId="220501AA" w14:textId="77777777" w:rsidR="00BE07BE" w:rsidRDefault="00014E14" w:rsidP="002739B3">
      <w:pPr>
        <w:pStyle w:val="ListBullet"/>
        <w:spacing w:line="480" w:lineRule="auto"/>
        <w:jc w:val="both"/>
      </w:pPr>
      <w:r>
        <w:t>Policy makers should support periodic drainage and sediment management only after sediment quality assessment, because disturbance of contaminated sediment may remobilise metals into the water column.</w:t>
      </w:r>
    </w:p>
    <w:p w14:paraId="6448BAD4" w14:textId="77777777" w:rsidR="007110B8" w:rsidRDefault="00014E14" w:rsidP="001C34CE">
      <w:pPr>
        <w:pStyle w:val="ListBullet"/>
        <w:spacing w:line="480" w:lineRule="auto"/>
        <w:ind w:left="357" w:hanging="357"/>
        <w:jc w:val="both"/>
      </w:pPr>
      <w:r>
        <w:t>Stakeholders should develop a local water-safety and river-protection plan that includes source control, routine laboratory testing, reporting of pollution events and public communication of monitoring results.</w:t>
      </w:r>
    </w:p>
    <w:p w14:paraId="4BAE560D" w14:textId="1AD1236D" w:rsidR="00BE07BE" w:rsidRPr="007110B8" w:rsidRDefault="00014E14" w:rsidP="007110B8">
      <w:pPr>
        <w:pStyle w:val="ListBullet"/>
        <w:numPr>
          <w:ilvl w:val="0"/>
          <w:numId w:val="0"/>
        </w:numPr>
        <w:spacing w:line="240" w:lineRule="auto"/>
        <w:ind w:left="357"/>
        <w:jc w:val="both"/>
        <w:rPr>
          <w:b/>
          <w:bCs/>
        </w:rPr>
      </w:pPr>
      <w:r w:rsidRPr="007110B8">
        <w:rPr>
          <w:b/>
          <w:bCs/>
        </w:rPr>
        <w:t>Recommendations for Further Study</w:t>
      </w:r>
    </w:p>
    <w:p w14:paraId="7A2812CD" w14:textId="77777777" w:rsidR="00BE07BE" w:rsidRPr="001C34CE" w:rsidRDefault="00014E14" w:rsidP="001C34CE">
      <w:pPr>
        <w:pStyle w:val="ListBullet"/>
        <w:spacing w:line="480" w:lineRule="auto"/>
      </w:pPr>
      <w:r w:rsidRPr="001C34CE">
        <w:t>Future studies should include wet-season and dry-season sampling to evaluate temporal variation in metal concentrations.</w:t>
      </w:r>
    </w:p>
    <w:p w14:paraId="6E6639C2" w14:textId="77777777" w:rsidR="00BE07BE" w:rsidRPr="001C34CE" w:rsidRDefault="00014E14" w:rsidP="001C34CE">
      <w:pPr>
        <w:pStyle w:val="ListBullet"/>
        <w:spacing w:line="480" w:lineRule="auto"/>
      </w:pPr>
      <w:r w:rsidRPr="001C34CE">
        <w:t>Replicate-level raw data should be collected and reported to support stronger ANOVA, post-hoc tests and multivariate analysis where statistically appropriate.</w:t>
      </w:r>
    </w:p>
    <w:p w14:paraId="62C2A7E8" w14:textId="77777777" w:rsidR="00BE07BE" w:rsidRPr="001C34CE" w:rsidRDefault="00014E14" w:rsidP="001C34CE">
      <w:pPr>
        <w:pStyle w:val="ListBullet"/>
        <w:spacing w:line="480" w:lineRule="auto"/>
      </w:pPr>
      <w:r w:rsidRPr="001C34CE">
        <w:t>Additional physicochemical parameters such as pH, dissolved oxygen, electrical conductivity, turbidity, organic matter, particle size and nutrients should be measured to explain metal mobility and sediment binding.</w:t>
      </w:r>
    </w:p>
    <w:p w14:paraId="60B066CA" w14:textId="77777777" w:rsidR="00BE07BE" w:rsidRPr="001C34CE" w:rsidRDefault="00014E14" w:rsidP="001C34CE">
      <w:pPr>
        <w:pStyle w:val="ListBullet"/>
        <w:spacing w:line="480" w:lineRule="auto"/>
      </w:pPr>
      <w:r w:rsidRPr="001C34CE">
        <w:t>Bioaccumulation studies using fish, benthic macroinvertebrates or aquatic plants should be conducted to assess ecological and food-chain risks.</w:t>
      </w:r>
    </w:p>
    <w:p w14:paraId="6A6448B8" w14:textId="77777777" w:rsidR="00BE07BE" w:rsidRPr="001C34CE" w:rsidRDefault="00014E14" w:rsidP="001C34CE">
      <w:pPr>
        <w:pStyle w:val="ListBullet"/>
        <w:spacing w:line="480" w:lineRule="auto"/>
      </w:pPr>
      <w:r w:rsidRPr="001C34CE">
        <w:t>Source-apportionment approaches such as enrichment factor, principal component analysis and geochemical fingerprinting should be used in future work to distinguish natural lithogenic sources from anthropogenic inputs.</w:t>
      </w:r>
    </w:p>
    <w:p w14:paraId="1C244444" w14:textId="37185EF0" w:rsidR="004C2B1F" w:rsidRDefault="00014E14" w:rsidP="00444CC3">
      <w:pPr>
        <w:pStyle w:val="ListBullet"/>
        <w:spacing w:line="480" w:lineRule="auto"/>
      </w:pPr>
      <w:r w:rsidRPr="001C34CE">
        <w:t xml:space="preserve">Human-health risk assessment should be conducted if the river water, fish or other aquatic resources are used </w:t>
      </w:r>
      <w:r>
        <w:t>for domestic, recreational or dietary purposes.</w:t>
      </w:r>
    </w:p>
    <w:p w14:paraId="4557F180" w14:textId="74FCAA75" w:rsidR="00BE07BE" w:rsidRPr="004C2B1F" w:rsidRDefault="00014E14" w:rsidP="004C2B1F">
      <w:pPr>
        <w:pStyle w:val="ListBullet"/>
        <w:numPr>
          <w:ilvl w:val="0"/>
          <w:numId w:val="0"/>
        </w:numPr>
        <w:spacing w:line="240" w:lineRule="auto"/>
        <w:rPr>
          <w:b/>
          <w:bCs/>
        </w:rPr>
      </w:pPr>
      <w:r w:rsidRPr="004C2B1F">
        <w:rPr>
          <w:b/>
          <w:bCs/>
        </w:rPr>
        <w:t>Limitations of the Study</w:t>
      </w:r>
    </w:p>
    <w:p w14:paraId="7AAE878E" w14:textId="77777777" w:rsidR="00DE0AE4" w:rsidRDefault="00014E14" w:rsidP="00DE0AE4">
      <w:pPr>
        <w:spacing w:after="120" w:line="480" w:lineRule="auto"/>
        <w:jc w:val="both"/>
      </w:pPr>
      <w:r>
        <w:lastRenderedPageBreak/>
        <w:t>This study was limited to selected heavy metals in surface water and sediment from five sampling stations. Seasonal comparison was not included; therefore, wet</w:t>
      </w:r>
      <w:r w:rsidR="00445EBA">
        <w:t xml:space="preserve"> </w:t>
      </w:r>
      <w:r>
        <w:t>season and dry</w:t>
      </w:r>
      <w:r w:rsidR="00445EBA">
        <w:t xml:space="preserve"> </w:t>
      </w:r>
      <w:r>
        <w:t>season variations could not be assessed. The dataset contained station-level mean values rather than complete raw replicate measurements, which limited the use of inferential statistics. The study also did not include detailed physicochemical parameters, biological samples or source-apportionment analysis. Consequently, the findings should be interpreted as a screening-level assessment that identifies contamination patterns and priority metals for further investigation.</w:t>
      </w:r>
    </w:p>
    <w:p w14:paraId="3C97EA59" w14:textId="77777777" w:rsidR="005D374A" w:rsidRPr="00542A27" w:rsidRDefault="005D374A" w:rsidP="005D374A">
      <w:pPr>
        <w:rPr>
          <w:rFonts w:ascii="Arial" w:hAnsi="Arial" w:cs="Arial"/>
          <w:b/>
          <w:bCs/>
        </w:rPr>
      </w:pPr>
      <w:r w:rsidRPr="00542A27">
        <w:rPr>
          <w:rFonts w:ascii="Arial" w:hAnsi="Arial" w:cs="Arial"/>
          <w:b/>
          <w:bCs/>
        </w:rPr>
        <w:t>Declaration of AI Use</w:t>
      </w:r>
    </w:p>
    <w:p w14:paraId="2B062BF4" w14:textId="77777777" w:rsidR="005D374A" w:rsidRPr="00CA12BC" w:rsidRDefault="005D374A" w:rsidP="005D374A">
      <w:pPr>
        <w:rPr>
          <w:rFonts w:ascii="Arial" w:hAnsi="Arial" w:cs="Arial"/>
        </w:rPr>
      </w:pPr>
      <w:r w:rsidRPr="00A40685">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04C6DF0" w14:textId="77777777" w:rsidR="00444CC3" w:rsidRDefault="00444CC3" w:rsidP="00444CC3">
      <w:pPr>
        <w:spacing w:after="120" w:line="480" w:lineRule="auto"/>
        <w:contextualSpacing/>
        <w:jc w:val="both"/>
      </w:pPr>
    </w:p>
    <w:p w14:paraId="51B63B7F" w14:textId="7BFC9601" w:rsidR="00BE07BE" w:rsidRPr="00A20D01" w:rsidRDefault="00014E14" w:rsidP="00A20D01">
      <w:pPr>
        <w:spacing w:after="120"/>
        <w:jc w:val="center"/>
        <w:rPr>
          <w:b/>
          <w:bCs/>
        </w:rPr>
      </w:pPr>
      <w:r w:rsidRPr="00A20D01">
        <w:rPr>
          <w:b/>
          <w:bCs/>
        </w:rPr>
        <w:t>References</w:t>
      </w:r>
    </w:p>
    <w:p w14:paraId="571560DC" w14:textId="77777777" w:rsidR="00BE07BE" w:rsidRPr="00FD332F" w:rsidRDefault="00014E14" w:rsidP="00DD74C7">
      <w:pPr>
        <w:spacing w:after="80"/>
        <w:ind w:left="720" w:hanging="720"/>
        <w:jc w:val="both"/>
        <w:rPr>
          <w:szCs w:val="24"/>
        </w:rPr>
      </w:pPr>
      <w:r w:rsidRPr="00FD332F">
        <w:rPr>
          <w:szCs w:val="24"/>
        </w:rPr>
        <w:t>Ali, S., Amir, S., Ali, S., Rehman, M. U., Majid, S., &amp; Yatoo, A. M. (2021). Water pollution: Diseases and health impacts. In Freshwater pollution and aquatic ecosystems (pp. 1–23). Apple Academic Press.</w:t>
      </w:r>
    </w:p>
    <w:p w14:paraId="6A31BD13" w14:textId="77777777" w:rsidR="00BE07BE" w:rsidRPr="00FD332F" w:rsidRDefault="00014E14" w:rsidP="00DD74C7">
      <w:pPr>
        <w:spacing w:after="80"/>
        <w:ind w:left="720" w:hanging="720"/>
        <w:jc w:val="both"/>
        <w:rPr>
          <w:szCs w:val="24"/>
        </w:rPr>
      </w:pPr>
      <w:r w:rsidRPr="00FD332F">
        <w:rPr>
          <w:szCs w:val="24"/>
        </w:rPr>
        <w:t>American Public Health Association, American Water Works Association, &amp; Water Environment Federation. (2023). Standard methods for the examination of water and wastewater (24th ed.). APHA Press.</w:t>
      </w:r>
    </w:p>
    <w:p w14:paraId="1324727E" w14:textId="1A3915BE" w:rsidR="005E4DD1" w:rsidRPr="00FD332F" w:rsidRDefault="005E4DD1" w:rsidP="006F2DFD">
      <w:pPr>
        <w:spacing w:after="80"/>
        <w:ind w:left="720" w:hanging="720"/>
        <w:jc w:val="both"/>
        <w:rPr>
          <w:szCs w:val="24"/>
        </w:rPr>
      </w:pPr>
      <w:r w:rsidRPr="00FD332F">
        <w:rPr>
          <w:szCs w:val="24"/>
        </w:rPr>
        <w:t>American Public Health Association. (2017). Standard methods for the examination of water and wastewater (23rd ed.). American Public Health Association, American Water Works Association, and Water Environment Federation.</w:t>
      </w:r>
    </w:p>
    <w:p w14:paraId="112F63FD" w14:textId="3A425B3F" w:rsidR="00BE07BE" w:rsidRPr="00FD332F" w:rsidRDefault="00014E14" w:rsidP="00DD74C7">
      <w:pPr>
        <w:spacing w:after="80"/>
        <w:ind w:left="720" w:hanging="720"/>
        <w:jc w:val="both"/>
        <w:rPr>
          <w:szCs w:val="24"/>
        </w:rPr>
      </w:pPr>
      <w:r w:rsidRPr="00FD332F">
        <w:rPr>
          <w:szCs w:val="24"/>
        </w:rPr>
        <w:t xml:space="preserve">Bawa-Allah, K. A. (2023). Assessment of heavy metal pollution in Nigerian surface freshwaters and sediment: A meta-analysis using ecological and human health risk indices. </w:t>
      </w:r>
      <w:r w:rsidRPr="008C1D59">
        <w:rPr>
          <w:i/>
          <w:iCs/>
          <w:szCs w:val="24"/>
        </w:rPr>
        <w:t xml:space="preserve">Journal of Contaminant Hydrology, </w:t>
      </w:r>
      <w:r w:rsidRPr="00FD332F">
        <w:rPr>
          <w:szCs w:val="24"/>
        </w:rPr>
        <w:t>256, 104199.</w:t>
      </w:r>
    </w:p>
    <w:p w14:paraId="621B8B78" w14:textId="59BB2FC4" w:rsidR="00BE07BE" w:rsidRPr="00FD332F" w:rsidRDefault="00014E14" w:rsidP="00DD74C7">
      <w:pPr>
        <w:spacing w:after="80"/>
        <w:ind w:left="720" w:hanging="720"/>
        <w:jc w:val="both"/>
        <w:rPr>
          <w:szCs w:val="24"/>
        </w:rPr>
      </w:pPr>
      <w:r w:rsidRPr="00FD332F">
        <w:rPr>
          <w:szCs w:val="24"/>
        </w:rPr>
        <w:t xml:space="preserve">Bhuyan, M. S., Bakar, M. A., Akhtar, A., Hossain, M., Ali, M. M., &amp; Islam, M. S. (2017). Heavy metal contamination in surface water and sediment of the Meghna River, Bangladesh. </w:t>
      </w:r>
      <w:r w:rsidRPr="008C1D59">
        <w:rPr>
          <w:i/>
          <w:iCs/>
          <w:szCs w:val="24"/>
        </w:rPr>
        <w:t>Environmental Nanotechnology, Monitoring &amp; Management,</w:t>
      </w:r>
      <w:r w:rsidRPr="00FD332F">
        <w:rPr>
          <w:szCs w:val="24"/>
        </w:rPr>
        <w:t xml:space="preserve"> 8, 273–279.</w:t>
      </w:r>
    </w:p>
    <w:p w14:paraId="55C25B07" w14:textId="77777777" w:rsidR="00BE07BE" w:rsidRPr="00FD332F" w:rsidRDefault="00014E14" w:rsidP="00DD74C7">
      <w:pPr>
        <w:spacing w:after="80"/>
        <w:ind w:left="720" w:hanging="720"/>
        <w:jc w:val="both"/>
        <w:rPr>
          <w:szCs w:val="24"/>
        </w:rPr>
      </w:pPr>
      <w:r w:rsidRPr="00FD332F">
        <w:rPr>
          <w:szCs w:val="24"/>
        </w:rPr>
        <w:t>Canadian Council of Ministers of the Environment. (2001). Canadian sediment quality guidelines for the protection of aquatic life: Summary tables. In Canadian environmental quality guidelines, 1999. Canadian Council of Ministers of the Environment.</w:t>
      </w:r>
    </w:p>
    <w:p w14:paraId="32B4C0BD" w14:textId="01F3ECBD" w:rsidR="00455967" w:rsidRPr="00FD332F" w:rsidRDefault="00455967" w:rsidP="00DD74C7">
      <w:pPr>
        <w:spacing w:after="80"/>
        <w:ind w:left="720" w:hanging="720"/>
        <w:jc w:val="both"/>
        <w:rPr>
          <w:szCs w:val="24"/>
        </w:rPr>
      </w:pPr>
      <w:r w:rsidRPr="00FD332F">
        <w:rPr>
          <w:szCs w:val="24"/>
        </w:rPr>
        <w:t>Canadian Council of Ministers of the Environment. (1999). Canadian sediment quality guidelines for the protection of aquatic life. In Canadian Environmental Quality Guidelines. Canadian Council of Ministers of the Environment.</w:t>
      </w:r>
    </w:p>
    <w:p w14:paraId="1C2AEC9E" w14:textId="77777777" w:rsidR="00BE07BE" w:rsidRPr="00FD332F" w:rsidRDefault="00014E14" w:rsidP="00DD74C7">
      <w:pPr>
        <w:spacing w:after="80"/>
        <w:ind w:left="720" w:hanging="720"/>
        <w:jc w:val="both"/>
        <w:rPr>
          <w:szCs w:val="24"/>
        </w:rPr>
      </w:pPr>
      <w:r w:rsidRPr="00FD332F">
        <w:rPr>
          <w:szCs w:val="24"/>
        </w:rPr>
        <w:t>China National Environmental Monitoring Centre. (1990). The background concentrations of soil elements of China. China Environmental Science Press.</w:t>
      </w:r>
    </w:p>
    <w:p w14:paraId="35C43168" w14:textId="799044BE" w:rsidR="00BE07BE" w:rsidRPr="00FD332F" w:rsidRDefault="00014E14" w:rsidP="00DD74C7">
      <w:pPr>
        <w:spacing w:after="80"/>
        <w:ind w:left="720" w:hanging="720"/>
        <w:jc w:val="both"/>
        <w:rPr>
          <w:szCs w:val="24"/>
        </w:rPr>
      </w:pPr>
      <w:r w:rsidRPr="00FD332F">
        <w:rPr>
          <w:szCs w:val="24"/>
        </w:rPr>
        <w:lastRenderedPageBreak/>
        <w:t xml:space="preserve">Ehiemere, V. C., Ihedioha, J. N., Ekere, N. R., Ibeto, C. N., &amp; Abugu, H. O. (2022). Pollution and risk assessment of heavy metals in water, sediment and fish (Clarias gariepinus) in a fish farm cluster in Niger Delta region, Nigeria. </w:t>
      </w:r>
      <w:r w:rsidRPr="00E530EC">
        <w:rPr>
          <w:i/>
          <w:iCs/>
          <w:szCs w:val="24"/>
        </w:rPr>
        <w:t>Journal of Water and Health</w:t>
      </w:r>
      <w:r w:rsidRPr="00FD332F">
        <w:rPr>
          <w:szCs w:val="24"/>
        </w:rPr>
        <w:t>, 20(6), 927–945.</w:t>
      </w:r>
    </w:p>
    <w:p w14:paraId="42A82B9D" w14:textId="3B6B903B" w:rsidR="00BE07BE" w:rsidRPr="00FD332F" w:rsidRDefault="00014E14" w:rsidP="00DD74C7">
      <w:pPr>
        <w:spacing w:after="80"/>
        <w:ind w:left="720" w:hanging="720"/>
        <w:jc w:val="both"/>
        <w:rPr>
          <w:szCs w:val="24"/>
        </w:rPr>
      </w:pPr>
      <w:r w:rsidRPr="00FD332F">
        <w:rPr>
          <w:szCs w:val="24"/>
        </w:rPr>
        <w:t xml:space="preserve">Hakanson, L. (1980). An ecological risk index for aquatic pollution control: A sedimentological approach. </w:t>
      </w:r>
      <w:r w:rsidRPr="00E530EC">
        <w:rPr>
          <w:i/>
          <w:iCs/>
          <w:szCs w:val="24"/>
        </w:rPr>
        <w:t>Water Research</w:t>
      </w:r>
      <w:r w:rsidRPr="00FD332F">
        <w:rPr>
          <w:szCs w:val="24"/>
        </w:rPr>
        <w:t xml:space="preserve">, 14(8), 975–1001. </w:t>
      </w:r>
    </w:p>
    <w:p w14:paraId="489DEECA" w14:textId="382AABAB" w:rsidR="00BE07BE" w:rsidRPr="00FD332F" w:rsidRDefault="00014E14" w:rsidP="00DD74C7">
      <w:pPr>
        <w:spacing w:after="80"/>
        <w:ind w:left="720" w:hanging="720"/>
        <w:jc w:val="both"/>
        <w:rPr>
          <w:szCs w:val="24"/>
        </w:rPr>
      </w:pPr>
      <w:r w:rsidRPr="00FD332F">
        <w:rPr>
          <w:szCs w:val="24"/>
        </w:rPr>
        <w:t xml:space="preserve">Jolaosho, T. L., Elegbede, I. O., Ndimele, P. E., Mekuleyi, G. O., Oladipupo, I. O., &amp; Mustapha, A. A. (2023). Comprehensive geochemical assessment, probable ecological and human health risks of heavy metals in water and sediments from dredged and non-dredged rivers in Lagos, Nigeria. </w:t>
      </w:r>
      <w:r w:rsidRPr="00E530EC">
        <w:rPr>
          <w:i/>
          <w:iCs/>
          <w:szCs w:val="24"/>
        </w:rPr>
        <w:t>Journal of Hazardous Materials Advances,</w:t>
      </w:r>
      <w:r w:rsidRPr="00FD332F">
        <w:rPr>
          <w:szCs w:val="24"/>
        </w:rPr>
        <w:t xml:space="preserve"> 12, 100379. </w:t>
      </w:r>
    </w:p>
    <w:p w14:paraId="6DDEA388" w14:textId="3C9629A7" w:rsidR="00BE07BE" w:rsidRPr="00FD332F" w:rsidRDefault="00014E14" w:rsidP="00DD74C7">
      <w:pPr>
        <w:spacing w:after="80"/>
        <w:ind w:left="720" w:hanging="720"/>
        <w:jc w:val="both"/>
        <w:rPr>
          <w:szCs w:val="24"/>
        </w:rPr>
      </w:pPr>
      <w:r w:rsidRPr="00FD332F">
        <w:rPr>
          <w:szCs w:val="24"/>
        </w:rPr>
        <w:t xml:space="preserve">Kumar, V., Parihar, R. D., Sharma, A., Bakshi, P., Sidhu, G. P. S., Bali, A. S., Karaouzas, I., Bhardwaj, R., Thukral, A. K., Gyasi-Agyei, Y., &amp; Rodrigo-Comino, J. (2019). Global evaluation of heavy metal content in surface water bodies: A meta-analysis using heavy metal pollution indices and multivariate statistical analyses. </w:t>
      </w:r>
      <w:r w:rsidRPr="00E530EC">
        <w:rPr>
          <w:i/>
          <w:iCs/>
          <w:szCs w:val="24"/>
        </w:rPr>
        <w:t>Chemosphere,</w:t>
      </w:r>
      <w:r w:rsidRPr="00FD332F">
        <w:rPr>
          <w:szCs w:val="24"/>
        </w:rPr>
        <w:t xml:space="preserve"> 236, 124364. </w:t>
      </w:r>
    </w:p>
    <w:p w14:paraId="113484AE" w14:textId="77777777" w:rsidR="00BE07BE" w:rsidRPr="00FD332F" w:rsidRDefault="00014E14" w:rsidP="00DD74C7">
      <w:pPr>
        <w:spacing w:after="80"/>
        <w:ind w:left="720" w:hanging="720"/>
        <w:jc w:val="both"/>
        <w:rPr>
          <w:szCs w:val="24"/>
        </w:rPr>
      </w:pPr>
      <w:r w:rsidRPr="00FD332F">
        <w:rPr>
          <w:szCs w:val="24"/>
        </w:rPr>
        <w:t xml:space="preserve">Nwachukwu, R., Vitus, A., &amp; Janefrances, N. (2014). Health risk assessment in relation to heavy metals in water sources in rural regions of south-east Nigeria. </w:t>
      </w:r>
      <w:r w:rsidRPr="00E530EC">
        <w:rPr>
          <w:i/>
          <w:iCs/>
          <w:szCs w:val="24"/>
        </w:rPr>
        <w:t>International Journal of Physical Sciences,</w:t>
      </w:r>
      <w:r w:rsidRPr="00FD332F">
        <w:rPr>
          <w:szCs w:val="24"/>
        </w:rPr>
        <w:t xml:space="preserve"> 9(6), 109–116.</w:t>
      </w:r>
    </w:p>
    <w:p w14:paraId="26D2CCD2" w14:textId="16F16AE5" w:rsidR="00BE07BE" w:rsidRPr="00FD332F" w:rsidRDefault="00014E14" w:rsidP="00DD74C7">
      <w:pPr>
        <w:spacing w:after="80"/>
        <w:ind w:left="720" w:hanging="720"/>
        <w:jc w:val="both"/>
        <w:rPr>
          <w:szCs w:val="24"/>
        </w:rPr>
      </w:pPr>
      <w:r w:rsidRPr="00FD332F">
        <w:rPr>
          <w:szCs w:val="24"/>
        </w:rPr>
        <w:t xml:space="preserve">Ogbonna, D. N., &amp; Origbe, M. E. (2021). Heavy metal concentration of surface water, sediment and fishes impacted by crude oil pollution in Bodo/Bonny River, Nigeria. </w:t>
      </w:r>
      <w:r w:rsidRPr="00E530EC">
        <w:rPr>
          <w:i/>
          <w:iCs/>
          <w:szCs w:val="24"/>
        </w:rPr>
        <w:t>Current Journal of Applied Science and Technology</w:t>
      </w:r>
      <w:r w:rsidRPr="00FD332F">
        <w:rPr>
          <w:szCs w:val="24"/>
        </w:rPr>
        <w:t xml:space="preserve">, 40(18), 56–67. </w:t>
      </w:r>
    </w:p>
    <w:p w14:paraId="00086451" w14:textId="77777777" w:rsidR="00BE07BE" w:rsidRPr="00FD332F" w:rsidRDefault="00014E14" w:rsidP="00DD74C7">
      <w:pPr>
        <w:spacing w:after="80"/>
        <w:ind w:left="720" w:hanging="720"/>
        <w:jc w:val="both"/>
        <w:rPr>
          <w:szCs w:val="24"/>
        </w:rPr>
      </w:pPr>
      <w:r w:rsidRPr="00FD332F">
        <w:rPr>
          <w:szCs w:val="24"/>
        </w:rPr>
        <w:t>Standards Organisation of Nigeria. (2015). Nigerian standard for drinking water quality (NIS 554:2015). Standards Organisation of Nigeria.</w:t>
      </w:r>
    </w:p>
    <w:p w14:paraId="5CFD2A9A" w14:textId="68C286BF" w:rsidR="00BE07BE" w:rsidRPr="00FD332F" w:rsidRDefault="00014E14" w:rsidP="00DD74C7">
      <w:pPr>
        <w:spacing w:after="80"/>
        <w:ind w:left="720" w:hanging="720"/>
        <w:jc w:val="both"/>
        <w:rPr>
          <w:szCs w:val="24"/>
        </w:rPr>
      </w:pPr>
      <w:r w:rsidRPr="00FD332F">
        <w:rPr>
          <w:szCs w:val="24"/>
        </w:rPr>
        <w:t xml:space="preserve">Tomlinson, D. L., Wilson, J. G., Harris, C. R., &amp; Jeffrey, D. W. (1980). Problems in the assessment of heavy metal levels in estuaries and the formation of a pollution index. </w:t>
      </w:r>
      <w:r w:rsidRPr="009D27B2">
        <w:rPr>
          <w:i/>
          <w:iCs/>
          <w:szCs w:val="24"/>
        </w:rPr>
        <w:t xml:space="preserve">Helgoländer Meeresuntersuchungen, </w:t>
      </w:r>
      <w:r w:rsidRPr="00FD332F">
        <w:rPr>
          <w:szCs w:val="24"/>
        </w:rPr>
        <w:t>33, 566–575.</w:t>
      </w:r>
    </w:p>
    <w:p w14:paraId="7758321B" w14:textId="77777777" w:rsidR="00BE07BE" w:rsidRPr="00FD332F" w:rsidRDefault="00014E14" w:rsidP="00DD74C7">
      <w:pPr>
        <w:spacing w:after="80"/>
        <w:ind w:left="720" w:hanging="720"/>
        <w:jc w:val="both"/>
        <w:rPr>
          <w:szCs w:val="24"/>
        </w:rPr>
      </w:pPr>
      <w:r w:rsidRPr="00FD332F">
        <w:rPr>
          <w:szCs w:val="24"/>
        </w:rPr>
        <w:t>United States Environmental Protection Agency. (1996). Method 3050B: Acid digestion of sediments, sludges, and soils. In Test methods for evaluating solid waste, physical/chemical methods (SW-846). U.S. Environmental Protection Agency.</w:t>
      </w:r>
    </w:p>
    <w:p w14:paraId="0D872D53" w14:textId="77777777" w:rsidR="00BE07BE" w:rsidRPr="00FD332F" w:rsidRDefault="00014E14" w:rsidP="00DD74C7">
      <w:pPr>
        <w:spacing w:after="80"/>
        <w:ind w:left="720" w:hanging="720"/>
        <w:jc w:val="both"/>
        <w:rPr>
          <w:szCs w:val="24"/>
        </w:rPr>
      </w:pPr>
      <w:r w:rsidRPr="00FD332F">
        <w:rPr>
          <w:szCs w:val="24"/>
        </w:rPr>
        <w:t>United States Environmental Protection Agency. (2007a). Method 3015A: Microwave assisted acid digestion of aqueous samples and extracts. In Test methods for evaluating solid waste, physical/chemical methods (SW-846). U.S. Environmental Protection Agency.</w:t>
      </w:r>
    </w:p>
    <w:p w14:paraId="15E271D7" w14:textId="77777777" w:rsidR="00BE07BE" w:rsidRPr="00FD332F" w:rsidRDefault="00014E14" w:rsidP="00DD74C7">
      <w:pPr>
        <w:spacing w:after="80"/>
        <w:ind w:left="720" w:hanging="720"/>
        <w:jc w:val="both"/>
        <w:rPr>
          <w:szCs w:val="24"/>
        </w:rPr>
      </w:pPr>
      <w:r w:rsidRPr="00FD332F">
        <w:rPr>
          <w:szCs w:val="24"/>
        </w:rPr>
        <w:t>United States Environmental Protection Agency. (2007b). Method 7000B: Flame atomic absorption spectrophotometry. In Test methods for evaluating solid waste, physical/chemical methods (SW-846). U.S. Environmental Protection Agency.</w:t>
      </w:r>
    </w:p>
    <w:p w14:paraId="7B18EE88" w14:textId="77777777" w:rsidR="00C84166" w:rsidRPr="00FD332F" w:rsidRDefault="00C84166" w:rsidP="00C84166">
      <w:pPr>
        <w:spacing w:after="80"/>
        <w:ind w:left="720" w:hanging="720"/>
        <w:jc w:val="both"/>
        <w:rPr>
          <w:szCs w:val="24"/>
        </w:rPr>
      </w:pPr>
      <w:r w:rsidRPr="00FD332F">
        <w:rPr>
          <w:szCs w:val="24"/>
        </w:rPr>
        <w:t>United States Environmental Protection Agency. (1992). Method 3010A: Acid digestion of aqueous samples and extracts for total metals for analysis by flame atomic absorption spectroscopy or inductively coupled plasma spectroscopy. USEPA SW-846.</w:t>
      </w:r>
    </w:p>
    <w:p w14:paraId="2B3610C9" w14:textId="77777777" w:rsidR="00BE07BE" w:rsidRPr="00FD332F" w:rsidRDefault="00014E14" w:rsidP="00FD332F">
      <w:pPr>
        <w:spacing w:after="80"/>
        <w:ind w:left="720" w:hanging="720"/>
        <w:jc w:val="both"/>
        <w:rPr>
          <w:szCs w:val="24"/>
        </w:rPr>
      </w:pPr>
      <w:r w:rsidRPr="00FD332F">
        <w:rPr>
          <w:szCs w:val="24"/>
        </w:rPr>
        <w:t>World Health Organization. (2022). Guidelines for drinking-water quality: Fourth edition incorporating the first and second addenda. World Health Organization.</w:t>
      </w:r>
    </w:p>
    <w:p w14:paraId="542EB407" w14:textId="31A99391" w:rsidR="00BE07BE" w:rsidRPr="00FD332F" w:rsidRDefault="00014E14" w:rsidP="00DD74C7">
      <w:pPr>
        <w:spacing w:after="80"/>
        <w:ind w:left="720" w:hanging="720"/>
        <w:jc w:val="both"/>
        <w:rPr>
          <w:szCs w:val="24"/>
        </w:rPr>
      </w:pPr>
      <w:r w:rsidRPr="00FD332F">
        <w:rPr>
          <w:szCs w:val="24"/>
        </w:rPr>
        <w:t xml:space="preserve">Zhou, Q., Yang, N., Li, Y., Ren, B., Ding, X., Bian, H., &amp; Yao, X. (2020). Total concentrations and sources of heavy metal pollution in global river and lake water bodies from 1972 to 2017. </w:t>
      </w:r>
      <w:r w:rsidRPr="009D27B2">
        <w:rPr>
          <w:i/>
          <w:iCs/>
          <w:szCs w:val="24"/>
        </w:rPr>
        <w:t>Global Ecology and Conservation,</w:t>
      </w:r>
      <w:r w:rsidRPr="00FD332F">
        <w:rPr>
          <w:szCs w:val="24"/>
        </w:rPr>
        <w:t xml:space="preserve"> 22</w:t>
      </w:r>
      <w:r w:rsidR="00C62333">
        <w:rPr>
          <w:szCs w:val="24"/>
        </w:rPr>
        <w:t>, e00925.</w:t>
      </w:r>
    </w:p>
    <w:sectPr w:rsidR="00BE07BE" w:rsidRPr="00FD332F" w:rsidSect="00556D1E">
      <w:pgSz w:w="12240" w:h="15840"/>
      <w:pgMar w:top="1008" w:right="936" w:bottom="709"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42379019">
    <w:abstractNumId w:val="8"/>
  </w:num>
  <w:num w:numId="2" w16cid:durableId="1012993993">
    <w:abstractNumId w:val="6"/>
  </w:num>
  <w:num w:numId="3" w16cid:durableId="278801979">
    <w:abstractNumId w:val="5"/>
  </w:num>
  <w:num w:numId="4" w16cid:durableId="541211585">
    <w:abstractNumId w:val="4"/>
  </w:num>
  <w:num w:numId="5" w16cid:durableId="11153218">
    <w:abstractNumId w:val="7"/>
  </w:num>
  <w:num w:numId="6" w16cid:durableId="1034618616">
    <w:abstractNumId w:val="3"/>
  </w:num>
  <w:num w:numId="7" w16cid:durableId="42874488">
    <w:abstractNumId w:val="2"/>
  </w:num>
  <w:num w:numId="8" w16cid:durableId="539636509">
    <w:abstractNumId w:val="1"/>
  </w:num>
  <w:num w:numId="9" w16cid:durableId="294794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4BF2"/>
    <w:rsid w:val="00014E14"/>
    <w:rsid w:val="00016606"/>
    <w:rsid w:val="00034616"/>
    <w:rsid w:val="00044E92"/>
    <w:rsid w:val="00055AD1"/>
    <w:rsid w:val="0006063C"/>
    <w:rsid w:val="00065D20"/>
    <w:rsid w:val="00073483"/>
    <w:rsid w:val="00076718"/>
    <w:rsid w:val="00084C06"/>
    <w:rsid w:val="000875FE"/>
    <w:rsid w:val="0009497E"/>
    <w:rsid w:val="000A633F"/>
    <w:rsid w:val="000A6482"/>
    <w:rsid w:val="000B2238"/>
    <w:rsid w:val="000D4A15"/>
    <w:rsid w:val="000E03E5"/>
    <w:rsid w:val="001031E4"/>
    <w:rsid w:val="0010511B"/>
    <w:rsid w:val="001220D5"/>
    <w:rsid w:val="00127C4A"/>
    <w:rsid w:val="0013077B"/>
    <w:rsid w:val="001456BC"/>
    <w:rsid w:val="0015074B"/>
    <w:rsid w:val="00171D4A"/>
    <w:rsid w:val="00173649"/>
    <w:rsid w:val="001815EF"/>
    <w:rsid w:val="00195AE8"/>
    <w:rsid w:val="001C34CE"/>
    <w:rsid w:val="001D165B"/>
    <w:rsid w:val="001D24CC"/>
    <w:rsid w:val="001D31DD"/>
    <w:rsid w:val="001E2F66"/>
    <w:rsid w:val="002036F0"/>
    <w:rsid w:val="00211A00"/>
    <w:rsid w:val="00223019"/>
    <w:rsid w:val="002238AC"/>
    <w:rsid w:val="00236012"/>
    <w:rsid w:val="002410F9"/>
    <w:rsid w:val="002465E3"/>
    <w:rsid w:val="0025573F"/>
    <w:rsid w:val="002739B3"/>
    <w:rsid w:val="002745CB"/>
    <w:rsid w:val="0029639D"/>
    <w:rsid w:val="002A17F9"/>
    <w:rsid w:val="002A534A"/>
    <w:rsid w:val="002C7673"/>
    <w:rsid w:val="002D4B9F"/>
    <w:rsid w:val="002D5780"/>
    <w:rsid w:val="002D7BA1"/>
    <w:rsid w:val="002E1C49"/>
    <w:rsid w:val="002E4F39"/>
    <w:rsid w:val="002F19A1"/>
    <w:rsid w:val="00303EFC"/>
    <w:rsid w:val="0030425B"/>
    <w:rsid w:val="003072FA"/>
    <w:rsid w:val="00313AD1"/>
    <w:rsid w:val="00326F90"/>
    <w:rsid w:val="0036283C"/>
    <w:rsid w:val="00367EC8"/>
    <w:rsid w:val="00384E57"/>
    <w:rsid w:val="00392BDC"/>
    <w:rsid w:val="00393715"/>
    <w:rsid w:val="003A37BA"/>
    <w:rsid w:val="003B2D8F"/>
    <w:rsid w:val="003D5952"/>
    <w:rsid w:val="003D6A57"/>
    <w:rsid w:val="003F355B"/>
    <w:rsid w:val="003F670A"/>
    <w:rsid w:val="00415DF9"/>
    <w:rsid w:val="00422E03"/>
    <w:rsid w:val="0043583A"/>
    <w:rsid w:val="00444CC3"/>
    <w:rsid w:val="00445EBA"/>
    <w:rsid w:val="00455967"/>
    <w:rsid w:val="00464B30"/>
    <w:rsid w:val="00470B05"/>
    <w:rsid w:val="004751C1"/>
    <w:rsid w:val="004A66AF"/>
    <w:rsid w:val="004B3138"/>
    <w:rsid w:val="004C2B1F"/>
    <w:rsid w:val="004C7211"/>
    <w:rsid w:val="004C73CD"/>
    <w:rsid w:val="004D6189"/>
    <w:rsid w:val="004D6D8D"/>
    <w:rsid w:val="004F0657"/>
    <w:rsid w:val="00541A65"/>
    <w:rsid w:val="00556D1E"/>
    <w:rsid w:val="00596C77"/>
    <w:rsid w:val="005A7C0B"/>
    <w:rsid w:val="005B59F7"/>
    <w:rsid w:val="005D374A"/>
    <w:rsid w:val="005E030E"/>
    <w:rsid w:val="005E1EF7"/>
    <w:rsid w:val="005E4DD1"/>
    <w:rsid w:val="005F0BEE"/>
    <w:rsid w:val="005F5A11"/>
    <w:rsid w:val="0061603C"/>
    <w:rsid w:val="0061782D"/>
    <w:rsid w:val="00623257"/>
    <w:rsid w:val="00624ED8"/>
    <w:rsid w:val="006517B3"/>
    <w:rsid w:val="0066366F"/>
    <w:rsid w:val="00664185"/>
    <w:rsid w:val="00665352"/>
    <w:rsid w:val="006735D1"/>
    <w:rsid w:val="00675498"/>
    <w:rsid w:val="0068197B"/>
    <w:rsid w:val="006820CD"/>
    <w:rsid w:val="00683EC6"/>
    <w:rsid w:val="006929E4"/>
    <w:rsid w:val="00693EC4"/>
    <w:rsid w:val="00694996"/>
    <w:rsid w:val="006C5B9E"/>
    <w:rsid w:val="006C61EB"/>
    <w:rsid w:val="006E0B73"/>
    <w:rsid w:val="006E1191"/>
    <w:rsid w:val="006E6593"/>
    <w:rsid w:val="006F258D"/>
    <w:rsid w:val="006F2DFD"/>
    <w:rsid w:val="007029B7"/>
    <w:rsid w:val="00707399"/>
    <w:rsid w:val="007110B8"/>
    <w:rsid w:val="007253D5"/>
    <w:rsid w:val="0073239E"/>
    <w:rsid w:val="00732A60"/>
    <w:rsid w:val="007372CE"/>
    <w:rsid w:val="00743EB3"/>
    <w:rsid w:val="0075050A"/>
    <w:rsid w:val="0076768F"/>
    <w:rsid w:val="00771A33"/>
    <w:rsid w:val="00773E73"/>
    <w:rsid w:val="007A41E9"/>
    <w:rsid w:val="007D5214"/>
    <w:rsid w:val="007D5513"/>
    <w:rsid w:val="007E0C82"/>
    <w:rsid w:val="007E2902"/>
    <w:rsid w:val="007E5A13"/>
    <w:rsid w:val="007E6D52"/>
    <w:rsid w:val="008062E1"/>
    <w:rsid w:val="00820F4C"/>
    <w:rsid w:val="00825908"/>
    <w:rsid w:val="0084367B"/>
    <w:rsid w:val="0085320A"/>
    <w:rsid w:val="008671AD"/>
    <w:rsid w:val="00885AC2"/>
    <w:rsid w:val="008863E5"/>
    <w:rsid w:val="00894DEC"/>
    <w:rsid w:val="008C0224"/>
    <w:rsid w:val="008C1D59"/>
    <w:rsid w:val="008D4656"/>
    <w:rsid w:val="008E174B"/>
    <w:rsid w:val="008E1CCE"/>
    <w:rsid w:val="008E5464"/>
    <w:rsid w:val="008F4440"/>
    <w:rsid w:val="00905138"/>
    <w:rsid w:val="009113BC"/>
    <w:rsid w:val="00913238"/>
    <w:rsid w:val="009152AA"/>
    <w:rsid w:val="00933FF3"/>
    <w:rsid w:val="0095469C"/>
    <w:rsid w:val="00961A98"/>
    <w:rsid w:val="009659B8"/>
    <w:rsid w:val="009725F9"/>
    <w:rsid w:val="00985176"/>
    <w:rsid w:val="009A361F"/>
    <w:rsid w:val="009B105A"/>
    <w:rsid w:val="009D27B2"/>
    <w:rsid w:val="009E1BAC"/>
    <w:rsid w:val="00A20D01"/>
    <w:rsid w:val="00A2715D"/>
    <w:rsid w:val="00A570A8"/>
    <w:rsid w:val="00A641A9"/>
    <w:rsid w:val="00A7295F"/>
    <w:rsid w:val="00A74116"/>
    <w:rsid w:val="00A8464A"/>
    <w:rsid w:val="00A93501"/>
    <w:rsid w:val="00AA1D8D"/>
    <w:rsid w:val="00AB23F8"/>
    <w:rsid w:val="00AB4FC9"/>
    <w:rsid w:val="00AD5A41"/>
    <w:rsid w:val="00AD60EB"/>
    <w:rsid w:val="00AF039E"/>
    <w:rsid w:val="00B26287"/>
    <w:rsid w:val="00B363D5"/>
    <w:rsid w:val="00B47730"/>
    <w:rsid w:val="00B6726A"/>
    <w:rsid w:val="00B707BB"/>
    <w:rsid w:val="00B8188F"/>
    <w:rsid w:val="00BA0A9A"/>
    <w:rsid w:val="00BA380A"/>
    <w:rsid w:val="00BC36EE"/>
    <w:rsid w:val="00BE07BE"/>
    <w:rsid w:val="00BE682D"/>
    <w:rsid w:val="00BF0F61"/>
    <w:rsid w:val="00C62333"/>
    <w:rsid w:val="00C70C3E"/>
    <w:rsid w:val="00C810FC"/>
    <w:rsid w:val="00C84166"/>
    <w:rsid w:val="00C8600A"/>
    <w:rsid w:val="00CA47CB"/>
    <w:rsid w:val="00CB0664"/>
    <w:rsid w:val="00CD034A"/>
    <w:rsid w:val="00CD4E04"/>
    <w:rsid w:val="00CF55FA"/>
    <w:rsid w:val="00D121E8"/>
    <w:rsid w:val="00D32C23"/>
    <w:rsid w:val="00D51DEE"/>
    <w:rsid w:val="00D5236D"/>
    <w:rsid w:val="00D76CCA"/>
    <w:rsid w:val="00D90D98"/>
    <w:rsid w:val="00D91C16"/>
    <w:rsid w:val="00DB1CEE"/>
    <w:rsid w:val="00DD74C7"/>
    <w:rsid w:val="00DE0AE4"/>
    <w:rsid w:val="00DF0F9A"/>
    <w:rsid w:val="00DF5CA4"/>
    <w:rsid w:val="00DF6059"/>
    <w:rsid w:val="00E169A5"/>
    <w:rsid w:val="00E1760A"/>
    <w:rsid w:val="00E3173F"/>
    <w:rsid w:val="00E31FD3"/>
    <w:rsid w:val="00E530EC"/>
    <w:rsid w:val="00E65A8F"/>
    <w:rsid w:val="00E752AC"/>
    <w:rsid w:val="00E8704D"/>
    <w:rsid w:val="00E96509"/>
    <w:rsid w:val="00EA62BB"/>
    <w:rsid w:val="00ED656C"/>
    <w:rsid w:val="00F039C6"/>
    <w:rsid w:val="00F110DD"/>
    <w:rsid w:val="00F12907"/>
    <w:rsid w:val="00F2637D"/>
    <w:rsid w:val="00F40367"/>
    <w:rsid w:val="00F45155"/>
    <w:rsid w:val="00F47D11"/>
    <w:rsid w:val="00F53742"/>
    <w:rsid w:val="00F54C0F"/>
    <w:rsid w:val="00F66AD1"/>
    <w:rsid w:val="00F80AC4"/>
    <w:rsid w:val="00F82E36"/>
    <w:rsid w:val="00FA0EA7"/>
    <w:rsid w:val="00FC693F"/>
    <w:rsid w:val="00FD332F"/>
    <w:rsid w:val="00FE7BD1"/>
    <w:rsid w:val="00FF39AF"/>
    <w:rsid w:val="00FF3D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59D95D"/>
  <w14:defaultImageDpi w14:val="300"/>
  <w15:docId w15:val="{B44059B4-7833-418A-A406-585249585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94996"/>
    <w:rPr>
      <w:color w:val="0000FF" w:themeColor="hyperlink"/>
      <w:u w:val="single"/>
    </w:rPr>
  </w:style>
  <w:style w:type="character" w:customStyle="1" w:styleId="UnresolvedMention1">
    <w:name w:val="Unresolved Mention1"/>
    <w:basedOn w:val="DefaultParagraphFont"/>
    <w:uiPriority w:val="99"/>
    <w:semiHidden/>
    <w:unhideWhenUsed/>
    <w:rsid w:val="006949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Cd</c:v>
          </c:tx>
          <c:invertIfNegative val="1"/>
          <c:cat>
            <c:strRef>
              <c:f>'Water Data'!$A$4:$A$8</c:f>
              <c:strCache>
                <c:ptCount val="5"/>
                <c:pt idx="0">
                  <c:v>VIC ST 1</c:v>
                </c:pt>
                <c:pt idx="1">
                  <c:v>VIC ST 2</c:v>
                </c:pt>
                <c:pt idx="2">
                  <c:v>VIC ST 3</c:v>
                </c:pt>
                <c:pt idx="3">
                  <c:v>VIC ST 4</c:v>
                </c:pt>
                <c:pt idx="4">
                  <c:v>VIC ST 5</c:v>
                </c:pt>
              </c:strCache>
            </c:strRef>
          </c:cat>
          <c:val>
            <c:numRef>
              <c:f>'Water Data'!$B$4:$B$8</c:f>
              <c:numCache>
                <c:formatCode>0.000</c:formatCode>
                <c:ptCount val="5"/>
                <c:pt idx="0">
                  <c:v>0.14499999999999999</c:v>
                </c:pt>
                <c:pt idx="1">
                  <c:v>0.157</c:v>
                </c:pt>
                <c:pt idx="2">
                  <c:v>0.11700000000000001</c:v>
                </c:pt>
                <c:pt idx="3">
                  <c:v>0.16800000000000001</c:v>
                </c:pt>
                <c:pt idx="4">
                  <c:v>0.12</c:v>
                </c:pt>
              </c:numCache>
            </c:numRef>
          </c:val>
          <c:extLst>
            <c:ext xmlns:c16="http://schemas.microsoft.com/office/drawing/2014/chart" uri="{C3380CC4-5D6E-409C-BE32-E72D297353CC}">
              <c16:uniqueId val="{00000000-FE3B-4C1C-871B-C8639DD09539}"/>
            </c:ext>
          </c:extLst>
        </c:ser>
        <c:ser>
          <c:idx val="1"/>
          <c:order val="1"/>
          <c:tx>
            <c:v>Cr</c:v>
          </c:tx>
          <c:invertIfNegative val="1"/>
          <c:cat>
            <c:strRef>
              <c:f>'Water Data'!$A$4:$A$8</c:f>
              <c:strCache>
                <c:ptCount val="5"/>
                <c:pt idx="0">
                  <c:v>VIC ST 1</c:v>
                </c:pt>
                <c:pt idx="1">
                  <c:v>VIC ST 2</c:v>
                </c:pt>
                <c:pt idx="2">
                  <c:v>VIC ST 3</c:v>
                </c:pt>
                <c:pt idx="3">
                  <c:v>VIC ST 4</c:v>
                </c:pt>
                <c:pt idx="4">
                  <c:v>VIC ST 5</c:v>
                </c:pt>
              </c:strCache>
            </c:strRef>
          </c:cat>
          <c:val>
            <c:numRef>
              <c:f>'Water Data'!$C$4:$C$8</c:f>
              <c:numCache>
                <c:formatCode>0.000</c:formatCode>
                <c:ptCount val="5"/>
                <c:pt idx="0">
                  <c:v>0.44800000000000001</c:v>
                </c:pt>
                <c:pt idx="1">
                  <c:v>0.46400000000000002</c:v>
                </c:pt>
                <c:pt idx="2">
                  <c:v>0.11700000000000001</c:v>
                </c:pt>
                <c:pt idx="3">
                  <c:v>0.27300000000000002</c:v>
                </c:pt>
                <c:pt idx="4">
                  <c:v>0.46500000000000002</c:v>
                </c:pt>
              </c:numCache>
            </c:numRef>
          </c:val>
          <c:extLst>
            <c:ext xmlns:c16="http://schemas.microsoft.com/office/drawing/2014/chart" uri="{C3380CC4-5D6E-409C-BE32-E72D297353CC}">
              <c16:uniqueId val="{00000001-FE3B-4C1C-871B-C8639DD09539}"/>
            </c:ext>
          </c:extLst>
        </c:ser>
        <c:ser>
          <c:idx val="2"/>
          <c:order val="2"/>
          <c:tx>
            <c:v>Cu</c:v>
          </c:tx>
          <c:invertIfNegative val="1"/>
          <c:cat>
            <c:strRef>
              <c:f>'Water Data'!$A$4:$A$8</c:f>
              <c:strCache>
                <c:ptCount val="5"/>
                <c:pt idx="0">
                  <c:v>VIC ST 1</c:v>
                </c:pt>
                <c:pt idx="1">
                  <c:v>VIC ST 2</c:v>
                </c:pt>
                <c:pt idx="2">
                  <c:v>VIC ST 3</c:v>
                </c:pt>
                <c:pt idx="3">
                  <c:v>VIC ST 4</c:v>
                </c:pt>
                <c:pt idx="4">
                  <c:v>VIC ST 5</c:v>
                </c:pt>
              </c:strCache>
            </c:strRef>
          </c:cat>
          <c:val>
            <c:numRef>
              <c:f>'Water Data'!$D$4:$D$8</c:f>
              <c:numCache>
                <c:formatCode>0.000</c:formatCode>
                <c:ptCount val="5"/>
                <c:pt idx="0">
                  <c:v>9.6000000000000002E-2</c:v>
                </c:pt>
                <c:pt idx="1">
                  <c:v>8.5999999999999993E-2</c:v>
                </c:pt>
                <c:pt idx="2">
                  <c:v>6.7000000000000004E-2</c:v>
                </c:pt>
                <c:pt idx="3">
                  <c:v>0.08</c:v>
                </c:pt>
                <c:pt idx="4">
                  <c:v>1.9E-2</c:v>
                </c:pt>
              </c:numCache>
            </c:numRef>
          </c:val>
          <c:extLst>
            <c:ext xmlns:c16="http://schemas.microsoft.com/office/drawing/2014/chart" uri="{C3380CC4-5D6E-409C-BE32-E72D297353CC}">
              <c16:uniqueId val="{00000002-FE3B-4C1C-871B-C8639DD09539}"/>
            </c:ext>
          </c:extLst>
        </c:ser>
        <c:ser>
          <c:idx val="3"/>
          <c:order val="3"/>
          <c:tx>
            <c:v>Fe</c:v>
          </c:tx>
          <c:invertIfNegative val="1"/>
          <c:cat>
            <c:strRef>
              <c:f>'Water Data'!$A$4:$A$8</c:f>
              <c:strCache>
                <c:ptCount val="5"/>
                <c:pt idx="0">
                  <c:v>VIC ST 1</c:v>
                </c:pt>
                <c:pt idx="1">
                  <c:v>VIC ST 2</c:v>
                </c:pt>
                <c:pt idx="2">
                  <c:v>VIC ST 3</c:v>
                </c:pt>
                <c:pt idx="3">
                  <c:v>VIC ST 4</c:v>
                </c:pt>
                <c:pt idx="4">
                  <c:v>VIC ST 5</c:v>
                </c:pt>
              </c:strCache>
            </c:strRef>
          </c:cat>
          <c:val>
            <c:numRef>
              <c:f>'Water Data'!$E$4:$E$8</c:f>
              <c:numCache>
                <c:formatCode>0.000</c:formatCode>
                <c:ptCount val="5"/>
                <c:pt idx="0">
                  <c:v>1.7</c:v>
                </c:pt>
                <c:pt idx="1">
                  <c:v>1.9</c:v>
                </c:pt>
                <c:pt idx="2">
                  <c:v>1</c:v>
                </c:pt>
                <c:pt idx="3">
                  <c:v>1.5</c:v>
                </c:pt>
                <c:pt idx="4">
                  <c:v>1.3</c:v>
                </c:pt>
              </c:numCache>
            </c:numRef>
          </c:val>
          <c:extLst>
            <c:ext xmlns:c16="http://schemas.microsoft.com/office/drawing/2014/chart" uri="{C3380CC4-5D6E-409C-BE32-E72D297353CC}">
              <c16:uniqueId val="{00000003-FE3B-4C1C-871B-C8639DD09539}"/>
            </c:ext>
          </c:extLst>
        </c:ser>
        <c:ser>
          <c:idx val="4"/>
          <c:order val="4"/>
          <c:tx>
            <c:v>Pb</c:v>
          </c:tx>
          <c:invertIfNegative val="1"/>
          <c:cat>
            <c:strRef>
              <c:f>'Water Data'!$A$4:$A$8</c:f>
              <c:strCache>
                <c:ptCount val="5"/>
                <c:pt idx="0">
                  <c:v>VIC ST 1</c:v>
                </c:pt>
                <c:pt idx="1">
                  <c:v>VIC ST 2</c:v>
                </c:pt>
                <c:pt idx="2">
                  <c:v>VIC ST 3</c:v>
                </c:pt>
                <c:pt idx="3">
                  <c:v>VIC ST 4</c:v>
                </c:pt>
                <c:pt idx="4">
                  <c:v>VIC ST 5</c:v>
                </c:pt>
              </c:strCache>
            </c:strRef>
          </c:cat>
          <c:val>
            <c:numRef>
              <c:f>'Water Data'!$F$4:$F$8</c:f>
              <c:numCache>
                <c:formatCode>0.000</c:formatCode>
                <c:ptCount val="5"/>
                <c:pt idx="0">
                  <c:v>0.67</c:v>
                </c:pt>
                <c:pt idx="1">
                  <c:v>0.78500000000000003</c:v>
                </c:pt>
                <c:pt idx="2">
                  <c:v>0.43</c:v>
                </c:pt>
                <c:pt idx="3">
                  <c:v>0.77400000000000002</c:v>
                </c:pt>
                <c:pt idx="4">
                  <c:v>0.629</c:v>
                </c:pt>
              </c:numCache>
            </c:numRef>
          </c:val>
          <c:extLst>
            <c:ext xmlns:c16="http://schemas.microsoft.com/office/drawing/2014/chart" uri="{C3380CC4-5D6E-409C-BE32-E72D297353CC}">
              <c16:uniqueId val="{00000004-FE3B-4C1C-871B-C8639DD09539}"/>
            </c:ext>
          </c:extLst>
        </c:ser>
        <c:ser>
          <c:idx val="5"/>
          <c:order val="5"/>
          <c:tx>
            <c:v>Mn</c:v>
          </c:tx>
          <c:invertIfNegative val="1"/>
          <c:cat>
            <c:strRef>
              <c:f>'Water Data'!$A$4:$A$8</c:f>
              <c:strCache>
                <c:ptCount val="5"/>
                <c:pt idx="0">
                  <c:v>VIC ST 1</c:v>
                </c:pt>
                <c:pt idx="1">
                  <c:v>VIC ST 2</c:v>
                </c:pt>
                <c:pt idx="2">
                  <c:v>VIC ST 3</c:v>
                </c:pt>
                <c:pt idx="3">
                  <c:v>VIC ST 4</c:v>
                </c:pt>
                <c:pt idx="4">
                  <c:v>VIC ST 5</c:v>
                </c:pt>
              </c:strCache>
            </c:strRef>
          </c:cat>
          <c:val>
            <c:numRef>
              <c:f>'Water Data'!$G$4:$G$8</c:f>
              <c:numCache>
                <c:formatCode>0.000</c:formatCode>
                <c:ptCount val="5"/>
                <c:pt idx="0">
                  <c:v>9.7000000000000003E-2</c:v>
                </c:pt>
                <c:pt idx="1">
                  <c:v>0.14499999999999999</c:v>
                </c:pt>
                <c:pt idx="2">
                  <c:v>0.17499999999999999</c:v>
                </c:pt>
                <c:pt idx="3">
                  <c:v>9.9000000000000005E-2</c:v>
                </c:pt>
                <c:pt idx="4">
                  <c:v>7.8E-2</c:v>
                </c:pt>
              </c:numCache>
            </c:numRef>
          </c:val>
          <c:extLst>
            <c:ext xmlns:c16="http://schemas.microsoft.com/office/drawing/2014/chart" uri="{C3380CC4-5D6E-409C-BE32-E72D297353CC}">
              <c16:uniqueId val="{00000005-FE3B-4C1C-871B-C8639DD09539}"/>
            </c:ext>
          </c:extLst>
        </c:ser>
        <c:ser>
          <c:idx val="6"/>
          <c:order val="6"/>
          <c:tx>
            <c:v>Ni</c:v>
          </c:tx>
          <c:invertIfNegative val="1"/>
          <c:cat>
            <c:strRef>
              <c:f>'Water Data'!$A$4:$A$8</c:f>
              <c:strCache>
                <c:ptCount val="5"/>
                <c:pt idx="0">
                  <c:v>VIC ST 1</c:v>
                </c:pt>
                <c:pt idx="1">
                  <c:v>VIC ST 2</c:v>
                </c:pt>
                <c:pt idx="2">
                  <c:v>VIC ST 3</c:v>
                </c:pt>
                <c:pt idx="3">
                  <c:v>VIC ST 4</c:v>
                </c:pt>
                <c:pt idx="4">
                  <c:v>VIC ST 5</c:v>
                </c:pt>
              </c:strCache>
            </c:strRef>
          </c:cat>
          <c:val>
            <c:numRef>
              <c:f>'Water Data'!$H$4:$H$8</c:f>
              <c:numCache>
                <c:formatCode>0.000</c:formatCode>
                <c:ptCount val="5"/>
                <c:pt idx="0">
                  <c:v>0.55200000000000005</c:v>
                </c:pt>
                <c:pt idx="1">
                  <c:v>0.625</c:v>
                </c:pt>
                <c:pt idx="2">
                  <c:v>0.374</c:v>
                </c:pt>
                <c:pt idx="3">
                  <c:v>0.51100000000000001</c:v>
                </c:pt>
                <c:pt idx="4">
                  <c:v>0.50600000000000001</c:v>
                </c:pt>
              </c:numCache>
            </c:numRef>
          </c:val>
          <c:extLst>
            <c:ext xmlns:c16="http://schemas.microsoft.com/office/drawing/2014/chart" uri="{C3380CC4-5D6E-409C-BE32-E72D297353CC}">
              <c16:uniqueId val="{00000006-FE3B-4C1C-871B-C8639DD09539}"/>
            </c:ext>
          </c:extLst>
        </c:ser>
        <c:dLbls>
          <c:showLegendKey val="0"/>
          <c:showVal val="0"/>
          <c:showCatName val="0"/>
          <c:showSerName val="0"/>
          <c:showPercent val="0"/>
          <c:showBubbleSize val="0"/>
        </c:dLbls>
        <c:gapWidth val="150"/>
        <c:axId val="283404840"/>
        <c:axId val="283405232"/>
      </c:barChart>
      <c:catAx>
        <c:axId val="283404840"/>
        <c:scaling>
          <c:orientation val="minMax"/>
        </c:scaling>
        <c:delete val="0"/>
        <c:axPos val="b"/>
        <c:title>
          <c:tx>
            <c:rich>
              <a:bodyPr/>
              <a:lstStyle/>
              <a:p>
                <a:pPr>
                  <a:defRPr/>
                </a:pPr>
                <a:r>
                  <a:rPr lang="en-US"/>
                  <a:t>Sampling station</a:t>
                </a:r>
              </a:p>
            </c:rich>
          </c:tx>
          <c:overlay val="0"/>
        </c:title>
        <c:numFmt formatCode="General" sourceLinked="1"/>
        <c:majorTickMark val="none"/>
        <c:minorTickMark val="none"/>
        <c:tickLblPos val="nextTo"/>
        <c:crossAx val="283405232"/>
        <c:crosses val="autoZero"/>
        <c:auto val="1"/>
        <c:lblAlgn val="ctr"/>
        <c:lblOffset val="100"/>
        <c:noMultiLvlLbl val="0"/>
      </c:catAx>
      <c:valAx>
        <c:axId val="283405232"/>
        <c:scaling>
          <c:orientation val="minMax"/>
        </c:scaling>
        <c:delete val="0"/>
        <c:axPos val="l"/>
        <c:title>
          <c:tx>
            <c:rich>
              <a:bodyPr/>
              <a:lstStyle/>
              <a:p>
                <a:pPr>
                  <a:defRPr/>
                </a:pPr>
                <a:r>
                  <a:rPr lang="en-US"/>
                  <a:t>Concentration (mg/L)</a:t>
                </a:r>
              </a:p>
            </c:rich>
          </c:tx>
          <c:overlay val="0"/>
        </c:title>
        <c:numFmt formatCode="0.000" sourceLinked="1"/>
        <c:majorTickMark val="none"/>
        <c:minorTickMark val="none"/>
        <c:tickLblPos val="nextTo"/>
        <c:crossAx val="283404840"/>
        <c:crosses val="autoZero"/>
        <c:crossBetween val="between"/>
      </c:valAx>
    </c:plotArea>
    <c:legend>
      <c:legendPos val="b"/>
      <c:overlay val="0"/>
    </c:legend>
    <c:plotVisOnly val="1"/>
    <c:dispBlanksAs val="zero"/>
    <c:showDLblsOverMax val="1"/>
  </c:chart>
  <c:spPr>
    <a:ln w="9525">
      <a:solidFill>
        <a:srgbClr val="D9D9D9"/>
      </a:solidFill>
      <a:prstDash val="solid"/>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Cr</c:v>
          </c:tx>
          <c:invertIfNegative val="1"/>
          <c:cat>
            <c:strRef>
              <c:f>'Sediment Data'!$A$4:$A$8</c:f>
              <c:strCache>
                <c:ptCount val="5"/>
                <c:pt idx="0">
                  <c:v>VIC ST 1</c:v>
                </c:pt>
                <c:pt idx="1">
                  <c:v>VIC ST 2</c:v>
                </c:pt>
                <c:pt idx="2">
                  <c:v>VIC ST 3</c:v>
                </c:pt>
                <c:pt idx="3">
                  <c:v>VIC ST 4</c:v>
                </c:pt>
                <c:pt idx="4">
                  <c:v>VIC ST 5</c:v>
                </c:pt>
              </c:strCache>
            </c:strRef>
          </c:cat>
          <c:val>
            <c:numRef>
              <c:f>'Sediment Data'!$B$4:$B$8</c:f>
              <c:numCache>
                <c:formatCode>0.00</c:formatCode>
                <c:ptCount val="5"/>
                <c:pt idx="0">
                  <c:v>76.150000000000006</c:v>
                </c:pt>
                <c:pt idx="1">
                  <c:v>33.25</c:v>
                </c:pt>
                <c:pt idx="2">
                  <c:v>34.549999999999997</c:v>
                </c:pt>
                <c:pt idx="3">
                  <c:v>30.05</c:v>
                </c:pt>
                <c:pt idx="4">
                  <c:v>2.31</c:v>
                </c:pt>
              </c:numCache>
            </c:numRef>
          </c:val>
          <c:extLst>
            <c:ext xmlns:c16="http://schemas.microsoft.com/office/drawing/2014/chart" uri="{C3380CC4-5D6E-409C-BE32-E72D297353CC}">
              <c16:uniqueId val="{00000000-718F-4D0E-B67C-F8AAA460A8F8}"/>
            </c:ext>
          </c:extLst>
        </c:ser>
        <c:ser>
          <c:idx val="1"/>
          <c:order val="1"/>
          <c:tx>
            <c:v>Pb</c:v>
          </c:tx>
          <c:invertIfNegative val="1"/>
          <c:cat>
            <c:strRef>
              <c:f>'Sediment Data'!$A$4:$A$8</c:f>
              <c:strCache>
                <c:ptCount val="5"/>
                <c:pt idx="0">
                  <c:v>VIC ST 1</c:v>
                </c:pt>
                <c:pt idx="1">
                  <c:v>VIC ST 2</c:v>
                </c:pt>
                <c:pt idx="2">
                  <c:v>VIC ST 3</c:v>
                </c:pt>
                <c:pt idx="3">
                  <c:v>VIC ST 4</c:v>
                </c:pt>
                <c:pt idx="4">
                  <c:v>VIC ST 5</c:v>
                </c:pt>
              </c:strCache>
            </c:strRef>
          </c:cat>
          <c:val>
            <c:numRef>
              <c:f>'Sediment Data'!$C$4:$C$8</c:f>
              <c:numCache>
                <c:formatCode>0.00</c:formatCode>
                <c:ptCount val="5"/>
                <c:pt idx="0">
                  <c:v>48.1</c:v>
                </c:pt>
                <c:pt idx="1">
                  <c:v>87.41</c:v>
                </c:pt>
                <c:pt idx="2">
                  <c:v>44.46</c:v>
                </c:pt>
                <c:pt idx="3">
                  <c:v>38.159999999999997</c:v>
                </c:pt>
                <c:pt idx="4">
                  <c:v>27.78</c:v>
                </c:pt>
              </c:numCache>
            </c:numRef>
          </c:val>
          <c:extLst>
            <c:ext xmlns:c16="http://schemas.microsoft.com/office/drawing/2014/chart" uri="{C3380CC4-5D6E-409C-BE32-E72D297353CC}">
              <c16:uniqueId val="{00000001-718F-4D0E-B67C-F8AAA460A8F8}"/>
            </c:ext>
          </c:extLst>
        </c:ser>
        <c:ser>
          <c:idx val="2"/>
          <c:order val="2"/>
          <c:tx>
            <c:v>Ni</c:v>
          </c:tx>
          <c:invertIfNegative val="1"/>
          <c:cat>
            <c:strRef>
              <c:f>'Sediment Data'!$A$4:$A$8</c:f>
              <c:strCache>
                <c:ptCount val="5"/>
                <c:pt idx="0">
                  <c:v>VIC ST 1</c:v>
                </c:pt>
                <c:pt idx="1">
                  <c:v>VIC ST 2</c:v>
                </c:pt>
                <c:pt idx="2">
                  <c:v>VIC ST 3</c:v>
                </c:pt>
                <c:pt idx="3">
                  <c:v>VIC ST 4</c:v>
                </c:pt>
                <c:pt idx="4">
                  <c:v>VIC ST 5</c:v>
                </c:pt>
              </c:strCache>
            </c:strRef>
          </c:cat>
          <c:val>
            <c:numRef>
              <c:f>'Sediment Data'!$D$4:$D$8</c:f>
              <c:numCache>
                <c:formatCode>0.00</c:formatCode>
                <c:ptCount val="5"/>
                <c:pt idx="0">
                  <c:v>15.52</c:v>
                </c:pt>
                <c:pt idx="1">
                  <c:v>21.72</c:v>
                </c:pt>
                <c:pt idx="2">
                  <c:v>15.42</c:v>
                </c:pt>
                <c:pt idx="3">
                  <c:v>24.45</c:v>
                </c:pt>
                <c:pt idx="4">
                  <c:v>20.68</c:v>
                </c:pt>
              </c:numCache>
            </c:numRef>
          </c:val>
          <c:extLst>
            <c:ext xmlns:c16="http://schemas.microsoft.com/office/drawing/2014/chart" uri="{C3380CC4-5D6E-409C-BE32-E72D297353CC}">
              <c16:uniqueId val="{00000002-718F-4D0E-B67C-F8AAA460A8F8}"/>
            </c:ext>
          </c:extLst>
        </c:ser>
        <c:dLbls>
          <c:showLegendKey val="0"/>
          <c:showVal val="0"/>
          <c:showCatName val="0"/>
          <c:showSerName val="0"/>
          <c:showPercent val="0"/>
          <c:showBubbleSize val="0"/>
        </c:dLbls>
        <c:gapWidth val="150"/>
        <c:axId val="283407192"/>
        <c:axId val="283406800"/>
      </c:barChart>
      <c:catAx>
        <c:axId val="283407192"/>
        <c:scaling>
          <c:orientation val="minMax"/>
        </c:scaling>
        <c:delete val="0"/>
        <c:axPos val="b"/>
        <c:title>
          <c:tx>
            <c:rich>
              <a:bodyPr/>
              <a:lstStyle/>
              <a:p>
                <a:pPr>
                  <a:defRPr/>
                </a:pPr>
                <a:r>
                  <a:rPr lang="en-US"/>
                  <a:t>Sampling station</a:t>
                </a:r>
              </a:p>
            </c:rich>
          </c:tx>
          <c:overlay val="0"/>
        </c:title>
        <c:numFmt formatCode="General" sourceLinked="1"/>
        <c:majorTickMark val="none"/>
        <c:minorTickMark val="none"/>
        <c:tickLblPos val="nextTo"/>
        <c:crossAx val="283406800"/>
        <c:crosses val="autoZero"/>
        <c:auto val="1"/>
        <c:lblAlgn val="ctr"/>
        <c:lblOffset val="100"/>
        <c:noMultiLvlLbl val="0"/>
      </c:catAx>
      <c:valAx>
        <c:axId val="283406800"/>
        <c:scaling>
          <c:orientation val="minMax"/>
        </c:scaling>
        <c:delete val="0"/>
        <c:axPos val="l"/>
        <c:title>
          <c:tx>
            <c:rich>
              <a:bodyPr/>
              <a:lstStyle/>
              <a:p>
                <a:pPr>
                  <a:defRPr/>
                </a:pPr>
                <a:r>
                  <a:rPr lang="en-US"/>
                  <a:t>Concentration (mg/L)</a:t>
                </a:r>
              </a:p>
            </c:rich>
          </c:tx>
          <c:overlay val="0"/>
        </c:title>
        <c:numFmt formatCode="0.00" sourceLinked="1"/>
        <c:majorTickMark val="none"/>
        <c:minorTickMark val="none"/>
        <c:tickLblPos val="nextTo"/>
        <c:crossAx val="283407192"/>
        <c:crosses val="autoZero"/>
        <c:crossBetween val="between"/>
      </c:valAx>
    </c:plotArea>
    <c:legend>
      <c:legendPos val="b"/>
      <c:overlay val="0"/>
    </c:legend>
    <c:plotVisOnly val="1"/>
    <c:dispBlanksAs val="zero"/>
    <c:showDLblsOverMax val="1"/>
  </c:chart>
  <c:spPr>
    <a:ln w="9525">
      <a:solidFill>
        <a:srgbClr val="D9D9D9"/>
      </a:solidFill>
      <a:prstDash val="solid"/>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8618E08-1A67-463E-AE35-FB11E26C0D00}">
  <we:reference id="wa200007708" version="3.0.0.2" store="en-US" storeType="OMEX"/>
  <we:alternateReferences>
    <we:reference id="WA200007708" version="3.0.0.2"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FB141A-F55F-4675-BCEA-37B312A0F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5644</Words>
  <Characters>32172</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37741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1022</cp:lastModifiedBy>
  <cp:revision>3</cp:revision>
  <dcterms:created xsi:type="dcterms:W3CDTF">2026-06-24T20:21:00Z</dcterms:created>
  <dcterms:modified xsi:type="dcterms:W3CDTF">2026-08-18T12:51:00Z</dcterms:modified>
  <cp:category/>
</cp:coreProperties>
</file>