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7C116" w14:textId="79E9F2BE" w:rsidR="00DB1C9C" w:rsidRPr="00672A82" w:rsidRDefault="00000000">
      <w:pPr>
        <w:spacing w:after="100"/>
        <w:jc w:val="center"/>
        <w:rPr>
          <w:rFonts w:hint="eastAsia"/>
        </w:rPr>
      </w:pPr>
      <w:r w:rsidRPr="00672A82">
        <w:rPr>
          <w:rFonts w:cs="Tinos"/>
          <w:b/>
          <w:sz w:val="26"/>
        </w:rPr>
        <w:t>AN ECONOMIC ANALYSIS OF HORTICULTURE NURSERIES IN</w:t>
      </w:r>
      <w:r w:rsidR="00672A82" w:rsidRPr="00672A82">
        <w:rPr>
          <w:rFonts w:cs="Tinos"/>
          <w:b/>
          <w:sz w:val="26"/>
        </w:rPr>
        <w:t xml:space="preserve"> </w:t>
      </w:r>
      <w:r w:rsidRPr="00672A82">
        <w:rPr>
          <w:rFonts w:cs="Tinos"/>
          <w:b/>
          <w:sz w:val="26"/>
        </w:rPr>
        <w:t>NAGPUR DISTRICT</w:t>
      </w:r>
    </w:p>
    <w:p w14:paraId="67F6AB7C" w14:textId="77777777" w:rsidR="00A336F3" w:rsidRDefault="00A336F3">
      <w:pPr>
        <w:keepNext/>
        <w:spacing w:before="160" w:after="80"/>
        <w:rPr>
          <w:rFonts w:cs="Tinos"/>
          <w:b/>
          <w:sz w:val="23"/>
        </w:rPr>
      </w:pPr>
    </w:p>
    <w:p w14:paraId="769EB82C" w14:textId="77777777" w:rsidR="00A336F3" w:rsidRDefault="00A336F3">
      <w:pPr>
        <w:keepNext/>
        <w:spacing w:before="160" w:after="80"/>
        <w:rPr>
          <w:rFonts w:cs="Tinos"/>
          <w:b/>
          <w:sz w:val="23"/>
        </w:rPr>
      </w:pPr>
    </w:p>
    <w:p w14:paraId="45CD32E8" w14:textId="7D1DADBA" w:rsidR="00DB1C9C" w:rsidRPr="00672A82" w:rsidRDefault="00000000">
      <w:pPr>
        <w:keepNext/>
        <w:spacing w:before="160" w:after="80"/>
        <w:rPr>
          <w:rFonts w:hint="eastAsia"/>
        </w:rPr>
      </w:pPr>
      <w:r w:rsidRPr="00672A82">
        <w:rPr>
          <w:rFonts w:cs="Tinos"/>
          <w:b/>
          <w:sz w:val="23"/>
        </w:rPr>
        <w:t>Abstract</w:t>
      </w:r>
    </w:p>
    <w:p w14:paraId="6C26BF47" w14:textId="77777777" w:rsidR="00DB1C9C" w:rsidRPr="00672A82" w:rsidRDefault="00000000">
      <w:pPr>
        <w:spacing w:after="100" w:line="259" w:lineRule="auto"/>
        <w:ind w:firstLine="360"/>
        <w:jc w:val="both"/>
        <w:rPr>
          <w:rFonts w:cs="Tinos" w:hint="eastAsia"/>
        </w:rPr>
      </w:pPr>
      <w:r w:rsidRPr="00672A82">
        <w:rPr>
          <w:rFonts w:cs="Tinos"/>
        </w:rPr>
        <w:t>The present study was undertaken to analyse the economics of selected floricultural nurseries in Nagpur district of Maharashtra, with specific emphasis on the establishment cost and cost and returns of selected nursery products. The study was conducted in Kalmeshwar and Katol tehsils of Nagpur district, covering 60 nursery owners. Primary data was collected through a structured interview schedule and analysed using suitable cost and return measures. The selected nursery crops included hibiscus, rose and bougainvillea. The results revealed that the total establishment cost was highest for rose at Rs. 27,99,943.71 per hectare, followed by hibiscus at Rs. 27,06,460.89 and bougainvillea at Rs. 25,57,468.46 per hectare. Land capital constituted the major component of establishment cost, accounting for 54.44 per cent in rose, 54.14 per cent in hibiscus and 55.64 per cent in bougainvillea. Transport vehicles and shade-net structures were the other major components of establishment investment. The per hectare total cost of production was Rs. 22,05,137.82 for hibiscus, Rs. 24,57,703.82 for rose and Rs. 19,75,503.82 for bougainvillea. Variable costs constituted the major share of total production cost, accounting for 88.03, 89.26 and 86.64 per cent for hibiscus, rose and bougainvillea, respectively. Pots and trays were the major variable cost component in all three crops. Rose generated the highest gross returns of Rs. 48,70,121.07 per hectare and net returns of Rs. 24,12,417.25, followed by hibiscus and bougainvillea. The benefit-cost ratio was highest for rose (1.98), followed by hibiscus (1.77) and bougainvillea (1.71). The findings indicate that rose was the most economically remunerative nursery product among the selected crops, while establishment expenditure was mainly influenced by land capital, transport facilities and protective structures.</w:t>
      </w:r>
    </w:p>
    <w:p w14:paraId="5A2E2CE3" w14:textId="77777777" w:rsidR="00223745" w:rsidRPr="00672A82" w:rsidRDefault="00223745" w:rsidP="00223745">
      <w:pPr>
        <w:spacing w:after="60"/>
        <w:rPr>
          <w:rFonts w:hint="eastAsia"/>
        </w:rPr>
      </w:pPr>
      <w:r w:rsidRPr="00672A82">
        <w:rPr>
          <w:rFonts w:cs="Tinos"/>
          <w:b/>
          <w:sz w:val="19"/>
        </w:rPr>
        <w:t xml:space="preserve">Keywords: </w:t>
      </w:r>
      <w:r w:rsidRPr="00672A82">
        <w:rPr>
          <w:rFonts w:cs="Tinos"/>
          <w:sz w:val="19"/>
        </w:rPr>
        <w:t>Horticulture nursery, Floriculture, Rose, Hibiscus, Bougainvillea, Establishment cost, Cost of production, Cost and returns, Economic analysis, Nursery economics.</w:t>
      </w:r>
    </w:p>
    <w:p w14:paraId="1C3FE483" w14:textId="77777777" w:rsidR="00223745" w:rsidRPr="00672A82" w:rsidRDefault="00223745">
      <w:pPr>
        <w:spacing w:after="100" w:line="259" w:lineRule="auto"/>
        <w:ind w:firstLine="360"/>
        <w:jc w:val="both"/>
        <w:rPr>
          <w:rFonts w:hint="eastAsia"/>
        </w:rPr>
      </w:pPr>
    </w:p>
    <w:p w14:paraId="2584EE32" w14:textId="77777777" w:rsidR="00DB1C9C" w:rsidRPr="00672A82" w:rsidRDefault="00000000">
      <w:pPr>
        <w:keepNext/>
        <w:spacing w:before="160" w:after="80"/>
        <w:rPr>
          <w:rFonts w:hint="eastAsia"/>
        </w:rPr>
      </w:pPr>
      <w:r w:rsidRPr="00672A82">
        <w:rPr>
          <w:rFonts w:cs="Tinos"/>
          <w:b/>
          <w:sz w:val="23"/>
        </w:rPr>
        <w:t>Introduction</w:t>
      </w:r>
    </w:p>
    <w:p w14:paraId="77B2C11D" w14:textId="77777777" w:rsidR="00DB1C9C" w:rsidRPr="00672A82" w:rsidRDefault="00000000">
      <w:pPr>
        <w:spacing w:after="100" w:line="259" w:lineRule="auto"/>
        <w:ind w:firstLine="360"/>
        <w:jc w:val="both"/>
        <w:rPr>
          <w:rFonts w:hint="eastAsia"/>
        </w:rPr>
      </w:pPr>
      <w:r w:rsidRPr="00672A82">
        <w:rPr>
          <w:rFonts w:cs="Tinos"/>
        </w:rPr>
        <w:t>Floriculture has emerged as an important and commercially viable component of horticulture in India, contributing to farm diversification, employment generation and income enhancement. The increasing demand for ornamental plants for household gardens, landscaping, institutional plantations and urban beautification has created considerable demand for quality planting material. Commercial nurseries play a vital role in meeting this demand by producing and supplying healthy and quality planting material to farmers, landscapers and consumers.</w:t>
      </w:r>
    </w:p>
    <w:p w14:paraId="1FA76448" w14:textId="77777777" w:rsidR="00DB1C9C" w:rsidRPr="00672A82" w:rsidRDefault="00000000">
      <w:pPr>
        <w:spacing w:after="100" w:line="259" w:lineRule="auto"/>
        <w:ind w:firstLine="360"/>
        <w:jc w:val="both"/>
        <w:rPr>
          <w:rFonts w:hint="eastAsia"/>
        </w:rPr>
      </w:pPr>
      <w:r w:rsidRPr="00672A82">
        <w:rPr>
          <w:rFonts w:cs="Tinos"/>
        </w:rPr>
        <w:t>Establishment of a commercial nursery requires substantial investment in land, land development, fencing, shade-net structures, irrigation facilities, nursery tools and transportation. The magnitude and composition of this investment influence the financial requirements and economic viability of nursery enterprises. Along with establishment investment, the profitability of nursery production is determined by the expenditure incurred on planting material, growing media, containers, fertilizers, plant protection, labour, irrigation, transportation, packaging and other operational inputs. Therefore, estimation of establishment cost and analysis of cost and returns are essential for assessing the economic performance of nursery enterprises.</w:t>
      </w:r>
    </w:p>
    <w:p w14:paraId="73BEE39D" w14:textId="77777777" w:rsidR="00DB1C9C" w:rsidRPr="00672A82" w:rsidRDefault="00000000">
      <w:pPr>
        <w:spacing w:after="100" w:line="259" w:lineRule="auto"/>
        <w:ind w:firstLine="360"/>
        <w:jc w:val="both"/>
        <w:rPr>
          <w:rFonts w:hint="eastAsia"/>
        </w:rPr>
      </w:pPr>
      <w:r w:rsidRPr="00672A82">
        <w:rPr>
          <w:rFonts w:cs="Tinos"/>
        </w:rPr>
        <w:t>Recent economic studies of nursery enterprises indicate that reliable profitability assessment requires explicit accounting of fixed capital, variable inputs and production-system characteristics. Evidence from horticultural nurseries in Karnataka and Bangladesh has shown positive returns while also documenting a substantial contribution of operating or variable costs to total production expenditure; cost modelling in ornamental liner nurseries further demonstrates that growing-system configuration can materially affect cost allocation per marketable plant (Haque et al., 2008; Jeffers et al., 2010; Shwetanjali et al., 2023).</w:t>
      </w:r>
    </w:p>
    <w:p w14:paraId="7D2EE67B" w14:textId="77777777" w:rsidR="00DB1C9C" w:rsidRPr="00672A82" w:rsidRDefault="00000000">
      <w:pPr>
        <w:spacing w:after="100" w:line="259" w:lineRule="auto"/>
        <w:ind w:firstLine="360"/>
        <w:jc w:val="both"/>
        <w:rPr>
          <w:rFonts w:hint="eastAsia"/>
        </w:rPr>
      </w:pPr>
      <w:r w:rsidRPr="00672A82">
        <w:rPr>
          <w:rFonts w:cs="Tinos"/>
        </w:rPr>
        <w:t xml:space="preserve">Among ornamental nursery plants, hibiscus, rose and bougainvillea are widely cultivated because of their aesthetic value and demand for landscaping and ornamental purposes. However, differences in input </w:t>
      </w:r>
      <w:r w:rsidRPr="00672A82">
        <w:rPr>
          <w:rFonts w:cs="Tinos"/>
        </w:rPr>
        <w:lastRenderedPageBreak/>
        <w:t>requirements, labour use, production costs and selling prices may result in considerable variation in their profitability. Comparative economic analysis of these nursery products can therefore assist nursery entrepreneurs in selecting remunerative crops and improving resource-use efficiency.</w:t>
      </w:r>
    </w:p>
    <w:p w14:paraId="0B4D04FB" w14:textId="77777777" w:rsidR="00DB1C9C" w:rsidRPr="00672A82" w:rsidRDefault="00000000">
      <w:pPr>
        <w:spacing w:after="100" w:line="259" w:lineRule="auto"/>
        <w:ind w:firstLine="360"/>
        <w:jc w:val="both"/>
        <w:rPr>
          <w:rFonts w:hint="eastAsia"/>
        </w:rPr>
      </w:pPr>
      <w:r w:rsidRPr="00672A82">
        <w:rPr>
          <w:rFonts w:cs="Tinos"/>
        </w:rPr>
        <w:t>Nagpur district of Maharashtra has considerable potential for commercial horticultural and floricultural nursery enterprises. However, information on the investment required for nursery establishment and the economic performance of individual ornamental nursery products at the field level remains limited. In this context, the present study was undertaken in selected floricultural nurseries of Nagpur district to estimate the establishment cost of selected nurseries and analyse the cost and returns of selected nursery products, namely hibiscus, rose and bougainvillea, on a per hectare basis. The study provides an economic comparison of the selected nursery products and highlights the major components influencing establishment investment, production cost and profitability.</w:t>
      </w:r>
    </w:p>
    <w:p w14:paraId="24C4D43F" w14:textId="77777777" w:rsidR="00DB1C9C" w:rsidRPr="00672A82" w:rsidRDefault="00000000">
      <w:pPr>
        <w:spacing w:after="100" w:line="259" w:lineRule="auto"/>
        <w:ind w:firstLine="360"/>
        <w:jc w:val="both"/>
        <w:rPr>
          <w:rFonts w:hint="eastAsia"/>
        </w:rPr>
      </w:pPr>
      <w:r w:rsidRPr="00672A82">
        <w:rPr>
          <w:rFonts w:cs="Tinos"/>
        </w:rPr>
        <w:t>Earlier Indian studies similarly reported that commercial nursery performance is shaped not only by revenue potential but also by constraints associated with labour availability, irrigation or electricity, transport and input access, whereas protected-cultivation studies in western India emphasize the importance of capital-intensive structures in determining enterprise economics (Mayuri et al., 2013; Pachiyappan et al., 2022; Shukla, 2010). These findings provide a broader rationale for location-specific estimation of nursery establishment and operating costs.</w:t>
      </w:r>
    </w:p>
    <w:p w14:paraId="2E0F3E2B" w14:textId="77777777" w:rsidR="00DB1C9C" w:rsidRPr="00672A82" w:rsidRDefault="00000000">
      <w:pPr>
        <w:keepNext/>
        <w:spacing w:before="160" w:after="80"/>
        <w:rPr>
          <w:rFonts w:hint="eastAsia"/>
        </w:rPr>
      </w:pPr>
      <w:r w:rsidRPr="00672A82">
        <w:rPr>
          <w:rFonts w:cs="Tinos"/>
          <w:b/>
          <w:sz w:val="23"/>
        </w:rPr>
        <w:t>Objectives</w:t>
      </w:r>
    </w:p>
    <w:p w14:paraId="19D0C3D3" w14:textId="77777777" w:rsidR="00DB1C9C" w:rsidRPr="00672A82" w:rsidRDefault="00000000">
      <w:pPr>
        <w:spacing w:after="40" w:line="259" w:lineRule="auto"/>
        <w:ind w:firstLine="288"/>
        <w:rPr>
          <w:rFonts w:hint="eastAsia"/>
        </w:rPr>
      </w:pPr>
      <w:r w:rsidRPr="00672A82">
        <w:rPr>
          <w:rFonts w:cs="Tinos"/>
        </w:rPr>
        <w:t>1. To study the establishment cost of nursery.</w:t>
      </w:r>
    </w:p>
    <w:p w14:paraId="78F54513" w14:textId="77777777" w:rsidR="00DB1C9C" w:rsidRPr="00672A82" w:rsidRDefault="00000000">
      <w:pPr>
        <w:spacing w:after="40" w:line="259" w:lineRule="auto"/>
        <w:ind w:firstLine="288"/>
        <w:rPr>
          <w:rFonts w:hint="eastAsia"/>
        </w:rPr>
      </w:pPr>
      <w:r w:rsidRPr="00672A82">
        <w:rPr>
          <w:rFonts w:cs="Tinos"/>
        </w:rPr>
        <w:t>2. To estimate the cost and returns in nursery business.</w:t>
      </w:r>
    </w:p>
    <w:p w14:paraId="7467D86B" w14:textId="77777777" w:rsidR="00DB1C9C" w:rsidRPr="00672A82" w:rsidRDefault="00000000">
      <w:pPr>
        <w:keepNext/>
        <w:spacing w:before="160" w:after="80"/>
        <w:rPr>
          <w:rFonts w:hint="eastAsia"/>
        </w:rPr>
      </w:pPr>
      <w:r w:rsidRPr="00672A82">
        <w:rPr>
          <w:rFonts w:cs="Tinos"/>
          <w:b/>
          <w:sz w:val="23"/>
        </w:rPr>
        <w:t>Methodology</w:t>
      </w:r>
    </w:p>
    <w:p w14:paraId="4EE67E13" w14:textId="77777777" w:rsidR="00DB1C9C" w:rsidRPr="00672A82" w:rsidRDefault="00000000">
      <w:pPr>
        <w:keepNext/>
        <w:spacing w:before="160" w:after="80"/>
        <w:rPr>
          <w:rFonts w:hint="eastAsia"/>
        </w:rPr>
      </w:pPr>
      <w:r w:rsidRPr="00672A82">
        <w:rPr>
          <w:rFonts w:cs="Tinos"/>
          <w:b/>
        </w:rPr>
        <w:t>Selection of the study area</w:t>
      </w:r>
    </w:p>
    <w:p w14:paraId="7B7F8CD2" w14:textId="77777777" w:rsidR="00DB1C9C" w:rsidRPr="00672A82" w:rsidRDefault="00000000">
      <w:pPr>
        <w:spacing w:after="100" w:line="259" w:lineRule="auto"/>
        <w:ind w:firstLine="360"/>
        <w:jc w:val="both"/>
        <w:rPr>
          <w:rFonts w:hint="eastAsia"/>
        </w:rPr>
      </w:pPr>
      <w:r w:rsidRPr="00672A82">
        <w:rPr>
          <w:rFonts w:cs="Tinos"/>
        </w:rPr>
        <w:t>The present study was conducted in Nagpur district of Maharashtra during the agricultural year 2025–26. Nagpur district was purposively selected based on the availability and concentration of horticultural nursery enterprises. Among the 14 tehsils of the Nagpur district, Kalmeshwar and Katol was selected for the study as nursery activities was mainly concentrated in these areas.</w:t>
      </w:r>
    </w:p>
    <w:p w14:paraId="674A4009" w14:textId="77777777" w:rsidR="00DB1C9C" w:rsidRPr="00672A82" w:rsidRDefault="00000000">
      <w:pPr>
        <w:keepNext/>
        <w:spacing w:before="160" w:after="80"/>
        <w:rPr>
          <w:rFonts w:hint="eastAsia"/>
        </w:rPr>
      </w:pPr>
      <w:r w:rsidRPr="00672A82">
        <w:rPr>
          <w:rFonts w:cs="Tinos"/>
          <w:b/>
        </w:rPr>
        <w:t>Selection of nursery products</w:t>
      </w:r>
    </w:p>
    <w:p w14:paraId="26877AE7" w14:textId="77777777" w:rsidR="00DB1C9C" w:rsidRPr="00672A82" w:rsidRDefault="00000000">
      <w:pPr>
        <w:spacing w:after="100" w:line="259" w:lineRule="auto"/>
        <w:ind w:firstLine="360"/>
        <w:jc w:val="both"/>
        <w:rPr>
          <w:rFonts w:hint="eastAsia"/>
        </w:rPr>
      </w:pPr>
      <w:r w:rsidRPr="00672A82">
        <w:rPr>
          <w:rFonts w:cs="Tinos"/>
        </w:rPr>
        <w:t>The nursery products raised by the selected enterprises were grouped according to their importance and availability. For detailed economic analysis, three major floricultural nursery products, namely Hibiscus, Rose and Bougainvillea, were selected.</w:t>
      </w:r>
    </w:p>
    <w:p w14:paraId="3682BD65" w14:textId="77777777" w:rsidR="00DB1C9C" w:rsidRPr="00672A82" w:rsidRDefault="00000000">
      <w:pPr>
        <w:keepNext/>
        <w:spacing w:before="160" w:after="80"/>
        <w:rPr>
          <w:rFonts w:hint="eastAsia"/>
        </w:rPr>
      </w:pPr>
      <w:r w:rsidRPr="00672A82">
        <w:rPr>
          <w:rFonts w:cs="Tinos"/>
          <w:b/>
        </w:rPr>
        <w:t>Selection of nursery owners</w:t>
      </w:r>
    </w:p>
    <w:p w14:paraId="50A89E7D" w14:textId="77777777" w:rsidR="00DB1C9C" w:rsidRPr="00672A82" w:rsidRDefault="00000000">
      <w:pPr>
        <w:spacing w:after="100" w:line="259" w:lineRule="auto"/>
        <w:ind w:firstLine="360"/>
        <w:jc w:val="both"/>
        <w:rPr>
          <w:rFonts w:hint="eastAsia"/>
        </w:rPr>
      </w:pPr>
      <w:r w:rsidRPr="00672A82">
        <w:rPr>
          <w:rFonts w:cs="Tinos"/>
        </w:rPr>
        <w:t>A preliminary survey was conducted to identify villages having floricultural nursery enterprises in the selected tehsils. Accordingly, Ubali and Mohpa villages from Kalmeshwar tehsil and Kondhali, Sawangi and Kaldongri villages from Katol tehsil were selected. From the selected villages, 60 nursery owners were selected, comprising 30 respondents from each tehsil.</w:t>
      </w:r>
    </w:p>
    <w:p w14:paraId="6FD4F03B" w14:textId="77777777" w:rsidR="00DB1C9C" w:rsidRPr="00672A82" w:rsidRDefault="00000000">
      <w:pPr>
        <w:keepNext/>
        <w:spacing w:before="160" w:after="80"/>
        <w:rPr>
          <w:rFonts w:hint="eastAsia"/>
        </w:rPr>
      </w:pPr>
      <w:r w:rsidRPr="00672A82">
        <w:rPr>
          <w:rFonts w:cs="Tinos"/>
          <w:b/>
        </w:rPr>
        <w:t>Collection of data and reference period</w:t>
      </w:r>
    </w:p>
    <w:p w14:paraId="57110AEF" w14:textId="77777777" w:rsidR="00DB1C9C" w:rsidRPr="00672A82" w:rsidRDefault="00000000">
      <w:pPr>
        <w:spacing w:after="100" w:line="259" w:lineRule="auto"/>
        <w:ind w:firstLine="360"/>
        <w:jc w:val="both"/>
        <w:rPr>
          <w:rFonts w:hint="eastAsia"/>
        </w:rPr>
      </w:pPr>
      <w:r w:rsidRPr="00672A82">
        <w:rPr>
          <w:rFonts w:cs="Tinos"/>
        </w:rPr>
        <w:t>The study was based mainly on primary data collected for the agricultural year 2025–26 through personal interviews using a specially designed and pre-tested interview schedule. Information relating to investment made for nursery establishment, input use, labour utilization, production expenditure, quantity of plants sold and selling price was collected from the selected nursery owners. The collected information was classified and tabulated according to the objectives of the study.</w:t>
      </w:r>
    </w:p>
    <w:p w14:paraId="43DD4445" w14:textId="77777777" w:rsidR="00DB1C9C" w:rsidRPr="00672A82" w:rsidRDefault="00000000">
      <w:pPr>
        <w:keepNext/>
        <w:spacing w:before="160" w:after="80"/>
        <w:rPr>
          <w:rFonts w:hint="eastAsia"/>
        </w:rPr>
      </w:pPr>
      <w:r w:rsidRPr="00672A82">
        <w:rPr>
          <w:rFonts w:cs="Tinos"/>
          <w:b/>
        </w:rPr>
        <w:lastRenderedPageBreak/>
        <w:t>Analytical tools and techniques</w:t>
      </w:r>
    </w:p>
    <w:p w14:paraId="1A90F5EB" w14:textId="77777777" w:rsidR="00DB1C9C" w:rsidRPr="00672A82" w:rsidRDefault="00000000">
      <w:pPr>
        <w:keepNext/>
        <w:spacing w:before="160" w:after="80"/>
        <w:rPr>
          <w:rFonts w:hint="eastAsia"/>
        </w:rPr>
      </w:pPr>
      <w:r w:rsidRPr="00672A82">
        <w:rPr>
          <w:rFonts w:cs="Tinos"/>
          <w:b/>
        </w:rPr>
        <w:t>Cost concepts</w:t>
      </w:r>
    </w:p>
    <w:p w14:paraId="4636EC99" w14:textId="77777777" w:rsidR="00DB1C9C" w:rsidRPr="00672A82" w:rsidRDefault="00000000">
      <w:pPr>
        <w:spacing w:after="40" w:line="259" w:lineRule="auto"/>
        <w:rPr>
          <w:rFonts w:hint="eastAsia"/>
        </w:rPr>
      </w:pPr>
      <w:r w:rsidRPr="00672A82">
        <w:rPr>
          <w:rFonts w:cs="Tinos"/>
          <w:b/>
        </w:rPr>
        <w:t>1. Establishment cost:</w:t>
      </w:r>
    </w:p>
    <w:p w14:paraId="441F7436" w14:textId="77777777" w:rsidR="00DB1C9C" w:rsidRPr="00672A82" w:rsidRDefault="00000000">
      <w:pPr>
        <w:spacing w:after="100" w:line="259" w:lineRule="auto"/>
        <w:ind w:firstLine="360"/>
        <w:jc w:val="both"/>
        <w:rPr>
          <w:rFonts w:hint="eastAsia"/>
        </w:rPr>
      </w:pPr>
      <w:r w:rsidRPr="00672A82">
        <w:rPr>
          <w:rFonts w:cs="Tinos"/>
        </w:rPr>
        <w:t>Establishment cost refers to the investment incurred for creating the basic infrastructure required for starting the nursery enterprise. In the present study, it included expenditure on land capital, land levelling, fencing, shade-net structure, irrigation infrastructure, nursery tools and transport vehicles. The total establishment cost was obtained by summing the expenditure incurred on all the individual components.</w:t>
      </w:r>
    </w:p>
    <w:p w14:paraId="05BA122A" w14:textId="77777777" w:rsidR="00DB1C9C" w:rsidRPr="00672A82" w:rsidRDefault="00000000">
      <w:pPr>
        <w:spacing w:after="100" w:line="259" w:lineRule="auto"/>
        <w:ind w:firstLine="360"/>
        <w:jc w:val="both"/>
        <w:rPr>
          <w:rFonts w:hint="eastAsia"/>
        </w:rPr>
      </w:pPr>
      <w:r w:rsidRPr="00672A82">
        <w:rPr>
          <w:rFonts w:cs="Tinos"/>
        </w:rPr>
        <w:t>Depreciation on fixed assets was estimated using the straight-line method.</w:t>
      </w:r>
    </w:p>
    <w:p w14:paraId="4E5780DE" w14:textId="77777777" w:rsidR="00DB1C9C" w:rsidRPr="00672A82" w:rsidRDefault="00000000">
      <w:pPr>
        <w:spacing w:after="100"/>
        <w:jc w:val="center"/>
        <w:rPr>
          <w:rFonts w:hint="eastAsia"/>
        </w:rPr>
      </w:pPr>
      <w:r w:rsidRPr="00672A82">
        <w:rPr>
          <w:rFonts w:cs="Tinos"/>
        </w:rPr>
        <w:t>Depreciation = (orignal value - salvage value) / Useful life</w:t>
      </w:r>
    </w:p>
    <w:p w14:paraId="0DF7938D" w14:textId="77777777" w:rsidR="00DB1C9C" w:rsidRPr="00672A82" w:rsidRDefault="00000000">
      <w:pPr>
        <w:spacing w:after="40" w:line="259" w:lineRule="auto"/>
        <w:rPr>
          <w:rFonts w:hint="eastAsia"/>
        </w:rPr>
      </w:pPr>
      <w:r w:rsidRPr="00672A82">
        <w:rPr>
          <w:rFonts w:cs="Tinos"/>
          <w:b/>
        </w:rPr>
        <w:t>2. Variable cost:</w:t>
      </w:r>
    </w:p>
    <w:p w14:paraId="6DE445F6" w14:textId="77777777" w:rsidR="00DB1C9C" w:rsidRPr="00672A82" w:rsidRDefault="00000000">
      <w:pPr>
        <w:spacing w:after="100" w:line="259" w:lineRule="auto"/>
        <w:ind w:firstLine="360"/>
        <w:jc w:val="both"/>
        <w:rPr>
          <w:rFonts w:hint="eastAsia"/>
        </w:rPr>
      </w:pPr>
      <w:r w:rsidRPr="00672A82">
        <w:rPr>
          <w:rFonts w:cs="Tinos"/>
        </w:rPr>
        <w:t>Variable cost represents the expenditure that varies with the scale and operation of nursery production. It included planting material, vermicompost, neem cake, fertilizers, pots and trays, polythene bags, plant protection chemicals, male and female labour, irrigation and electricity, transportation, packaging material, labelling, miscellaneous expenses and interest on working capital.</w:t>
      </w:r>
    </w:p>
    <w:p w14:paraId="695CE1FB" w14:textId="77777777" w:rsidR="00DB1C9C" w:rsidRPr="00672A82" w:rsidRDefault="00000000">
      <w:pPr>
        <w:spacing w:after="40" w:line="259" w:lineRule="auto"/>
        <w:rPr>
          <w:rFonts w:hint="eastAsia"/>
        </w:rPr>
      </w:pPr>
      <w:r w:rsidRPr="00672A82">
        <w:rPr>
          <w:rFonts w:cs="Tinos"/>
          <w:b/>
        </w:rPr>
        <w:t>3. Fixed cost:</w:t>
      </w:r>
    </w:p>
    <w:p w14:paraId="2B563E84" w14:textId="77777777" w:rsidR="00DB1C9C" w:rsidRPr="00672A82" w:rsidRDefault="00000000">
      <w:pPr>
        <w:spacing w:after="100" w:line="259" w:lineRule="auto"/>
        <w:ind w:firstLine="360"/>
        <w:jc w:val="both"/>
        <w:rPr>
          <w:rFonts w:hint="eastAsia"/>
        </w:rPr>
      </w:pPr>
      <w:r w:rsidRPr="00672A82">
        <w:rPr>
          <w:rFonts w:cs="Tinos"/>
        </w:rPr>
        <w:t>Fixed cost represents the cost associated with fixed assets and other fixed resources used in nursery production. It comprised depreciation on equipment, interest on fixed capital and rental value of land.</w:t>
      </w:r>
    </w:p>
    <w:p w14:paraId="26A909BF" w14:textId="77777777" w:rsidR="00DB1C9C" w:rsidRPr="00672A82" w:rsidRDefault="00000000">
      <w:pPr>
        <w:keepNext/>
        <w:spacing w:before="160" w:after="80"/>
        <w:rPr>
          <w:rFonts w:hint="eastAsia"/>
        </w:rPr>
      </w:pPr>
      <w:r w:rsidRPr="00672A82">
        <w:rPr>
          <w:rFonts w:cs="Tinos"/>
          <w:b/>
        </w:rPr>
        <w:t>Economics of selected nursery products</w:t>
      </w:r>
    </w:p>
    <w:p w14:paraId="3DE7BC47" w14:textId="77777777" w:rsidR="00DB1C9C" w:rsidRPr="00672A82" w:rsidRDefault="00000000">
      <w:pPr>
        <w:spacing w:after="100" w:line="259" w:lineRule="auto"/>
        <w:ind w:firstLine="360"/>
        <w:jc w:val="both"/>
        <w:rPr>
          <w:rFonts w:hint="eastAsia"/>
        </w:rPr>
      </w:pPr>
      <w:r w:rsidRPr="00672A82">
        <w:rPr>
          <w:rFonts w:cs="Tinos"/>
        </w:rPr>
        <w:t>The economics of hibiscus, rose and bougainvillea was assessed by estimating the total cost and returns on a per hectare basis. Total cost was obtained by combining variable and fixed costs. Gross returns were estimated from the quantity of plants sold and the average selling price received per plant. Net returns were calculated as the difference between gross returns and total cost.</w:t>
      </w:r>
    </w:p>
    <w:p w14:paraId="7E2ECC1A" w14:textId="77777777" w:rsidR="00DB1C9C" w:rsidRPr="00672A82" w:rsidRDefault="00000000">
      <w:pPr>
        <w:spacing w:after="100" w:line="259" w:lineRule="auto"/>
        <w:jc w:val="both"/>
        <w:rPr>
          <w:rFonts w:hint="eastAsia"/>
        </w:rPr>
      </w:pPr>
      <w:r w:rsidRPr="00672A82">
        <w:rPr>
          <w:rFonts w:cs="Tinos"/>
        </w:rPr>
        <w:t>The following formulae were used:</w:t>
      </w:r>
    </w:p>
    <w:p w14:paraId="6458F941" w14:textId="77777777" w:rsidR="00DB1C9C" w:rsidRPr="00672A82" w:rsidRDefault="00000000">
      <w:pPr>
        <w:spacing w:after="20" w:line="259" w:lineRule="auto"/>
        <w:jc w:val="center"/>
        <w:rPr>
          <w:rFonts w:hint="eastAsia"/>
        </w:rPr>
      </w:pPr>
      <w:r w:rsidRPr="00672A82">
        <w:rPr>
          <w:rFonts w:cs="Tinos"/>
          <w:b/>
        </w:rPr>
        <w:t>Total Cost = Variable Cost + Fixed Cost</w:t>
      </w:r>
    </w:p>
    <w:p w14:paraId="445F1D89" w14:textId="77777777" w:rsidR="00DB1C9C" w:rsidRPr="00672A82" w:rsidRDefault="00000000">
      <w:pPr>
        <w:spacing w:after="20" w:line="259" w:lineRule="auto"/>
        <w:jc w:val="center"/>
        <w:rPr>
          <w:rFonts w:hint="eastAsia"/>
        </w:rPr>
      </w:pPr>
      <w:r w:rsidRPr="00672A82">
        <w:rPr>
          <w:rFonts w:cs="Tinos"/>
          <w:b/>
        </w:rPr>
        <w:t>Gross Return = Quantity of Plants Sold × Average Selling Price per Plant</w:t>
      </w:r>
    </w:p>
    <w:p w14:paraId="0FFCF254" w14:textId="77777777" w:rsidR="00DB1C9C" w:rsidRPr="00672A82" w:rsidRDefault="00000000">
      <w:pPr>
        <w:spacing w:after="20" w:line="259" w:lineRule="auto"/>
        <w:jc w:val="center"/>
        <w:rPr>
          <w:rFonts w:hint="eastAsia"/>
        </w:rPr>
      </w:pPr>
      <w:r w:rsidRPr="00672A82">
        <w:rPr>
          <w:rFonts w:cs="Tinos"/>
          <w:b/>
        </w:rPr>
        <w:t>Net Return = Gross Return – Total Cost</w:t>
      </w:r>
    </w:p>
    <w:p w14:paraId="75E94705" w14:textId="77777777" w:rsidR="00DB1C9C" w:rsidRPr="00672A82" w:rsidRDefault="00000000">
      <w:pPr>
        <w:spacing w:after="20" w:line="259" w:lineRule="auto"/>
        <w:jc w:val="center"/>
        <w:rPr>
          <w:rFonts w:hint="eastAsia"/>
        </w:rPr>
      </w:pPr>
      <w:r w:rsidRPr="00672A82">
        <w:rPr>
          <w:rFonts w:cs="Tinos"/>
          <w:b/>
        </w:rPr>
        <w:t>B:C Ratio = Gross Return / Total Cost</w:t>
      </w:r>
    </w:p>
    <w:p w14:paraId="1156881A" w14:textId="77777777" w:rsidR="00DB1C9C" w:rsidRPr="00672A82" w:rsidRDefault="00000000">
      <w:pPr>
        <w:spacing w:after="100" w:line="259" w:lineRule="auto"/>
        <w:ind w:firstLine="360"/>
        <w:jc w:val="both"/>
        <w:rPr>
          <w:rFonts w:hint="eastAsia"/>
        </w:rPr>
      </w:pPr>
      <w:r w:rsidRPr="00672A82">
        <w:rPr>
          <w:rFonts w:cs="Tinos"/>
        </w:rPr>
        <w:t>The establishment cost and its component-wise percentage contribution were estimated to assess the investment structure of the nursery, while gross returns, net returns and B ratio were used to evaluate the economic performance of the selected nursery products.</w:t>
      </w:r>
    </w:p>
    <w:p w14:paraId="3FAFF588" w14:textId="77777777" w:rsidR="00DB1C9C" w:rsidRPr="00672A82" w:rsidRDefault="00000000">
      <w:pPr>
        <w:keepNext/>
        <w:spacing w:before="160" w:after="80"/>
        <w:rPr>
          <w:rFonts w:hint="eastAsia"/>
        </w:rPr>
      </w:pPr>
      <w:r w:rsidRPr="00672A82">
        <w:rPr>
          <w:rFonts w:cs="Tinos"/>
          <w:b/>
          <w:sz w:val="23"/>
        </w:rPr>
        <w:t>Results and Discussion</w:t>
      </w:r>
    </w:p>
    <w:p w14:paraId="5C6B4310" w14:textId="77777777" w:rsidR="00DB1C9C" w:rsidRPr="00672A82" w:rsidRDefault="00000000">
      <w:pPr>
        <w:spacing w:after="100" w:line="259" w:lineRule="auto"/>
        <w:ind w:firstLine="360"/>
        <w:jc w:val="both"/>
        <w:rPr>
          <w:rFonts w:hint="eastAsia"/>
        </w:rPr>
      </w:pPr>
      <w:r w:rsidRPr="00672A82">
        <w:rPr>
          <w:rFonts w:cs="Tinos"/>
        </w:rPr>
        <w:t>The establishment cost of the selected floricultural nurseries was estimated by considering investment in major fixed and infrastructural components, namely land capital, land levelling, fencing, shade-net structure, irrigation infrastructure, nursery tools and transport vehicles.</w:t>
      </w:r>
    </w:p>
    <w:p w14:paraId="19F8A2CB" w14:textId="77777777" w:rsidR="00DB1C9C" w:rsidRPr="00672A82" w:rsidRDefault="00000000">
      <w:pPr>
        <w:keepNext/>
        <w:spacing w:before="80" w:after="60"/>
        <w:rPr>
          <w:rFonts w:hint="eastAsia"/>
        </w:rPr>
      </w:pPr>
      <w:r w:rsidRPr="00672A82">
        <w:rPr>
          <w:rFonts w:cs="Tinos"/>
          <w:b/>
          <w:sz w:val="19"/>
        </w:rPr>
        <w:t>Table 1. : Establishment cost of selected nurserseries (Rs/ha)</w:t>
      </w:r>
    </w:p>
    <w:tbl>
      <w:tblPr>
        <w:tblStyle w:val="TableGrid"/>
        <w:tblW w:w="0" w:type="auto"/>
        <w:jc w:val="center"/>
        <w:tblLayout w:type="fixed"/>
        <w:tblLook w:val="04A0" w:firstRow="1" w:lastRow="0" w:firstColumn="1" w:lastColumn="0" w:noHBand="0" w:noVBand="1"/>
      </w:tblPr>
      <w:tblGrid>
        <w:gridCol w:w="605"/>
        <w:gridCol w:w="1944"/>
        <w:gridCol w:w="1181"/>
        <w:gridCol w:w="792"/>
        <w:gridCol w:w="1181"/>
        <w:gridCol w:w="792"/>
        <w:gridCol w:w="1368"/>
        <w:gridCol w:w="792"/>
      </w:tblGrid>
      <w:tr w:rsidR="00DB1C9C" w:rsidRPr="00672A82" w14:paraId="4AFEA9B0" w14:textId="77777777">
        <w:trPr>
          <w:tblHeader/>
          <w:jc w:val="center"/>
        </w:trPr>
        <w:tc>
          <w:tcPr>
            <w:tcW w:w="605" w:type="dxa"/>
            <w:shd w:val="clear" w:color="auto" w:fill="E7E6E6"/>
            <w:tcMar>
              <w:top w:w="60" w:type="dxa"/>
              <w:left w:w="60" w:type="dxa"/>
              <w:bottom w:w="60" w:type="dxa"/>
              <w:right w:w="60" w:type="dxa"/>
            </w:tcMar>
            <w:vAlign w:val="center"/>
          </w:tcPr>
          <w:p w14:paraId="728A0163" w14:textId="77777777" w:rsidR="00DB1C9C" w:rsidRPr="00672A82" w:rsidRDefault="00000000">
            <w:pPr>
              <w:jc w:val="center"/>
              <w:rPr>
                <w:rFonts w:hint="eastAsia"/>
              </w:rPr>
            </w:pPr>
            <w:r w:rsidRPr="00672A82">
              <w:rPr>
                <w:rFonts w:cs="Tinos"/>
                <w:b/>
                <w:sz w:val="14"/>
              </w:rPr>
              <w:t>Sr. No</w:t>
            </w:r>
          </w:p>
        </w:tc>
        <w:tc>
          <w:tcPr>
            <w:tcW w:w="1944" w:type="dxa"/>
            <w:shd w:val="clear" w:color="auto" w:fill="E7E6E6"/>
            <w:tcMar>
              <w:top w:w="60" w:type="dxa"/>
              <w:left w:w="60" w:type="dxa"/>
              <w:bottom w:w="60" w:type="dxa"/>
              <w:right w:w="60" w:type="dxa"/>
            </w:tcMar>
            <w:vAlign w:val="center"/>
          </w:tcPr>
          <w:p w14:paraId="33642349" w14:textId="77777777" w:rsidR="00DB1C9C" w:rsidRPr="00672A82" w:rsidRDefault="00000000">
            <w:pPr>
              <w:jc w:val="center"/>
              <w:rPr>
                <w:rFonts w:hint="eastAsia"/>
              </w:rPr>
            </w:pPr>
            <w:r w:rsidRPr="00672A82">
              <w:rPr>
                <w:rFonts w:cs="Tinos"/>
                <w:b/>
                <w:sz w:val="14"/>
              </w:rPr>
              <w:t>Particular</w:t>
            </w:r>
          </w:p>
        </w:tc>
        <w:tc>
          <w:tcPr>
            <w:tcW w:w="1181" w:type="dxa"/>
            <w:shd w:val="clear" w:color="auto" w:fill="E7E6E6"/>
            <w:tcMar>
              <w:top w:w="60" w:type="dxa"/>
              <w:left w:w="60" w:type="dxa"/>
              <w:bottom w:w="60" w:type="dxa"/>
              <w:right w:w="60" w:type="dxa"/>
            </w:tcMar>
            <w:vAlign w:val="center"/>
          </w:tcPr>
          <w:p w14:paraId="23AA65C9" w14:textId="77777777" w:rsidR="00DB1C9C" w:rsidRPr="00672A82" w:rsidRDefault="00000000">
            <w:pPr>
              <w:jc w:val="center"/>
              <w:rPr>
                <w:rFonts w:hint="eastAsia"/>
              </w:rPr>
            </w:pPr>
            <w:r w:rsidRPr="00672A82">
              <w:rPr>
                <w:rFonts w:cs="Tinos"/>
                <w:b/>
                <w:sz w:val="14"/>
              </w:rPr>
              <w:t>Hibiscus</w:t>
            </w:r>
          </w:p>
        </w:tc>
        <w:tc>
          <w:tcPr>
            <w:tcW w:w="792" w:type="dxa"/>
            <w:shd w:val="clear" w:color="auto" w:fill="E7E6E6"/>
            <w:tcMar>
              <w:top w:w="60" w:type="dxa"/>
              <w:left w:w="60" w:type="dxa"/>
              <w:bottom w:w="60" w:type="dxa"/>
              <w:right w:w="60" w:type="dxa"/>
            </w:tcMar>
            <w:vAlign w:val="center"/>
          </w:tcPr>
          <w:p w14:paraId="5B0FA7AF" w14:textId="77777777" w:rsidR="00DB1C9C" w:rsidRPr="00672A82" w:rsidRDefault="00000000">
            <w:pPr>
              <w:jc w:val="center"/>
              <w:rPr>
                <w:rFonts w:hint="eastAsia"/>
              </w:rPr>
            </w:pPr>
            <w:r w:rsidRPr="00672A82">
              <w:rPr>
                <w:rFonts w:cs="Tinos"/>
                <w:b/>
                <w:sz w:val="14"/>
              </w:rPr>
              <w:t>% to total</w:t>
            </w:r>
          </w:p>
        </w:tc>
        <w:tc>
          <w:tcPr>
            <w:tcW w:w="1181" w:type="dxa"/>
            <w:shd w:val="clear" w:color="auto" w:fill="E7E6E6"/>
            <w:tcMar>
              <w:top w:w="60" w:type="dxa"/>
              <w:left w:w="60" w:type="dxa"/>
              <w:bottom w:w="60" w:type="dxa"/>
              <w:right w:w="60" w:type="dxa"/>
            </w:tcMar>
            <w:vAlign w:val="center"/>
          </w:tcPr>
          <w:p w14:paraId="02A0D259" w14:textId="77777777" w:rsidR="00DB1C9C" w:rsidRPr="00672A82" w:rsidRDefault="00000000">
            <w:pPr>
              <w:jc w:val="center"/>
              <w:rPr>
                <w:rFonts w:hint="eastAsia"/>
              </w:rPr>
            </w:pPr>
            <w:r w:rsidRPr="00672A82">
              <w:rPr>
                <w:rFonts w:cs="Tinos"/>
                <w:b/>
                <w:sz w:val="14"/>
              </w:rPr>
              <w:t>Rose</w:t>
            </w:r>
          </w:p>
        </w:tc>
        <w:tc>
          <w:tcPr>
            <w:tcW w:w="792" w:type="dxa"/>
            <w:shd w:val="clear" w:color="auto" w:fill="E7E6E6"/>
            <w:tcMar>
              <w:top w:w="60" w:type="dxa"/>
              <w:left w:w="60" w:type="dxa"/>
              <w:bottom w:w="60" w:type="dxa"/>
              <w:right w:w="60" w:type="dxa"/>
            </w:tcMar>
            <w:vAlign w:val="center"/>
          </w:tcPr>
          <w:p w14:paraId="6EB257C7" w14:textId="77777777" w:rsidR="00DB1C9C" w:rsidRPr="00672A82" w:rsidRDefault="00000000">
            <w:pPr>
              <w:jc w:val="center"/>
              <w:rPr>
                <w:rFonts w:hint="eastAsia"/>
              </w:rPr>
            </w:pPr>
            <w:r w:rsidRPr="00672A82">
              <w:rPr>
                <w:rFonts w:cs="Tinos"/>
                <w:b/>
                <w:sz w:val="14"/>
              </w:rPr>
              <w:t>% to total</w:t>
            </w:r>
          </w:p>
        </w:tc>
        <w:tc>
          <w:tcPr>
            <w:tcW w:w="1368" w:type="dxa"/>
            <w:shd w:val="clear" w:color="auto" w:fill="E7E6E6"/>
            <w:tcMar>
              <w:top w:w="60" w:type="dxa"/>
              <w:left w:w="60" w:type="dxa"/>
              <w:bottom w:w="60" w:type="dxa"/>
              <w:right w:w="60" w:type="dxa"/>
            </w:tcMar>
            <w:vAlign w:val="center"/>
          </w:tcPr>
          <w:p w14:paraId="4ADE5705" w14:textId="77777777" w:rsidR="00DB1C9C" w:rsidRPr="00672A82" w:rsidRDefault="00000000">
            <w:pPr>
              <w:jc w:val="center"/>
              <w:rPr>
                <w:rFonts w:hint="eastAsia"/>
              </w:rPr>
            </w:pPr>
            <w:r w:rsidRPr="00672A82">
              <w:rPr>
                <w:rFonts w:cs="Tinos"/>
                <w:b/>
                <w:sz w:val="14"/>
              </w:rPr>
              <w:t>Bougainvillea</w:t>
            </w:r>
          </w:p>
        </w:tc>
        <w:tc>
          <w:tcPr>
            <w:tcW w:w="792" w:type="dxa"/>
            <w:shd w:val="clear" w:color="auto" w:fill="E7E6E6"/>
            <w:tcMar>
              <w:top w:w="60" w:type="dxa"/>
              <w:left w:w="60" w:type="dxa"/>
              <w:bottom w:w="60" w:type="dxa"/>
              <w:right w:w="60" w:type="dxa"/>
            </w:tcMar>
            <w:vAlign w:val="center"/>
          </w:tcPr>
          <w:p w14:paraId="4EBD309C" w14:textId="77777777" w:rsidR="00DB1C9C" w:rsidRPr="00672A82" w:rsidRDefault="00000000">
            <w:pPr>
              <w:jc w:val="center"/>
              <w:rPr>
                <w:rFonts w:hint="eastAsia"/>
              </w:rPr>
            </w:pPr>
            <w:r w:rsidRPr="00672A82">
              <w:rPr>
                <w:rFonts w:cs="Tinos"/>
                <w:b/>
                <w:sz w:val="14"/>
              </w:rPr>
              <w:t>% to total</w:t>
            </w:r>
          </w:p>
        </w:tc>
      </w:tr>
      <w:tr w:rsidR="00DB1C9C" w:rsidRPr="00672A82" w14:paraId="58249569" w14:textId="77777777">
        <w:trPr>
          <w:jc w:val="center"/>
        </w:trPr>
        <w:tc>
          <w:tcPr>
            <w:tcW w:w="605" w:type="dxa"/>
            <w:tcMar>
              <w:top w:w="60" w:type="dxa"/>
              <w:left w:w="60" w:type="dxa"/>
              <w:bottom w:w="60" w:type="dxa"/>
              <w:right w:w="60" w:type="dxa"/>
            </w:tcMar>
            <w:vAlign w:val="center"/>
          </w:tcPr>
          <w:p w14:paraId="26C096B0" w14:textId="77777777" w:rsidR="00DB1C9C" w:rsidRPr="00672A82" w:rsidRDefault="00000000">
            <w:pPr>
              <w:jc w:val="center"/>
              <w:rPr>
                <w:rFonts w:hint="eastAsia"/>
              </w:rPr>
            </w:pPr>
            <w:r w:rsidRPr="00672A82">
              <w:rPr>
                <w:rFonts w:cs="Tinos"/>
                <w:sz w:val="14"/>
              </w:rPr>
              <w:t>1</w:t>
            </w:r>
          </w:p>
        </w:tc>
        <w:tc>
          <w:tcPr>
            <w:tcW w:w="1944" w:type="dxa"/>
            <w:tcMar>
              <w:top w:w="60" w:type="dxa"/>
              <w:left w:w="60" w:type="dxa"/>
              <w:bottom w:w="60" w:type="dxa"/>
              <w:right w:w="60" w:type="dxa"/>
            </w:tcMar>
            <w:vAlign w:val="center"/>
          </w:tcPr>
          <w:p w14:paraId="456197EF" w14:textId="77777777" w:rsidR="00DB1C9C" w:rsidRPr="00672A82" w:rsidRDefault="00000000">
            <w:pPr>
              <w:rPr>
                <w:rFonts w:hint="eastAsia"/>
              </w:rPr>
            </w:pPr>
            <w:r w:rsidRPr="00672A82">
              <w:rPr>
                <w:rFonts w:cs="Tinos"/>
                <w:sz w:val="14"/>
              </w:rPr>
              <w:t>Land Capital</w:t>
            </w:r>
          </w:p>
        </w:tc>
        <w:tc>
          <w:tcPr>
            <w:tcW w:w="1181" w:type="dxa"/>
            <w:tcMar>
              <w:top w:w="60" w:type="dxa"/>
              <w:left w:w="60" w:type="dxa"/>
              <w:bottom w:w="60" w:type="dxa"/>
              <w:right w:w="60" w:type="dxa"/>
            </w:tcMar>
            <w:vAlign w:val="center"/>
          </w:tcPr>
          <w:p w14:paraId="4C0E75EE" w14:textId="77777777" w:rsidR="00DB1C9C" w:rsidRPr="00672A82" w:rsidRDefault="00000000">
            <w:pPr>
              <w:jc w:val="center"/>
              <w:rPr>
                <w:rFonts w:hint="eastAsia"/>
              </w:rPr>
            </w:pPr>
            <w:r w:rsidRPr="00672A82">
              <w:rPr>
                <w:rFonts w:cs="Tinos"/>
                <w:sz w:val="14"/>
              </w:rPr>
              <w:t>1465326.88</w:t>
            </w:r>
          </w:p>
        </w:tc>
        <w:tc>
          <w:tcPr>
            <w:tcW w:w="792" w:type="dxa"/>
            <w:tcMar>
              <w:top w:w="60" w:type="dxa"/>
              <w:left w:w="60" w:type="dxa"/>
              <w:bottom w:w="60" w:type="dxa"/>
              <w:right w:w="60" w:type="dxa"/>
            </w:tcMar>
            <w:vAlign w:val="center"/>
          </w:tcPr>
          <w:p w14:paraId="61CEF796" w14:textId="77777777" w:rsidR="00DB1C9C" w:rsidRPr="00672A82" w:rsidRDefault="00000000">
            <w:pPr>
              <w:jc w:val="center"/>
              <w:rPr>
                <w:rFonts w:hint="eastAsia"/>
              </w:rPr>
            </w:pPr>
            <w:r w:rsidRPr="00672A82">
              <w:rPr>
                <w:rFonts w:cs="Tinos"/>
                <w:sz w:val="14"/>
              </w:rPr>
              <w:t>54.14</w:t>
            </w:r>
          </w:p>
        </w:tc>
        <w:tc>
          <w:tcPr>
            <w:tcW w:w="1181" w:type="dxa"/>
            <w:tcMar>
              <w:top w:w="60" w:type="dxa"/>
              <w:left w:w="60" w:type="dxa"/>
              <w:bottom w:w="60" w:type="dxa"/>
              <w:right w:w="60" w:type="dxa"/>
            </w:tcMar>
            <w:vAlign w:val="center"/>
          </w:tcPr>
          <w:p w14:paraId="5BFD244F" w14:textId="77777777" w:rsidR="00DB1C9C" w:rsidRPr="00672A82" w:rsidRDefault="00000000">
            <w:pPr>
              <w:jc w:val="center"/>
              <w:rPr>
                <w:rFonts w:hint="eastAsia"/>
              </w:rPr>
            </w:pPr>
            <w:r w:rsidRPr="00672A82">
              <w:rPr>
                <w:rFonts w:cs="Tinos"/>
                <w:sz w:val="14"/>
              </w:rPr>
              <w:t>1524371.22</w:t>
            </w:r>
          </w:p>
        </w:tc>
        <w:tc>
          <w:tcPr>
            <w:tcW w:w="792" w:type="dxa"/>
            <w:tcMar>
              <w:top w:w="60" w:type="dxa"/>
              <w:left w:w="60" w:type="dxa"/>
              <w:bottom w:w="60" w:type="dxa"/>
              <w:right w:w="60" w:type="dxa"/>
            </w:tcMar>
            <w:vAlign w:val="center"/>
          </w:tcPr>
          <w:p w14:paraId="1966DD58" w14:textId="77777777" w:rsidR="00DB1C9C" w:rsidRPr="00672A82" w:rsidRDefault="00000000">
            <w:pPr>
              <w:jc w:val="center"/>
              <w:rPr>
                <w:rFonts w:hint="eastAsia"/>
              </w:rPr>
            </w:pPr>
            <w:r w:rsidRPr="00672A82">
              <w:rPr>
                <w:rFonts w:cs="Tinos"/>
                <w:sz w:val="14"/>
              </w:rPr>
              <w:t>54.44</w:t>
            </w:r>
          </w:p>
        </w:tc>
        <w:tc>
          <w:tcPr>
            <w:tcW w:w="1368" w:type="dxa"/>
            <w:tcMar>
              <w:top w:w="60" w:type="dxa"/>
              <w:left w:w="60" w:type="dxa"/>
              <w:bottom w:w="60" w:type="dxa"/>
              <w:right w:w="60" w:type="dxa"/>
            </w:tcMar>
            <w:vAlign w:val="center"/>
          </w:tcPr>
          <w:p w14:paraId="1A462900" w14:textId="77777777" w:rsidR="00DB1C9C" w:rsidRPr="00672A82" w:rsidRDefault="00000000">
            <w:pPr>
              <w:jc w:val="center"/>
              <w:rPr>
                <w:rFonts w:hint="eastAsia"/>
              </w:rPr>
            </w:pPr>
            <w:r w:rsidRPr="00672A82">
              <w:rPr>
                <w:rFonts w:cs="Tinos"/>
                <w:sz w:val="14"/>
              </w:rPr>
              <w:t>1422891.23</w:t>
            </w:r>
          </w:p>
        </w:tc>
        <w:tc>
          <w:tcPr>
            <w:tcW w:w="792" w:type="dxa"/>
            <w:tcMar>
              <w:top w:w="60" w:type="dxa"/>
              <w:left w:w="60" w:type="dxa"/>
              <w:bottom w:w="60" w:type="dxa"/>
              <w:right w:w="60" w:type="dxa"/>
            </w:tcMar>
            <w:vAlign w:val="center"/>
          </w:tcPr>
          <w:p w14:paraId="109FA90A" w14:textId="77777777" w:rsidR="00DB1C9C" w:rsidRPr="00672A82" w:rsidRDefault="00000000">
            <w:pPr>
              <w:jc w:val="center"/>
              <w:rPr>
                <w:rFonts w:hint="eastAsia"/>
              </w:rPr>
            </w:pPr>
            <w:r w:rsidRPr="00672A82">
              <w:rPr>
                <w:rFonts w:cs="Tinos"/>
                <w:sz w:val="14"/>
              </w:rPr>
              <w:t>55.64</w:t>
            </w:r>
          </w:p>
        </w:tc>
      </w:tr>
      <w:tr w:rsidR="00DB1C9C" w:rsidRPr="00672A82" w14:paraId="4198793C" w14:textId="77777777">
        <w:trPr>
          <w:jc w:val="center"/>
        </w:trPr>
        <w:tc>
          <w:tcPr>
            <w:tcW w:w="605" w:type="dxa"/>
            <w:tcMar>
              <w:top w:w="60" w:type="dxa"/>
              <w:left w:w="60" w:type="dxa"/>
              <w:bottom w:w="60" w:type="dxa"/>
              <w:right w:w="60" w:type="dxa"/>
            </w:tcMar>
            <w:vAlign w:val="center"/>
          </w:tcPr>
          <w:p w14:paraId="0E84C081" w14:textId="77777777" w:rsidR="00DB1C9C" w:rsidRPr="00672A82" w:rsidRDefault="00000000">
            <w:pPr>
              <w:jc w:val="center"/>
              <w:rPr>
                <w:rFonts w:hint="eastAsia"/>
              </w:rPr>
            </w:pPr>
            <w:r w:rsidRPr="00672A82">
              <w:rPr>
                <w:rFonts w:cs="Tinos"/>
                <w:sz w:val="14"/>
              </w:rPr>
              <w:t>2</w:t>
            </w:r>
          </w:p>
        </w:tc>
        <w:tc>
          <w:tcPr>
            <w:tcW w:w="1944" w:type="dxa"/>
            <w:tcMar>
              <w:top w:w="60" w:type="dxa"/>
              <w:left w:w="60" w:type="dxa"/>
              <w:bottom w:w="60" w:type="dxa"/>
              <w:right w:w="60" w:type="dxa"/>
            </w:tcMar>
            <w:vAlign w:val="center"/>
          </w:tcPr>
          <w:p w14:paraId="15D9C2CC" w14:textId="77777777" w:rsidR="00DB1C9C" w:rsidRPr="00672A82" w:rsidRDefault="00000000">
            <w:pPr>
              <w:rPr>
                <w:rFonts w:hint="eastAsia"/>
              </w:rPr>
            </w:pPr>
            <w:r w:rsidRPr="00672A82">
              <w:rPr>
                <w:rFonts w:cs="Tinos"/>
                <w:sz w:val="14"/>
              </w:rPr>
              <w:t>Land levelling</w:t>
            </w:r>
          </w:p>
        </w:tc>
        <w:tc>
          <w:tcPr>
            <w:tcW w:w="1181" w:type="dxa"/>
            <w:tcMar>
              <w:top w:w="60" w:type="dxa"/>
              <w:left w:w="60" w:type="dxa"/>
              <w:bottom w:w="60" w:type="dxa"/>
              <w:right w:w="60" w:type="dxa"/>
            </w:tcMar>
            <w:vAlign w:val="center"/>
          </w:tcPr>
          <w:p w14:paraId="5E12CCD9" w14:textId="77777777" w:rsidR="00DB1C9C" w:rsidRPr="00672A82" w:rsidRDefault="00000000">
            <w:pPr>
              <w:jc w:val="center"/>
              <w:rPr>
                <w:rFonts w:hint="eastAsia"/>
              </w:rPr>
            </w:pPr>
            <w:r w:rsidRPr="00672A82">
              <w:rPr>
                <w:rFonts w:cs="Tinos"/>
                <w:sz w:val="14"/>
              </w:rPr>
              <w:t>16708.24</w:t>
            </w:r>
          </w:p>
        </w:tc>
        <w:tc>
          <w:tcPr>
            <w:tcW w:w="792" w:type="dxa"/>
            <w:tcMar>
              <w:top w:w="60" w:type="dxa"/>
              <w:left w:w="60" w:type="dxa"/>
              <w:bottom w:w="60" w:type="dxa"/>
              <w:right w:w="60" w:type="dxa"/>
            </w:tcMar>
            <w:vAlign w:val="center"/>
          </w:tcPr>
          <w:p w14:paraId="12497847" w14:textId="77777777" w:rsidR="00DB1C9C" w:rsidRPr="00672A82" w:rsidRDefault="00000000">
            <w:pPr>
              <w:jc w:val="center"/>
              <w:rPr>
                <w:rFonts w:hint="eastAsia"/>
              </w:rPr>
            </w:pPr>
            <w:r w:rsidRPr="00672A82">
              <w:rPr>
                <w:rFonts w:cs="Tinos"/>
                <w:sz w:val="14"/>
              </w:rPr>
              <w:t>0.62</w:t>
            </w:r>
          </w:p>
        </w:tc>
        <w:tc>
          <w:tcPr>
            <w:tcW w:w="1181" w:type="dxa"/>
            <w:tcMar>
              <w:top w:w="60" w:type="dxa"/>
              <w:left w:w="60" w:type="dxa"/>
              <w:bottom w:w="60" w:type="dxa"/>
              <w:right w:w="60" w:type="dxa"/>
            </w:tcMar>
            <w:vAlign w:val="center"/>
          </w:tcPr>
          <w:p w14:paraId="2797EE4C" w14:textId="77777777" w:rsidR="00DB1C9C" w:rsidRPr="00672A82" w:rsidRDefault="00000000">
            <w:pPr>
              <w:jc w:val="center"/>
              <w:rPr>
                <w:rFonts w:hint="eastAsia"/>
              </w:rPr>
            </w:pPr>
            <w:r w:rsidRPr="00672A82">
              <w:rPr>
                <w:rFonts w:cs="Tinos"/>
                <w:sz w:val="14"/>
              </w:rPr>
              <w:t>20243.61</w:t>
            </w:r>
          </w:p>
        </w:tc>
        <w:tc>
          <w:tcPr>
            <w:tcW w:w="792" w:type="dxa"/>
            <w:tcMar>
              <w:top w:w="60" w:type="dxa"/>
              <w:left w:w="60" w:type="dxa"/>
              <w:bottom w:w="60" w:type="dxa"/>
              <w:right w:w="60" w:type="dxa"/>
            </w:tcMar>
            <w:vAlign w:val="center"/>
          </w:tcPr>
          <w:p w14:paraId="0A9D9D6C" w14:textId="77777777" w:rsidR="00DB1C9C" w:rsidRPr="00672A82" w:rsidRDefault="00000000">
            <w:pPr>
              <w:jc w:val="center"/>
              <w:rPr>
                <w:rFonts w:hint="eastAsia"/>
              </w:rPr>
            </w:pPr>
            <w:r w:rsidRPr="00672A82">
              <w:rPr>
                <w:rFonts w:cs="Tinos"/>
                <w:sz w:val="14"/>
              </w:rPr>
              <w:t>0.72</w:t>
            </w:r>
          </w:p>
        </w:tc>
        <w:tc>
          <w:tcPr>
            <w:tcW w:w="1368" w:type="dxa"/>
            <w:tcMar>
              <w:top w:w="60" w:type="dxa"/>
              <w:left w:w="60" w:type="dxa"/>
              <w:bottom w:w="60" w:type="dxa"/>
              <w:right w:w="60" w:type="dxa"/>
            </w:tcMar>
            <w:vAlign w:val="center"/>
          </w:tcPr>
          <w:p w14:paraId="5BACFA78" w14:textId="77777777" w:rsidR="00DB1C9C" w:rsidRPr="00672A82" w:rsidRDefault="00000000">
            <w:pPr>
              <w:jc w:val="center"/>
              <w:rPr>
                <w:rFonts w:hint="eastAsia"/>
              </w:rPr>
            </w:pPr>
            <w:r w:rsidRPr="00672A82">
              <w:rPr>
                <w:rFonts w:cs="Tinos"/>
                <w:sz w:val="14"/>
              </w:rPr>
              <w:t>10324.92</w:t>
            </w:r>
          </w:p>
        </w:tc>
        <w:tc>
          <w:tcPr>
            <w:tcW w:w="792" w:type="dxa"/>
            <w:tcMar>
              <w:top w:w="60" w:type="dxa"/>
              <w:left w:w="60" w:type="dxa"/>
              <w:bottom w:w="60" w:type="dxa"/>
              <w:right w:w="60" w:type="dxa"/>
            </w:tcMar>
            <w:vAlign w:val="center"/>
          </w:tcPr>
          <w:p w14:paraId="1611BD51" w14:textId="77777777" w:rsidR="00DB1C9C" w:rsidRPr="00672A82" w:rsidRDefault="00000000">
            <w:pPr>
              <w:jc w:val="center"/>
              <w:rPr>
                <w:rFonts w:hint="eastAsia"/>
              </w:rPr>
            </w:pPr>
            <w:r w:rsidRPr="00672A82">
              <w:rPr>
                <w:rFonts w:cs="Tinos"/>
                <w:sz w:val="14"/>
              </w:rPr>
              <w:t>0.40</w:t>
            </w:r>
          </w:p>
        </w:tc>
      </w:tr>
      <w:tr w:rsidR="00DB1C9C" w:rsidRPr="00672A82" w14:paraId="2548DA29" w14:textId="77777777">
        <w:trPr>
          <w:jc w:val="center"/>
        </w:trPr>
        <w:tc>
          <w:tcPr>
            <w:tcW w:w="605" w:type="dxa"/>
            <w:tcMar>
              <w:top w:w="60" w:type="dxa"/>
              <w:left w:w="60" w:type="dxa"/>
              <w:bottom w:w="60" w:type="dxa"/>
              <w:right w:w="60" w:type="dxa"/>
            </w:tcMar>
            <w:vAlign w:val="center"/>
          </w:tcPr>
          <w:p w14:paraId="116FBE1A" w14:textId="77777777" w:rsidR="00DB1C9C" w:rsidRPr="00672A82" w:rsidRDefault="00000000">
            <w:pPr>
              <w:jc w:val="center"/>
              <w:rPr>
                <w:rFonts w:hint="eastAsia"/>
              </w:rPr>
            </w:pPr>
            <w:r w:rsidRPr="00672A82">
              <w:rPr>
                <w:rFonts w:cs="Tinos"/>
                <w:sz w:val="14"/>
              </w:rPr>
              <w:t>3</w:t>
            </w:r>
          </w:p>
        </w:tc>
        <w:tc>
          <w:tcPr>
            <w:tcW w:w="1944" w:type="dxa"/>
            <w:tcMar>
              <w:top w:w="60" w:type="dxa"/>
              <w:left w:w="60" w:type="dxa"/>
              <w:bottom w:w="60" w:type="dxa"/>
              <w:right w:w="60" w:type="dxa"/>
            </w:tcMar>
            <w:vAlign w:val="center"/>
          </w:tcPr>
          <w:p w14:paraId="06DCB3FB" w14:textId="77777777" w:rsidR="00DB1C9C" w:rsidRPr="00672A82" w:rsidRDefault="00000000">
            <w:pPr>
              <w:rPr>
                <w:rFonts w:hint="eastAsia"/>
              </w:rPr>
            </w:pPr>
            <w:r w:rsidRPr="00672A82">
              <w:rPr>
                <w:rFonts w:cs="Tinos"/>
                <w:sz w:val="14"/>
              </w:rPr>
              <w:t>Fencing</w:t>
            </w:r>
          </w:p>
        </w:tc>
        <w:tc>
          <w:tcPr>
            <w:tcW w:w="1181" w:type="dxa"/>
            <w:tcMar>
              <w:top w:w="60" w:type="dxa"/>
              <w:left w:w="60" w:type="dxa"/>
              <w:bottom w:w="60" w:type="dxa"/>
              <w:right w:w="60" w:type="dxa"/>
            </w:tcMar>
            <w:vAlign w:val="center"/>
          </w:tcPr>
          <w:p w14:paraId="5BF15110" w14:textId="77777777" w:rsidR="00DB1C9C" w:rsidRPr="00672A82" w:rsidRDefault="00000000">
            <w:pPr>
              <w:jc w:val="center"/>
              <w:rPr>
                <w:rFonts w:hint="eastAsia"/>
              </w:rPr>
            </w:pPr>
            <w:r w:rsidRPr="00672A82">
              <w:rPr>
                <w:rFonts w:cs="Tinos"/>
                <w:sz w:val="14"/>
              </w:rPr>
              <w:t>50162.22</w:t>
            </w:r>
          </w:p>
        </w:tc>
        <w:tc>
          <w:tcPr>
            <w:tcW w:w="792" w:type="dxa"/>
            <w:tcMar>
              <w:top w:w="60" w:type="dxa"/>
              <w:left w:w="60" w:type="dxa"/>
              <w:bottom w:w="60" w:type="dxa"/>
              <w:right w:w="60" w:type="dxa"/>
            </w:tcMar>
            <w:vAlign w:val="center"/>
          </w:tcPr>
          <w:p w14:paraId="53BFCB72" w14:textId="77777777" w:rsidR="00DB1C9C" w:rsidRPr="00672A82" w:rsidRDefault="00000000">
            <w:pPr>
              <w:jc w:val="center"/>
              <w:rPr>
                <w:rFonts w:hint="eastAsia"/>
              </w:rPr>
            </w:pPr>
            <w:r w:rsidRPr="00672A82">
              <w:rPr>
                <w:rFonts w:cs="Tinos"/>
                <w:sz w:val="14"/>
              </w:rPr>
              <w:t>1.85</w:t>
            </w:r>
          </w:p>
        </w:tc>
        <w:tc>
          <w:tcPr>
            <w:tcW w:w="1181" w:type="dxa"/>
            <w:tcMar>
              <w:top w:w="60" w:type="dxa"/>
              <w:left w:w="60" w:type="dxa"/>
              <w:bottom w:w="60" w:type="dxa"/>
              <w:right w:w="60" w:type="dxa"/>
            </w:tcMar>
            <w:vAlign w:val="center"/>
          </w:tcPr>
          <w:p w14:paraId="7FECBF2F" w14:textId="77777777" w:rsidR="00DB1C9C" w:rsidRPr="00672A82" w:rsidRDefault="00000000">
            <w:pPr>
              <w:jc w:val="center"/>
              <w:rPr>
                <w:rFonts w:hint="eastAsia"/>
              </w:rPr>
            </w:pPr>
            <w:r w:rsidRPr="00672A82">
              <w:rPr>
                <w:rFonts w:cs="Tinos"/>
                <w:sz w:val="14"/>
              </w:rPr>
              <w:t>60762.19</w:t>
            </w:r>
          </w:p>
        </w:tc>
        <w:tc>
          <w:tcPr>
            <w:tcW w:w="792" w:type="dxa"/>
            <w:tcMar>
              <w:top w:w="60" w:type="dxa"/>
              <w:left w:w="60" w:type="dxa"/>
              <w:bottom w:w="60" w:type="dxa"/>
              <w:right w:w="60" w:type="dxa"/>
            </w:tcMar>
            <w:vAlign w:val="center"/>
          </w:tcPr>
          <w:p w14:paraId="386F680F" w14:textId="77777777" w:rsidR="00DB1C9C" w:rsidRPr="00672A82" w:rsidRDefault="00000000">
            <w:pPr>
              <w:jc w:val="center"/>
              <w:rPr>
                <w:rFonts w:hint="eastAsia"/>
              </w:rPr>
            </w:pPr>
            <w:r w:rsidRPr="00672A82">
              <w:rPr>
                <w:rFonts w:cs="Tinos"/>
                <w:sz w:val="14"/>
              </w:rPr>
              <w:t>2.17</w:t>
            </w:r>
          </w:p>
        </w:tc>
        <w:tc>
          <w:tcPr>
            <w:tcW w:w="1368" w:type="dxa"/>
            <w:tcMar>
              <w:top w:w="60" w:type="dxa"/>
              <w:left w:w="60" w:type="dxa"/>
              <w:bottom w:w="60" w:type="dxa"/>
              <w:right w:w="60" w:type="dxa"/>
            </w:tcMar>
            <w:vAlign w:val="center"/>
          </w:tcPr>
          <w:p w14:paraId="24F7D633" w14:textId="77777777" w:rsidR="00DB1C9C" w:rsidRPr="00672A82" w:rsidRDefault="00000000">
            <w:pPr>
              <w:jc w:val="center"/>
              <w:rPr>
                <w:rFonts w:hint="eastAsia"/>
              </w:rPr>
            </w:pPr>
            <w:r w:rsidRPr="00672A82">
              <w:rPr>
                <w:rFonts w:cs="Tinos"/>
                <w:sz w:val="14"/>
              </w:rPr>
              <w:t>30944.58</w:t>
            </w:r>
          </w:p>
        </w:tc>
        <w:tc>
          <w:tcPr>
            <w:tcW w:w="792" w:type="dxa"/>
            <w:tcMar>
              <w:top w:w="60" w:type="dxa"/>
              <w:left w:w="60" w:type="dxa"/>
              <w:bottom w:w="60" w:type="dxa"/>
              <w:right w:w="60" w:type="dxa"/>
            </w:tcMar>
            <w:vAlign w:val="center"/>
          </w:tcPr>
          <w:p w14:paraId="52E138B2" w14:textId="77777777" w:rsidR="00DB1C9C" w:rsidRPr="00672A82" w:rsidRDefault="00000000">
            <w:pPr>
              <w:jc w:val="center"/>
              <w:rPr>
                <w:rFonts w:hint="eastAsia"/>
              </w:rPr>
            </w:pPr>
            <w:r w:rsidRPr="00672A82">
              <w:rPr>
                <w:rFonts w:cs="Tinos"/>
                <w:sz w:val="14"/>
              </w:rPr>
              <w:t>1.21</w:t>
            </w:r>
          </w:p>
        </w:tc>
      </w:tr>
      <w:tr w:rsidR="00DB1C9C" w:rsidRPr="00672A82" w14:paraId="73C94126" w14:textId="77777777">
        <w:trPr>
          <w:jc w:val="center"/>
        </w:trPr>
        <w:tc>
          <w:tcPr>
            <w:tcW w:w="605" w:type="dxa"/>
            <w:tcMar>
              <w:top w:w="60" w:type="dxa"/>
              <w:left w:w="60" w:type="dxa"/>
              <w:bottom w:w="60" w:type="dxa"/>
              <w:right w:w="60" w:type="dxa"/>
            </w:tcMar>
            <w:vAlign w:val="center"/>
          </w:tcPr>
          <w:p w14:paraId="76E61408" w14:textId="77777777" w:rsidR="00DB1C9C" w:rsidRPr="00672A82" w:rsidRDefault="00000000">
            <w:pPr>
              <w:jc w:val="center"/>
              <w:rPr>
                <w:rFonts w:hint="eastAsia"/>
              </w:rPr>
            </w:pPr>
            <w:r w:rsidRPr="00672A82">
              <w:rPr>
                <w:rFonts w:cs="Tinos"/>
                <w:sz w:val="14"/>
              </w:rPr>
              <w:t>4</w:t>
            </w:r>
          </w:p>
        </w:tc>
        <w:tc>
          <w:tcPr>
            <w:tcW w:w="1944" w:type="dxa"/>
            <w:tcMar>
              <w:top w:w="60" w:type="dxa"/>
              <w:left w:w="60" w:type="dxa"/>
              <w:bottom w:w="60" w:type="dxa"/>
              <w:right w:w="60" w:type="dxa"/>
            </w:tcMar>
            <w:vAlign w:val="center"/>
          </w:tcPr>
          <w:p w14:paraId="739B7F7F" w14:textId="77777777" w:rsidR="00DB1C9C" w:rsidRPr="00672A82" w:rsidRDefault="00000000">
            <w:pPr>
              <w:rPr>
                <w:rFonts w:hint="eastAsia"/>
              </w:rPr>
            </w:pPr>
            <w:r w:rsidRPr="00672A82">
              <w:rPr>
                <w:rFonts w:cs="Tinos"/>
                <w:sz w:val="14"/>
              </w:rPr>
              <w:t>Shade net</w:t>
            </w:r>
          </w:p>
        </w:tc>
        <w:tc>
          <w:tcPr>
            <w:tcW w:w="1181" w:type="dxa"/>
            <w:tcMar>
              <w:top w:w="60" w:type="dxa"/>
              <w:left w:w="60" w:type="dxa"/>
              <w:bottom w:w="60" w:type="dxa"/>
              <w:right w:w="60" w:type="dxa"/>
            </w:tcMar>
            <w:vAlign w:val="center"/>
          </w:tcPr>
          <w:p w14:paraId="2F77306F" w14:textId="77777777" w:rsidR="00DB1C9C" w:rsidRPr="00672A82" w:rsidRDefault="00000000">
            <w:pPr>
              <w:jc w:val="center"/>
              <w:rPr>
                <w:rFonts w:hint="eastAsia"/>
              </w:rPr>
            </w:pPr>
            <w:r w:rsidRPr="00672A82">
              <w:rPr>
                <w:rFonts w:cs="Tinos"/>
                <w:sz w:val="14"/>
              </w:rPr>
              <w:t>328634.20</w:t>
            </w:r>
          </w:p>
        </w:tc>
        <w:tc>
          <w:tcPr>
            <w:tcW w:w="792" w:type="dxa"/>
            <w:tcMar>
              <w:top w:w="60" w:type="dxa"/>
              <w:left w:w="60" w:type="dxa"/>
              <w:bottom w:w="60" w:type="dxa"/>
              <w:right w:w="60" w:type="dxa"/>
            </w:tcMar>
            <w:vAlign w:val="center"/>
          </w:tcPr>
          <w:p w14:paraId="0A89F190" w14:textId="77777777" w:rsidR="00DB1C9C" w:rsidRPr="00672A82" w:rsidRDefault="00000000">
            <w:pPr>
              <w:jc w:val="center"/>
              <w:rPr>
                <w:rFonts w:hint="eastAsia"/>
              </w:rPr>
            </w:pPr>
            <w:r w:rsidRPr="00672A82">
              <w:rPr>
                <w:rFonts w:cs="Tinos"/>
                <w:sz w:val="14"/>
              </w:rPr>
              <w:t>12.14</w:t>
            </w:r>
          </w:p>
        </w:tc>
        <w:tc>
          <w:tcPr>
            <w:tcW w:w="1181" w:type="dxa"/>
            <w:tcMar>
              <w:top w:w="60" w:type="dxa"/>
              <w:left w:w="60" w:type="dxa"/>
              <w:bottom w:w="60" w:type="dxa"/>
              <w:right w:w="60" w:type="dxa"/>
            </w:tcMar>
            <w:vAlign w:val="center"/>
          </w:tcPr>
          <w:p w14:paraId="6904CF9E" w14:textId="77777777" w:rsidR="00DB1C9C" w:rsidRPr="00672A82" w:rsidRDefault="00000000">
            <w:pPr>
              <w:jc w:val="center"/>
              <w:rPr>
                <w:rFonts w:hint="eastAsia"/>
              </w:rPr>
            </w:pPr>
            <w:r w:rsidRPr="00672A82">
              <w:rPr>
                <w:rFonts w:cs="Tinos"/>
                <w:sz w:val="14"/>
              </w:rPr>
              <w:t>336765.10</w:t>
            </w:r>
          </w:p>
        </w:tc>
        <w:tc>
          <w:tcPr>
            <w:tcW w:w="792" w:type="dxa"/>
            <w:tcMar>
              <w:top w:w="60" w:type="dxa"/>
              <w:left w:w="60" w:type="dxa"/>
              <w:bottom w:w="60" w:type="dxa"/>
              <w:right w:w="60" w:type="dxa"/>
            </w:tcMar>
            <w:vAlign w:val="center"/>
          </w:tcPr>
          <w:p w14:paraId="789DC3FA" w14:textId="77777777" w:rsidR="00DB1C9C" w:rsidRPr="00672A82" w:rsidRDefault="00000000">
            <w:pPr>
              <w:jc w:val="center"/>
              <w:rPr>
                <w:rFonts w:hint="eastAsia"/>
              </w:rPr>
            </w:pPr>
            <w:r w:rsidRPr="00672A82">
              <w:rPr>
                <w:rFonts w:cs="Tinos"/>
                <w:sz w:val="14"/>
              </w:rPr>
              <w:t>12.03</w:t>
            </w:r>
          </w:p>
        </w:tc>
        <w:tc>
          <w:tcPr>
            <w:tcW w:w="1368" w:type="dxa"/>
            <w:tcMar>
              <w:top w:w="60" w:type="dxa"/>
              <w:left w:w="60" w:type="dxa"/>
              <w:bottom w:w="60" w:type="dxa"/>
              <w:right w:w="60" w:type="dxa"/>
            </w:tcMar>
            <w:vAlign w:val="center"/>
          </w:tcPr>
          <w:p w14:paraId="57743705" w14:textId="77777777" w:rsidR="00DB1C9C" w:rsidRPr="00672A82" w:rsidRDefault="00000000">
            <w:pPr>
              <w:jc w:val="center"/>
              <w:rPr>
                <w:rFonts w:hint="eastAsia"/>
              </w:rPr>
            </w:pPr>
            <w:r w:rsidRPr="00672A82">
              <w:rPr>
                <w:rFonts w:cs="Tinos"/>
                <w:sz w:val="14"/>
              </w:rPr>
              <w:t>325893.08</w:t>
            </w:r>
          </w:p>
        </w:tc>
        <w:tc>
          <w:tcPr>
            <w:tcW w:w="792" w:type="dxa"/>
            <w:tcMar>
              <w:top w:w="60" w:type="dxa"/>
              <w:left w:w="60" w:type="dxa"/>
              <w:bottom w:w="60" w:type="dxa"/>
              <w:right w:w="60" w:type="dxa"/>
            </w:tcMar>
            <w:vAlign w:val="center"/>
          </w:tcPr>
          <w:p w14:paraId="206F958F" w14:textId="77777777" w:rsidR="00DB1C9C" w:rsidRPr="00672A82" w:rsidRDefault="00000000">
            <w:pPr>
              <w:jc w:val="center"/>
              <w:rPr>
                <w:rFonts w:hint="eastAsia"/>
              </w:rPr>
            </w:pPr>
            <w:r w:rsidRPr="00672A82">
              <w:rPr>
                <w:rFonts w:cs="Tinos"/>
                <w:sz w:val="14"/>
              </w:rPr>
              <w:t>12.74</w:t>
            </w:r>
          </w:p>
        </w:tc>
      </w:tr>
      <w:tr w:rsidR="00DB1C9C" w:rsidRPr="00672A82" w14:paraId="185B6C1D" w14:textId="77777777">
        <w:trPr>
          <w:jc w:val="center"/>
        </w:trPr>
        <w:tc>
          <w:tcPr>
            <w:tcW w:w="605" w:type="dxa"/>
            <w:tcMar>
              <w:top w:w="60" w:type="dxa"/>
              <w:left w:w="60" w:type="dxa"/>
              <w:bottom w:w="60" w:type="dxa"/>
              <w:right w:w="60" w:type="dxa"/>
            </w:tcMar>
            <w:vAlign w:val="center"/>
          </w:tcPr>
          <w:p w14:paraId="0AD54379" w14:textId="77777777" w:rsidR="00DB1C9C" w:rsidRPr="00672A82" w:rsidRDefault="00000000">
            <w:pPr>
              <w:jc w:val="center"/>
              <w:rPr>
                <w:rFonts w:hint="eastAsia"/>
              </w:rPr>
            </w:pPr>
            <w:r w:rsidRPr="00672A82">
              <w:rPr>
                <w:rFonts w:cs="Tinos"/>
                <w:sz w:val="14"/>
              </w:rPr>
              <w:t>5</w:t>
            </w:r>
          </w:p>
        </w:tc>
        <w:tc>
          <w:tcPr>
            <w:tcW w:w="1944" w:type="dxa"/>
            <w:tcMar>
              <w:top w:w="60" w:type="dxa"/>
              <w:left w:w="60" w:type="dxa"/>
              <w:bottom w:w="60" w:type="dxa"/>
              <w:right w:w="60" w:type="dxa"/>
            </w:tcMar>
            <w:vAlign w:val="center"/>
          </w:tcPr>
          <w:p w14:paraId="328A2564" w14:textId="77777777" w:rsidR="00DB1C9C" w:rsidRPr="00672A82" w:rsidRDefault="00000000">
            <w:pPr>
              <w:rPr>
                <w:rFonts w:hint="eastAsia"/>
              </w:rPr>
            </w:pPr>
            <w:r w:rsidRPr="00672A82">
              <w:rPr>
                <w:rFonts w:cs="Tinos"/>
                <w:sz w:val="14"/>
              </w:rPr>
              <w:t>Irrigation infrastructure</w:t>
            </w:r>
          </w:p>
        </w:tc>
        <w:tc>
          <w:tcPr>
            <w:tcW w:w="1181" w:type="dxa"/>
            <w:tcMar>
              <w:top w:w="60" w:type="dxa"/>
              <w:left w:w="60" w:type="dxa"/>
              <w:bottom w:w="60" w:type="dxa"/>
              <w:right w:w="60" w:type="dxa"/>
            </w:tcMar>
            <w:vAlign w:val="center"/>
          </w:tcPr>
          <w:p w14:paraId="78C93C26" w14:textId="77777777" w:rsidR="00DB1C9C" w:rsidRPr="00672A82" w:rsidRDefault="00000000">
            <w:pPr>
              <w:jc w:val="center"/>
              <w:rPr>
                <w:rFonts w:hint="eastAsia"/>
              </w:rPr>
            </w:pPr>
            <w:r w:rsidRPr="00672A82">
              <w:rPr>
                <w:rFonts w:cs="Tinos"/>
                <w:sz w:val="14"/>
              </w:rPr>
              <w:t>209274.75</w:t>
            </w:r>
          </w:p>
        </w:tc>
        <w:tc>
          <w:tcPr>
            <w:tcW w:w="792" w:type="dxa"/>
            <w:tcMar>
              <w:top w:w="60" w:type="dxa"/>
              <w:left w:w="60" w:type="dxa"/>
              <w:bottom w:w="60" w:type="dxa"/>
              <w:right w:w="60" w:type="dxa"/>
            </w:tcMar>
            <w:vAlign w:val="center"/>
          </w:tcPr>
          <w:p w14:paraId="5B15814D" w14:textId="77777777" w:rsidR="00DB1C9C" w:rsidRPr="00672A82" w:rsidRDefault="00000000">
            <w:pPr>
              <w:jc w:val="center"/>
              <w:rPr>
                <w:rFonts w:hint="eastAsia"/>
              </w:rPr>
            </w:pPr>
            <w:r w:rsidRPr="00672A82">
              <w:rPr>
                <w:rFonts w:cs="Tinos"/>
                <w:sz w:val="14"/>
              </w:rPr>
              <w:t>7.73</w:t>
            </w:r>
          </w:p>
        </w:tc>
        <w:tc>
          <w:tcPr>
            <w:tcW w:w="1181" w:type="dxa"/>
            <w:tcMar>
              <w:top w:w="60" w:type="dxa"/>
              <w:left w:w="60" w:type="dxa"/>
              <w:bottom w:w="60" w:type="dxa"/>
              <w:right w:w="60" w:type="dxa"/>
            </w:tcMar>
            <w:vAlign w:val="center"/>
          </w:tcPr>
          <w:p w14:paraId="630E5EC8" w14:textId="77777777" w:rsidR="00DB1C9C" w:rsidRPr="00672A82" w:rsidRDefault="00000000">
            <w:pPr>
              <w:jc w:val="center"/>
              <w:rPr>
                <w:rFonts w:hint="eastAsia"/>
              </w:rPr>
            </w:pPr>
            <w:r w:rsidRPr="00672A82">
              <w:rPr>
                <w:rFonts w:cs="Tinos"/>
                <w:sz w:val="14"/>
              </w:rPr>
              <w:t>215113.98</w:t>
            </w:r>
          </w:p>
        </w:tc>
        <w:tc>
          <w:tcPr>
            <w:tcW w:w="792" w:type="dxa"/>
            <w:tcMar>
              <w:top w:w="60" w:type="dxa"/>
              <w:left w:w="60" w:type="dxa"/>
              <w:bottom w:w="60" w:type="dxa"/>
              <w:right w:w="60" w:type="dxa"/>
            </w:tcMar>
            <w:vAlign w:val="center"/>
          </w:tcPr>
          <w:p w14:paraId="39570981" w14:textId="77777777" w:rsidR="00DB1C9C" w:rsidRPr="00672A82" w:rsidRDefault="00000000">
            <w:pPr>
              <w:jc w:val="center"/>
              <w:rPr>
                <w:rFonts w:hint="eastAsia"/>
              </w:rPr>
            </w:pPr>
            <w:r w:rsidRPr="00672A82">
              <w:rPr>
                <w:rFonts w:cs="Tinos"/>
                <w:sz w:val="14"/>
              </w:rPr>
              <w:t>7.68</w:t>
            </w:r>
          </w:p>
        </w:tc>
        <w:tc>
          <w:tcPr>
            <w:tcW w:w="1368" w:type="dxa"/>
            <w:tcMar>
              <w:top w:w="60" w:type="dxa"/>
              <w:left w:w="60" w:type="dxa"/>
              <w:bottom w:w="60" w:type="dxa"/>
              <w:right w:w="60" w:type="dxa"/>
            </w:tcMar>
            <w:vAlign w:val="center"/>
          </w:tcPr>
          <w:p w14:paraId="5B147473" w14:textId="77777777" w:rsidR="00DB1C9C" w:rsidRPr="00672A82" w:rsidRDefault="00000000">
            <w:pPr>
              <w:jc w:val="center"/>
              <w:rPr>
                <w:rFonts w:hint="eastAsia"/>
              </w:rPr>
            </w:pPr>
            <w:r w:rsidRPr="00672A82">
              <w:rPr>
                <w:rFonts w:cs="Tinos"/>
                <w:sz w:val="14"/>
              </w:rPr>
              <w:t>211399.48</w:t>
            </w:r>
          </w:p>
        </w:tc>
        <w:tc>
          <w:tcPr>
            <w:tcW w:w="792" w:type="dxa"/>
            <w:tcMar>
              <w:top w:w="60" w:type="dxa"/>
              <w:left w:w="60" w:type="dxa"/>
              <w:bottom w:w="60" w:type="dxa"/>
              <w:right w:w="60" w:type="dxa"/>
            </w:tcMar>
            <w:vAlign w:val="center"/>
          </w:tcPr>
          <w:p w14:paraId="3AC450C5" w14:textId="77777777" w:rsidR="00DB1C9C" w:rsidRPr="00672A82" w:rsidRDefault="00000000">
            <w:pPr>
              <w:jc w:val="center"/>
              <w:rPr>
                <w:rFonts w:hint="eastAsia"/>
              </w:rPr>
            </w:pPr>
            <w:r w:rsidRPr="00672A82">
              <w:rPr>
                <w:rFonts w:cs="Tinos"/>
                <w:sz w:val="14"/>
              </w:rPr>
              <w:t>8.27</w:t>
            </w:r>
          </w:p>
        </w:tc>
      </w:tr>
      <w:tr w:rsidR="00DB1C9C" w:rsidRPr="00672A82" w14:paraId="329A558A" w14:textId="77777777">
        <w:trPr>
          <w:jc w:val="center"/>
        </w:trPr>
        <w:tc>
          <w:tcPr>
            <w:tcW w:w="605" w:type="dxa"/>
            <w:tcMar>
              <w:top w:w="60" w:type="dxa"/>
              <w:left w:w="60" w:type="dxa"/>
              <w:bottom w:w="60" w:type="dxa"/>
              <w:right w:w="60" w:type="dxa"/>
            </w:tcMar>
            <w:vAlign w:val="center"/>
          </w:tcPr>
          <w:p w14:paraId="064F4026" w14:textId="77777777" w:rsidR="00DB1C9C" w:rsidRPr="00672A82" w:rsidRDefault="00000000">
            <w:pPr>
              <w:jc w:val="center"/>
              <w:rPr>
                <w:rFonts w:hint="eastAsia"/>
              </w:rPr>
            </w:pPr>
            <w:r w:rsidRPr="00672A82">
              <w:rPr>
                <w:rFonts w:cs="Tinos"/>
                <w:sz w:val="14"/>
              </w:rPr>
              <w:t>6</w:t>
            </w:r>
          </w:p>
        </w:tc>
        <w:tc>
          <w:tcPr>
            <w:tcW w:w="1944" w:type="dxa"/>
            <w:tcMar>
              <w:top w:w="60" w:type="dxa"/>
              <w:left w:w="60" w:type="dxa"/>
              <w:bottom w:w="60" w:type="dxa"/>
              <w:right w:w="60" w:type="dxa"/>
            </w:tcMar>
            <w:vAlign w:val="center"/>
          </w:tcPr>
          <w:p w14:paraId="295C9A58" w14:textId="77777777" w:rsidR="00DB1C9C" w:rsidRPr="00672A82" w:rsidRDefault="00000000">
            <w:pPr>
              <w:rPr>
                <w:rFonts w:hint="eastAsia"/>
              </w:rPr>
            </w:pPr>
            <w:r w:rsidRPr="00672A82">
              <w:rPr>
                <w:rFonts w:cs="Tinos"/>
                <w:sz w:val="14"/>
              </w:rPr>
              <w:t>Nursery tools</w:t>
            </w:r>
          </w:p>
        </w:tc>
        <w:tc>
          <w:tcPr>
            <w:tcW w:w="1181" w:type="dxa"/>
            <w:tcMar>
              <w:top w:w="60" w:type="dxa"/>
              <w:left w:w="60" w:type="dxa"/>
              <w:bottom w:w="60" w:type="dxa"/>
              <w:right w:w="60" w:type="dxa"/>
            </w:tcMar>
            <w:vAlign w:val="center"/>
          </w:tcPr>
          <w:p w14:paraId="6099DFB5" w14:textId="77777777" w:rsidR="00DB1C9C" w:rsidRPr="00672A82" w:rsidRDefault="00000000">
            <w:pPr>
              <w:jc w:val="center"/>
              <w:rPr>
                <w:rFonts w:hint="eastAsia"/>
              </w:rPr>
            </w:pPr>
            <w:r w:rsidRPr="00672A82">
              <w:rPr>
                <w:rFonts w:cs="Tinos"/>
                <w:sz w:val="14"/>
              </w:rPr>
              <w:t>30723.15</w:t>
            </w:r>
          </w:p>
        </w:tc>
        <w:tc>
          <w:tcPr>
            <w:tcW w:w="792" w:type="dxa"/>
            <w:tcMar>
              <w:top w:w="60" w:type="dxa"/>
              <w:left w:w="60" w:type="dxa"/>
              <w:bottom w:w="60" w:type="dxa"/>
              <w:right w:w="60" w:type="dxa"/>
            </w:tcMar>
            <w:vAlign w:val="center"/>
          </w:tcPr>
          <w:p w14:paraId="0A28165F" w14:textId="77777777" w:rsidR="00DB1C9C" w:rsidRPr="00672A82" w:rsidRDefault="00000000">
            <w:pPr>
              <w:jc w:val="center"/>
              <w:rPr>
                <w:rFonts w:hint="eastAsia"/>
              </w:rPr>
            </w:pPr>
            <w:r w:rsidRPr="00672A82">
              <w:rPr>
                <w:rFonts w:cs="Tinos"/>
                <w:sz w:val="14"/>
              </w:rPr>
              <w:t>1.14</w:t>
            </w:r>
          </w:p>
        </w:tc>
        <w:tc>
          <w:tcPr>
            <w:tcW w:w="1181" w:type="dxa"/>
            <w:tcMar>
              <w:top w:w="60" w:type="dxa"/>
              <w:left w:w="60" w:type="dxa"/>
              <w:bottom w:w="60" w:type="dxa"/>
              <w:right w:w="60" w:type="dxa"/>
            </w:tcMar>
            <w:vAlign w:val="center"/>
          </w:tcPr>
          <w:p w14:paraId="3EEEF867" w14:textId="77777777" w:rsidR="00DB1C9C" w:rsidRPr="00672A82" w:rsidRDefault="00000000">
            <w:pPr>
              <w:jc w:val="center"/>
              <w:rPr>
                <w:rFonts w:hint="eastAsia"/>
              </w:rPr>
            </w:pPr>
            <w:r w:rsidRPr="00672A82">
              <w:rPr>
                <w:rFonts w:cs="Tinos"/>
                <w:sz w:val="14"/>
              </w:rPr>
              <w:t>31231.60</w:t>
            </w:r>
          </w:p>
        </w:tc>
        <w:tc>
          <w:tcPr>
            <w:tcW w:w="792" w:type="dxa"/>
            <w:tcMar>
              <w:top w:w="60" w:type="dxa"/>
              <w:left w:w="60" w:type="dxa"/>
              <w:bottom w:w="60" w:type="dxa"/>
              <w:right w:w="60" w:type="dxa"/>
            </w:tcMar>
            <w:vAlign w:val="center"/>
          </w:tcPr>
          <w:p w14:paraId="70BC629A" w14:textId="77777777" w:rsidR="00DB1C9C" w:rsidRPr="00672A82" w:rsidRDefault="00000000">
            <w:pPr>
              <w:jc w:val="center"/>
              <w:rPr>
                <w:rFonts w:hint="eastAsia"/>
              </w:rPr>
            </w:pPr>
            <w:r w:rsidRPr="00672A82">
              <w:rPr>
                <w:rFonts w:cs="Tinos"/>
                <w:sz w:val="14"/>
              </w:rPr>
              <w:t>1.12</w:t>
            </w:r>
          </w:p>
        </w:tc>
        <w:tc>
          <w:tcPr>
            <w:tcW w:w="1368" w:type="dxa"/>
            <w:tcMar>
              <w:top w:w="60" w:type="dxa"/>
              <w:left w:w="60" w:type="dxa"/>
              <w:bottom w:w="60" w:type="dxa"/>
              <w:right w:w="60" w:type="dxa"/>
            </w:tcMar>
            <w:vAlign w:val="center"/>
          </w:tcPr>
          <w:p w14:paraId="061FB053" w14:textId="77777777" w:rsidR="00DB1C9C" w:rsidRPr="00672A82" w:rsidRDefault="00000000">
            <w:pPr>
              <w:jc w:val="center"/>
              <w:rPr>
                <w:rFonts w:hint="eastAsia"/>
              </w:rPr>
            </w:pPr>
            <w:r w:rsidRPr="00672A82">
              <w:rPr>
                <w:rFonts w:cs="Tinos"/>
                <w:sz w:val="14"/>
              </w:rPr>
              <w:t>27297.77</w:t>
            </w:r>
          </w:p>
        </w:tc>
        <w:tc>
          <w:tcPr>
            <w:tcW w:w="792" w:type="dxa"/>
            <w:tcMar>
              <w:top w:w="60" w:type="dxa"/>
              <w:left w:w="60" w:type="dxa"/>
              <w:bottom w:w="60" w:type="dxa"/>
              <w:right w:w="60" w:type="dxa"/>
            </w:tcMar>
            <w:vAlign w:val="center"/>
          </w:tcPr>
          <w:p w14:paraId="08BC15BB" w14:textId="77777777" w:rsidR="00DB1C9C" w:rsidRPr="00672A82" w:rsidRDefault="00000000">
            <w:pPr>
              <w:jc w:val="center"/>
              <w:rPr>
                <w:rFonts w:hint="eastAsia"/>
              </w:rPr>
            </w:pPr>
            <w:r w:rsidRPr="00672A82">
              <w:rPr>
                <w:rFonts w:cs="Tinos"/>
                <w:sz w:val="14"/>
              </w:rPr>
              <w:t>1.07</w:t>
            </w:r>
          </w:p>
        </w:tc>
      </w:tr>
      <w:tr w:rsidR="00DB1C9C" w:rsidRPr="00672A82" w14:paraId="009EE70C" w14:textId="77777777">
        <w:trPr>
          <w:jc w:val="center"/>
        </w:trPr>
        <w:tc>
          <w:tcPr>
            <w:tcW w:w="605" w:type="dxa"/>
            <w:tcMar>
              <w:top w:w="60" w:type="dxa"/>
              <w:left w:w="60" w:type="dxa"/>
              <w:bottom w:w="60" w:type="dxa"/>
              <w:right w:w="60" w:type="dxa"/>
            </w:tcMar>
            <w:vAlign w:val="center"/>
          </w:tcPr>
          <w:p w14:paraId="65D06838" w14:textId="77777777" w:rsidR="00DB1C9C" w:rsidRPr="00672A82" w:rsidRDefault="00000000">
            <w:pPr>
              <w:jc w:val="center"/>
              <w:rPr>
                <w:rFonts w:hint="eastAsia"/>
              </w:rPr>
            </w:pPr>
            <w:r w:rsidRPr="00672A82">
              <w:rPr>
                <w:rFonts w:cs="Tinos"/>
                <w:sz w:val="14"/>
              </w:rPr>
              <w:t>7</w:t>
            </w:r>
          </w:p>
        </w:tc>
        <w:tc>
          <w:tcPr>
            <w:tcW w:w="1944" w:type="dxa"/>
            <w:tcMar>
              <w:top w:w="60" w:type="dxa"/>
              <w:left w:w="60" w:type="dxa"/>
              <w:bottom w:w="60" w:type="dxa"/>
              <w:right w:w="60" w:type="dxa"/>
            </w:tcMar>
            <w:vAlign w:val="center"/>
          </w:tcPr>
          <w:p w14:paraId="073B2B6D" w14:textId="77777777" w:rsidR="00DB1C9C" w:rsidRPr="00672A82" w:rsidRDefault="00000000">
            <w:pPr>
              <w:rPr>
                <w:rFonts w:hint="eastAsia"/>
              </w:rPr>
            </w:pPr>
            <w:r w:rsidRPr="00672A82">
              <w:rPr>
                <w:rFonts w:cs="Tinos"/>
                <w:sz w:val="14"/>
              </w:rPr>
              <w:t>Transport Vehicle</w:t>
            </w:r>
          </w:p>
        </w:tc>
        <w:tc>
          <w:tcPr>
            <w:tcW w:w="1181" w:type="dxa"/>
            <w:tcMar>
              <w:top w:w="60" w:type="dxa"/>
              <w:left w:w="60" w:type="dxa"/>
              <w:bottom w:w="60" w:type="dxa"/>
              <w:right w:w="60" w:type="dxa"/>
            </w:tcMar>
            <w:vAlign w:val="center"/>
          </w:tcPr>
          <w:p w14:paraId="03FDAA7A" w14:textId="77777777" w:rsidR="00DB1C9C" w:rsidRPr="00672A82" w:rsidRDefault="00000000">
            <w:pPr>
              <w:jc w:val="center"/>
              <w:rPr>
                <w:rFonts w:hint="eastAsia"/>
              </w:rPr>
            </w:pPr>
            <w:r w:rsidRPr="00672A82">
              <w:rPr>
                <w:rFonts w:cs="Tinos"/>
                <w:sz w:val="14"/>
              </w:rPr>
              <w:t>605631.45</w:t>
            </w:r>
          </w:p>
        </w:tc>
        <w:tc>
          <w:tcPr>
            <w:tcW w:w="792" w:type="dxa"/>
            <w:tcMar>
              <w:top w:w="60" w:type="dxa"/>
              <w:left w:w="60" w:type="dxa"/>
              <w:bottom w:w="60" w:type="dxa"/>
              <w:right w:w="60" w:type="dxa"/>
            </w:tcMar>
            <w:vAlign w:val="center"/>
          </w:tcPr>
          <w:p w14:paraId="3581AE70" w14:textId="77777777" w:rsidR="00DB1C9C" w:rsidRPr="00672A82" w:rsidRDefault="00000000">
            <w:pPr>
              <w:jc w:val="center"/>
              <w:rPr>
                <w:rFonts w:hint="eastAsia"/>
              </w:rPr>
            </w:pPr>
            <w:r w:rsidRPr="00672A82">
              <w:rPr>
                <w:rFonts w:cs="Tinos"/>
                <w:sz w:val="14"/>
              </w:rPr>
              <w:t>22.38</w:t>
            </w:r>
          </w:p>
        </w:tc>
        <w:tc>
          <w:tcPr>
            <w:tcW w:w="1181" w:type="dxa"/>
            <w:tcMar>
              <w:top w:w="60" w:type="dxa"/>
              <w:left w:w="60" w:type="dxa"/>
              <w:bottom w:w="60" w:type="dxa"/>
              <w:right w:w="60" w:type="dxa"/>
            </w:tcMar>
            <w:vAlign w:val="center"/>
          </w:tcPr>
          <w:p w14:paraId="4B0DC74B" w14:textId="77777777" w:rsidR="00DB1C9C" w:rsidRPr="00672A82" w:rsidRDefault="00000000">
            <w:pPr>
              <w:jc w:val="center"/>
              <w:rPr>
                <w:rFonts w:hint="eastAsia"/>
              </w:rPr>
            </w:pPr>
            <w:r w:rsidRPr="00672A82">
              <w:rPr>
                <w:rFonts w:cs="Tinos"/>
                <w:sz w:val="14"/>
              </w:rPr>
              <w:t>611456.02</w:t>
            </w:r>
          </w:p>
        </w:tc>
        <w:tc>
          <w:tcPr>
            <w:tcW w:w="792" w:type="dxa"/>
            <w:tcMar>
              <w:top w:w="60" w:type="dxa"/>
              <w:left w:w="60" w:type="dxa"/>
              <w:bottom w:w="60" w:type="dxa"/>
              <w:right w:w="60" w:type="dxa"/>
            </w:tcMar>
            <w:vAlign w:val="center"/>
          </w:tcPr>
          <w:p w14:paraId="6AA36275" w14:textId="77777777" w:rsidR="00DB1C9C" w:rsidRPr="00672A82" w:rsidRDefault="00000000">
            <w:pPr>
              <w:jc w:val="center"/>
              <w:rPr>
                <w:rFonts w:hint="eastAsia"/>
              </w:rPr>
            </w:pPr>
            <w:r w:rsidRPr="00672A82">
              <w:rPr>
                <w:rFonts w:cs="Tinos"/>
                <w:sz w:val="14"/>
              </w:rPr>
              <w:t>21.84</w:t>
            </w:r>
          </w:p>
        </w:tc>
        <w:tc>
          <w:tcPr>
            <w:tcW w:w="1368" w:type="dxa"/>
            <w:tcMar>
              <w:top w:w="60" w:type="dxa"/>
              <w:left w:w="60" w:type="dxa"/>
              <w:bottom w:w="60" w:type="dxa"/>
              <w:right w:w="60" w:type="dxa"/>
            </w:tcMar>
            <w:vAlign w:val="center"/>
          </w:tcPr>
          <w:p w14:paraId="19051705" w14:textId="77777777" w:rsidR="00DB1C9C" w:rsidRPr="00672A82" w:rsidRDefault="00000000">
            <w:pPr>
              <w:jc w:val="center"/>
              <w:rPr>
                <w:rFonts w:hint="eastAsia"/>
              </w:rPr>
            </w:pPr>
            <w:r w:rsidRPr="00672A82">
              <w:rPr>
                <w:rFonts w:cs="Tinos"/>
                <w:sz w:val="14"/>
              </w:rPr>
              <w:t>528717.40</w:t>
            </w:r>
          </w:p>
        </w:tc>
        <w:tc>
          <w:tcPr>
            <w:tcW w:w="792" w:type="dxa"/>
            <w:tcMar>
              <w:top w:w="60" w:type="dxa"/>
              <w:left w:w="60" w:type="dxa"/>
              <w:bottom w:w="60" w:type="dxa"/>
              <w:right w:w="60" w:type="dxa"/>
            </w:tcMar>
            <w:vAlign w:val="center"/>
          </w:tcPr>
          <w:p w14:paraId="7350DF99" w14:textId="77777777" w:rsidR="00DB1C9C" w:rsidRPr="00672A82" w:rsidRDefault="00000000">
            <w:pPr>
              <w:jc w:val="center"/>
              <w:rPr>
                <w:rFonts w:hint="eastAsia"/>
              </w:rPr>
            </w:pPr>
            <w:r w:rsidRPr="00672A82">
              <w:rPr>
                <w:rFonts w:cs="Tinos"/>
                <w:sz w:val="14"/>
              </w:rPr>
              <w:t>20.67</w:t>
            </w:r>
          </w:p>
        </w:tc>
      </w:tr>
      <w:tr w:rsidR="00DB1C9C" w:rsidRPr="00672A82" w14:paraId="54DBBA62" w14:textId="77777777">
        <w:trPr>
          <w:jc w:val="center"/>
        </w:trPr>
        <w:tc>
          <w:tcPr>
            <w:tcW w:w="605" w:type="dxa"/>
            <w:tcMar>
              <w:top w:w="60" w:type="dxa"/>
              <w:left w:w="60" w:type="dxa"/>
              <w:bottom w:w="60" w:type="dxa"/>
              <w:right w:w="60" w:type="dxa"/>
            </w:tcMar>
            <w:vAlign w:val="center"/>
          </w:tcPr>
          <w:p w14:paraId="6B127194" w14:textId="77777777" w:rsidR="00DB1C9C" w:rsidRPr="00672A82" w:rsidRDefault="00DB1C9C">
            <w:pPr>
              <w:jc w:val="center"/>
              <w:rPr>
                <w:rFonts w:hint="eastAsia"/>
              </w:rPr>
            </w:pPr>
          </w:p>
        </w:tc>
        <w:tc>
          <w:tcPr>
            <w:tcW w:w="1944" w:type="dxa"/>
            <w:tcMar>
              <w:top w:w="60" w:type="dxa"/>
              <w:left w:w="60" w:type="dxa"/>
              <w:bottom w:w="60" w:type="dxa"/>
              <w:right w:w="60" w:type="dxa"/>
            </w:tcMar>
            <w:vAlign w:val="center"/>
          </w:tcPr>
          <w:p w14:paraId="3D9C19C7" w14:textId="77777777" w:rsidR="00DB1C9C" w:rsidRPr="00672A82" w:rsidRDefault="00000000">
            <w:pPr>
              <w:rPr>
                <w:rFonts w:hint="eastAsia"/>
              </w:rPr>
            </w:pPr>
            <w:r w:rsidRPr="00672A82">
              <w:rPr>
                <w:rFonts w:cs="Tinos"/>
                <w:b/>
                <w:sz w:val="14"/>
              </w:rPr>
              <w:t>Total Establishment Cost</w:t>
            </w:r>
          </w:p>
        </w:tc>
        <w:tc>
          <w:tcPr>
            <w:tcW w:w="1181" w:type="dxa"/>
            <w:tcMar>
              <w:top w:w="60" w:type="dxa"/>
              <w:left w:w="60" w:type="dxa"/>
              <w:bottom w:w="60" w:type="dxa"/>
              <w:right w:w="60" w:type="dxa"/>
            </w:tcMar>
            <w:vAlign w:val="center"/>
          </w:tcPr>
          <w:p w14:paraId="2895B299" w14:textId="77777777" w:rsidR="00DB1C9C" w:rsidRPr="00672A82" w:rsidRDefault="00000000">
            <w:pPr>
              <w:jc w:val="center"/>
              <w:rPr>
                <w:rFonts w:hint="eastAsia"/>
              </w:rPr>
            </w:pPr>
            <w:r w:rsidRPr="00672A82">
              <w:rPr>
                <w:rFonts w:cs="Tinos"/>
                <w:b/>
                <w:sz w:val="14"/>
              </w:rPr>
              <w:t>2706460.89</w:t>
            </w:r>
          </w:p>
        </w:tc>
        <w:tc>
          <w:tcPr>
            <w:tcW w:w="792" w:type="dxa"/>
            <w:tcMar>
              <w:top w:w="60" w:type="dxa"/>
              <w:left w:w="60" w:type="dxa"/>
              <w:bottom w:w="60" w:type="dxa"/>
              <w:right w:w="60" w:type="dxa"/>
            </w:tcMar>
            <w:vAlign w:val="center"/>
          </w:tcPr>
          <w:p w14:paraId="11F1601E" w14:textId="77777777" w:rsidR="00DB1C9C" w:rsidRPr="00672A82" w:rsidRDefault="00000000">
            <w:pPr>
              <w:jc w:val="center"/>
              <w:rPr>
                <w:rFonts w:hint="eastAsia"/>
              </w:rPr>
            </w:pPr>
            <w:r w:rsidRPr="00672A82">
              <w:rPr>
                <w:rFonts w:cs="Tinos"/>
                <w:b/>
                <w:sz w:val="14"/>
              </w:rPr>
              <w:t>100.00</w:t>
            </w:r>
          </w:p>
        </w:tc>
        <w:tc>
          <w:tcPr>
            <w:tcW w:w="1181" w:type="dxa"/>
            <w:tcMar>
              <w:top w:w="60" w:type="dxa"/>
              <w:left w:w="60" w:type="dxa"/>
              <w:bottom w:w="60" w:type="dxa"/>
              <w:right w:w="60" w:type="dxa"/>
            </w:tcMar>
            <w:vAlign w:val="center"/>
          </w:tcPr>
          <w:p w14:paraId="74010BC7" w14:textId="77777777" w:rsidR="00DB1C9C" w:rsidRPr="00672A82" w:rsidRDefault="00000000">
            <w:pPr>
              <w:jc w:val="center"/>
              <w:rPr>
                <w:rFonts w:hint="eastAsia"/>
              </w:rPr>
            </w:pPr>
            <w:r w:rsidRPr="00672A82">
              <w:rPr>
                <w:rFonts w:cs="Tinos"/>
                <w:b/>
                <w:sz w:val="14"/>
              </w:rPr>
              <w:t>2799943.71</w:t>
            </w:r>
          </w:p>
        </w:tc>
        <w:tc>
          <w:tcPr>
            <w:tcW w:w="792" w:type="dxa"/>
            <w:tcMar>
              <w:top w:w="60" w:type="dxa"/>
              <w:left w:w="60" w:type="dxa"/>
              <w:bottom w:w="60" w:type="dxa"/>
              <w:right w:w="60" w:type="dxa"/>
            </w:tcMar>
            <w:vAlign w:val="center"/>
          </w:tcPr>
          <w:p w14:paraId="672DC9ED" w14:textId="77777777" w:rsidR="00DB1C9C" w:rsidRPr="00672A82" w:rsidRDefault="00000000">
            <w:pPr>
              <w:jc w:val="center"/>
              <w:rPr>
                <w:rFonts w:hint="eastAsia"/>
              </w:rPr>
            </w:pPr>
            <w:r w:rsidRPr="00672A82">
              <w:rPr>
                <w:rFonts w:cs="Tinos"/>
                <w:b/>
                <w:sz w:val="14"/>
              </w:rPr>
              <w:t>100.00</w:t>
            </w:r>
          </w:p>
        </w:tc>
        <w:tc>
          <w:tcPr>
            <w:tcW w:w="1368" w:type="dxa"/>
            <w:tcMar>
              <w:top w:w="60" w:type="dxa"/>
              <w:left w:w="60" w:type="dxa"/>
              <w:bottom w:w="60" w:type="dxa"/>
              <w:right w:w="60" w:type="dxa"/>
            </w:tcMar>
            <w:vAlign w:val="center"/>
          </w:tcPr>
          <w:p w14:paraId="62A87405" w14:textId="77777777" w:rsidR="00DB1C9C" w:rsidRPr="00672A82" w:rsidRDefault="00000000">
            <w:pPr>
              <w:jc w:val="center"/>
              <w:rPr>
                <w:rFonts w:hint="eastAsia"/>
              </w:rPr>
            </w:pPr>
            <w:r w:rsidRPr="00672A82">
              <w:rPr>
                <w:rFonts w:cs="Tinos"/>
                <w:b/>
                <w:sz w:val="14"/>
              </w:rPr>
              <w:t>2557468.46</w:t>
            </w:r>
          </w:p>
        </w:tc>
        <w:tc>
          <w:tcPr>
            <w:tcW w:w="792" w:type="dxa"/>
            <w:tcMar>
              <w:top w:w="60" w:type="dxa"/>
              <w:left w:w="60" w:type="dxa"/>
              <w:bottom w:w="60" w:type="dxa"/>
              <w:right w:w="60" w:type="dxa"/>
            </w:tcMar>
            <w:vAlign w:val="center"/>
          </w:tcPr>
          <w:p w14:paraId="7377C55F" w14:textId="77777777" w:rsidR="00DB1C9C" w:rsidRPr="00672A82" w:rsidRDefault="00000000">
            <w:pPr>
              <w:jc w:val="center"/>
              <w:rPr>
                <w:rFonts w:hint="eastAsia"/>
              </w:rPr>
            </w:pPr>
            <w:r w:rsidRPr="00672A82">
              <w:rPr>
                <w:rFonts w:cs="Tinos"/>
                <w:b/>
                <w:sz w:val="14"/>
              </w:rPr>
              <w:t>100.00</w:t>
            </w:r>
          </w:p>
        </w:tc>
      </w:tr>
    </w:tbl>
    <w:p w14:paraId="0C8A1899" w14:textId="77777777" w:rsidR="00DB1C9C" w:rsidRPr="00672A82" w:rsidRDefault="00000000">
      <w:pPr>
        <w:spacing w:after="100" w:line="259" w:lineRule="auto"/>
        <w:ind w:firstLine="360"/>
        <w:jc w:val="both"/>
        <w:rPr>
          <w:rFonts w:hint="eastAsia"/>
        </w:rPr>
      </w:pPr>
      <w:r w:rsidRPr="00672A82">
        <w:rPr>
          <w:rFonts w:cs="Tinos"/>
        </w:rPr>
        <w:lastRenderedPageBreak/>
        <w:t>The results presented in Table 1 show that establishment cost structure was broadly similar across the three nursery crops. Land capital formed the single largest component, accounting for 54.14 per cent of total establishment cost in hibiscus, 54.44 per cent in rose and 55.64 per cent in Bougainvillea, followed by the transport vehicle was highest in the Hibiscus (22.38%) followed by Rose (21.84%) and bougainvillea (20.67%). The establishment of shade net cost accounted (12.14%) in Bougainvillea .while fencing, land levelling and nursery tools together accounted for less than five per cent of the total in each case. The total establishment cost was highest for Rose (Rs. 27,99,943.71/ha), followed by hibiscus (Rs. 27,06,460.89/ha) and Bougainvillea (Rs. 25,57,468.46/ha). The near-identical cost pattern across crops indicates that establishment expenditure is governed mainly by common infrastructural requirements, namely land, shade net and transport, rather than by crop-specific factors. The comparatively higher establishment cost of Rose may be attributed to its greater irrigation and protective-structure requirements, whereas the lower cost for Bougainvillea reflects its relatively hardier nature, which demands less intensive shading and irrigation infrastructure.</w:t>
      </w:r>
    </w:p>
    <w:p w14:paraId="28DE54A4" w14:textId="77777777" w:rsidR="00DB1C9C" w:rsidRPr="00672A82" w:rsidRDefault="00000000">
      <w:pPr>
        <w:spacing w:after="100" w:line="259" w:lineRule="auto"/>
        <w:ind w:firstLine="360"/>
        <w:jc w:val="both"/>
        <w:rPr>
          <w:rFonts w:hint="eastAsia"/>
        </w:rPr>
      </w:pPr>
      <w:r w:rsidRPr="00672A82">
        <w:rPr>
          <w:rFonts w:cs="Tinos"/>
        </w:rPr>
        <w:t>The prominence of land, protective structures and transport-related assets in the present establishment budget is consistent with the broader nursery-economics literature, in which land improvements, structures and equipment are treated as important fixed-capital requirements and protected production is associated with substantial initial investment (Jeffers et al., 2010; Pachiyappan et al., 2022; Shwetanjali et al., 2023). Nevertheless, the relative shares should be interpreted as site- and scale-specific because capital allocation varies with production system, enterprise size and local asset prices.</w:t>
      </w:r>
    </w:p>
    <w:p w14:paraId="7461CDC0" w14:textId="77777777" w:rsidR="00DB1C9C" w:rsidRPr="00672A82" w:rsidRDefault="00000000">
      <w:pPr>
        <w:keepNext/>
        <w:spacing w:before="160" w:after="80"/>
        <w:rPr>
          <w:rFonts w:hint="eastAsia"/>
        </w:rPr>
      </w:pPr>
      <w:r w:rsidRPr="00672A82">
        <w:rPr>
          <w:rFonts w:cs="Tinos"/>
          <w:b/>
          <w:sz w:val="23"/>
        </w:rPr>
        <w:t>Cost and return</w:t>
      </w:r>
    </w:p>
    <w:p w14:paraId="671F251A" w14:textId="77777777" w:rsidR="00DB1C9C" w:rsidRPr="00672A82" w:rsidRDefault="00000000">
      <w:pPr>
        <w:keepNext/>
        <w:spacing w:before="160" w:after="80"/>
        <w:rPr>
          <w:rFonts w:hint="eastAsia"/>
        </w:rPr>
      </w:pPr>
      <w:r w:rsidRPr="00672A82">
        <w:rPr>
          <w:rFonts w:cs="Tinos"/>
          <w:b/>
        </w:rPr>
        <w:t>1.Per hectare cost of production of Hibiscus</w:t>
      </w:r>
    </w:p>
    <w:p w14:paraId="30DF3515" w14:textId="77777777" w:rsidR="00DB1C9C" w:rsidRPr="00672A82" w:rsidRDefault="00000000">
      <w:pPr>
        <w:spacing w:after="100" w:line="259" w:lineRule="auto"/>
        <w:ind w:firstLine="360"/>
        <w:jc w:val="both"/>
        <w:rPr>
          <w:rFonts w:hint="eastAsia"/>
        </w:rPr>
      </w:pPr>
      <w:r w:rsidRPr="00672A82">
        <w:rPr>
          <w:rFonts w:cs="Tinos"/>
        </w:rPr>
        <w:t>The cost of production of hibiscus was estimated by considering variable and fixed cost components incurred in the nursery enterprise. The individual cost components and their respective contribution to the total cost are presented in Table 2.</w:t>
      </w:r>
    </w:p>
    <w:p w14:paraId="7E0429E9" w14:textId="77777777" w:rsidR="00DB1C9C" w:rsidRPr="00672A82" w:rsidRDefault="00000000">
      <w:pPr>
        <w:keepNext/>
        <w:spacing w:before="80" w:after="60"/>
        <w:rPr>
          <w:rFonts w:hint="eastAsia"/>
        </w:rPr>
      </w:pPr>
      <w:r w:rsidRPr="00672A82">
        <w:rPr>
          <w:rFonts w:cs="Tinos"/>
          <w:b/>
          <w:sz w:val="19"/>
        </w:rPr>
        <w:t>Table 2. Per hectare cost of production of hibiscus in selected nurseries (₹/ha)</w:t>
      </w:r>
    </w:p>
    <w:tbl>
      <w:tblPr>
        <w:tblStyle w:val="TableGrid"/>
        <w:tblW w:w="0" w:type="auto"/>
        <w:jc w:val="center"/>
        <w:tblLayout w:type="fixed"/>
        <w:tblLook w:val="04A0" w:firstRow="1" w:lastRow="0" w:firstColumn="1" w:lastColumn="0" w:noHBand="0" w:noVBand="1"/>
      </w:tblPr>
      <w:tblGrid>
        <w:gridCol w:w="648"/>
        <w:gridCol w:w="3168"/>
        <w:gridCol w:w="792"/>
        <w:gridCol w:w="1080"/>
        <w:gridCol w:w="1368"/>
        <w:gridCol w:w="1584"/>
      </w:tblGrid>
      <w:tr w:rsidR="00DB1C9C" w:rsidRPr="00672A82" w14:paraId="3721C393" w14:textId="77777777">
        <w:trPr>
          <w:tblHeader/>
          <w:jc w:val="center"/>
        </w:trPr>
        <w:tc>
          <w:tcPr>
            <w:tcW w:w="648" w:type="dxa"/>
            <w:shd w:val="clear" w:color="auto" w:fill="E7E6E6"/>
            <w:tcMar>
              <w:top w:w="60" w:type="dxa"/>
              <w:left w:w="60" w:type="dxa"/>
              <w:bottom w:w="60" w:type="dxa"/>
              <w:right w:w="60" w:type="dxa"/>
            </w:tcMar>
            <w:vAlign w:val="center"/>
          </w:tcPr>
          <w:p w14:paraId="00C8D432" w14:textId="77777777" w:rsidR="00DB1C9C" w:rsidRPr="00672A82" w:rsidRDefault="00000000">
            <w:pPr>
              <w:jc w:val="center"/>
              <w:rPr>
                <w:rFonts w:hint="eastAsia"/>
              </w:rPr>
            </w:pPr>
            <w:r w:rsidRPr="00672A82">
              <w:rPr>
                <w:rFonts w:cs="Tinos"/>
                <w:b/>
                <w:sz w:val="14"/>
              </w:rPr>
              <w:t>Sr. No</w:t>
            </w:r>
          </w:p>
        </w:tc>
        <w:tc>
          <w:tcPr>
            <w:tcW w:w="3168" w:type="dxa"/>
            <w:shd w:val="clear" w:color="auto" w:fill="E7E6E6"/>
            <w:tcMar>
              <w:top w:w="60" w:type="dxa"/>
              <w:left w:w="60" w:type="dxa"/>
              <w:bottom w:w="60" w:type="dxa"/>
              <w:right w:w="60" w:type="dxa"/>
            </w:tcMar>
            <w:vAlign w:val="center"/>
          </w:tcPr>
          <w:p w14:paraId="33814214" w14:textId="77777777" w:rsidR="00DB1C9C" w:rsidRPr="00672A82" w:rsidRDefault="00000000">
            <w:pPr>
              <w:jc w:val="center"/>
              <w:rPr>
                <w:rFonts w:hint="eastAsia"/>
              </w:rPr>
            </w:pPr>
            <w:r w:rsidRPr="00672A82">
              <w:rPr>
                <w:rFonts w:cs="Tinos"/>
                <w:b/>
                <w:sz w:val="14"/>
              </w:rPr>
              <w:t>Component</w:t>
            </w:r>
          </w:p>
        </w:tc>
        <w:tc>
          <w:tcPr>
            <w:tcW w:w="792" w:type="dxa"/>
            <w:shd w:val="clear" w:color="auto" w:fill="E7E6E6"/>
            <w:tcMar>
              <w:top w:w="60" w:type="dxa"/>
              <w:left w:w="60" w:type="dxa"/>
              <w:bottom w:w="60" w:type="dxa"/>
              <w:right w:w="60" w:type="dxa"/>
            </w:tcMar>
            <w:vAlign w:val="center"/>
          </w:tcPr>
          <w:p w14:paraId="00D0D0CA" w14:textId="77777777" w:rsidR="00DB1C9C" w:rsidRPr="00672A82" w:rsidRDefault="00000000">
            <w:pPr>
              <w:jc w:val="center"/>
              <w:rPr>
                <w:rFonts w:hint="eastAsia"/>
              </w:rPr>
            </w:pPr>
            <w:r w:rsidRPr="00672A82">
              <w:rPr>
                <w:rFonts w:cs="Tinos"/>
                <w:b/>
                <w:sz w:val="14"/>
              </w:rPr>
              <w:t>Unit</w:t>
            </w:r>
          </w:p>
        </w:tc>
        <w:tc>
          <w:tcPr>
            <w:tcW w:w="1080" w:type="dxa"/>
            <w:shd w:val="clear" w:color="auto" w:fill="E7E6E6"/>
            <w:tcMar>
              <w:top w:w="60" w:type="dxa"/>
              <w:left w:w="60" w:type="dxa"/>
              <w:bottom w:w="60" w:type="dxa"/>
              <w:right w:w="60" w:type="dxa"/>
            </w:tcMar>
            <w:vAlign w:val="center"/>
          </w:tcPr>
          <w:p w14:paraId="65E673FD" w14:textId="77777777" w:rsidR="00DB1C9C" w:rsidRPr="00672A82" w:rsidRDefault="00000000">
            <w:pPr>
              <w:jc w:val="center"/>
              <w:rPr>
                <w:rFonts w:hint="eastAsia"/>
              </w:rPr>
            </w:pPr>
            <w:r w:rsidRPr="00672A82">
              <w:rPr>
                <w:rFonts w:cs="Tinos"/>
                <w:b/>
                <w:sz w:val="14"/>
              </w:rPr>
              <w:t>Quantity</w:t>
            </w:r>
          </w:p>
        </w:tc>
        <w:tc>
          <w:tcPr>
            <w:tcW w:w="1368" w:type="dxa"/>
            <w:shd w:val="clear" w:color="auto" w:fill="E7E6E6"/>
            <w:tcMar>
              <w:top w:w="60" w:type="dxa"/>
              <w:left w:w="60" w:type="dxa"/>
              <w:bottom w:w="60" w:type="dxa"/>
              <w:right w:w="60" w:type="dxa"/>
            </w:tcMar>
            <w:vAlign w:val="center"/>
          </w:tcPr>
          <w:p w14:paraId="54FCA59C" w14:textId="77777777" w:rsidR="00DB1C9C" w:rsidRPr="00672A82" w:rsidRDefault="00000000">
            <w:pPr>
              <w:jc w:val="center"/>
              <w:rPr>
                <w:rFonts w:hint="eastAsia"/>
              </w:rPr>
            </w:pPr>
            <w:r w:rsidRPr="00672A82">
              <w:rPr>
                <w:rFonts w:cs="Tinos"/>
                <w:b/>
                <w:sz w:val="14"/>
              </w:rPr>
              <w:t>Cost</w:t>
            </w:r>
          </w:p>
        </w:tc>
        <w:tc>
          <w:tcPr>
            <w:tcW w:w="1584" w:type="dxa"/>
            <w:shd w:val="clear" w:color="auto" w:fill="E7E6E6"/>
            <w:tcMar>
              <w:top w:w="60" w:type="dxa"/>
              <w:left w:w="60" w:type="dxa"/>
              <w:bottom w:w="60" w:type="dxa"/>
              <w:right w:w="60" w:type="dxa"/>
            </w:tcMar>
            <w:vAlign w:val="center"/>
          </w:tcPr>
          <w:p w14:paraId="7B6A468F" w14:textId="77777777" w:rsidR="00DB1C9C" w:rsidRPr="00672A82" w:rsidRDefault="00000000">
            <w:pPr>
              <w:jc w:val="center"/>
              <w:rPr>
                <w:rFonts w:hint="eastAsia"/>
              </w:rPr>
            </w:pPr>
            <w:r w:rsidRPr="00672A82">
              <w:rPr>
                <w:rFonts w:cs="Tinos"/>
                <w:b/>
                <w:sz w:val="14"/>
              </w:rPr>
              <w:t>Percentage to the total cost</w:t>
            </w:r>
          </w:p>
        </w:tc>
      </w:tr>
      <w:tr w:rsidR="00DB1C9C" w:rsidRPr="00672A82" w14:paraId="742676FB" w14:textId="77777777">
        <w:trPr>
          <w:jc w:val="center"/>
        </w:trPr>
        <w:tc>
          <w:tcPr>
            <w:tcW w:w="648" w:type="dxa"/>
            <w:tcMar>
              <w:top w:w="60" w:type="dxa"/>
              <w:left w:w="60" w:type="dxa"/>
              <w:bottom w:w="60" w:type="dxa"/>
              <w:right w:w="60" w:type="dxa"/>
            </w:tcMar>
            <w:vAlign w:val="center"/>
          </w:tcPr>
          <w:p w14:paraId="2558C056"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8D7663A" w14:textId="77777777" w:rsidR="00DB1C9C" w:rsidRPr="00672A82" w:rsidRDefault="00000000">
            <w:pPr>
              <w:rPr>
                <w:rFonts w:hint="eastAsia"/>
              </w:rPr>
            </w:pPr>
            <w:r w:rsidRPr="00672A82">
              <w:rPr>
                <w:rFonts w:cs="Tinos"/>
                <w:sz w:val="14"/>
              </w:rPr>
              <w:t>A. Variable cost</w:t>
            </w:r>
          </w:p>
        </w:tc>
        <w:tc>
          <w:tcPr>
            <w:tcW w:w="792" w:type="dxa"/>
            <w:tcMar>
              <w:top w:w="60" w:type="dxa"/>
              <w:left w:w="60" w:type="dxa"/>
              <w:bottom w:w="60" w:type="dxa"/>
              <w:right w:w="60" w:type="dxa"/>
            </w:tcMar>
            <w:vAlign w:val="center"/>
          </w:tcPr>
          <w:p w14:paraId="5A79A7BE"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08251AB7"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27E872B"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1B14484D" w14:textId="77777777" w:rsidR="00DB1C9C" w:rsidRPr="00672A82" w:rsidRDefault="00DB1C9C">
            <w:pPr>
              <w:jc w:val="center"/>
              <w:rPr>
                <w:rFonts w:hint="eastAsia"/>
              </w:rPr>
            </w:pPr>
          </w:p>
        </w:tc>
      </w:tr>
      <w:tr w:rsidR="00DB1C9C" w:rsidRPr="00672A82" w14:paraId="6FBD3B3E" w14:textId="77777777">
        <w:trPr>
          <w:jc w:val="center"/>
        </w:trPr>
        <w:tc>
          <w:tcPr>
            <w:tcW w:w="648" w:type="dxa"/>
            <w:tcMar>
              <w:top w:w="60" w:type="dxa"/>
              <w:left w:w="60" w:type="dxa"/>
              <w:bottom w:w="60" w:type="dxa"/>
              <w:right w:w="60" w:type="dxa"/>
            </w:tcMar>
            <w:vAlign w:val="center"/>
          </w:tcPr>
          <w:p w14:paraId="02AF6031"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1D09E596" w14:textId="77777777" w:rsidR="00DB1C9C" w:rsidRPr="00672A82" w:rsidRDefault="00000000">
            <w:pPr>
              <w:rPr>
                <w:rFonts w:hint="eastAsia"/>
              </w:rPr>
            </w:pPr>
            <w:r w:rsidRPr="00672A82">
              <w:rPr>
                <w:rFonts w:cs="Tinos"/>
                <w:sz w:val="14"/>
              </w:rPr>
              <w:t>Planting material (No)</w:t>
            </w:r>
          </w:p>
        </w:tc>
        <w:tc>
          <w:tcPr>
            <w:tcW w:w="792" w:type="dxa"/>
            <w:tcMar>
              <w:top w:w="60" w:type="dxa"/>
              <w:left w:w="60" w:type="dxa"/>
              <w:bottom w:w="60" w:type="dxa"/>
              <w:right w:w="60" w:type="dxa"/>
            </w:tcMar>
            <w:vAlign w:val="center"/>
          </w:tcPr>
          <w:p w14:paraId="1FB95E4C" w14:textId="77777777" w:rsidR="00DB1C9C" w:rsidRPr="00672A82" w:rsidRDefault="00000000">
            <w:pPr>
              <w:jc w:val="center"/>
              <w:rPr>
                <w:rFonts w:hint="eastAsia"/>
              </w:rPr>
            </w:pPr>
            <w:r w:rsidRPr="00672A82">
              <w:rPr>
                <w:rFonts w:cs="Tinos"/>
                <w:sz w:val="14"/>
              </w:rPr>
              <w:t>No</w:t>
            </w:r>
          </w:p>
        </w:tc>
        <w:tc>
          <w:tcPr>
            <w:tcW w:w="1080" w:type="dxa"/>
            <w:tcMar>
              <w:top w:w="60" w:type="dxa"/>
              <w:left w:w="60" w:type="dxa"/>
              <w:bottom w:w="60" w:type="dxa"/>
              <w:right w:w="60" w:type="dxa"/>
            </w:tcMar>
            <w:vAlign w:val="center"/>
          </w:tcPr>
          <w:p w14:paraId="256359EF" w14:textId="77777777" w:rsidR="00DB1C9C" w:rsidRPr="00672A82" w:rsidRDefault="00000000">
            <w:pPr>
              <w:jc w:val="center"/>
              <w:rPr>
                <w:rFonts w:hint="eastAsia"/>
              </w:rPr>
            </w:pPr>
            <w:r w:rsidRPr="00672A82">
              <w:rPr>
                <w:rFonts w:cs="Tinos"/>
                <w:sz w:val="14"/>
              </w:rPr>
              <w:t>43235</w:t>
            </w:r>
          </w:p>
        </w:tc>
        <w:tc>
          <w:tcPr>
            <w:tcW w:w="1368" w:type="dxa"/>
            <w:tcMar>
              <w:top w:w="60" w:type="dxa"/>
              <w:left w:w="60" w:type="dxa"/>
              <w:bottom w:w="60" w:type="dxa"/>
              <w:right w:w="60" w:type="dxa"/>
            </w:tcMar>
            <w:vAlign w:val="center"/>
          </w:tcPr>
          <w:p w14:paraId="6F7DF4DF" w14:textId="77777777" w:rsidR="00DB1C9C" w:rsidRPr="00672A82" w:rsidRDefault="00000000">
            <w:pPr>
              <w:jc w:val="center"/>
              <w:rPr>
                <w:rFonts w:hint="eastAsia"/>
              </w:rPr>
            </w:pPr>
            <w:r w:rsidRPr="00672A82">
              <w:rPr>
                <w:rFonts w:cs="Tinos"/>
                <w:sz w:val="14"/>
              </w:rPr>
              <w:t>402111</w:t>
            </w:r>
          </w:p>
        </w:tc>
        <w:tc>
          <w:tcPr>
            <w:tcW w:w="1584" w:type="dxa"/>
            <w:tcMar>
              <w:top w:w="60" w:type="dxa"/>
              <w:left w:w="60" w:type="dxa"/>
              <w:bottom w:w="60" w:type="dxa"/>
              <w:right w:w="60" w:type="dxa"/>
            </w:tcMar>
            <w:vAlign w:val="center"/>
          </w:tcPr>
          <w:p w14:paraId="4E28010D" w14:textId="77777777" w:rsidR="00DB1C9C" w:rsidRPr="00672A82" w:rsidRDefault="00000000">
            <w:pPr>
              <w:jc w:val="center"/>
              <w:rPr>
                <w:rFonts w:hint="eastAsia"/>
              </w:rPr>
            </w:pPr>
            <w:r w:rsidRPr="00672A82">
              <w:rPr>
                <w:rFonts w:cs="Tinos"/>
                <w:sz w:val="14"/>
              </w:rPr>
              <w:t>18.24</w:t>
            </w:r>
          </w:p>
        </w:tc>
      </w:tr>
      <w:tr w:rsidR="00DB1C9C" w:rsidRPr="00672A82" w14:paraId="7F87F5E1" w14:textId="77777777">
        <w:trPr>
          <w:jc w:val="center"/>
        </w:trPr>
        <w:tc>
          <w:tcPr>
            <w:tcW w:w="648" w:type="dxa"/>
            <w:tcMar>
              <w:top w:w="60" w:type="dxa"/>
              <w:left w:w="60" w:type="dxa"/>
              <w:bottom w:w="60" w:type="dxa"/>
              <w:right w:w="60" w:type="dxa"/>
            </w:tcMar>
            <w:vAlign w:val="center"/>
          </w:tcPr>
          <w:p w14:paraId="4996AC77"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34631D49" w14:textId="77777777" w:rsidR="00DB1C9C" w:rsidRPr="00672A82" w:rsidRDefault="00000000">
            <w:pPr>
              <w:rPr>
                <w:rFonts w:hint="eastAsia"/>
              </w:rPr>
            </w:pPr>
            <w:r w:rsidRPr="00672A82">
              <w:rPr>
                <w:rFonts w:cs="Tinos"/>
                <w:sz w:val="14"/>
              </w:rPr>
              <w:t>Vermicompost (kg)</w:t>
            </w:r>
          </w:p>
        </w:tc>
        <w:tc>
          <w:tcPr>
            <w:tcW w:w="792" w:type="dxa"/>
            <w:tcMar>
              <w:top w:w="60" w:type="dxa"/>
              <w:left w:w="60" w:type="dxa"/>
              <w:bottom w:w="60" w:type="dxa"/>
              <w:right w:w="60" w:type="dxa"/>
            </w:tcMar>
            <w:vAlign w:val="center"/>
          </w:tcPr>
          <w:p w14:paraId="59673B01"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684F8C1F" w14:textId="77777777" w:rsidR="00DB1C9C" w:rsidRPr="00672A82" w:rsidRDefault="00000000">
            <w:pPr>
              <w:jc w:val="center"/>
              <w:rPr>
                <w:rFonts w:hint="eastAsia"/>
              </w:rPr>
            </w:pPr>
            <w:r w:rsidRPr="00672A82">
              <w:rPr>
                <w:rFonts w:cs="Tinos"/>
                <w:sz w:val="14"/>
              </w:rPr>
              <w:t>13256</w:t>
            </w:r>
          </w:p>
        </w:tc>
        <w:tc>
          <w:tcPr>
            <w:tcW w:w="1368" w:type="dxa"/>
            <w:tcMar>
              <w:top w:w="60" w:type="dxa"/>
              <w:left w:w="60" w:type="dxa"/>
              <w:bottom w:w="60" w:type="dxa"/>
              <w:right w:w="60" w:type="dxa"/>
            </w:tcMar>
            <w:vAlign w:val="center"/>
          </w:tcPr>
          <w:p w14:paraId="4EBF7DA4" w14:textId="77777777" w:rsidR="00DB1C9C" w:rsidRPr="00672A82" w:rsidRDefault="00000000">
            <w:pPr>
              <w:jc w:val="center"/>
              <w:rPr>
                <w:rFonts w:hint="eastAsia"/>
              </w:rPr>
            </w:pPr>
            <w:r w:rsidRPr="00672A82">
              <w:rPr>
                <w:rFonts w:cs="Tinos"/>
                <w:sz w:val="14"/>
              </w:rPr>
              <w:t>127234</w:t>
            </w:r>
          </w:p>
        </w:tc>
        <w:tc>
          <w:tcPr>
            <w:tcW w:w="1584" w:type="dxa"/>
            <w:tcMar>
              <w:top w:w="60" w:type="dxa"/>
              <w:left w:w="60" w:type="dxa"/>
              <w:bottom w:w="60" w:type="dxa"/>
              <w:right w:w="60" w:type="dxa"/>
            </w:tcMar>
            <w:vAlign w:val="center"/>
          </w:tcPr>
          <w:p w14:paraId="2343EA80" w14:textId="77777777" w:rsidR="00DB1C9C" w:rsidRPr="00672A82" w:rsidRDefault="00000000">
            <w:pPr>
              <w:jc w:val="center"/>
              <w:rPr>
                <w:rFonts w:hint="eastAsia"/>
              </w:rPr>
            </w:pPr>
            <w:r w:rsidRPr="00672A82">
              <w:rPr>
                <w:rFonts w:cs="Tinos"/>
                <w:sz w:val="14"/>
              </w:rPr>
              <w:t>5.77</w:t>
            </w:r>
          </w:p>
        </w:tc>
      </w:tr>
      <w:tr w:rsidR="00DB1C9C" w:rsidRPr="00672A82" w14:paraId="227E7A2F" w14:textId="77777777">
        <w:trPr>
          <w:jc w:val="center"/>
        </w:trPr>
        <w:tc>
          <w:tcPr>
            <w:tcW w:w="648" w:type="dxa"/>
            <w:tcMar>
              <w:top w:w="60" w:type="dxa"/>
              <w:left w:w="60" w:type="dxa"/>
              <w:bottom w:w="60" w:type="dxa"/>
              <w:right w:w="60" w:type="dxa"/>
            </w:tcMar>
            <w:vAlign w:val="center"/>
          </w:tcPr>
          <w:p w14:paraId="1DF0C096"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3818FA1B" w14:textId="77777777" w:rsidR="00DB1C9C" w:rsidRPr="00672A82" w:rsidRDefault="00000000">
            <w:pPr>
              <w:rPr>
                <w:rFonts w:hint="eastAsia"/>
              </w:rPr>
            </w:pPr>
            <w:r w:rsidRPr="00672A82">
              <w:rPr>
                <w:rFonts w:cs="Tinos"/>
                <w:sz w:val="14"/>
              </w:rPr>
              <w:t>Neem cake (kg)</w:t>
            </w:r>
          </w:p>
        </w:tc>
        <w:tc>
          <w:tcPr>
            <w:tcW w:w="792" w:type="dxa"/>
            <w:tcMar>
              <w:top w:w="60" w:type="dxa"/>
              <w:left w:w="60" w:type="dxa"/>
              <w:bottom w:w="60" w:type="dxa"/>
              <w:right w:w="60" w:type="dxa"/>
            </w:tcMar>
            <w:vAlign w:val="center"/>
          </w:tcPr>
          <w:p w14:paraId="313FBFD1"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75AE7EE1" w14:textId="77777777" w:rsidR="00DB1C9C" w:rsidRPr="00672A82" w:rsidRDefault="00000000">
            <w:pPr>
              <w:jc w:val="center"/>
              <w:rPr>
                <w:rFonts w:hint="eastAsia"/>
              </w:rPr>
            </w:pPr>
            <w:r w:rsidRPr="00672A82">
              <w:rPr>
                <w:rFonts w:cs="Tinos"/>
                <w:sz w:val="14"/>
              </w:rPr>
              <w:t>3215.25</w:t>
            </w:r>
          </w:p>
        </w:tc>
        <w:tc>
          <w:tcPr>
            <w:tcW w:w="1368" w:type="dxa"/>
            <w:tcMar>
              <w:top w:w="60" w:type="dxa"/>
              <w:left w:w="60" w:type="dxa"/>
              <w:bottom w:w="60" w:type="dxa"/>
              <w:right w:w="60" w:type="dxa"/>
            </w:tcMar>
            <w:vAlign w:val="center"/>
          </w:tcPr>
          <w:p w14:paraId="4246624B" w14:textId="77777777" w:rsidR="00DB1C9C" w:rsidRPr="00672A82" w:rsidRDefault="00000000">
            <w:pPr>
              <w:jc w:val="center"/>
              <w:rPr>
                <w:rFonts w:hint="eastAsia"/>
              </w:rPr>
            </w:pPr>
            <w:r w:rsidRPr="00672A82">
              <w:rPr>
                <w:rFonts w:cs="Tinos"/>
                <w:sz w:val="14"/>
              </w:rPr>
              <w:t>64239</w:t>
            </w:r>
          </w:p>
        </w:tc>
        <w:tc>
          <w:tcPr>
            <w:tcW w:w="1584" w:type="dxa"/>
            <w:tcMar>
              <w:top w:w="60" w:type="dxa"/>
              <w:left w:w="60" w:type="dxa"/>
              <w:bottom w:w="60" w:type="dxa"/>
              <w:right w:w="60" w:type="dxa"/>
            </w:tcMar>
            <w:vAlign w:val="center"/>
          </w:tcPr>
          <w:p w14:paraId="2135A819" w14:textId="77777777" w:rsidR="00DB1C9C" w:rsidRPr="00672A82" w:rsidRDefault="00000000">
            <w:pPr>
              <w:jc w:val="center"/>
              <w:rPr>
                <w:rFonts w:hint="eastAsia"/>
              </w:rPr>
            </w:pPr>
            <w:r w:rsidRPr="00672A82">
              <w:rPr>
                <w:rFonts w:cs="Tinos"/>
                <w:sz w:val="14"/>
              </w:rPr>
              <w:t>2.91</w:t>
            </w:r>
          </w:p>
        </w:tc>
      </w:tr>
      <w:tr w:rsidR="00DB1C9C" w:rsidRPr="00672A82" w14:paraId="49E0CF4D" w14:textId="77777777">
        <w:trPr>
          <w:jc w:val="center"/>
        </w:trPr>
        <w:tc>
          <w:tcPr>
            <w:tcW w:w="648" w:type="dxa"/>
            <w:tcMar>
              <w:top w:w="60" w:type="dxa"/>
              <w:left w:w="60" w:type="dxa"/>
              <w:bottom w:w="60" w:type="dxa"/>
              <w:right w:w="60" w:type="dxa"/>
            </w:tcMar>
            <w:vAlign w:val="center"/>
          </w:tcPr>
          <w:p w14:paraId="69223244" w14:textId="77777777" w:rsidR="00DB1C9C" w:rsidRPr="00672A82" w:rsidRDefault="00000000">
            <w:pPr>
              <w:jc w:val="center"/>
              <w:rPr>
                <w:rFonts w:hint="eastAsia"/>
              </w:rPr>
            </w:pPr>
            <w:r w:rsidRPr="00672A82">
              <w:rPr>
                <w:rFonts w:cs="Tinos"/>
                <w:sz w:val="14"/>
              </w:rPr>
              <w:t>4</w:t>
            </w:r>
          </w:p>
        </w:tc>
        <w:tc>
          <w:tcPr>
            <w:tcW w:w="3168" w:type="dxa"/>
            <w:tcMar>
              <w:top w:w="60" w:type="dxa"/>
              <w:left w:w="60" w:type="dxa"/>
              <w:bottom w:w="60" w:type="dxa"/>
              <w:right w:w="60" w:type="dxa"/>
            </w:tcMar>
            <w:vAlign w:val="center"/>
          </w:tcPr>
          <w:p w14:paraId="5FEF48B2" w14:textId="77777777" w:rsidR="00DB1C9C" w:rsidRPr="00672A82" w:rsidRDefault="00000000">
            <w:pPr>
              <w:rPr>
                <w:rFonts w:hint="eastAsia"/>
              </w:rPr>
            </w:pPr>
            <w:r w:rsidRPr="00672A82">
              <w:rPr>
                <w:rFonts w:cs="Tinos"/>
                <w:sz w:val="14"/>
              </w:rPr>
              <w:t>Fertilizers (Kg)</w:t>
            </w:r>
          </w:p>
        </w:tc>
        <w:tc>
          <w:tcPr>
            <w:tcW w:w="792" w:type="dxa"/>
            <w:tcMar>
              <w:top w:w="60" w:type="dxa"/>
              <w:left w:w="60" w:type="dxa"/>
              <w:bottom w:w="60" w:type="dxa"/>
              <w:right w:w="60" w:type="dxa"/>
            </w:tcMar>
            <w:vAlign w:val="center"/>
          </w:tcPr>
          <w:p w14:paraId="79C4C760"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0D21B19A" w14:textId="77777777" w:rsidR="00DB1C9C" w:rsidRPr="00672A82" w:rsidRDefault="00000000">
            <w:pPr>
              <w:jc w:val="center"/>
              <w:rPr>
                <w:rFonts w:hint="eastAsia"/>
              </w:rPr>
            </w:pPr>
            <w:r w:rsidRPr="00672A82">
              <w:rPr>
                <w:rFonts w:cs="Tinos"/>
                <w:sz w:val="14"/>
              </w:rPr>
              <w:t>1742.34</w:t>
            </w:r>
          </w:p>
        </w:tc>
        <w:tc>
          <w:tcPr>
            <w:tcW w:w="1368" w:type="dxa"/>
            <w:tcMar>
              <w:top w:w="60" w:type="dxa"/>
              <w:left w:w="60" w:type="dxa"/>
              <w:bottom w:w="60" w:type="dxa"/>
              <w:right w:w="60" w:type="dxa"/>
            </w:tcMar>
            <w:vAlign w:val="center"/>
          </w:tcPr>
          <w:p w14:paraId="60A72102" w14:textId="77777777" w:rsidR="00DB1C9C" w:rsidRPr="00672A82" w:rsidRDefault="00000000">
            <w:pPr>
              <w:jc w:val="center"/>
              <w:rPr>
                <w:rFonts w:hint="eastAsia"/>
              </w:rPr>
            </w:pPr>
            <w:r w:rsidRPr="00672A82">
              <w:rPr>
                <w:rFonts w:cs="Tinos"/>
                <w:sz w:val="14"/>
              </w:rPr>
              <w:t>78222</w:t>
            </w:r>
          </w:p>
        </w:tc>
        <w:tc>
          <w:tcPr>
            <w:tcW w:w="1584" w:type="dxa"/>
            <w:tcMar>
              <w:top w:w="60" w:type="dxa"/>
              <w:left w:w="60" w:type="dxa"/>
              <w:bottom w:w="60" w:type="dxa"/>
              <w:right w:w="60" w:type="dxa"/>
            </w:tcMar>
            <w:vAlign w:val="center"/>
          </w:tcPr>
          <w:p w14:paraId="06AA2F2F" w14:textId="77777777" w:rsidR="00DB1C9C" w:rsidRPr="00672A82" w:rsidRDefault="00000000">
            <w:pPr>
              <w:jc w:val="center"/>
              <w:rPr>
                <w:rFonts w:hint="eastAsia"/>
              </w:rPr>
            </w:pPr>
            <w:r w:rsidRPr="00672A82">
              <w:rPr>
                <w:rFonts w:cs="Tinos"/>
                <w:sz w:val="14"/>
              </w:rPr>
              <w:t>3.55</w:t>
            </w:r>
          </w:p>
        </w:tc>
      </w:tr>
      <w:tr w:rsidR="00DB1C9C" w:rsidRPr="00672A82" w14:paraId="604E3DAF" w14:textId="77777777">
        <w:trPr>
          <w:jc w:val="center"/>
        </w:trPr>
        <w:tc>
          <w:tcPr>
            <w:tcW w:w="648" w:type="dxa"/>
            <w:tcMar>
              <w:top w:w="60" w:type="dxa"/>
              <w:left w:w="60" w:type="dxa"/>
              <w:bottom w:w="60" w:type="dxa"/>
              <w:right w:w="60" w:type="dxa"/>
            </w:tcMar>
            <w:vAlign w:val="center"/>
          </w:tcPr>
          <w:p w14:paraId="507DA3C6" w14:textId="77777777" w:rsidR="00DB1C9C" w:rsidRPr="00672A82" w:rsidRDefault="00000000">
            <w:pPr>
              <w:jc w:val="center"/>
              <w:rPr>
                <w:rFonts w:hint="eastAsia"/>
              </w:rPr>
            </w:pPr>
            <w:r w:rsidRPr="00672A82">
              <w:rPr>
                <w:rFonts w:cs="Tinos"/>
                <w:sz w:val="14"/>
              </w:rPr>
              <w:t>5</w:t>
            </w:r>
          </w:p>
        </w:tc>
        <w:tc>
          <w:tcPr>
            <w:tcW w:w="3168" w:type="dxa"/>
            <w:tcMar>
              <w:top w:w="60" w:type="dxa"/>
              <w:left w:w="60" w:type="dxa"/>
              <w:bottom w:w="60" w:type="dxa"/>
              <w:right w:w="60" w:type="dxa"/>
            </w:tcMar>
            <w:vAlign w:val="center"/>
          </w:tcPr>
          <w:p w14:paraId="7F00C4DC" w14:textId="77777777" w:rsidR="00DB1C9C" w:rsidRPr="00672A82" w:rsidRDefault="00000000">
            <w:pPr>
              <w:rPr>
                <w:rFonts w:hint="eastAsia"/>
              </w:rPr>
            </w:pPr>
            <w:r w:rsidRPr="00672A82">
              <w:rPr>
                <w:rFonts w:cs="Tinos"/>
                <w:sz w:val="14"/>
              </w:rPr>
              <w:t>Pots &amp; Trays</w:t>
            </w:r>
          </w:p>
        </w:tc>
        <w:tc>
          <w:tcPr>
            <w:tcW w:w="792" w:type="dxa"/>
            <w:tcMar>
              <w:top w:w="60" w:type="dxa"/>
              <w:left w:w="60" w:type="dxa"/>
              <w:bottom w:w="60" w:type="dxa"/>
              <w:right w:w="60" w:type="dxa"/>
            </w:tcMar>
            <w:vAlign w:val="center"/>
          </w:tcPr>
          <w:p w14:paraId="5B8D1545"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E75E0E4" w14:textId="77777777" w:rsidR="00DB1C9C" w:rsidRPr="00672A82" w:rsidRDefault="00000000">
            <w:pPr>
              <w:jc w:val="center"/>
              <w:rPr>
                <w:rFonts w:hint="eastAsia"/>
              </w:rPr>
            </w:pPr>
            <w:r w:rsidRPr="00672A82">
              <w:rPr>
                <w:rFonts w:cs="Tinos"/>
                <w:sz w:val="14"/>
              </w:rPr>
              <w:t>17123</w:t>
            </w:r>
          </w:p>
        </w:tc>
        <w:tc>
          <w:tcPr>
            <w:tcW w:w="1368" w:type="dxa"/>
            <w:tcMar>
              <w:top w:w="60" w:type="dxa"/>
              <w:left w:w="60" w:type="dxa"/>
              <w:bottom w:w="60" w:type="dxa"/>
              <w:right w:w="60" w:type="dxa"/>
            </w:tcMar>
            <w:vAlign w:val="center"/>
          </w:tcPr>
          <w:p w14:paraId="1B416917" w14:textId="77777777" w:rsidR="00DB1C9C" w:rsidRPr="00672A82" w:rsidRDefault="00000000">
            <w:pPr>
              <w:jc w:val="center"/>
              <w:rPr>
                <w:rFonts w:hint="eastAsia"/>
              </w:rPr>
            </w:pPr>
            <w:r w:rsidRPr="00672A82">
              <w:rPr>
                <w:rFonts w:cs="Tinos"/>
                <w:sz w:val="14"/>
              </w:rPr>
              <w:t>487143</w:t>
            </w:r>
          </w:p>
        </w:tc>
        <w:tc>
          <w:tcPr>
            <w:tcW w:w="1584" w:type="dxa"/>
            <w:tcMar>
              <w:top w:w="60" w:type="dxa"/>
              <w:left w:w="60" w:type="dxa"/>
              <w:bottom w:w="60" w:type="dxa"/>
              <w:right w:w="60" w:type="dxa"/>
            </w:tcMar>
            <w:vAlign w:val="center"/>
          </w:tcPr>
          <w:p w14:paraId="37695E2A" w14:textId="77777777" w:rsidR="00DB1C9C" w:rsidRPr="00672A82" w:rsidRDefault="00000000">
            <w:pPr>
              <w:jc w:val="center"/>
              <w:rPr>
                <w:rFonts w:hint="eastAsia"/>
              </w:rPr>
            </w:pPr>
            <w:r w:rsidRPr="00672A82">
              <w:rPr>
                <w:rFonts w:cs="Tinos"/>
                <w:sz w:val="14"/>
              </w:rPr>
              <w:t>22.09</w:t>
            </w:r>
          </w:p>
        </w:tc>
      </w:tr>
      <w:tr w:rsidR="00DB1C9C" w:rsidRPr="00672A82" w14:paraId="7B132438" w14:textId="77777777">
        <w:trPr>
          <w:jc w:val="center"/>
        </w:trPr>
        <w:tc>
          <w:tcPr>
            <w:tcW w:w="648" w:type="dxa"/>
            <w:tcMar>
              <w:top w:w="60" w:type="dxa"/>
              <w:left w:w="60" w:type="dxa"/>
              <w:bottom w:w="60" w:type="dxa"/>
              <w:right w:w="60" w:type="dxa"/>
            </w:tcMar>
            <w:vAlign w:val="center"/>
          </w:tcPr>
          <w:p w14:paraId="34A146E7" w14:textId="77777777" w:rsidR="00DB1C9C" w:rsidRPr="00672A82" w:rsidRDefault="00000000">
            <w:pPr>
              <w:jc w:val="center"/>
              <w:rPr>
                <w:rFonts w:hint="eastAsia"/>
              </w:rPr>
            </w:pPr>
            <w:r w:rsidRPr="00672A82">
              <w:rPr>
                <w:rFonts w:cs="Tinos"/>
                <w:sz w:val="14"/>
              </w:rPr>
              <w:t>6</w:t>
            </w:r>
          </w:p>
        </w:tc>
        <w:tc>
          <w:tcPr>
            <w:tcW w:w="3168" w:type="dxa"/>
            <w:tcMar>
              <w:top w:w="60" w:type="dxa"/>
              <w:left w:w="60" w:type="dxa"/>
              <w:bottom w:w="60" w:type="dxa"/>
              <w:right w:w="60" w:type="dxa"/>
            </w:tcMar>
            <w:vAlign w:val="center"/>
          </w:tcPr>
          <w:p w14:paraId="2A29EE13" w14:textId="77777777" w:rsidR="00DB1C9C" w:rsidRPr="00672A82" w:rsidRDefault="00000000">
            <w:pPr>
              <w:rPr>
                <w:rFonts w:hint="eastAsia"/>
              </w:rPr>
            </w:pPr>
            <w:r w:rsidRPr="00672A82">
              <w:rPr>
                <w:rFonts w:cs="Tinos"/>
                <w:sz w:val="14"/>
              </w:rPr>
              <w:t>Polythene bags</w:t>
            </w:r>
          </w:p>
        </w:tc>
        <w:tc>
          <w:tcPr>
            <w:tcW w:w="792" w:type="dxa"/>
            <w:tcMar>
              <w:top w:w="60" w:type="dxa"/>
              <w:left w:w="60" w:type="dxa"/>
              <w:bottom w:w="60" w:type="dxa"/>
              <w:right w:w="60" w:type="dxa"/>
            </w:tcMar>
            <w:vAlign w:val="center"/>
          </w:tcPr>
          <w:p w14:paraId="259F26C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5A0160E" w14:textId="77777777" w:rsidR="00DB1C9C" w:rsidRPr="00672A82" w:rsidRDefault="00000000">
            <w:pPr>
              <w:jc w:val="center"/>
              <w:rPr>
                <w:rFonts w:hint="eastAsia"/>
              </w:rPr>
            </w:pPr>
            <w:r w:rsidRPr="00672A82">
              <w:rPr>
                <w:rFonts w:cs="Tinos"/>
                <w:sz w:val="14"/>
              </w:rPr>
              <w:t>21245</w:t>
            </w:r>
          </w:p>
        </w:tc>
        <w:tc>
          <w:tcPr>
            <w:tcW w:w="1368" w:type="dxa"/>
            <w:tcMar>
              <w:top w:w="60" w:type="dxa"/>
              <w:left w:w="60" w:type="dxa"/>
              <w:bottom w:w="60" w:type="dxa"/>
              <w:right w:w="60" w:type="dxa"/>
            </w:tcMar>
            <w:vAlign w:val="center"/>
          </w:tcPr>
          <w:p w14:paraId="497B0EE5" w14:textId="77777777" w:rsidR="00DB1C9C" w:rsidRPr="00672A82" w:rsidRDefault="00000000">
            <w:pPr>
              <w:jc w:val="center"/>
              <w:rPr>
                <w:rFonts w:hint="eastAsia"/>
              </w:rPr>
            </w:pPr>
            <w:r w:rsidRPr="00672A82">
              <w:rPr>
                <w:rFonts w:cs="Tinos"/>
                <w:sz w:val="14"/>
              </w:rPr>
              <w:t>73871</w:t>
            </w:r>
          </w:p>
        </w:tc>
        <w:tc>
          <w:tcPr>
            <w:tcW w:w="1584" w:type="dxa"/>
            <w:tcMar>
              <w:top w:w="60" w:type="dxa"/>
              <w:left w:w="60" w:type="dxa"/>
              <w:bottom w:w="60" w:type="dxa"/>
              <w:right w:w="60" w:type="dxa"/>
            </w:tcMar>
            <w:vAlign w:val="center"/>
          </w:tcPr>
          <w:p w14:paraId="10F7520B" w14:textId="77777777" w:rsidR="00DB1C9C" w:rsidRPr="00672A82" w:rsidRDefault="00000000">
            <w:pPr>
              <w:jc w:val="center"/>
              <w:rPr>
                <w:rFonts w:hint="eastAsia"/>
              </w:rPr>
            </w:pPr>
            <w:r w:rsidRPr="00672A82">
              <w:rPr>
                <w:rFonts w:cs="Tinos"/>
                <w:sz w:val="14"/>
              </w:rPr>
              <w:t>3.35</w:t>
            </w:r>
          </w:p>
        </w:tc>
      </w:tr>
      <w:tr w:rsidR="00DB1C9C" w:rsidRPr="00672A82" w14:paraId="66912E90" w14:textId="77777777">
        <w:trPr>
          <w:jc w:val="center"/>
        </w:trPr>
        <w:tc>
          <w:tcPr>
            <w:tcW w:w="648" w:type="dxa"/>
            <w:tcMar>
              <w:top w:w="60" w:type="dxa"/>
              <w:left w:w="60" w:type="dxa"/>
              <w:bottom w:w="60" w:type="dxa"/>
              <w:right w:w="60" w:type="dxa"/>
            </w:tcMar>
            <w:vAlign w:val="center"/>
          </w:tcPr>
          <w:p w14:paraId="28616956" w14:textId="77777777" w:rsidR="00DB1C9C" w:rsidRPr="00672A82" w:rsidRDefault="00000000">
            <w:pPr>
              <w:jc w:val="center"/>
              <w:rPr>
                <w:rFonts w:hint="eastAsia"/>
              </w:rPr>
            </w:pPr>
            <w:r w:rsidRPr="00672A82">
              <w:rPr>
                <w:rFonts w:cs="Tinos"/>
                <w:sz w:val="14"/>
              </w:rPr>
              <w:t>7</w:t>
            </w:r>
          </w:p>
        </w:tc>
        <w:tc>
          <w:tcPr>
            <w:tcW w:w="3168" w:type="dxa"/>
            <w:tcMar>
              <w:top w:w="60" w:type="dxa"/>
              <w:left w:w="60" w:type="dxa"/>
              <w:bottom w:w="60" w:type="dxa"/>
              <w:right w:w="60" w:type="dxa"/>
            </w:tcMar>
            <w:vAlign w:val="center"/>
          </w:tcPr>
          <w:p w14:paraId="3C12DEC9" w14:textId="77777777" w:rsidR="00DB1C9C" w:rsidRPr="00672A82" w:rsidRDefault="00000000">
            <w:pPr>
              <w:rPr>
                <w:rFonts w:hint="eastAsia"/>
              </w:rPr>
            </w:pPr>
            <w:r w:rsidRPr="00672A82">
              <w:rPr>
                <w:rFonts w:cs="Tinos"/>
                <w:sz w:val="14"/>
              </w:rPr>
              <w:t>Plant protection chemicals</w:t>
            </w:r>
          </w:p>
        </w:tc>
        <w:tc>
          <w:tcPr>
            <w:tcW w:w="792" w:type="dxa"/>
            <w:tcMar>
              <w:top w:w="60" w:type="dxa"/>
              <w:left w:w="60" w:type="dxa"/>
              <w:bottom w:w="60" w:type="dxa"/>
              <w:right w:w="60" w:type="dxa"/>
            </w:tcMar>
            <w:vAlign w:val="center"/>
          </w:tcPr>
          <w:p w14:paraId="3AF996FE"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4225D2D"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55D4518" w14:textId="77777777" w:rsidR="00DB1C9C" w:rsidRPr="00672A82" w:rsidRDefault="00000000">
            <w:pPr>
              <w:jc w:val="center"/>
              <w:rPr>
                <w:rFonts w:hint="eastAsia"/>
              </w:rPr>
            </w:pPr>
            <w:r w:rsidRPr="00672A82">
              <w:rPr>
                <w:rFonts w:cs="Tinos"/>
                <w:sz w:val="14"/>
              </w:rPr>
              <w:t>35174</w:t>
            </w:r>
          </w:p>
        </w:tc>
        <w:tc>
          <w:tcPr>
            <w:tcW w:w="1584" w:type="dxa"/>
            <w:tcMar>
              <w:top w:w="60" w:type="dxa"/>
              <w:left w:w="60" w:type="dxa"/>
              <w:bottom w:w="60" w:type="dxa"/>
              <w:right w:w="60" w:type="dxa"/>
            </w:tcMar>
            <w:vAlign w:val="center"/>
          </w:tcPr>
          <w:p w14:paraId="6630509B" w14:textId="77777777" w:rsidR="00DB1C9C" w:rsidRPr="00672A82" w:rsidRDefault="00000000">
            <w:pPr>
              <w:jc w:val="center"/>
              <w:rPr>
                <w:rFonts w:hint="eastAsia"/>
              </w:rPr>
            </w:pPr>
            <w:r w:rsidRPr="00672A82">
              <w:rPr>
                <w:rFonts w:cs="Tinos"/>
                <w:sz w:val="14"/>
              </w:rPr>
              <w:t>1.60</w:t>
            </w:r>
          </w:p>
        </w:tc>
      </w:tr>
      <w:tr w:rsidR="00DB1C9C" w:rsidRPr="00672A82" w14:paraId="7882C2D5" w14:textId="77777777">
        <w:trPr>
          <w:jc w:val="center"/>
        </w:trPr>
        <w:tc>
          <w:tcPr>
            <w:tcW w:w="648" w:type="dxa"/>
            <w:tcMar>
              <w:top w:w="60" w:type="dxa"/>
              <w:left w:w="60" w:type="dxa"/>
              <w:bottom w:w="60" w:type="dxa"/>
              <w:right w:w="60" w:type="dxa"/>
            </w:tcMar>
            <w:vAlign w:val="center"/>
          </w:tcPr>
          <w:p w14:paraId="6AB4257F" w14:textId="77777777" w:rsidR="00DB1C9C" w:rsidRPr="00672A82" w:rsidRDefault="00000000">
            <w:pPr>
              <w:jc w:val="center"/>
              <w:rPr>
                <w:rFonts w:hint="eastAsia"/>
              </w:rPr>
            </w:pPr>
            <w:r w:rsidRPr="00672A82">
              <w:rPr>
                <w:rFonts w:cs="Tinos"/>
                <w:sz w:val="14"/>
              </w:rPr>
              <w:t>8</w:t>
            </w:r>
          </w:p>
        </w:tc>
        <w:tc>
          <w:tcPr>
            <w:tcW w:w="3168" w:type="dxa"/>
            <w:tcMar>
              <w:top w:w="60" w:type="dxa"/>
              <w:left w:w="60" w:type="dxa"/>
              <w:bottom w:w="60" w:type="dxa"/>
              <w:right w:w="60" w:type="dxa"/>
            </w:tcMar>
            <w:vAlign w:val="center"/>
          </w:tcPr>
          <w:p w14:paraId="1C0F7B84" w14:textId="77777777" w:rsidR="00DB1C9C" w:rsidRPr="00672A82" w:rsidRDefault="00000000">
            <w:pPr>
              <w:rPr>
                <w:rFonts w:hint="eastAsia"/>
              </w:rPr>
            </w:pPr>
            <w:r w:rsidRPr="00672A82">
              <w:rPr>
                <w:rFonts w:cs="Tinos"/>
                <w:sz w:val="14"/>
              </w:rPr>
              <w:t>Labour - M (man-days)</w:t>
            </w:r>
          </w:p>
        </w:tc>
        <w:tc>
          <w:tcPr>
            <w:tcW w:w="792" w:type="dxa"/>
            <w:tcMar>
              <w:top w:w="60" w:type="dxa"/>
              <w:left w:w="60" w:type="dxa"/>
              <w:bottom w:w="60" w:type="dxa"/>
              <w:right w:w="60" w:type="dxa"/>
            </w:tcMar>
            <w:vAlign w:val="center"/>
          </w:tcPr>
          <w:p w14:paraId="19022C88"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03730C04" w14:textId="77777777" w:rsidR="00DB1C9C" w:rsidRPr="00672A82" w:rsidRDefault="00000000">
            <w:pPr>
              <w:jc w:val="center"/>
              <w:rPr>
                <w:rFonts w:hint="eastAsia"/>
              </w:rPr>
            </w:pPr>
            <w:r w:rsidRPr="00672A82">
              <w:rPr>
                <w:rFonts w:cs="Tinos"/>
                <w:sz w:val="14"/>
              </w:rPr>
              <w:t>752</w:t>
            </w:r>
          </w:p>
        </w:tc>
        <w:tc>
          <w:tcPr>
            <w:tcW w:w="1368" w:type="dxa"/>
            <w:tcMar>
              <w:top w:w="60" w:type="dxa"/>
              <w:left w:w="60" w:type="dxa"/>
              <w:bottom w:w="60" w:type="dxa"/>
              <w:right w:w="60" w:type="dxa"/>
            </w:tcMar>
            <w:vAlign w:val="center"/>
          </w:tcPr>
          <w:p w14:paraId="6FA0A82D" w14:textId="77777777" w:rsidR="00DB1C9C" w:rsidRPr="00672A82" w:rsidRDefault="00000000">
            <w:pPr>
              <w:jc w:val="center"/>
              <w:rPr>
                <w:rFonts w:hint="eastAsia"/>
              </w:rPr>
            </w:pPr>
            <w:r w:rsidRPr="00672A82">
              <w:rPr>
                <w:rFonts w:cs="Tinos"/>
                <w:sz w:val="14"/>
              </w:rPr>
              <w:t>210222</w:t>
            </w:r>
          </w:p>
        </w:tc>
        <w:tc>
          <w:tcPr>
            <w:tcW w:w="1584" w:type="dxa"/>
            <w:tcMar>
              <w:top w:w="60" w:type="dxa"/>
              <w:left w:w="60" w:type="dxa"/>
              <w:bottom w:w="60" w:type="dxa"/>
              <w:right w:w="60" w:type="dxa"/>
            </w:tcMar>
            <w:vAlign w:val="center"/>
          </w:tcPr>
          <w:p w14:paraId="0160C56E" w14:textId="77777777" w:rsidR="00DB1C9C" w:rsidRPr="00672A82" w:rsidRDefault="00000000">
            <w:pPr>
              <w:jc w:val="center"/>
              <w:rPr>
                <w:rFonts w:hint="eastAsia"/>
              </w:rPr>
            </w:pPr>
            <w:r w:rsidRPr="00672A82">
              <w:rPr>
                <w:rFonts w:cs="Tinos"/>
                <w:sz w:val="14"/>
              </w:rPr>
              <w:t>9.53</w:t>
            </w:r>
          </w:p>
        </w:tc>
      </w:tr>
      <w:tr w:rsidR="00DB1C9C" w:rsidRPr="00672A82" w14:paraId="2D8663BA" w14:textId="77777777">
        <w:trPr>
          <w:jc w:val="center"/>
        </w:trPr>
        <w:tc>
          <w:tcPr>
            <w:tcW w:w="648" w:type="dxa"/>
            <w:tcMar>
              <w:top w:w="60" w:type="dxa"/>
              <w:left w:w="60" w:type="dxa"/>
              <w:bottom w:w="60" w:type="dxa"/>
              <w:right w:w="60" w:type="dxa"/>
            </w:tcMar>
            <w:vAlign w:val="center"/>
          </w:tcPr>
          <w:p w14:paraId="4B795639" w14:textId="77777777" w:rsidR="00DB1C9C" w:rsidRPr="00672A82" w:rsidRDefault="00000000">
            <w:pPr>
              <w:jc w:val="center"/>
              <w:rPr>
                <w:rFonts w:hint="eastAsia"/>
              </w:rPr>
            </w:pPr>
            <w:r w:rsidRPr="00672A82">
              <w:rPr>
                <w:rFonts w:cs="Tinos"/>
                <w:sz w:val="14"/>
              </w:rPr>
              <w:t>9</w:t>
            </w:r>
          </w:p>
        </w:tc>
        <w:tc>
          <w:tcPr>
            <w:tcW w:w="3168" w:type="dxa"/>
            <w:tcMar>
              <w:top w:w="60" w:type="dxa"/>
              <w:left w:w="60" w:type="dxa"/>
              <w:bottom w:w="60" w:type="dxa"/>
              <w:right w:w="60" w:type="dxa"/>
            </w:tcMar>
            <w:vAlign w:val="center"/>
          </w:tcPr>
          <w:p w14:paraId="08ED9CDB" w14:textId="77777777" w:rsidR="00DB1C9C" w:rsidRPr="00672A82" w:rsidRDefault="00000000">
            <w:pPr>
              <w:rPr>
                <w:rFonts w:hint="eastAsia"/>
              </w:rPr>
            </w:pPr>
            <w:r w:rsidRPr="00672A82">
              <w:rPr>
                <w:rFonts w:cs="Tinos"/>
                <w:sz w:val="14"/>
              </w:rPr>
              <w:t>Labour - F (man-days)</w:t>
            </w:r>
          </w:p>
        </w:tc>
        <w:tc>
          <w:tcPr>
            <w:tcW w:w="792" w:type="dxa"/>
            <w:tcMar>
              <w:top w:w="60" w:type="dxa"/>
              <w:left w:w="60" w:type="dxa"/>
              <w:bottom w:w="60" w:type="dxa"/>
              <w:right w:w="60" w:type="dxa"/>
            </w:tcMar>
            <w:vAlign w:val="center"/>
          </w:tcPr>
          <w:p w14:paraId="1EA7305D"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0EF7191C" w14:textId="77777777" w:rsidR="00DB1C9C" w:rsidRPr="00672A82" w:rsidRDefault="00000000">
            <w:pPr>
              <w:jc w:val="center"/>
              <w:rPr>
                <w:rFonts w:hint="eastAsia"/>
              </w:rPr>
            </w:pPr>
            <w:r w:rsidRPr="00672A82">
              <w:rPr>
                <w:rFonts w:cs="Tinos"/>
                <w:sz w:val="14"/>
              </w:rPr>
              <w:t>512</w:t>
            </w:r>
          </w:p>
        </w:tc>
        <w:tc>
          <w:tcPr>
            <w:tcW w:w="1368" w:type="dxa"/>
            <w:tcMar>
              <w:top w:w="60" w:type="dxa"/>
              <w:left w:w="60" w:type="dxa"/>
              <w:bottom w:w="60" w:type="dxa"/>
              <w:right w:w="60" w:type="dxa"/>
            </w:tcMar>
            <w:vAlign w:val="center"/>
          </w:tcPr>
          <w:p w14:paraId="388AF8ED" w14:textId="77777777" w:rsidR="00DB1C9C" w:rsidRPr="00672A82" w:rsidRDefault="00000000">
            <w:pPr>
              <w:jc w:val="center"/>
              <w:rPr>
                <w:rFonts w:hint="eastAsia"/>
              </w:rPr>
            </w:pPr>
            <w:r w:rsidRPr="00672A82">
              <w:rPr>
                <w:rFonts w:cs="Tinos"/>
                <w:sz w:val="14"/>
              </w:rPr>
              <w:t>105347</w:t>
            </w:r>
          </w:p>
        </w:tc>
        <w:tc>
          <w:tcPr>
            <w:tcW w:w="1584" w:type="dxa"/>
            <w:tcMar>
              <w:top w:w="60" w:type="dxa"/>
              <w:left w:w="60" w:type="dxa"/>
              <w:bottom w:w="60" w:type="dxa"/>
              <w:right w:w="60" w:type="dxa"/>
            </w:tcMar>
            <w:vAlign w:val="center"/>
          </w:tcPr>
          <w:p w14:paraId="467C66F3" w14:textId="77777777" w:rsidR="00DB1C9C" w:rsidRPr="00672A82" w:rsidRDefault="00000000">
            <w:pPr>
              <w:jc w:val="center"/>
              <w:rPr>
                <w:rFonts w:hint="eastAsia"/>
              </w:rPr>
            </w:pPr>
            <w:r w:rsidRPr="00672A82">
              <w:rPr>
                <w:rFonts w:cs="Tinos"/>
                <w:sz w:val="14"/>
              </w:rPr>
              <w:t>4.78</w:t>
            </w:r>
          </w:p>
        </w:tc>
      </w:tr>
      <w:tr w:rsidR="00DB1C9C" w:rsidRPr="00672A82" w14:paraId="4DAFE8CC" w14:textId="77777777">
        <w:trPr>
          <w:jc w:val="center"/>
        </w:trPr>
        <w:tc>
          <w:tcPr>
            <w:tcW w:w="648" w:type="dxa"/>
            <w:tcMar>
              <w:top w:w="60" w:type="dxa"/>
              <w:left w:w="60" w:type="dxa"/>
              <w:bottom w:w="60" w:type="dxa"/>
              <w:right w:w="60" w:type="dxa"/>
            </w:tcMar>
            <w:vAlign w:val="center"/>
          </w:tcPr>
          <w:p w14:paraId="17AC9C2E" w14:textId="77777777" w:rsidR="00DB1C9C" w:rsidRPr="00672A82" w:rsidRDefault="00000000">
            <w:pPr>
              <w:jc w:val="center"/>
              <w:rPr>
                <w:rFonts w:hint="eastAsia"/>
              </w:rPr>
            </w:pPr>
            <w:r w:rsidRPr="00672A82">
              <w:rPr>
                <w:rFonts w:cs="Tinos"/>
                <w:sz w:val="14"/>
              </w:rPr>
              <w:t>10</w:t>
            </w:r>
          </w:p>
        </w:tc>
        <w:tc>
          <w:tcPr>
            <w:tcW w:w="3168" w:type="dxa"/>
            <w:tcMar>
              <w:top w:w="60" w:type="dxa"/>
              <w:left w:w="60" w:type="dxa"/>
              <w:bottom w:w="60" w:type="dxa"/>
              <w:right w:w="60" w:type="dxa"/>
            </w:tcMar>
            <w:vAlign w:val="center"/>
          </w:tcPr>
          <w:p w14:paraId="53F060BC" w14:textId="77777777" w:rsidR="00DB1C9C" w:rsidRPr="00672A82" w:rsidRDefault="00000000">
            <w:pPr>
              <w:rPr>
                <w:rFonts w:hint="eastAsia"/>
              </w:rPr>
            </w:pPr>
            <w:r w:rsidRPr="00672A82">
              <w:rPr>
                <w:rFonts w:cs="Tinos"/>
                <w:sz w:val="14"/>
              </w:rPr>
              <w:t>Irrigation &amp; Electricity</w:t>
            </w:r>
          </w:p>
        </w:tc>
        <w:tc>
          <w:tcPr>
            <w:tcW w:w="792" w:type="dxa"/>
            <w:tcMar>
              <w:top w:w="60" w:type="dxa"/>
              <w:left w:w="60" w:type="dxa"/>
              <w:bottom w:w="60" w:type="dxa"/>
              <w:right w:w="60" w:type="dxa"/>
            </w:tcMar>
            <w:vAlign w:val="center"/>
          </w:tcPr>
          <w:p w14:paraId="47BBE5D6"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E6D1EE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B476DCC" w14:textId="77777777" w:rsidR="00DB1C9C" w:rsidRPr="00672A82" w:rsidRDefault="00000000">
            <w:pPr>
              <w:jc w:val="center"/>
              <w:rPr>
                <w:rFonts w:hint="eastAsia"/>
              </w:rPr>
            </w:pPr>
            <w:r w:rsidRPr="00672A82">
              <w:rPr>
                <w:rFonts w:cs="Tinos"/>
                <w:sz w:val="14"/>
              </w:rPr>
              <w:t>73069</w:t>
            </w:r>
          </w:p>
        </w:tc>
        <w:tc>
          <w:tcPr>
            <w:tcW w:w="1584" w:type="dxa"/>
            <w:tcMar>
              <w:top w:w="60" w:type="dxa"/>
              <w:left w:w="60" w:type="dxa"/>
              <w:bottom w:w="60" w:type="dxa"/>
              <w:right w:w="60" w:type="dxa"/>
            </w:tcMar>
            <w:vAlign w:val="center"/>
          </w:tcPr>
          <w:p w14:paraId="4E4BD179" w14:textId="77777777" w:rsidR="00DB1C9C" w:rsidRPr="00672A82" w:rsidRDefault="00000000">
            <w:pPr>
              <w:jc w:val="center"/>
              <w:rPr>
                <w:rFonts w:hint="eastAsia"/>
              </w:rPr>
            </w:pPr>
            <w:r w:rsidRPr="00672A82">
              <w:rPr>
                <w:rFonts w:cs="Tinos"/>
                <w:sz w:val="14"/>
              </w:rPr>
              <w:t>3.31</w:t>
            </w:r>
          </w:p>
        </w:tc>
      </w:tr>
      <w:tr w:rsidR="00DB1C9C" w:rsidRPr="00672A82" w14:paraId="1AD8F175" w14:textId="77777777">
        <w:trPr>
          <w:jc w:val="center"/>
        </w:trPr>
        <w:tc>
          <w:tcPr>
            <w:tcW w:w="648" w:type="dxa"/>
            <w:tcMar>
              <w:top w:w="60" w:type="dxa"/>
              <w:left w:w="60" w:type="dxa"/>
              <w:bottom w:w="60" w:type="dxa"/>
              <w:right w:w="60" w:type="dxa"/>
            </w:tcMar>
            <w:vAlign w:val="center"/>
          </w:tcPr>
          <w:p w14:paraId="7082ABC7" w14:textId="77777777" w:rsidR="00DB1C9C" w:rsidRPr="00672A82" w:rsidRDefault="00000000">
            <w:pPr>
              <w:jc w:val="center"/>
              <w:rPr>
                <w:rFonts w:hint="eastAsia"/>
              </w:rPr>
            </w:pPr>
            <w:r w:rsidRPr="00672A82">
              <w:rPr>
                <w:rFonts w:cs="Tinos"/>
                <w:sz w:val="14"/>
              </w:rPr>
              <w:t>11</w:t>
            </w:r>
          </w:p>
        </w:tc>
        <w:tc>
          <w:tcPr>
            <w:tcW w:w="3168" w:type="dxa"/>
            <w:tcMar>
              <w:top w:w="60" w:type="dxa"/>
              <w:left w:w="60" w:type="dxa"/>
              <w:bottom w:w="60" w:type="dxa"/>
              <w:right w:w="60" w:type="dxa"/>
            </w:tcMar>
            <w:vAlign w:val="center"/>
          </w:tcPr>
          <w:p w14:paraId="6004F10B" w14:textId="77777777" w:rsidR="00DB1C9C" w:rsidRPr="00672A82" w:rsidRDefault="00000000">
            <w:pPr>
              <w:rPr>
                <w:rFonts w:hint="eastAsia"/>
              </w:rPr>
            </w:pPr>
            <w:r w:rsidRPr="00672A82">
              <w:rPr>
                <w:rFonts w:cs="Tinos"/>
                <w:sz w:val="14"/>
              </w:rPr>
              <w:t>Transportation</w:t>
            </w:r>
          </w:p>
        </w:tc>
        <w:tc>
          <w:tcPr>
            <w:tcW w:w="792" w:type="dxa"/>
            <w:tcMar>
              <w:top w:w="60" w:type="dxa"/>
              <w:left w:w="60" w:type="dxa"/>
              <w:bottom w:w="60" w:type="dxa"/>
              <w:right w:w="60" w:type="dxa"/>
            </w:tcMar>
            <w:vAlign w:val="center"/>
          </w:tcPr>
          <w:p w14:paraId="38A027A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731E511D"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D1AB3C1" w14:textId="77777777" w:rsidR="00DB1C9C" w:rsidRPr="00672A82" w:rsidRDefault="00000000">
            <w:pPr>
              <w:jc w:val="center"/>
              <w:rPr>
                <w:rFonts w:hint="eastAsia"/>
              </w:rPr>
            </w:pPr>
            <w:r w:rsidRPr="00672A82">
              <w:rPr>
                <w:rFonts w:cs="Tinos"/>
                <w:sz w:val="14"/>
              </w:rPr>
              <w:t>70897</w:t>
            </w:r>
          </w:p>
        </w:tc>
        <w:tc>
          <w:tcPr>
            <w:tcW w:w="1584" w:type="dxa"/>
            <w:tcMar>
              <w:top w:w="60" w:type="dxa"/>
              <w:left w:w="60" w:type="dxa"/>
              <w:bottom w:w="60" w:type="dxa"/>
              <w:right w:w="60" w:type="dxa"/>
            </w:tcMar>
            <w:vAlign w:val="center"/>
          </w:tcPr>
          <w:p w14:paraId="346ED472" w14:textId="77777777" w:rsidR="00DB1C9C" w:rsidRPr="00672A82" w:rsidRDefault="00000000">
            <w:pPr>
              <w:jc w:val="center"/>
              <w:rPr>
                <w:rFonts w:hint="eastAsia"/>
              </w:rPr>
            </w:pPr>
            <w:r w:rsidRPr="00672A82">
              <w:rPr>
                <w:rFonts w:cs="Tinos"/>
                <w:sz w:val="14"/>
              </w:rPr>
              <w:t>3.22</w:t>
            </w:r>
          </w:p>
        </w:tc>
      </w:tr>
      <w:tr w:rsidR="00DB1C9C" w:rsidRPr="00672A82" w14:paraId="200C08DE" w14:textId="77777777">
        <w:trPr>
          <w:jc w:val="center"/>
        </w:trPr>
        <w:tc>
          <w:tcPr>
            <w:tcW w:w="648" w:type="dxa"/>
            <w:tcMar>
              <w:top w:w="60" w:type="dxa"/>
              <w:left w:w="60" w:type="dxa"/>
              <w:bottom w:w="60" w:type="dxa"/>
              <w:right w:w="60" w:type="dxa"/>
            </w:tcMar>
            <w:vAlign w:val="center"/>
          </w:tcPr>
          <w:p w14:paraId="0FB3D964" w14:textId="77777777" w:rsidR="00DB1C9C" w:rsidRPr="00672A82" w:rsidRDefault="00000000">
            <w:pPr>
              <w:jc w:val="center"/>
              <w:rPr>
                <w:rFonts w:hint="eastAsia"/>
              </w:rPr>
            </w:pPr>
            <w:r w:rsidRPr="00672A82">
              <w:rPr>
                <w:rFonts w:cs="Tinos"/>
                <w:sz w:val="14"/>
              </w:rPr>
              <w:t>12</w:t>
            </w:r>
          </w:p>
        </w:tc>
        <w:tc>
          <w:tcPr>
            <w:tcW w:w="3168" w:type="dxa"/>
            <w:tcMar>
              <w:top w:w="60" w:type="dxa"/>
              <w:left w:w="60" w:type="dxa"/>
              <w:bottom w:w="60" w:type="dxa"/>
              <w:right w:w="60" w:type="dxa"/>
            </w:tcMar>
            <w:vAlign w:val="center"/>
          </w:tcPr>
          <w:p w14:paraId="01A79A8A" w14:textId="77777777" w:rsidR="00DB1C9C" w:rsidRPr="00672A82" w:rsidRDefault="00000000">
            <w:pPr>
              <w:rPr>
                <w:rFonts w:hint="eastAsia"/>
              </w:rPr>
            </w:pPr>
            <w:r w:rsidRPr="00672A82">
              <w:rPr>
                <w:rFonts w:cs="Tinos"/>
                <w:sz w:val="14"/>
              </w:rPr>
              <w:t>Packaging material</w:t>
            </w:r>
          </w:p>
        </w:tc>
        <w:tc>
          <w:tcPr>
            <w:tcW w:w="792" w:type="dxa"/>
            <w:tcMar>
              <w:top w:w="60" w:type="dxa"/>
              <w:left w:w="60" w:type="dxa"/>
              <w:bottom w:w="60" w:type="dxa"/>
              <w:right w:w="60" w:type="dxa"/>
            </w:tcMar>
            <w:vAlign w:val="center"/>
          </w:tcPr>
          <w:p w14:paraId="15E03F02"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56DDDCE9"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870A9EE" w14:textId="77777777" w:rsidR="00DB1C9C" w:rsidRPr="00672A82" w:rsidRDefault="00000000">
            <w:pPr>
              <w:jc w:val="center"/>
              <w:rPr>
                <w:rFonts w:hint="eastAsia"/>
              </w:rPr>
            </w:pPr>
            <w:r w:rsidRPr="00672A82">
              <w:rPr>
                <w:rFonts w:cs="Tinos"/>
                <w:sz w:val="14"/>
              </w:rPr>
              <w:t>63143</w:t>
            </w:r>
          </w:p>
        </w:tc>
        <w:tc>
          <w:tcPr>
            <w:tcW w:w="1584" w:type="dxa"/>
            <w:tcMar>
              <w:top w:w="60" w:type="dxa"/>
              <w:left w:w="60" w:type="dxa"/>
              <w:bottom w:w="60" w:type="dxa"/>
              <w:right w:w="60" w:type="dxa"/>
            </w:tcMar>
            <w:vAlign w:val="center"/>
          </w:tcPr>
          <w:p w14:paraId="3533D200" w14:textId="77777777" w:rsidR="00DB1C9C" w:rsidRPr="00672A82" w:rsidRDefault="00000000">
            <w:pPr>
              <w:jc w:val="center"/>
              <w:rPr>
                <w:rFonts w:hint="eastAsia"/>
              </w:rPr>
            </w:pPr>
            <w:r w:rsidRPr="00672A82">
              <w:rPr>
                <w:rFonts w:cs="Tinos"/>
                <w:sz w:val="14"/>
              </w:rPr>
              <w:t>2.86</w:t>
            </w:r>
          </w:p>
        </w:tc>
      </w:tr>
      <w:tr w:rsidR="00DB1C9C" w:rsidRPr="00672A82" w14:paraId="74B9B49D" w14:textId="77777777">
        <w:trPr>
          <w:jc w:val="center"/>
        </w:trPr>
        <w:tc>
          <w:tcPr>
            <w:tcW w:w="648" w:type="dxa"/>
            <w:tcMar>
              <w:top w:w="60" w:type="dxa"/>
              <w:left w:w="60" w:type="dxa"/>
              <w:bottom w:w="60" w:type="dxa"/>
              <w:right w:w="60" w:type="dxa"/>
            </w:tcMar>
            <w:vAlign w:val="center"/>
          </w:tcPr>
          <w:p w14:paraId="08BCEF57" w14:textId="77777777" w:rsidR="00DB1C9C" w:rsidRPr="00672A82" w:rsidRDefault="00000000">
            <w:pPr>
              <w:jc w:val="center"/>
              <w:rPr>
                <w:rFonts w:hint="eastAsia"/>
              </w:rPr>
            </w:pPr>
            <w:r w:rsidRPr="00672A82">
              <w:rPr>
                <w:rFonts w:cs="Tinos"/>
                <w:sz w:val="14"/>
              </w:rPr>
              <w:t>13</w:t>
            </w:r>
          </w:p>
        </w:tc>
        <w:tc>
          <w:tcPr>
            <w:tcW w:w="3168" w:type="dxa"/>
            <w:tcMar>
              <w:top w:w="60" w:type="dxa"/>
              <w:left w:w="60" w:type="dxa"/>
              <w:bottom w:w="60" w:type="dxa"/>
              <w:right w:w="60" w:type="dxa"/>
            </w:tcMar>
            <w:vAlign w:val="center"/>
          </w:tcPr>
          <w:p w14:paraId="5336830B" w14:textId="77777777" w:rsidR="00DB1C9C" w:rsidRPr="00672A82" w:rsidRDefault="00000000">
            <w:pPr>
              <w:rPr>
                <w:rFonts w:hint="eastAsia"/>
              </w:rPr>
            </w:pPr>
            <w:r w:rsidRPr="00672A82">
              <w:rPr>
                <w:rFonts w:cs="Tinos"/>
                <w:sz w:val="14"/>
              </w:rPr>
              <w:t>Labelling</w:t>
            </w:r>
          </w:p>
        </w:tc>
        <w:tc>
          <w:tcPr>
            <w:tcW w:w="792" w:type="dxa"/>
            <w:tcMar>
              <w:top w:w="60" w:type="dxa"/>
              <w:left w:w="60" w:type="dxa"/>
              <w:bottom w:w="60" w:type="dxa"/>
              <w:right w:w="60" w:type="dxa"/>
            </w:tcMar>
            <w:vAlign w:val="center"/>
          </w:tcPr>
          <w:p w14:paraId="6D4E1DCD"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8DA356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63EF0CF" w14:textId="77777777" w:rsidR="00DB1C9C" w:rsidRPr="00672A82" w:rsidRDefault="00000000">
            <w:pPr>
              <w:jc w:val="center"/>
              <w:rPr>
                <w:rFonts w:hint="eastAsia"/>
              </w:rPr>
            </w:pPr>
            <w:r w:rsidRPr="00672A82">
              <w:rPr>
                <w:rFonts w:cs="Tinos"/>
                <w:sz w:val="14"/>
              </w:rPr>
              <w:t>14128</w:t>
            </w:r>
          </w:p>
        </w:tc>
        <w:tc>
          <w:tcPr>
            <w:tcW w:w="1584" w:type="dxa"/>
            <w:tcMar>
              <w:top w:w="60" w:type="dxa"/>
              <w:left w:w="60" w:type="dxa"/>
              <w:bottom w:w="60" w:type="dxa"/>
              <w:right w:w="60" w:type="dxa"/>
            </w:tcMar>
            <w:vAlign w:val="center"/>
          </w:tcPr>
          <w:p w14:paraId="07A8E083" w14:textId="77777777" w:rsidR="00DB1C9C" w:rsidRPr="00672A82" w:rsidRDefault="00000000">
            <w:pPr>
              <w:jc w:val="center"/>
              <w:rPr>
                <w:rFonts w:hint="eastAsia"/>
              </w:rPr>
            </w:pPr>
            <w:r w:rsidRPr="00672A82">
              <w:rPr>
                <w:rFonts w:cs="Tinos"/>
                <w:sz w:val="14"/>
              </w:rPr>
              <w:t>0.64</w:t>
            </w:r>
          </w:p>
        </w:tc>
      </w:tr>
      <w:tr w:rsidR="00DB1C9C" w:rsidRPr="00672A82" w14:paraId="41C6D9BE" w14:textId="77777777">
        <w:trPr>
          <w:jc w:val="center"/>
        </w:trPr>
        <w:tc>
          <w:tcPr>
            <w:tcW w:w="648" w:type="dxa"/>
            <w:tcMar>
              <w:top w:w="60" w:type="dxa"/>
              <w:left w:w="60" w:type="dxa"/>
              <w:bottom w:w="60" w:type="dxa"/>
              <w:right w:w="60" w:type="dxa"/>
            </w:tcMar>
            <w:vAlign w:val="center"/>
          </w:tcPr>
          <w:p w14:paraId="1352DFA0" w14:textId="77777777" w:rsidR="00DB1C9C" w:rsidRPr="00672A82" w:rsidRDefault="00000000">
            <w:pPr>
              <w:jc w:val="center"/>
              <w:rPr>
                <w:rFonts w:hint="eastAsia"/>
              </w:rPr>
            </w:pPr>
            <w:r w:rsidRPr="00672A82">
              <w:rPr>
                <w:rFonts w:cs="Tinos"/>
                <w:sz w:val="14"/>
              </w:rPr>
              <w:t>14</w:t>
            </w:r>
          </w:p>
        </w:tc>
        <w:tc>
          <w:tcPr>
            <w:tcW w:w="3168" w:type="dxa"/>
            <w:tcMar>
              <w:top w:w="60" w:type="dxa"/>
              <w:left w:w="60" w:type="dxa"/>
              <w:bottom w:w="60" w:type="dxa"/>
              <w:right w:w="60" w:type="dxa"/>
            </w:tcMar>
            <w:vAlign w:val="center"/>
          </w:tcPr>
          <w:p w14:paraId="6D59C8E0" w14:textId="77777777" w:rsidR="00DB1C9C" w:rsidRPr="00672A82" w:rsidRDefault="00000000">
            <w:pPr>
              <w:rPr>
                <w:rFonts w:hint="eastAsia"/>
              </w:rPr>
            </w:pPr>
            <w:r w:rsidRPr="00672A82">
              <w:rPr>
                <w:rFonts w:cs="Tinos"/>
                <w:sz w:val="14"/>
              </w:rPr>
              <w:t>interest on working capital@6%</w:t>
            </w:r>
          </w:p>
        </w:tc>
        <w:tc>
          <w:tcPr>
            <w:tcW w:w="792" w:type="dxa"/>
            <w:tcMar>
              <w:top w:w="60" w:type="dxa"/>
              <w:left w:w="60" w:type="dxa"/>
              <w:bottom w:w="60" w:type="dxa"/>
              <w:right w:w="60" w:type="dxa"/>
            </w:tcMar>
            <w:vAlign w:val="center"/>
          </w:tcPr>
          <w:p w14:paraId="287C2BB8"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EA5EC83"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E6F400B" w14:textId="77777777" w:rsidR="00DB1C9C" w:rsidRPr="00672A82" w:rsidRDefault="00000000">
            <w:pPr>
              <w:jc w:val="center"/>
              <w:rPr>
                <w:rFonts w:hint="eastAsia"/>
              </w:rPr>
            </w:pPr>
            <w:r w:rsidRPr="00672A82">
              <w:rPr>
                <w:rFonts w:cs="Tinos"/>
                <w:sz w:val="14"/>
              </w:rPr>
              <w:t>108288</w:t>
            </w:r>
          </w:p>
        </w:tc>
        <w:tc>
          <w:tcPr>
            <w:tcW w:w="1584" w:type="dxa"/>
            <w:tcMar>
              <w:top w:w="60" w:type="dxa"/>
              <w:left w:w="60" w:type="dxa"/>
              <w:bottom w:w="60" w:type="dxa"/>
              <w:right w:w="60" w:type="dxa"/>
            </w:tcMar>
            <w:vAlign w:val="center"/>
          </w:tcPr>
          <w:p w14:paraId="0CF8D9C4" w14:textId="77777777" w:rsidR="00DB1C9C" w:rsidRPr="00672A82" w:rsidRDefault="00000000">
            <w:pPr>
              <w:jc w:val="center"/>
              <w:rPr>
                <w:rFonts w:hint="eastAsia"/>
              </w:rPr>
            </w:pPr>
            <w:r w:rsidRPr="00672A82">
              <w:rPr>
                <w:rFonts w:cs="Tinos"/>
                <w:sz w:val="14"/>
              </w:rPr>
              <w:t>4.91</w:t>
            </w:r>
          </w:p>
        </w:tc>
      </w:tr>
      <w:tr w:rsidR="00DB1C9C" w:rsidRPr="00672A82" w14:paraId="52F4DD63" w14:textId="77777777">
        <w:trPr>
          <w:jc w:val="center"/>
        </w:trPr>
        <w:tc>
          <w:tcPr>
            <w:tcW w:w="648" w:type="dxa"/>
            <w:tcMar>
              <w:top w:w="60" w:type="dxa"/>
              <w:left w:w="60" w:type="dxa"/>
              <w:bottom w:w="60" w:type="dxa"/>
              <w:right w:w="60" w:type="dxa"/>
            </w:tcMar>
            <w:vAlign w:val="center"/>
          </w:tcPr>
          <w:p w14:paraId="049C27F1" w14:textId="77777777" w:rsidR="00DB1C9C" w:rsidRPr="00672A82" w:rsidRDefault="00000000">
            <w:pPr>
              <w:jc w:val="center"/>
              <w:rPr>
                <w:rFonts w:hint="eastAsia"/>
              </w:rPr>
            </w:pPr>
            <w:r w:rsidRPr="00672A82">
              <w:rPr>
                <w:rFonts w:cs="Tinos"/>
                <w:sz w:val="14"/>
              </w:rPr>
              <w:t>15</w:t>
            </w:r>
          </w:p>
        </w:tc>
        <w:tc>
          <w:tcPr>
            <w:tcW w:w="3168" w:type="dxa"/>
            <w:tcMar>
              <w:top w:w="60" w:type="dxa"/>
              <w:left w:w="60" w:type="dxa"/>
              <w:bottom w:w="60" w:type="dxa"/>
              <w:right w:w="60" w:type="dxa"/>
            </w:tcMar>
            <w:vAlign w:val="center"/>
          </w:tcPr>
          <w:p w14:paraId="75B4FAD3" w14:textId="77777777" w:rsidR="00DB1C9C" w:rsidRPr="00672A82" w:rsidRDefault="00000000">
            <w:pPr>
              <w:rPr>
                <w:rFonts w:hint="eastAsia"/>
              </w:rPr>
            </w:pPr>
            <w:r w:rsidRPr="00672A82">
              <w:rPr>
                <w:rFonts w:cs="Tinos"/>
                <w:sz w:val="14"/>
              </w:rPr>
              <w:t>Misclleneous expenses</w:t>
            </w:r>
          </w:p>
        </w:tc>
        <w:tc>
          <w:tcPr>
            <w:tcW w:w="792" w:type="dxa"/>
            <w:tcMar>
              <w:top w:w="60" w:type="dxa"/>
              <w:left w:w="60" w:type="dxa"/>
              <w:bottom w:w="60" w:type="dxa"/>
              <w:right w:w="60" w:type="dxa"/>
            </w:tcMar>
            <w:vAlign w:val="center"/>
          </w:tcPr>
          <w:p w14:paraId="3B076C4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6D1FB4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0A15C3B" w14:textId="77777777" w:rsidR="00DB1C9C" w:rsidRPr="00672A82" w:rsidRDefault="00000000">
            <w:pPr>
              <w:jc w:val="center"/>
              <w:rPr>
                <w:rFonts w:hint="eastAsia"/>
              </w:rPr>
            </w:pPr>
            <w:r w:rsidRPr="00672A82">
              <w:rPr>
                <w:rFonts w:cs="Tinos"/>
                <w:sz w:val="14"/>
              </w:rPr>
              <w:t>28134</w:t>
            </w:r>
          </w:p>
        </w:tc>
        <w:tc>
          <w:tcPr>
            <w:tcW w:w="1584" w:type="dxa"/>
            <w:tcMar>
              <w:top w:w="60" w:type="dxa"/>
              <w:left w:w="60" w:type="dxa"/>
              <w:bottom w:w="60" w:type="dxa"/>
              <w:right w:w="60" w:type="dxa"/>
            </w:tcMar>
            <w:vAlign w:val="center"/>
          </w:tcPr>
          <w:p w14:paraId="295C3F4B" w14:textId="77777777" w:rsidR="00DB1C9C" w:rsidRPr="00672A82" w:rsidRDefault="00000000">
            <w:pPr>
              <w:jc w:val="center"/>
              <w:rPr>
                <w:rFonts w:hint="eastAsia"/>
              </w:rPr>
            </w:pPr>
            <w:r w:rsidRPr="00672A82">
              <w:rPr>
                <w:rFonts w:cs="Tinos"/>
                <w:sz w:val="14"/>
              </w:rPr>
              <w:t>1.28</w:t>
            </w:r>
          </w:p>
        </w:tc>
      </w:tr>
      <w:tr w:rsidR="00DB1C9C" w:rsidRPr="00672A82" w14:paraId="05C1C5AA" w14:textId="77777777">
        <w:trPr>
          <w:jc w:val="center"/>
        </w:trPr>
        <w:tc>
          <w:tcPr>
            <w:tcW w:w="648" w:type="dxa"/>
            <w:tcMar>
              <w:top w:w="60" w:type="dxa"/>
              <w:left w:w="60" w:type="dxa"/>
              <w:bottom w:w="60" w:type="dxa"/>
              <w:right w:w="60" w:type="dxa"/>
            </w:tcMar>
            <w:vAlign w:val="center"/>
          </w:tcPr>
          <w:p w14:paraId="16DE0133"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DE0BA06" w14:textId="77777777" w:rsidR="00DB1C9C" w:rsidRPr="00672A82" w:rsidRDefault="00000000">
            <w:pPr>
              <w:rPr>
                <w:rFonts w:hint="eastAsia"/>
              </w:rPr>
            </w:pPr>
            <w:r w:rsidRPr="00672A82">
              <w:rPr>
                <w:rFonts w:cs="Tinos"/>
                <w:b/>
                <w:sz w:val="14"/>
              </w:rPr>
              <w:t>Total Variable costs</w:t>
            </w:r>
          </w:p>
        </w:tc>
        <w:tc>
          <w:tcPr>
            <w:tcW w:w="792" w:type="dxa"/>
            <w:tcMar>
              <w:top w:w="60" w:type="dxa"/>
              <w:left w:w="60" w:type="dxa"/>
              <w:bottom w:w="60" w:type="dxa"/>
              <w:right w:w="60" w:type="dxa"/>
            </w:tcMar>
            <w:vAlign w:val="center"/>
          </w:tcPr>
          <w:p w14:paraId="114D5060"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5E111E5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1C58A34" w14:textId="77777777" w:rsidR="00DB1C9C" w:rsidRPr="00672A82" w:rsidRDefault="00000000">
            <w:pPr>
              <w:jc w:val="center"/>
              <w:rPr>
                <w:rFonts w:hint="eastAsia"/>
              </w:rPr>
            </w:pPr>
            <w:r w:rsidRPr="00672A82">
              <w:rPr>
                <w:rFonts w:cs="Tinos"/>
                <w:b/>
                <w:sz w:val="14"/>
              </w:rPr>
              <w:t>1941222</w:t>
            </w:r>
          </w:p>
        </w:tc>
        <w:tc>
          <w:tcPr>
            <w:tcW w:w="1584" w:type="dxa"/>
            <w:tcMar>
              <w:top w:w="60" w:type="dxa"/>
              <w:left w:w="60" w:type="dxa"/>
              <w:bottom w:w="60" w:type="dxa"/>
              <w:right w:w="60" w:type="dxa"/>
            </w:tcMar>
            <w:vAlign w:val="center"/>
          </w:tcPr>
          <w:p w14:paraId="2253D93D" w14:textId="77777777" w:rsidR="00DB1C9C" w:rsidRPr="00672A82" w:rsidRDefault="00000000">
            <w:pPr>
              <w:jc w:val="center"/>
              <w:rPr>
                <w:rFonts w:hint="eastAsia"/>
              </w:rPr>
            </w:pPr>
            <w:r w:rsidRPr="00672A82">
              <w:rPr>
                <w:rFonts w:cs="Tinos"/>
                <w:b/>
                <w:sz w:val="14"/>
              </w:rPr>
              <w:t>88.03</w:t>
            </w:r>
          </w:p>
        </w:tc>
      </w:tr>
      <w:tr w:rsidR="00DB1C9C" w:rsidRPr="00672A82" w14:paraId="553AEB3E" w14:textId="77777777">
        <w:trPr>
          <w:jc w:val="center"/>
        </w:trPr>
        <w:tc>
          <w:tcPr>
            <w:tcW w:w="648" w:type="dxa"/>
            <w:tcMar>
              <w:top w:w="60" w:type="dxa"/>
              <w:left w:w="60" w:type="dxa"/>
              <w:bottom w:w="60" w:type="dxa"/>
              <w:right w:w="60" w:type="dxa"/>
            </w:tcMar>
            <w:vAlign w:val="center"/>
          </w:tcPr>
          <w:p w14:paraId="75C8CFB0"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33D49756" w14:textId="77777777" w:rsidR="00DB1C9C" w:rsidRPr="00672A82" w:rsidRDefault="00000000">
            <w:pPr>
              <w:rPr>
                <w:rFonts w:hint="eastAsia"/>
              </w:rPr>
            </w:pPr>
            <w:r w:rsidRPr="00672A82">
              <w:rPr>
                <w:rFonts w:cs="Tinos"/>
                <w:sz w:val="14"/>
              </w:rPr>
              <w:t>B. Fixed cost</w:t>
            </w:r>
          </w:p>
        </w:tc>
        <w:tc>
          <w:tcPr>
            <w:tcW w:w="792" w:type="dxa"/>
            <w:tcMar>
              <w:top w:w="60" w:type="dxa"/>
              <w:left w:w="60" w:type="dxa"/>
              <w:bottom w:w="60" w:type="dxa"/>
              <w:right w:w="60" w:type="dxa"/>
            </w:tcMar>
            <w:vAlign w:val="center"/>
          </w:tcPr>
          <w:p w14:paraId="7DBE9694"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3A3B1E4"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9EC30B4"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451517B2" w14:textId="77777777" w:rsidR="00DB1C9C" w:rsidRPr="00672A82" w:rsidRDefault="00DB1C9C">
            <w:pPr>
              <w:jc w:val="center"/>
              <w:rPr>
                <w:rFonts w:hint="eastAsia"/>
              </w:rPr>
            </w:pPr>
          </w:p>
        </w:tc>
      </w:tr>
      <w:tr w:rsidR="00DB1C9C" w:rsidRPr="00672A82" w14:paraId="1169EC66" w14:textId="77777777">
        <w:trPr>
          <w:jc w:val="center"/>
        </w:trPr>
        <w:tc>
          <w:tcPr>
            <w:tcW w:w="648" w:type="dxa"/>
            <w:tcMar>
              <w:top w:w="60" w:type="dxa"/>
              <w:left w:w="60" w:type="dxa"/>
              <w:bottom w:w="60" w:type="dxa"/>
              <w:right w:w="60" w:type="dxa"/>
            </w:tcMar>
            <w:vAlign w:val="center"/>
          </w:tcPr>
          <w:p w14:paraId="505F92B9" w14:textId="77777777" w:rsidR="00DB1C9C" w:rsidRPr="00672A82" w:rsidRDefault="00000000">
            <w:pPr>
              <w:jc w:val="center"/>
              <w:rPr>
                <w:rFonts w:hint="eastAsia"/>
              </w:rPr>
            </w:pPr>
            <w:r w:rsidRPr="00672A82">
              <w:rPr>
                <w:rFonts w:cs="Tinos"/>
                <w:sz w:val="14"/>
              </w:rPr>
              <w:lastRenderedPageBreak/>
              <w:t>1</w:t>
            </w:r>
          </w:p>
        </w:tc>
        <w:tc>
          <w:tcPr>
            <w:tcW w:w="3168" w:type="dxa"/>
            <w:tcMar>
              <w:top w:w="60" w:type="dxa"/>
              <w:left w:w="60" w:type="dxa"/>
              <w:bottom w:w="60" w:type="dxa"/>
              <w:right w:w="60" w:type="dxa"/>
            </w:tcMar>
            <w:vAlign w:val="center"/>
          </w:tcPr>
          <w:p w14:paraId="7D8C9DF1" w14:textId="77777777" w:rsidR="00DB1C9C" w:rsidRPr="00672A82" w:rsidRDefault="00000000">
            <w:pPr>
              <w:rPr>
                <w:rFonts w:hint="eastAsia"/>
              </w:rPr>
            </w:pPr>
            <w:r w:rsidRPr="00672A82">
              <w:rPr>
                <w:rFonts w:cs="Tinos"/>
                <w:sz w:val="14"/>
              </w:rPr>
              <w:t>Depreciation on equipment</w:t>
            </w:r>
          </w:p>
        </w:tc>
        <w:tc>
          <w:tcPr>
            <w:tcW w:w="792" w:type="dxa"/>
            <w:tcMar>
              <w:top w:w="60" w:type="dxa"/>
              <w:left w:w="60" w:type="dxa"/>
              <w:bottom w:w="60" w:type="dxa"/>
              <w:right w:w="60" w:type="dxa"/>
            </w:tcMar>
            <w:vAlign w:val="center"/>
          </w:tcPr>
          <w:p w14:paraId="1694257B"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C6EAE2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D1B2F02" w14:textId="77777777" w:rsidR="00DB1C9C" w:rsidRPr="00672A82" w:rsidRDefault="00000000">
            <w:pPr>
              <w:jc w:val="center"/>
              <w:rPr>
                <w:rFonts w:hint="eastAsia"/>
              </w:rPr>
            </w:pPr>
            <w:r w:rsidRPr="00672A82">
              <w:rPr>
                <w:rFonts w:cs="Tinos"/>
                <w:sz w:val="14"/>
              </w:rPr>
              <w:t>92364.82</w:t>
            </w:r>
          </w:p>
        </w:tc>
        <w:tc>
          <w:tcPr>
            <w:tcW w:w="1584" w:type="dxa"/>
            <w:tcMar>
              <w:top w:w="60" w:type="dxa"/>
              <w:left w:w="60" w:type="dxa"/>
              <w:bottom w:w="60" w:type="dxa"/>
              <w:right w:w="60" w:type="dxa"/>
            </w:tcMar>
            <w:vAlign w:val="center"/>
          </w:tcPr>
          <w:p w14:paraId="26E745B5" w14:textId="77777777" w:rsidR="00DB1C9C" w:rsidRPr="00672A82" w:rsidRDefault="00000000">
            <w:pPr>
              <w:jc w:val="center"/>
              <w:rPr>
                <w:rFonts w:hint="eastAsia"/>
              </w:rPr>
            </w:pPr>
            <w:r w:rsidRPr="00672A82">
              <w:rPr>
                <w:rFonts w:cs="Tinos"/>
                <w:sz w:val="14"/>
              </w:rPr>
              <w:t>4.19</w:t>
            </w:r>
          </w:p>
        </w:tc>
      </w:tr>
      <w:tr w:rsidR="00DB1C9C" w:rsidRPr="00672A82" w14:paraId="7B3D9BBB" w14:textId="77777777">
        <w:trPr>
          <w:jc w:val="center"/>
        </w:trPr>
        <w:tc>
          <w:tcPr>
            <w:tcW w:w="648" w:type="dxa"/>
            <w:tcMar>
              <w:top w:w="60" w:type="dxa"/>
              <w:left w:w="60" w:type="dxa"/>
              <w:bottom w:w="60" w:type="dxa"/>
              <w:right w:w="60" w:type="dxa"/>
            </w:tcMar>
            <w:vAlign w:val="center"/>
          </w:tcPr>
          <w:p w14:paraId="279ECF03"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12786449" w14:textId="77777777" w:rsidR="00DB1C9C" w:rsidRPr="00672A82" w:rsidRDefault="00000000">
            <w:pPr>
              <w:rPr>
                <w:rFonts w:hint="eastAsia"/>
              </w:rPr>
            </w:pPr>
            <w:r w:rsidRPr="00672A82">
              <w:rPr>
                <w:rFonts w:cs="Tinos"/>
                <w:sz w:val="14"/>
              </w:rPr>
              <w:t>Interest on fixed capital@10%</w:t>
            </w:r>
          </w:p>
        </w:tc>
        <w:tc>
          <w:tcPr>
            <w:tcW w:w="792" w:type="dxa"/>
            <w:tcMar>
              <w:top w:w="60" w:type="dxa"/>
              <w:left w:w="60" w:type="dxa"/>
              <w:bottom w:w="60" w:type="dxa"/>
              <w:right w:w="60" w:type="dxa"/>
            </w:tcMar>
            <w:vAlign w:val="center"/>
          </w:tcPr>
          <w:p w14:paraId="2FABEEDB"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71F7131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EA4106E" w14:textId="77777777" w:rsidR="00DB1C9C" w:rsidRPr="00672A82" w:rsidRDefault="00000000">
            <w:pPr>
              <w:jc w:val="center"/>
              <w:rPr>
                <w:rFonts w:hint="eastAsia"/>
              </w:rPr>
            </w:pPr>
            <w:r w:rsidRPr="00672A82">
              <w:rPr>
                <w:rFonts w:cs="Tinos"/>
                <w:sz w:val="14"/>
              </w:rPr>
              <w:t>127557</w:t>
            </w:r>
          </w:p>
        </w:tc>
        <w:tc>
          <w:tcPr>
            <w:tcW w:w="1584" w:type="dxa"/>
            <w:tcMar>
              <w:top w:w="60" w:type="dxa"/>
              <w:left w:w="60" w:type="dxa"/>
              <w:bottom w:w="60" w:type="dxa"/>
              <w:right w:w="60" w:type="dxa"/>
            </w:tcMar>
            <w:vAlign w:val="center"/>
          </w:tcPr>
          <w:p w14:paraId="671712EA" w14:textId="77777777" w:rsidR="00DB1C9C" w:rsidRPr="00672A82" w:rsidRDefault="00000000">
            <w:pPr>
              <w:jc w:val="center"/>
              <w:rPr>
                <w:rFonts w:hint="eastAsia"/>
              </w:rPr>
            </w:pPr>
            <w:r w:rsidRPr="00672A82">
              <w:rPr>
                <w:rFonts w:cs="Tinos"/>
                <w:sz w:val="14"/>
              </w:rPr>
              <w:t>5.78</w:t>
            </w:r>
          </w:p>
        </w:tc>
      </w:tr>
      <w:tr w:rsidR="00DB1C9C" w:rsidRPr="00672A82" w14:paraId="7DFDFA17" w14:textId="77777777">
        <w:trPr>
          <w:jc w:val="center"/>
        </w:trPr>
        <w:tc>
          <w:tcPr>
            <w:tcW w:w="648" w:type="dxa"/>
            <w:tcMar>
              <w:top w:w="60" w:type="dxa"/>
              <w:left w:w="60" w:type="dxa"/>
              <w:bottom w:w="60" w:type="dxa"/>
              <w:right w:w="60" w:type="dxa"/>
            </w:tcMar>
            <w:vAlign w:val="center"/>
          </w:tcPr>
          <w:p w14:paraId="058C5763"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74012D94" w14:textId="77777777" w:rsidR="00DB1C9C" w:rsidRPr="00672A82" w:rsidRDefault="00000000">
            <w:pPr>
              <w:rPr>
                <w:rFonts w:hint="eastAsia"/>
              </w:rPr>
            </w:pPr>
            <w:r w:rsidRPr="00672A82">
              <w:rPr>
                <w:rFonts w:cs="Tinos"/>
                <w:sz w:val="14"/>
              </w:rPr>
              <w:t>Rental value of land</w:t>
            </w:r>
          </w:p>
        </w:tc>
        <w:tc>
          <w:tcPr>
            <w:tcW w:w="792" w:type="dxa"/>
            <w:tcMar>
              <w:top w:w="60" w:type="dxa"/>
              <w:left w:w="60" w:type="dxa"/>
              <w:bottom w:w="60" w:type="dxa"/>
              <w:right w:w="60" w:type="dxa"/>
            </w:tcMar>
            <w:vAlign w:val="center"/>
          </w:tcPr>
          <w:p w14:paraId="6C3E84F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57F0D4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62C729E" w14:textId="77777777" w:rsidR="00DB1C9C" w:rsidRPr="00672A82" w:rsidRDefault="00000000">
            <w:pPr>
              <w:jc w:val="center"/>
              <w:rPr>
                <w:rFonts w:hint="eastAsia"/>
              </w:rPr>
            </w:pPr>
            <w:r w:rsidRPr="00672A82">
              <w:rPr>
                <w:rFonts w:cs="Tinos"/>
                <w:sz w:val="14"/>
              </w:rPr>
              <w:t>43994</w:t>
            </w:r>
          </w:p>
        </w:tc>
        <w:tc>
          <w:tcPr>
            <w:tcW w:w="1584" w:type="dxa"/>
            <w:tcMar>
              <w:top w:w="60" w:type="dxa"/>
              <w:left w:w="60" w:type="dxa"/>
              <w:bottom w:w="60" w:type="dxa"/>
              <w:right w:w="60" w:type="dxa"/>
            </w:tcMar>
            <w:vAlign w:val="center"/>
          </w:tcPr>
          <w:p w14:paraId="523608D7" w14:textId="77777777" w:rsidR="00DB1C9C" w:rsidRPr="00672A82" w:rsidRDefault="00000000">
            <w:pPr>
              <w:jc w:val="center"/>
              <w:rPr>
                <w:rFonts w:hint="eastAsia"/>
              </w:rPr>
            </w:pPr>
            <w:r w:rsidRPr="00672A82">
              <w:rPr>
                <w:rFonts w:cs="Tinos"/>
                <w:sz w:val="14"/>
              </w:rPr>
              <w:t>2.00</w:t>
            </w:r>
          </w:p>
        </w:tc>
      </w:tr>
      <w:tr w:rsidR="00DB1C9C" w:rsidRPr="00672A82" w14:paraId="6106B61A" w14:textId="77777777">
        <w:trPr>
          <w:jc w:val="center"/>
        </w:trPr>
        <w:tc>
          <w:tcPr>
            <w:tcW w:w="648" w:type="dxa"/>
            <w:tcMar>
              <w:top w:w="60" w:type="dxa"/>
              <w:left w:w="60" w:type="dxa"/>
              <w:bottom w:w="60" w:type="dxa"/>
              <w:right w:w="60" w:type="dxa"/>
            </w:tcMar>
            <w:vAlign w:val="center"/>
          </w:tcPr>
          <w:p w14:paraId="13704A55"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5E049A9" w14:textId="77777777" w:rsidR="00DB1C9C" w:rsidRPr="00672A82" w:rsidRDefault="00000000">
            <w:pPr>
              <w:rPr>
                <w:rFonts w:hint="eastAsia"/>
              </w:rPr>
            </w:pPr>
            <w:r w:rsidRPr="00672A82">
              <w:rPr>
                <w:rFonts w:cs="Tinos"/>
                <w:b/>
                <w:sz w:val="14"/>
              </w:rPr>
              <w:t>Total fixed cost</w:t>
            </w:r>
          </w:p>
        </w:tc>
        <w:tc>
          <w:tcPr>
            <w:tcW w:w="792" w:type="dxa"/>
            <w:tcMar>
              <w:top w:w="60" w:type="dxa"/>
              <w:left w:w="60" w:type="dxa"/>
              <w:bottom w:w="60" w:type="dxa"/>
              <w:right w:w="60" w:type="dxa"/>
            </w:tcMar>
            <w:vAlign w:val="center"/>
          </w:tcPr>
          <w:p w14:paraId="1876CDBC"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20BF6A0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A5297DB" w14:textId="77777777" w:rsidR="00DB1C9C" w:rsidRPr="00672A82" w:rsidRDefault="00000000">
            <w:pPr>
              <w:jc w:val="center"/>
              <w:rPr>
                <w:rFonts w:hint="eastAsia"/>
              </w:rPr>
            </w:pPr>
            <w:r w:rsidRPr="00672A82">
              <w:rPr>
                <w:rFonts w:cs="Tinos"/>
                <w:b/>
                <w:sz w:val="14"/>
              </w:rPr>
              <w:t>263915.82</w:t>
            </w:r>
          </w:p>
        </w:tc>
        <w:tc>
          <w:tcPr>
            <w:tcW w:w="1584" w:type="dxa"/>
            <w:tcMar>
              <w:top w:w="60" w:type="dxa"/>
              <w:left w:w="60" w:type="dxa"/>
              <w:bottom w:w="60" w:type="dxa"/>
              <w:right w:w="60" w:type="dxa"/>
            </w:tcMar>
            <w:vAlign w:val="center"/>
          </w:tcPr>
          <w:p w14:paraId="7D98912F" w14:textId="77777777" w:rsidR="00DB1C9C" w:rsidRPr="00672A82" w:rsidRDefault="00000000">
            <w:pPr>
              <w:jc w:val="center"/>
              <w:rPr>
                <w:rFonts w:hint="eastAsia"/>
              </w:rPr>
            </w:pPr>
            <w:r w:rsidRPr="00672A82">
              <w:rPr>
                <w:rFonts w:cs="Tinos"/>
                <w:b/>
                <w:sz w:val="14"/>
              </w:rPr>
              <w:t>11.97</w:t>
            </w:r>
          </w:p>
        </w:tc>
      </w:tr>
      <w:tr w:rsidR="00DB1C9C" w:rsidRPr="00672A82" w14:paraId="5A3E1DC5" w14:textId="77777777">
        <w:trPr>
          <w:jc w:val="center"/>
        </w:trPr>
        <w:tc>
          <w:tcPr>
            <w:tcW w:w="648" w:type="dxa"/>
            <w:tcMar>
              <w:top w:w="60" w:type="dxa"/>
              <w:left w:w="60" w:type="dxa"/>
              <w:bottom w:w="60" w:type="dxa"/>
              <w:right w:w="60" w:type="dxa"/>
            </w:tcMar>
            <w:vAlign w:val="center"/>
          </w:tcPr>
          <w:p w14:paraId="5984F15D"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C2C6888" w14:textId="77777777" w:rsidR="00DB1C9C" w:rsidRPr="00672A82" w:rsidRDefault="00000000">
            <w:pPr>
              <w:rPr>
                <w:rFonts w:hint="eastAsia"/>
              </w:rPr>
            </w:pPr>
            <w:r w:rsidRPr="00672A82">
              <w:rPr>
                <w:rFonts w:cs="Tinos"/>
                <w:b/>
                <w:sz w:val="14"/>
              </w:rPr>
              <w:t>Total costs (A+B)</w:t>
            </w:r>
          </w:p>
        </w:tc>
        <w:tc>
          <w:tcPr>
            <w:tcW w:w="792" w:type="dxa"/>
            <w:tcMar>
              <w:top w:w="60" w:type="dxa"/>
              <w:left w:w="60" w:type="dxa"/>
              <w:bottom w:w="60" w:type="dxa"/>
              <w:right w:w="60" w:type="dxa"/>
            </w:tcMar>
            <w:vAlign w:val="center"/>
          </w:tcPr>
          <w:p w14:paraId="2EB30AE4"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25B58C5F"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0D6CD30" w14:textId="77777777" w:rsidR="00DB1C9C" w:rsidRPr="00672A82" w:rsidRDefault="00000000">
            <w:pPr>
              <w:jc w:val="center"/>
              <w:rPr>
                <w:rFonts w:hint="eastAsia"/>
              </w:rPr>
            </w:pPr>
            <w:r w:rsidRPr="00672A82">
              <w:rPr>
                <w:rFonts w:cs="Tinos"/>
                <w:b/>
                <w:sz w:val="14"/>
              </w:rPr>
              <w:t>2205137.82</w:t>
            </w:r>
          </w:p>
        </w:tc>
        <w:tc>
          <w:tcPr>
            <w:tcW w:w="1584" w:type="dxa"/>
            <w:tcMar>
              <w:top w:w="60" w:type="dxa"/>
              <w:left w:w="60" w:type="dxa"/>
              <w:bottom w:w="60" w:type="dxa"/>
              <w:right w:w="60" w:type="dxa"/>
            </w:tcMar>
            <w:vAlign w:val="center"/>
          </w:tcPr>
          <w:p w14:paraId="0B8A7884" w14:textId="77777777" w:rsidR="00DB1C9C" w:rsidRPr="00672A82" w:rsidRDefault="00000000">
            <w:pPr>
              <w:jc w:val="center"/>
              <w:rPr>
                <w:rFonts w:hint="eastAsia"/>
              </w:rPr>
            </w:pPr>
            <w:r w:rsidRPr="00672A82">
              <w:rPr>
                <w:rFonts w:cs="Tinos"/>
                <w:b/>
                <w:sz w:val="14"/>
              </w:rPr>
              <w:t>100.00</w:t>
            </w:r>
          </w:p>
        </w:tc>
      </w:tr>
    </w:tbl>
    <w:p w14:paraId="1C08E2CA" w14:textId="77777777" w:rsidR="00DB1C9C" w:rsidRPr="00672A82" w:rsidRDefault="00000000">
      <w:pPr>
        <w:spacing w:after="100" w:line="259" w:lineRule="auto"/>
        <w:ind w:firstLine="360"/>
        <w:jc w:val="both"/>
        <w:rPr>
          <w:rFonts w:hint="eastAsia"/>
        </w:rPr>
      </w:pPr>
      <w:r w:rsidRPr="00672A82">
        <w:rPr>
          <w:rFonts w:cs="Tinos"/>
        </w:rPr>
        <w:t>The results presented in Table 2 revealed that the per hectare cost of production of hibiscus was at Rs. 22,05,137.82, of which variable cost accounted for 88.03 per cent (Rs. 19,41,222) and fixed cost for the remaining 11.97 per cent (Rs. 2,63,915.82). Among the variable cost components, pots and trays formed the single largest item (22.09 per cent), followed by planting material (18.24 per cent), labour-male (9.53 per cent), interest on working capital (4.91 per cent) and labour-female (4.78 per cent). Among fixed costs, interest on fixed capital (5.78 per cent) and depreciation on equipment (4.19 per cent) were the major contributors. The overwhelming share of variable cost, particularly on pots, trays and planting material, indicates that hibiscus production is essentially material-intensive rather than labour- or capital-intensive. This suggests that cost-efficiency gains for hibiscus growers would come primarily from bulk procurement or reuse of containers and planting material rather than from labour-saving measures.</w:t>
      </w:r>
    </w:p>
    <w:p w14:paraId="1BF11928" w14:textId="77777777" w:rsidR="00DB1C9C" w:rsidRPr="00672A82" w:rsidRDefault="00000000">
      <w:pPr>
        <w:spacing w:after="100" w:line="259" w:lineRule="auto"/>
        <w:ind w:firstLine="360"/>
        <w:jc w:val="both"/>
        <w:rPr>
          <w:rFonts w:hint="eastAsia"/>
        </w:rPr>
      </w:pPr>
      <w:r w:rsidRPr="00672A82">
        <w:rPr>
          <w:rFonts w:cs="Tinos"/>
        </w:rPr>
        <w:t>The observed concentration of hibiscus expenditure in containers and planting material is also consistent with evidence from containerized ornamental production, where pot choice and other direct inputs can materially influence unit production cost, while nursery cost studies commonly report variable costs exceeding fixed costs (Brumfield et al., 2015; Jeffers et al., 2010; Shwetanjali et al., 2023). Because those studies examined different species and production settings, the comparison supports the general cost structure rather than a species-specific equivalence.</w:t>
      </w:r>
    </w:p>
    <w:p w14:paraId="0B5EC8BC" w14:textId="77777777" w:rsidR="00DB1C9C" w:rsidRPr="00672A82" w:rsidRDefault="00000000">
      <w:pPr>
        <w:keepNext/>
        <w:spacing w:before="160" w:after="80"/>
        <w:rPr>
          <w:rFonts w:hint="eastAsia"/>
        </w:rPr>
      </w:pPr>
      <w:r w:rsidRPr="00672A82">
        <w:rPr>
          <w:rFonts w:cs="Tinos"/>
          <w:b/>
        </w:rPr>
        <w:t>2. Per hectare cost of production of rose</w:t>
      </w:r>
    </w:p>
    <w:p w14:paraId="4E47866C" w14:textId="77777777" w:rsidR="00DB1C9C" w:rsidRPr="00672A82" w:rsidRDefault="00000000">
      <w:pPr>
        <w:spacing w:after="100" w:line="259" w:lineRule="auto"/>
        <w:ind w:firstLine="360"/>
        <w:jc w:val="both"/>
        <w:rPr>
          <w:rFonts w:hint="eastAsia"/>
        </w:rPr>
      </w:pPr>
      <w:r w:rsidRPr="00672A82">
        <w:rPr>
          <w:rFonts w:cs="Tinos"/>
        </w:rPr>
        <w:t>The cost of production of rose planting material was estimated on a per hectare basis by considering both variable and fixed cost components. The individual cost components and their respective contribution to the total cost are presented in Table 3.</w:t>
      </w:r>
    </w:p>
    <w:p w14:paraId="28FCCAEE" w14:textId="77777777" w:rsidR="00DB1C9C" w:rsidRPr="00672A82" w:rsidRDefault="00000000">
      <w:pPr>
        <w:keepNext/>
        <w:spacing w:before="80" w:after="60"/>
        <w:rPr>
          <w:rFonts w:hint="eastAsia"/>
        </w:rPr>
      </w:pPr>
      <w:r w:rsidRPr="00672A82">
        <w:rPr>
          <w:rFonts w:cs="Tinos"/>
          <w:b/>
          <w:sz w:val="19"/>
        </w:rPr>
        <w:t>Table 3. Per hectare cost of production of rose in selected nurseries (₹/ha)</w:t>
      </w:r>
    </w:p>
    <w:tbl>
      <w:tblPr>
        <w:tblStyle w:val="TableGrid"/>
        <w:tblW w:w="0" w:type="auto"/>
        <w:jc w:val="center"/>
        <w:tblLayout w:type="fixed"/>
        <w:tblLook w:val="04A0" w:firstRow="1" w:lastRow="0" w:firstColumn="1" w:lastColumn="0" w:noHBand="0" w:noVBand="1"/>
      </w:tblPr>
      <w:tblGrid>
        <w:gridCol w:w="648"/>
        <w:gridCol w:w="3168"/>
        <w:gridCol w:w="792"/>
        <w:gridCol w:w="1080"/>
        <w:gridCol w:w="1368"/>
        <w:gridCol w:w="1584"/>
      </w:tblGrid>
      <w:tr w:rsidR="00DB1C9C" w:rsidRPr="00672A82" w14:paraId="7AE40F95" w14:textId="77777777">
        <w:trPr>
          <w:tblHeader/>
          <w:jc w:val="center"/>
        </w:trPr>
        <w:tc>
          <w:tcPr>
            <w:tcW w:w="648" w:type="dxa"/>
            <w:shd w:val="clear" w:color="auto" w:fill="E7E6E6"/>
            <w:tcMar>
              <w:top w:w="60" w:type="dxa"/>
              <w:left w:w="60" w:type="dxa"/>
              <w:bottom w:w="60" w:type="dxa"/>
              <w:right w:w="60" w:type="dxa"/>
            </w:tcMar>
            <w:vAlign w:val="center"/>
          </w:tcPr>
          <w:p w14:paraId="0501E34F" w14:textId="77777777" w:rsidR="00DB1C9C" w:rsidRPr="00672A82" w:rsidRDefault="00000000">
            <w:pPr>
              <w:jc w:val="center"/>
              <w:rPr>
                <w:rFonts w:hint="eastAsia"/>
              </w:rPr>
            </w:pPr>
            <w:r w:rsidRPr="00672A82">
              <w:rPr>
                <w:rFonts w:cs="Tinos"/>
                <w:b/>
                <w:sz w:val="14"/>
              </w:rPr>
              <w:t>Sr. No</w:t>
            </w:r>
          </w:p>
        </w:tc>
        <w:tc>
          <w:tcPr>
            <w:tcW w:w="3168" w:type="dxa"/>
            <w:shd w:val="clear" w:color="auto" w:fill="E7E6E6"/>
            <w:tcMar>
              <w:top w:w="60" w:type="dxa"/>
              <w:left w:w="60" w:type="dxa"/>
              <w:bottom w:w="60" w:type="dxa"/>
              <w:right w:w="60" w:type="dxa"/>
            </w:tcMar>
            <w:vAlign w:val="center"/>
          </w:tcPr>
          <w:p w14:paraId="3479EED2" w14:textId="77777777" w:rsidR="00DB1C9C" w:rsidRPr="00672A82" w:rsidRDefault="00000000">
            <w:pPr>
              <w:jc w:val="center"/>
              <w:rPr>
                <w:rFonts w:hint="eastAsia"/>
              </w:rPr>
            </w:pPr>
            <w:r w:rsidRPr="00672A82">
              <w:rPr>
                <w:rFonts w:cs="Tinos"/>
                <w:b/>
                <w:sz w:val="14"/>
              </w:rPr>
              <w:t>Component</w:t>
            </w:r>
          </w:p>
        </w:tc>
        <w:tc>
          <w:tcPr>
            <w:tcW w:w="792" w:type="dxa"/>
            <w:shd w:val="clear" w:color="auto" w:fill="E7E6E6"/>
            <w:tcMar>
              <w:top w:w="60" w:type="dxa"/>
              <w:left w:w="60" w:type="dxa"/>
              <w:bottom w:w="60" w:type="dxa"/>
              <w:right w:w="60" w:type="dxa"/>
            </w:tcMar>
            <w:vAlign w:val="center"/>
          </w:tcPr>
          <w:p w14:paraId="44CBACB4" w14:textId="77777777" w:rsidR="00DB1C9C" w:rsidRPr="00672A82" w:rsidRDefault="00000000">
            <w:pPr>
              <w:jc w:val="center"/>
              <w:rPr>
                <w:rFonts w:hint="eastAsia"/>
              </w:rPr>
            </w:pPr>
            <w:r w:rsidRPr="00672A82">
              <w:rPr>
                <w:rFonts w:cs="Tinos"/>
                <w:b/>
                <w:sz w:val="14"/>
              </w:rPr>
              <w:t>Unit</w:t>
            </w:r>
          </w:p>
        </w:tc>
        <w:tc>
          <w:tcPr>
            <w:tcW w:w="1080" w:type="dxa"/>
            <w:shd w:val="clear" w:color="auto" w:fill="E7E6E6"/>
            <w:tcMar>
              <w:top w:w="60" w:type="dxa"/>
              <w:left w:w="60" w:type="dxa"/>
              <w:bottom w:w="60" w:type="dxa"/>
              <w:right w:w="60" w:type="dxa"/>
            </w:tcMar>
            <w:vAlign w:val="center"/>
          </w:tcPr>
          <w:p w14:paraId="54AD5AFE" w14:textId="77777777" w:rsidR="00DB1C9C" w:rsidRPr="00672A82" w:rsidRDefault="00000000">
            <w:pPr>
              <w:jc w:val="center"/>
              <w:rPr>
                <w:rFonts w:hint="eastAsia"/>
              </w:rPr>
            </w:pPr>
            <w:r w:rsidRPr="00672A82">
              <w:rPr>
                <w:rFonts w:cs="Tinos"/>
                <w:b/>
                <w:sz w:val="14"/>
              </w:rPr>
              <w:t>Quantity</w:t>
            </w:r>
          </w:p>
        </w:tc>
        <w:tc>
          <w:tcPr>
            <w:tcW w:w="1368" w:type="dxa"/>
            <w:shd w:val="clear" w:color="auto" w:fill="E7E6E6"/>
            <w:tcMar>
              <w:top w:w="60" w:type="dxa"/>
              <w:left w:w="60" w:type="dxa"/>
              <w:bottom w:w="60" w:type="dxa"/>
              <w:right w:w="60" w:type="dxa"/>
            </w:tcMar>
            <w:vAlign w:val="center"/>
          </w:tcPr>
          <w:p w14:paraId="1988A7CE" w14:textId="77777777" w:rsidR="00DB1C9C" w:rsidRPr="00672A82" w:rsidRDefault="00000000">
            <w:pPr>
              <w:jc w:val="center"/>
              <w:rPr>
                <w:rFonts w:hint="eastAsia"/>
              </w:rPr>
            </w:pPr>
            <w:r w:rsidRPr="00672A82">
              <w:rPr>
                <w:rFonts w:cs="Tinos"/>
                <w:b/>
                <w:sz w:val="14"/>
              </w:rPr>
              <w:t>Cost</w:t>
            </w:r>
          </w:p>
        </w:tc>
        <w:tc>
          <w:tcPr>
            <w:tcW w:w="1584" w:type="dxa"/>
            <w:shd w:val="clear" w:color="auto" w:fill="E7E6E6"/>
            <w:tcMar>
              <w:top w:w="60" w:type="dxa"/>
              <w:left w:w="60" w:type="dxa"/>
              <w:bottom w:w="60" w:type="dxa"/>
              <w:right w:w="60" w:type="dxa"/>
            </w:tcMar>
            <w:vAlign w:val="center"/>
          </w:tcPr>
          <w:p w14:paraId="2A9A4209" w14:textId="77777777" w:rsidR="00DB1C9C" w:rsidRPr="00672A82" w:rsidRDefault="00000000">
            <w:pPr>
              <w:jc w:val="center"/>
              <w:rPr>
                <w:rFonts w:hint="eastAsia"/>
              </w:rPr>
            </w:pPr>
            <w:r w:rsidRPr="00672A82">
              <w:rPr>
                <w:rFonts w:cs="Tinos"/>
                <w:b/>
                <w:sz w:val="14"/>
              </w:rPr>
              <w:t>Percentage to the total cost</w:t>
            </w:r>
          </w:p>
        </w:tc>
      </w:tr>
      <w:tr w:rsidR="00DB1C9C" w:rsidRPr="00672A82" w14:paraId="5C736100" w14:textId="77777777">
        <w:trPr>
          <w:jc w:val="center"/>
        </w:trPr>
        <w:tc>
          <w:tcPr>
            <w:tcW w:w="648" w:type="dxa"/>
            <w:tcMar>
              <w:top w:w="60" w:type="dxa"/>
              <w:left w:w="60" w:type="dxa"/>
              <w:bottom w:w="60" w:type="dxa"/>
              <w:right w:w="60" w:type="dxa"/>
            </w:tcMar>
            <w:vAlign w:val="center"/>
          </w:tcPr>
          <w:p w14:paraId="1A36CFCD"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3CEAAF0" w14:textId="77777777" w:rsidR="00DB1C9C" w:rsidRPr="00672A82" w:rsidRDefault="00000000">
            <w:pPr>
              <w:rPr>
                <w:rFonts w:hint="eastAsia"/>
              </w:rPr>
            </w:pPr>
            <w:r w:rsidRPr="00672A82">
              <w:rPr>
                <w:rFonts w:cs="Tinos"/>
                <w:sz w:val="14"/>
              </w:rPr>
              <w:t>A. Variable cost</w:t>
            </w:r>
          </w:p>
        </w:tc>
        <w:tc>
          <w:tcPr>
            <w:tcW w:w="792" w:type="dxa"/>
            <w:tcMar>
              <w:top w:w="60" w:type="dxa"/>
              <w:left w:w="60" w:type="dxa"/>
              <w:bottom w:w="60" w:type="dxa"/>
              <w:right w:w="60" w:type="dxa"/>
            </w:tcMar>
            <w:vAlign w:val="center"/>
          </w:tcPr>
          <w:p w14:paraId="6A808D41"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60B7EF2C"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B5F4ECB"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625E731F" w14:textId="77777777" w:rsidR="00DB1C9C" w:rsidRPr="00672A82" w:rsidRDefault="00DB1C9C">
            <w:pPr>
              <w:jc w:val="center"/>
              <w:rPr>
                <w:rFonts w:hint="eastAsia"/>
              </w:rPr>
            </w:pPr>
          </w:p>
        </w:tc>
      </w:tr>
      <w:tr w:rsidR="00DB1C9C" w:rsidRPr="00672A82" w14:paraId="7F4EC322" w14:textId="77777777">
        <w:trPr>
          <w:jc w:val="center"/>
        </w:trPr>
        <w:tc>
          <w:tcPr>
            <w:tcW w:w="648" w:type="dxa"/>
            <w:tcMar>
              <w:top w:w="60" w:type="dxa"/>
              <w:left w:w="60" w:type="dxa"/>
              <w:bottom w:w="60" w:type="dxa"/>
              <w:right w:w="60" w:type="dxa"/>
            </w:tcMar>
            <w:vAlign w:val="center"/>
          </w:tcPr>
          <w:p w14:paraId="515D16B0"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7B3C4808" w14:textId="77777777" w:rsidR="00DB1C9C" w:rsidRPr="00672A82" w:rsidRDefault="00000000">
            <w:pPr>
              <w:rPr>
                <w:rFonts w:hint="eastAsia"/>
              </w:rPr>
            </w:pPr>
            <w:r w:rsidRPr="00672A82">
              <w:rPr>
                <w:rFonts w:cs="Tinos"/>
                <w:sz w:val="14"/>
              </w:rPr>
              <w:t>Planting material (No)</w:t>
            </w:r>
          </w:p>
        </w:tc>
        <w:tc>
          <w:tcPr>
            <w:tcW w:w="792" w:type="dxa"/>
            <w:tcMar>
              <w:top w:w="60" w:type="dxa"/>
              <w:left w:w="60" w:type="dxa"/>
              <w:bottom w:w="60" w:type="dxa"/>
              <w:right w:w="60" w:type="dxa"/>
            </w:tcMar>
            <w:vAlign w:val="center"/>
          </w:tcPr>
          <w:p w14:paraId="52A462E6" w14:textId="77777777" w:rsidR="00DB1C9C" w:rsidRPr="00672A82" w:rsidRDefault="00000000">
            <w:pPr>
              <w:jc w:val="center"/>
              <w:rPr>
                <w:rFonts w:hint="eastAsia"/>
              </w:rPr>
            </w:pPr>
            <w:r w:rsidRPr="00672A82">
              <w:rPr>
                <w:rFonts w:cs="Tinos"/>
                <w:sz w:val="14"/>
              </w:rPr>
              <w:t>No</w:t>
            </w:r>
          </w:p>
        </w:tc>
        <w:tc>
          <w:tcPr>
            <w:tcW w:w="1080" w:type="dxa"/>
            <w:tcMar>
              <w:top w:w="60" w:type="dxa"/>
              <w:left w:w="60" w:type="dxa"/>
              <w:bottom w:w="60" w:type="dxa"/>
              <w:right w:w="60" w:type="dxa"/>
            </w:tcMar>
            <w:vAlign w:val="center"/>
          </w:tcPr>
          <w:p w14:paraId="07730579" w14:textId="77777777" w:rsidR="00DB1C9C" w:rsidRPr="00672A82" w:rsidRDefault="00000000">
            <w:pPr>
              <w:jc w:val="center"/>
              <w:rPr>
                <w:rFonts w:hint="eastAsia"/>
              </w:rPr>
            </w:pPr>
            <w:r w:rsidRPr="00672A82">
              <w:rPr>
                <w:rFonts w:cs="Tinos"/>
                <w:sz w:val="14"/>
              </w:rPr>
              <w:t>56345</w:t>
            </w:r>
          </w:p>
        </w:tc>
        <w:tc>
          <w:tcPr>
            <w:tcW w:w="1368" w:type="dxa"/>
            <w:tcMar>
              <w:top w:w="60" w:type="dxa"/>
              <w:left w:w="60" w:type="dxa"/>
              <w:bottom w:w="60" w:type="dxa"/>
              <w:right w:w="60" w:type="dxa"/>
            </w:tcMar>
            <w:vAlign w:val="center"/>
          </w:tcPr>
          <w:p w14:paraId="62A5A65B" w14:textId="77777777" w:rsidR="00DB1C9C" w:rsidRPr="00672A82" w:rsidRDefault="00000000">
            <w:pPr>
              <w:jc w:val="center"/>
              <w:rPr>
                <w:rFonts w:hint="eastAsia"/>
              </w:rPr>
            </w:pPr>
            <w:r w:rsidRPr="00672A82">
              <w:rPr>
                <w:rFonts w:cs="Tinos"/>
                <w:sz w:val="14"/>
              </w:rPr>
              <w:t>371824</w:t>
            </w:r>
          </w:p>
        </w:tc>
        <w:tc>
          <w:tcPr>
            <w:tcW w:w="1584" w:type="dxa"/>
            <w:tcMar>
              <w:top w:w="60" w:type="dxa"/>
              <w:left w:w="60" w:type="dxa"/>
              <w:bottom w:w="60" w:type="dxa"/>
              <w:right w:w="60" w:type="dxa"/>
            </w:tcMar>
            <w:vAlign w:val="center"/>
          </w:tcPr>
          <w:p w14:paraId="07EBE221" w14:textId="77777777" w:rsidR="00DB1C9C" w:rsidRPr="00672A82" w:rsidRDefault="00000000">
            <w:pPr>
              <w:jc w:val="center"/>
              <w:rPr>
                <w:rFonts w:hint="eastAsia"/>
              </w:rPr>
            </w:pPr>
            <w:r w:rsidRPr="00672A82">
              <w:rPr>
                <w:rFonts w:cs="Tinos"/>
                <w:sz w:val="14"/>
              </w:rPr>
              <w:t>15.13</w:t>
            </w:r>
          </w:p>
        </w:tc>
      </w:tr>
      <w:tr w:rsidR="00DB1C9C" w:rsidRPr="00672A82" w14:paraId="0961F74F" w14:textId="77777777">
        <w:trPr>
          <w:jc w:val="center"/>
        </w:trPr>
        <w:tc>
          <w:tcPr>
            <w:tcW w:w="648" w:type="dxa"/>
            <w:tcMar>
              <w:top w:w="60" w:type="dxa"/>
              <w:left w:w="60" w:type="dxa"/>
              <w:bottom w:w="60" w:type="dxa"/>
              <w:right w:w="60" w:type="dxa"/>
            </w:tcMar>
            <w:vAlign w:val="center"/>
          </w:tcPr>
          <w:p w14:paraId="0BA0E392"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36470107" w14:textId="77777777" w:rsidR="00DB1C9C" w:rsidRPr="00672A82" w:rsidRDefault="00000000">
            <w:pPr>
              <w:rPr>
                <w:rFonts w:hint="eastAsia"/>
              </w:rPr>
            </w:pPr>
            <w:r w:rsidRPr="00672A82">
              <w:rPr>
                <w:rFonts w:cs="Tinos"/>
                <w:sz w:val="14"/>
              </w:rPr>
              <w:t>Vermicompost (kg)</w:t>
            </w:r>
          </w:p>
        </w:tc>
        <w:tc>
          <w:tcPr>
            <w:tcW w:w="792" w:type="dxa"/>
            <w:tcMar>
              <w:top w:w="60" w:type="dxa"/>
              <w:left w:w="60" w:type="dxa"/>
              <w:bottom w:w="60" w:type="dxa"/>
              <w:right w:w="60" w:type="dxa"/>
            </w:tcMar>
            <w:vAlign w:val="center"/>
          </w:tcPr>
          <w:p w14:paraId="5CFF2ABB"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441722D2" w14:textId="77777777" w:rsidR="00DB1C9C" w:rsidRPr="00672A82" w:rsidRDefault="00000000">
            <w:pPr>
              <w:jc w:val="center"/>
              <w:rPr>
                <w:rFonts w:hint="eastAsia"/>
              </w:rPr>
            </w:pPr>
            <w:r w:rsidRPr="00672A82">
              <w:rPr>
                <w:rFonts w:cs="Tinos"/>
                <w:sz w:val="14"/>
              </w:rPr>
              <w:t>15129</w:t>
            </w:r>
          </w:p>
        </w:tc>
        <w:tc>
          <w:tcPr>
            <w:tcW w:w="1368" w:type="dxa"/>
            <w:tcMar>
              <w:top w:w="60" w:type="dxa"/>
              <w:left w:w="60" w:type="dxa"/>
              <w:bottom w:w="60" w:type="dxa"/>
              <w:right w:w="60" w:type="dxa"/>
            </w:tcMar>
            <w:vAlign w:val="center"/>
          </w:tcPr>
          <w:p w14:paraId="469FB8CA" w14:textId="77777777" w:rsidR="00DB1C9C" w:rsidRPr="00672A82" w:rsidRDefault="00000000">
            <w:pPr>
              <w:jc w:val="center"/>
              <w:rPr>
                <w:rFonts w:hint="eastAsia"/>
              </w:rPr>
            </w:pPr>
            <w:r w:rsidRPr="00672A82">
              <w:rPr>
                <w:rFonts w:cs="Tinos"/>
                <w:sz w:val="14"/>
              </w:rPr>
              <w:t>151296</w:t>
            </w:r>
          </w:p>
        </w:tc>
        <w:tc>
          <w:tcPr>
            <w:tcW w:w="1584" w:type="dxa"/>
            <w:tcMar>
              <w:top w:w="60" w:type="dxa"/>
              <w:left w:w="60" w:type="dxa"/>
              <w:bottom w:w="60" w:type="dxa"/>
              <w:right w:w="60" w:type="dxa"/>
            </w:tcMar>
            <w:vAlign w:val="center"/>
          </w:tcPr>
          <w:p w14:paraId="788109CD" w14:textId="77777777" w:rsidR="00DB1C9C" w:rsidRPr="00672A82" w:rsidRDefault="00000000">
            <w:pPr>
              <w:jc w:val="center"/>
              <w:rPr>
                <w:rFonts w:hint="eastAsia"/>
              </w:rPr>
            </w:pPr>
            <w:r w:rsidRPr="00672A82">
              <w:rPr>
                <w:rFonts w:cs="Tinos"/>
                <w:sz w:val="14"/>
              </w:rPr>
              <w:t>6.16</w:t>
            </w:r>
          </w:p>
        </w:tc>
      </w:tr>
      <w:tr w:rsidR="00DB1C9C" w:rsidRPr="00672A82" w14:paraId="71B77571" w14:textId="77777777">
        <w:trPr>
          <w:jc w:val="center"/>
        </w:trPr>
        <w:tc>
          <w:tcPr>
            <w:tcW w:w="648" w:type="dxa"/>
            <w:tcMar>
              <w:top w:w="60" w:type="dxa"/>
              <w:left w:w="60" w:type="dxa"/>
              <w:bottom w:w="60" w:type="dxa"/>
              <w:right w:w="60" w:type="dxa"/>
            </w:tcMar>
            <w:vAlign w:val="center"/>
          </w:tcPr>
          <w:p w14:paraId="0E5952AA"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13C509BE" w14:textId="77777777" w:rsidR="00DB1C9C" w:rsidRPr="00672A82" w:rsidRDefault="00000000">
            <w:pPr>
              <w:rPr>
                <w:rFonts w:hint="eastAsia"/>
              </w:rPr>
            </w:pPr>
            <w:r w:rsidRPr="00672A82">
              <w:rPr>
                <w:rFonts w:cs="Tinos"/>
                <w:sz w:val="14"/>
              </w:rPr>
              <w:t>Neem cake (kg)</w:t>
            </w:r>
          </w:p>
        </w:tc>
        <w:tc>
          <w:tcPr>
            <w:tcW w:w="792" w:type="dxa"/>
            <w:tcMar>
              <w:top w:w="60" w:type="dxa"/>
              <w:left w:w="60" w:type="dxa"/>
              <w:bottom w:w="60" w:type="dxa"/>
              <w:right w:w="60" w:type="dxa"/>
            </w:tcMar>
            <w:vAlign w:val="center"/>
          </w:tcPr>
          <w:p w14:paraId="09138A87"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4DB621FA" w14:textId="77777777" w:rsidR="00DB1C9C" w:rsidRPr="00672A82" w:rsidRDefault="00000000">
            <w:pPr>
              <w:jc w:val="center"/>
              <w:rPr>
                <w:rFonts w:hint="eastAsia"/>
              </w:rPr>
            </w:pPr>
            <w:r w:rsidRPr="00672A82">
              <w:rPr>
                <w:rFonts w:cs="Tinos"/>
                <w:sz w:val="14"/>
              </w:rPr>
              <w:t>3526</w:t>
            </w:r>
          </w:p>
        </w:tc>
        <w:tc>
          <w:tcPr>
            <w:tcW w:w="1368" w:type="dxa"/>
            <w:tcMar>
              <w:top w:w="60" w:type="dxa"/>
              <w:left w:w="60" w:type="dxa"/>
              <w:bottom w:w="60" w:type="dxa"/>
              <w:right w:w="60" w:type="dxa"/>
            </w:tcMar>
            <w:vAlign w:val="center"/>
          </w:tcPr>
          <w:p w14:paraId="5F4251DB" w14:textId="77777777" w:rsidR="00DB1C9C" w:rsidRPr="00672A82" w:rsidRDefault="00000000">
            <w:pPr>
              <w:jc w:val="center"/>
              <w:rPr>
                <w:rFonts w:hint="eastAsia"/>
              </w:rPr>
            </w:pPr>
            <w:r w:rsidRPr="00672A82">
              <w:rPr>
                <w:rFonts w:cs="Tinos"/>
                <w:sz w:val="14"/>
              </w:rPr>
              <w:t>77324</w:t>
            </w:r>
          </w:p>
        </w:tc>
        <w:tc>
          <w:tcPr>
            <w:tcW w:w="1584" w:type="dxa"/>
            <w:tcMar>
              <w:top w:w="60" w:type="dxa"/>
              <w:left w:w="60" w:type="dxa"/>
              <w:bottom w:w="60" w:type="dxa"/>
              <w:right w:w="60" w:type="dxa"/>
            </w:tcMar>
            <w:vAlign w:val="center"/>
          </w:tcPr>
          <w:p w14:paraId="0E4B16D4" w14:textId="77777777" w:rsidR="00DB1C9C" w:rsidRPr="00672A82" w:rsidRDefault="00000000">
            <w:pPr>
              <w:jc w:val="center"/>
              <w:rPr>
                <w:rFonts w:hint="eastAsia"/>
              </w:rPr>
            </w:pPr>
            <w:r w:rsidRPr="00672A82">
              <w:rPr>
                <w:rFonts w:cs="Tinos"/>
                <w:sz w:val="14"/>
              </w:rPr>
              <w:t>3.15</w:t>
            </w:r>
          </w:p>
        </w:tc>
      </w:tr>
      <w:tr w:rsidR="00DB1C9C" w:rsidRPr="00672A82" w14:paraId="1DB252E5" w14:textId="77777777">
        <w:trPr>
          <w:jc w:val="center"/>
        </w:trPr>
        <w:tc>
          <w:tcPr>
            <w:tcW w:w="648" w:type="dxa"/>
            <w:tcMar>
              <w:top w:w="60" w:type="dxa"/>
              <w:left w:w="60" w:type="dxa"/>
              <w:bottom w:w="60" w:type="dxa"/>
              <w:right w:w="60" w:type="dxa"/>
            </w:tcMar>
            <w:vAlign w:val="center"/>
          </w:tcPr>
          <w:p w14:paraId="26215342" w14:textId="77777777" w:rsidR="00DB1C9C" w:rsidRPr="00672A82" w:rsidRDefault="00000000">
            <w:pPr>
              <w:jc w:val="center"/>
              <w:rPr>
                <w:rFonts w:hint="eastAsia"/>
              </w:rPr>
            </w:pPr>
            <w:r w:rsidRPr="00672A82">
              <w:rPr>
                <w:rFonts w:cs="Tinos"/>
                <w:sz w:val="14"/>
              </w:rPr>
              <w:t>4</w:t>
            </w:r>
          </w:p>
        </w:tc>
        <w:tc>
          <w:tcPr>
            <w:tcW w:w="3168" w:type="dxa"/>
            <w:tcMar>
              <w:top w:w="60" w:type="dxa"/>
              <w:left w:w="60" w:type="dxa"/>
              <w:bottom w:w="60" w:type="dxa"/>
              <w:right w:w="60" w:type="dxa"/>
            </w:tcMar>
            <w:vAlign w:val="center"/>
          </w:tcPr>
          <w:p w14:paraId="6783D155" w14:textId="77777777" w:rsidR="00DB1C9C" w:rsidRPr="00672A82" w:rsidRDefault="00000000">
            <w:pPr>
              <w:rPr>
                <w:rFonts w:hint="eastAsia"/>
              </w:rPr>
            </w:pPr>
            <w:r w:rsidRPr="00672A82">
              <w:rPr>
                <w:rFonts w:cs="Tinos"/>
                <w:sz w:val="14"/>
              </w:rPr>
              <w:t>Fertilizers (Kg)</w:t>
            </w:r>
          </w:p>
        </w:tc>
        <w:tc>
          <w:tcPr>
            <w:tcW w:w="792" w:type="dxa"/>
            <w:tcMar>
              <w:top w:w="60" w:type="dxa"/>
              <w:left w:w="60" w:type="dxa"/>
              <w:bottom w:w="60" w:type="dxa"/>
              <w:right w:w="60" w:type="dxa"/>
            </w:tcMar>
            <w:vAlign w:val="center"/>
          </w:tcPr>
          <w:p w14:paraId="47029939"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49BCF666" w14:textId="77777777" w:rsidR="00DB1C9C" w:rsidRPr="00672A82" w:rsidRDefault="00000000">
            <w:pPr>
              <w:jc w:val="center"/>
              <w:rPr>
                <w:rFonts w:hint="eastAsia"/>
              </w:rPr>
            </w:pPr>
            <w:r w:rsidRPr="00672A82">
              <w:rPr>
                <w:rFonts w:cs="Tinos"/>
                <w:sz w:val="14"/>
              </w:rPr>
              <w:t>1852</w:t>
            </w:r>
          </w:p>
        </w:tc>
        <w:tc>
          <w:tcPr>
            <w:tcW w:w="1368" w:type="dxa"/>
            <w:tcMar>
              <w:top w:w="60" w:type="dxa"/>
              <w:left w:w="60" w:type="dxa"/>
              <w:bottom w:w="60" w:type="dxa"/>
              <w:right w:w="60" w:type="dxa"/>
            </w:tcMar>
            <w:vAlign w:val="center"/>
          </w:tcPr>
          <w:p w14:paraId="714586F6" w14:textId="77777777" w:rsidR="00DB1C9C" w:rsidRPr="00672A82" w:rsidRDefault="00000000">
            <w:pPr>
              <w:jc w:val="center"/>
              <w:rPr>
                <w:rFonts w:hint="eastAsia"/>
              </w:rPr>
            </w:pPr>
            <w:r w:rsidRPr="00672A82">
              <w:rPr>
                <w:rFonts w:cs="Tinos"/>
                <w:sz w:val="14"/>
              </w:rPr>
              <w:t>85645</w:t>
            </w:r>
          </w:p>
        </w:tc>
        <w:tc>
          <w:tcPr>
            <w:tcW w:w="1584" w:type="dxa"/>
            <w:tcMar>
              <w:top w:w="60" w:type="dxa"/>
              <w:left w:w="60" w:type="dxa"/>
              <w:bottom w:w="60" w:type="dxa"/>
              <w:right w:w="60" w:type="dxa"/>
            </w:tcMar>
            <w:vAlign w:val="center"/>
          </w:tcPr>
          <w:p w14:paraId="13577864" w14:textId="77777777" w:rsidR="00DB1C9C" w:rsidRPr="00672A82" w:rsidRDefault="00000000">
            <w:pPr>
              <w:jc w:val="center"/>
              <w:rPr>
                <w:rFonts w:hint="eastAsia"/>
              </w:rPr>
            </w:pPr>
            <w:r w:rsidRPr="00672A82">
              <w:rPr>
                <w:rFonts w:cs="Tinos"/>
                <w:sz w:val="14"/>
              </w:rPr>
              <w:t>3.48</w:t>
            </w:r>
          </w:p>
        </w:tc>
      </w:tr>
      <w:tr w:rsidR="00DB1C9C" w:rsidRPr="00672A82" w14:paraId="060F05D1" w14:textId="77777777">
        <w:trPr>
          <w:jc w:val="center"/>
        </w:trPr>
        <w:tc>
          <w:tcPr>
            <w:tcW w:w="648" w:type="dxa"/>
            <w:tcMar>
              <w:top w:w="60" w:type="dxa"/>
              <w:left w:w="60" w:type="dxa"/>
              <w:bottom w:w="60" w:type="dxa"/>
              <w:right w:w="60" w:type="dxa"/>
            </w:tcMar>
            <w:vAlign w:val="center"/>
          </w:tcPr>
          <w:p w14:paraId="5D22E85E" w14:textId="77777777" w:rsidR="00DB1C9C" w:rsidRPr="00672A82" w:rsidRDefault="00000000">
            <w:pPr>
              <w:jc w:val="center"/>
              <w:rPr>
                <w:rFonts w:hint="eastAsia"/>
              </w:rPr>
            </w:pPr>
            <w:r w:rsidRPr="00672A82">
              <w:rPr>
                <w:rFonts w:cs="Tinos"/>
                <w:sz w:val="14"/>
              </w:rPr>
              <w:t>5</w:t>
            </w:r>
          </w:p>
        </w:tc>
        <w:tc>
          <w:tcPr>
            <w:tcW w:w="3168" w:type="dxa"/>
            <w:tcMar>
              <w:top w:w="60" w:type="dxa"/>
              <w:left w:w="60" w:type="dxa"/>
              <w:bottom w:w="60" w:type="dxa"/>
              <w:right w:w="60" w:type="dxa"/>
            </w:tcMar>
            <w:vAlign w:val="center"/>
          </w:tcPr>
          <w:p w14:paraId="1F393B70" w14:textId="77777777" w:rsidR="00DB1C9C" w:rsidRPr="00672A82" w:rsidRDefault="00000000">
            <w:pPr>
              <w:rPr>
                <w:rFonts w:hint="eastAsia"/>
              </w:rPr>
            </w:pPr>
            <w:r w:rsidRPr="00672A82">
              <w:rPr>
                <w:rFonts w:cs="Tinos"/>
                <w:sz w:val="14"/>
              </w:rPr>
              <w:t>Pots &amp; Trays</w:t>
            </w:r>
          </w:p>
        </w:tc>
        <w:tc>
          <w:tcPr>
            <w:tcW w:w="792" w:type="dxa"/>
            <w:tcMar>
              <w:top w:w="60" w:type="dxa"/>
              <w:left w:w="60" w:type="dxa"/>
              <w:bottom w:w="60" w:type="dxa"/>
              <w:right w:w="60" w:type="dxa"/>
            </w:tcMar>
            <w:vAlign w:val="center"/>
          </w:tcPr>
          <w:p w14:paraId="71A9F0A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F81527E" w14:textId="77777777" w:rsidR="00DB1C9C" w:rsidRPr="00672A82" w:rsidRDefault="00000000">
            <w:pPr>
              <w:jc w:val="center"/>
              <w:rPr>
                <w:rFonts w:hint="eastAsia"/>
              </w:rPr>
            </w:pPr>
            <w:r w:rsidRPr="00672A82">
              <w:rPr>
                <w:rFonts w:cs="Tinos"/>
                <w:sz w:val="14"/>
              </w:rPr>
              <w:t>21924</w:t>
            </w:r>
          </w:p>
        </w:tc>
        <w:tc>
          <w:tcPr>
            <w:tcW w:w="1368" w:type="dxa"/>
            <w:tcMar>
              <w:top w:w="60" w:type="dxa"/>
              <w:left w:w="60" w:type="dxa"/>
              <w:bottom w:w="60" w:type="dxa"/>
              <w:right w:w="60" w:type="dxa"/>
            </w:tcMar>
            <w:vAlign w:val="center"/>
          </w:tcPr>
          <w:p w14:paraId="3F4664F2" w14:textId="77777777" w:rsidR="00DB1C9C" w:rsidRPr="00672A82" w:rsidRDefault="00000000">
            <w:pPr>
              <w:jc w:val="center"/>
              <w:rPr>
                <w:rFonts w:hint="eastAsia"/>
              </w:rPr>
            </w:pPr>
            <w:r w:rsidRPr="00672A82">
              <w:rPr>
                <w:rFonts w:cs="Tinos"/>
                <w:sz w:val="14"/>
              </w:rPr>
              <w:t>556745</w:t>
            </w:r>
          </w:p>
        </w:tc>
        <w:tc>
          <w:tcPr>
            <w:tcW w:w="1584" w:type="dxa"/>
            <w:tcMar>
              <w:top w:w="60" w:type="dxa"/>
              <w:left w:w="60" w:type="dxa"/>
              <w:bottom w:w="60" w:type="dxa"/>
              <w:right w:w="60" w:type="dxa"/>
            </w:tcMar>
            <w:vAlign w:val="center"/>
          </w:tcPr>
          <w:p w14:paraId="0A9B6219" w14:textId="77777777" w:rsidR="00DB1C9C" w:rsidRPr="00672A82" w:rsidRDefault="00000000">
            <w:pPr>
              <w:jc w:val="center"/>
              <w:rPr>
                <w:rFonts w:hint="eastAsia"/>
              </w:rPr>
            </w:pPr>
            <w:r w:rsidRPr="00672A82">
              <w:rPr>
                <w:rFonts w:cs="Tinos"/>
                <w:sz w:val="14"/>
              </w:rPr>
              <w:t>22.65</w:t>
            </w:r>
          </w:p>
        </w:tc>
      </w:tr>
      <w:tr w:rsidR="00DB1C9C" w:rsidRPr="00672A82" w14:paraId="49098B0F" w14:textId="77777777">
        <w:trPr>
          <w:jc w:val="center"/>
        </w:trPr>
        <w:tc>
          <w:tcPr>
            <w:tcW w:w="648" w:type="dxa"/>
            <w:tcMar>
              <w:top w:w="60" w:type="dxa"/>
              <w:left w:w="60" w:type="dxa"/>
              <w:bottom w:w="60" w:type="dxa"/>
              <w:right w:w="60" w:type="dxa"/>
            </w:tcMar>
            <w:vAlign w:val="center"/>
          </w:tcPr>
          <w:p w14:paraId="095EE744" w14:textId="77777777" w:rsidR="00DB1C9C" w:rsidRPr="00672A82" w:rsidRDefault="00000000">
            <w:pPr>
              <w:jc w:val="center"/>
              <w:rPr>
                <w:rFonts w:hint="eastAsia"/>
              </w:rPr>
            </w:pPr>
            <w:r w:rsidRPr="00672A82">
              <w:rPr>
                <w:rFonts w:cs="Tinos"/>
                <w:sz w:val="14"/>
              </w:rPr>
              <w:t>6</w:t>
            </w:r>
          </w:p>
        </w:tc>
        <w:tc>
          <w:tcPr>
            <w:tcW w:w="3168" w:type="dxa"/>
            <w:tcMar>
              <w:top w:w="60" w:type="dxa"/>
              <w:left w:w="60" w:type="dxa"/>
              <w:bottom w:w="60" w:type="dxa"/>
              <w:right w:w="60" w:type="dxa"/>
            </w:tcMar>
            <w:vAlign w:val="center"/>
          </w:tcPr>
          <w:p w14:paraId="18DAC1FF" w14:textId="77777777" w:rsidR="00DB1C9C" w:rsidRPr="00672A82" w:rsidRDefault="00000000">
            <w:pPr>
              <w:rPr>
                <w:rFonts w:hint="eastAsia"/>
              </w:rPr>
            </w:pPr>
            <w:r w:rsidRPr="00672A82">
              <w:rPr>
                <w:rFonts w:cs="Tinos"/>
                <w:sz w:val="14"/>
              </w:rPr>
              <w:t>Polythene bags</w:t>
            </w:r>
          </w:p>
        </w:tc>
        <w:tc>
          <w:tcPr>
            <w:tcW w:w="792" w:type="dxa"/>
            <w:tcMar>
              <w:top w:w="60" w:type="dxa"/>
              <w:left w:w="60" w:type="dxa"/>
              <w:bottom w:w="60" w:type="dxa"/>
              <w:right w:w="60" w:type="dxa"/>
            </w:tcMar>
            <w:vAlign w:val="center"/>
          </w:tcPr>
          <w:p w14:paraId="1B510026"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D7F613D" w14:textId="77777777" w:rsidR="00DB1C9C" w:rsidRPr="00672A82" w:rsidRDefault="00000000">
            <w:pPr>
              <w:jc w:val="center"/>
              <w:rPr>
                <w:rFonts w:hint="eastAsia"/>
              </w:rPr>
            </w:pPr>
            <w:r w:rsidRPr="00672A82">
              <w:rPr>
                <w:rFonts w:cs="Tinos"/>
                <w:sz w:val="14"/>
              </w:rPr>
              <w:t>29854</w:t>
            </w:r>
          </w:p>
        </w:tc>
        <w:tc>
          <w:tcPr>
            <w:tcW w:w="1368" w:type="dxa"/>
            <w:tcMar>
              <w:top w:w="60" w:type="dxa"/>
              <w:left w:w="60" w:type="dxa"/>
              <w:bottom w:w="60" w:type="dxa"/>
              <w:right w:w="60" w:type="dxa"/>
            </w:tcMar>
            <w:vAlign w:val="center"/>
          </w:tcPr>
          <w:p w14:paraId="6AC213CF" w14:textId="77777777" w:rsidR="00DB1C9C" w:rsidRPr="00672A82" w:rsidRDefault="00000000">
            <w:pPr>
              <w:jc w:val="center"/>
              <w:rPr>
                <w:rFonts w:hint="eastAsia"/>
              </w:rPr>
            </w:pPr>
            <w:r w:rsidRPr="00672A82">
              <w:rPr>
                <w:rFonts w:cs="Tinos"/>
                <w:sz w:val="14"/>
              </w:rPr>
              <w:t>96756</w:t>
            </w:r>
          </w:p>
        </w:tc>
        <w:tc>
          <w:tcPr>
            <w:tcW w:w="1584" w:type="dxa"/>
            <w:tcMar>
              <w:top w:w="60" w:type="dxa"/>
              <w:left w:w="60" w:type="dxa"/>
              <w:bottom w:w="60" w:type="dxa"/>
              <w:right w:w="60" w:type="dxa"/>
            </w:tcMar>
            <w:vAlign w:val="center"/>
          </w:tcPr>
          <w:p w14:paraId="327EE44F" w14:textId="77777777" w:rsidR="00DB1C9C" w:rsidRPr="00672A82" w:rsidRDefault="00000000">
            <w:pPr>
              <w:jc w:val="center"/>
              <w:rPr>
                <w:rFonts w:hint="eastAsia"/>
              </w:rPr>
            </w:pPr>
            <w:r w:rsidRPr="00672A82">
              <w:rPr>
                <w:rFonts w:cs="Tinos"/>
                <w:sz w:val="14"/>
              </w:rPr>
              <w:t>3.94</w:t>
            </w:r>
          </w:p>
        </w:tc>
      </w:tr>
      <w:tr w:rsidR="00DB1C9C" w:rsidRPr="00672A82" w14:paraId="28F2670A" w14:textId="77777777">
        <w:trPr>
          <w:jc w:val="center"/>
        </w:trPr>
        <w:tc>
          <w:tcPr>
            <w:tcW w:w="648" w:type="dxa"/>
            <w:tcMar>
              <w:top w:w="60" w:type="dxa"/>
              <w:left w:w="60" w:type="dxa"/>
              <w:bottom w:w="60" w:type="dxa"/>
              <w:right w:w="60" w:type="dxa"/>
            </w:tcMar>
            <w:vAlign w:val="center"/>
          </w:tcPr>
          <w:p w14:paraId="0E28888F" w14:textId="77777777" w:rsidR="00DB1C9C" w:rsidRPr="00672A82" w:rsidRDefault="00000000">
            <w:pPr>
              <w:jc w:val="center"/>
              <w:rPr>
                <w:rFonts w:hint="eastAsia"/>
              </w:rPr>
            </w:pPr>
            <w:r w:rsidRPr="00672A82">
              <w:rPr>
                <w:rFonts w:cs="Tinos"/>
                <w:sz w:val="14"/>
              </w:rPr>
              <w:t>7</w:t>
            </w:r>
          </w:p>
        </w:tc>
        <w:tc>
          <w:tcPr>
            <w:tcW w:w="3168" w:type="dxa"/>
            <w:tcMar>
              <w:top w:w="60" w:type="dxa"/>
              <w:left w:w="60" w:type="dxa"/>
              <w:bottom w:w="60" w:type="dxa"/>
              <w:right w:w="60" w:type="dxa"/>
            </w:tcMar>
            <w:vAlign w:val="center"/>
          </w:tcPr>
          <w:p w14:paraId="440B7BB7" w14:textId="77777777" w:rsidR="00DB1C9C" w:rsidRPr="00672A82" w:rsidRDefault="00000000">
            <w:pPr>
              <w:rPr>
                <w:rFonts w:hint="eastAsia"/>
              </w:rPr>
            </w:pPr>
            <w:r w:rsidRPr="00672A82">
              <w:rPr>
                <w:rFonts w:cs="Tinos"/>
                <w:sz w:val="14"/>
              </w:rPr>
              <w:t>Plant protection chemicals</w:t>
            </w:r>
          </w:p>
        </w:tc>
        <w:tc>
          <w:tcPr>
            <w:tcW w:w="792" w:type="dxa"/>
            <w:tcMar>
              <w:top w:w="60" w:type="dxa"/>
              <w:left w:w="60" w:type="dxa"/>
              <w:bottom w:w="60" w:type="dxa"/>
              <w:right w:w="60" w:type="dxa"/>
            </w:tcMar>
            <w:vAlign w:val="center"/>
          </w:tcPr>
          <w:p w14:paraId="0795E3F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C563A7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30DBDA0" w14:textId="77777777" w:rsidR="00DB1C9C" w:rsidRPr="00672A82" w:rsidRDefault="00000000">
            <w:pPr>
              <w:jc w:val="center"/>
              <w:rPr>
                <w:rFonts w:hint="eastAsia"/>
              </w:rPr>
            </w:pPr>
            <w:r w:rsidRPr="00672A82">
              <w:rPr>
                <w:rFonts w:cs="Tinos"/>
                <w:sz w:val="14"/>
              </w:rPr>
              <w:t>68974</w:t>
            </w:r>
          </w:p>
        </w:tc>
        <w:tc>
          <w:tcPr>
            <w:tcW w:w="1584" w:type="dxa"/>
            <w:tcMar>
              <w:top w:w="60" w:type="dxa"/>
              <w:left w:w="60" w:type="dxa"/>
              <w:bottom w:w="60" w:type="dxa"/>
              <w:right w:w="60" w:type="dxa"/>
            </w:tcMar>
            <w:vAlign w:val="center"/>
          </w:tcPr>
          <w:p w14:paraId="31306729" w14:textId="77777777" w:rsidR="00DB1C9C" w:rsidRPr="00672A82" w:rsidRDefault="00000000">
            <w:pPr>
              <w:jc w:val="center"/>
              <w:rPr>
                <w:rFonts w:hint="eastAsia"/>
              </w:rPr>
            </w:pPr>
            <w:r w:rsidRPr="00672A82">
              <w:rPr>
                <w:rFonts w:cs="Tinos"/>
                <w:sz w:val="14"/>
              </w:rPr>
              <w:t>2.81</w:t>
            </w:r>
          </w:p>
        </w:tc>
      </w:tr>
      <w:tr w:rsidR="00DB1C9C" w:rsidRPr="00672A82" w14:paraId="0F356187" w14:textId="77777777">
        <w:trPr>
          <w:jc w:val="center"/>
        </w:trPr>
        <w:tc>
          <w:tcPr>
            <w:tcW w:w="648" w:type="dxa"/>
            <w:tcMar>
              <w:top w:w="60" w:type="dxa"/>
              <w:left w:w="60" w:type="dxa"/>
              <w:bottom w:w="60" w:type="dxa"/>
              <w:right w:w="60" w:type="dxa"/>
            </w:tcMar>
            <w:vAlign w:val="center"/>
          </w:tcPr>
          <w:p w14:paraId="7667A79F" w14:textId="77777777" w:rsidR="00DB1C9C" w:rsidRPr="00672A82" w:rsidRDefault="00000000">
            <w:pPr>
              <w:jc w:val="center"/>
              <w:rPr>
                <w:rFonts w:hint="eastAsia"/>
              </w:rPr>
            </w:pPr>
            <w:r w:rsidRPr="00672A82">
              <w:rPr>
                <w:rFonts w:cs="Tinos"/>
                <w:sz w:val="14"/>
              </w:rPr>
              <w:t>8</w:t>
            </w:r>
          </w:p>
        </w:tc>
        <w:tc>
          <w:tcPr>
            <w:tcW w:w="3168" w:type="dxa"/>
            <w:tcMar>
              <w:top w:w="60" w:type="dxa"/>
              <w:left w:w="60" w:type="dxa"/>
              <w:bottom w:w="60" w:type="dxa"/>
              <w:right w:w="60" w:type="dxa"/>
            </w:tcMar>
            <w:vAlign w:val="center"/>
          </w:tcPr>
          <w:p w14:paraId="0196796C" w14:textId="77777777" w:rsidR="00DB1C9C" w:rsidRPr="00672A82" w:rsidRDefault="00000000">
            <w:pPr>
              <w:rPr>
                <w:rFonts w:hint="eastAsia"/>
              </w:rPr>
            </w:pPr>
            <w:r w:rsidRPr="00672A82">
              <w:rPr>
                <w:rFonts w:cs="Tinos"/>
                <w:sz w:val="14"/>
              </w:rPr>
              <w:t>Labour - M (man-days)</w:t>
            </w:r>
          </w:p>
        </w:tc>
        <w:tc>
          <w:tcPr>
            <w:tcW w:w="792" w:type="dxa"/>
            <w:tcMar>
              <w:top w:w="60" w:type="dxa"/>
              <w:left w:w="60" w:type="dxa"/>
              <w:bottom w:w="60" w:type="dxa"/>
              <w:right w:w="60" w:type="dxa"/>
            </w:tcMar>
            <w:vAlign w:val="center"/>
          </w:tcPr>
          <w:p w14:paraId="04BCE50D"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5DABDBC5" w14:textId="77777777" w:rsidR="00DB1C9C" w:rsidRPr="00672A82" w:rsidRDefault="00000000">
            <w:pPr>
              <w:jc w:val="center"/>
              <w:rPr>
                <w:rFonts w:hint="eastAsia"/>
              </w:rPr>
            </w:pPr>
            <w:r w:rsidRPr="00672A82">
              <w:rPr>
                <w:rFonts w:cs="Tinos"/>
                <w:sz w:val="14"/>
              </w:rPr>
              <w:t>827</w:t>
            </w:r>
          </w:p>
        </w:tc>
        <w:tc>
          <w:tcPr>
            <w:tcW w:w="1368" w:type="dxa"/>
            <w:tcMar>
              <w:top w:w="60" w:type="dxa"/>
              <w:left w:w="60" w:type="dxa"/>
              <w:bottom w:w="60" w:type="dxa"/>
              <w:right w:w="60" w:type="dxa"/>
            </w:tcMar>
            <w:vAlign w:val="center"/>
          </w:tcPr>
          <w:p w14:paraId="251AF4CF" w14:textId="77777777" w:rsidR="00DB1C9C" w:rsidRPr="00672A82" w:rsidRDefault="00000000">
            <w:pPr>
              <w:jc w:val="center"/>
              <w:rPr>
                <w:rFonts w:hint="eastAsia"/>
              </w:rPr>
            </w:pPr>
            <w:r w:rsidRPr="00672A82">
              <w:rPr>
                <w:rFonts w:cs="Tinos"/>
                <w:sz w:val="14"/>
              </w:rPr>
              <w:t>246676</w:t>
            </w:r>
          </w:p>
        </w:tc>
        <w:tc>
          <w:tcPr>
            <w:tcW w:w="1584" w:type="dxa"/>
            <w:tcMar>
              <w:top w:w="60" w:type="dxa"/>
              <w:left w:w="60" w:type="dxa"/>
              <w:bottom w:w="60" w:type="dxa"/>
              <w:right w:w="60" w:type="dxa"/>
            </w:tcMar>
            <w:vAlign w:val="center"/>
          </w:tcPr>
          <w:p w14:paraId="162E746E" w14:textId="77777777" w:rsidR="00DB1C9C" w:rsidRPr="00672A82" w:rsidRDefault="00000000">
            <w:pPr>
              <w:jc w:val="center"/>
              <w:rPr>
                <w:rFonts w:hint="eastAsia"/>
              </w:rPr>
            </w:pPr>
            <w:r w:rsidRPr="00672A82">
              <w:rPr>
                <w:rFonts w:cs="Tinos"/>
                <w:sz w:val="14"/>
              </w:rPr>
              <w:t>10.04</w:t>
            </w:r>
          </w:p>
        </w:tc>
      </w:tr>
      <w:tr w:rsidR="00DB1C9C" w:rsidRPr="00672A82" w14:paraId="55929336" w14:textId="77777777">
        <w:trPr>
          <w:jc w:val="center"/>
        </w:trPr>
        <w:tc>
          <w:tcPr>
            <w:tcW w:w="648" w:type="dxa"/>
            <w:tcMar>
              <w:top w:w="60" w:type="dxa"/>
              <w:left w:w="60" w:type="dxa"/>
              <w:bottom w:w="60" w:type="dxa"/>
              <w:right w:w="60" w:type="dxa"/>
            </w:tcMar>
            <w:vAlign w:val="center"/>
          </w:tcPr>
          <w:p w14:paraId="0DEB290D" w14:textId="77777777" w:rsidR="00DB1C9C" w:rsidRPr="00672A82" w:rsidRDefault="00000000">
            <w:pPr>
              <w:jc w:val="center"/>
              <w:rPr>
                <w:rFonts w:hint="eastAsia"/>
              </w:rPr>
            </w:pPr>
            <w:r w:rsidRPr="00672A82">
              <w:rPr>
                <w:rFonts w:cs="Tinos"/>
                <w:sz w:val="14"/>
              </w:rPr>
              <w:t>9</w:t>
            </w:r>
          </w:p>
        </w:tc>
        <w:tc>
          <w:tcPr>
            <w:tcW w:w="3168" w:type="dxa"/>
            <w:tcMar>
              <w:top w:w="60" w:type="dxa"/>
              <w:left w:w="60" w:type="dxa"/>
              <w:bottom w:w="60" w:type="dxa"/>
              <w:right w:w="60" w:type="dxa"/>
            </w:tcMar>
            <w:vAlign w:val="center"/>
          </w:tcPr>
          <w:p w14:paraId="11928342" w14:textId="77777777" w:rsidR="00DB1C9C" w:rsidRPr="00672A82" w:rsidRDefault="00000000">
            <w:pPr>
              <w:rPr>
                <w:rFonts w:hint="eastAsia"/>
              </w:rPr>
            </w:pPr>
            <w:r w:rsidRPr="00672A82">
              <w:rPr>
                <w:rFonts w:cs="Tinos"/>
                <w:sz w:val="14"/>
              </w:rPr>
              <w:t>Labour - F (man-days)</w:t>
            </w:r>
          </w:p>
        </w:tc>
        <w:tc>
          <w:tcPr>
            <w:tcW w:w="792" w:type="dxa"/>
            <w:tcMar>
              <w:top w:w="60" w:type="dxa"/>
              <w:left w:w="60" w:type="dxa"/>
              <w:bottom w:w="60" w:type="dxa"/>
              <w:right w:w="60" w:type="dxa"/>
            </w:tcMar>
            <w:vAlign w:val="center"/>
          </w:tcPr>
          <w:p w14:paraId="3CC242E9"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038DA683" w14:textId="77777777" w:rsidR="00DB1C9C" w:rsidRPr="00672A82" w:rsidRDefault="00000000">
            <w:pPr>
              <w:jc w:val="center"/>
              <w:rPr>
                <w:rFonts w:hint="eastAsia"/>
              </w:rPr>
            </w:pPr>
            <w:r w:rsidRPr="00672A82">
              <w:rPr>
                <w:rFonts w:cs="Tinos"/>
                <w:sz w:val="14"/>
              </w:rPr>
              <w:t>681</w:t>
            </w:r>
          </w:p>
        </w:tc>
        <w:tc>
          <w:tcPr>
            <w:tcW w:w="1368" w:type="dxa"/>
            <w:tcMar>
              <w:top w:w="60" w:type="dxa"/>
              <w:left w:w="60" w:type="dxa"/>
              <w:bottom w:w="60" w:type="dxa"/>
              <w:right w:w="60" w:type="dxa"/>
            </w:tcMar>
            <w:vAlign w:val="center"/>
          </w:tcPr>
          <w:p w14:paraId="6C39961A" w14:textId="77777777" w:rsidR="00DB1C9C" w:rsidRPr="00672A82" w:rsidRDefault="00000000">
            <w:pPr>
              <w:jc w:val="center"/>
              <w:rPr>
                <w:rFonts w:hint="eastAsia"/>
              </w:rPr>
            </w:pPr>
            <w:r w:rsidRPr="00672A82">
              <w:rPr>
                <w:rFonts w:cs="Tinos"/>
                <w:sz w:val="14"/>
              </w:rPr>
              <w:t>149689</w:t>
            </w:r>
          </w:p>
        </w:tc>
        <w:tc>
          <w:tcPr>
            <w:tcW w:w="1584" w:type="dxa"/>
            <w:tcMar>
              <w:top w:w="60" w:type="dxa"/>
              <w:left w:w="60" w:type="dxa"/>
              <w:bottom w:w="60" w:type="dxa"/>
              <w:right w:w="60" w:type="dxa"/>
            </w:tcMar>
            <w:vAlign w:val="center"/>
          </w:tcPr>
          <w:p w14:paraId="78404B38" w14:textId="77777777" w:rsidR="00DB1C9C" w:rsidRPr="00672A82" w:rsidRDefault="00000000">
            <w:pPr>
              <w:jc w:val="center"/>
              <w:rPr>
                <w:rFonts w:hint="eastAsia"/>
              </w:rPr>
            </w:pPr>
            <w:r w:rsidRPr="00672A82">
              <w:rPr>
                <w:rFonts w:cs="Tinos"/>
                <w:sz w:val="14"/>
              </w:rPr>
              <w:t>6.09</w:t>
            </w:r>
          </w:p>
        </w:tc>
      </w:tr>
      <w:tr w:rsidR="00DB1C9C" w:rsidRPr="00672A82" w14:paraId="612B4ACE" w14:textId="77777777">
        <w:trPr>
          <w:jc w:val="center"/>
        </w:trPr>
        <w:tc>
          <w:tcPr>
            <w:tcW w:w="648" w:type="dxa"/>
            <w:tcMar>
              <w:top w:w="60" w:type="dxa"/>
              <w:left w:w="60" w:type="dxa"/>
              <w:bottom w:w="60" w:type="dxa"/>
              <w:right w:w="60" w:type="dxa"/>
            </w:tcMar>
            <w:vAlign w:val="center"/>
          </w:tcPr>
          <w:p w14:paraId="73265FCC" w14:textId="77777777" w:rsidR="00DB1C9C" w:rsidRPr="00672A82" w:rsidRDefault="00000000">
            <w:pPr>
              <w:jc w:val="center"/>
              <w:rPr>
                <w:rFonts w:hint="eastAsia"/>
              </w:rPr>
            </w:pPr>
            <w:r w:rsidRPr="00672A82">
              <w:rPr>
                <w:rFonts w:cs="Tinos"/>
                <w:sz w:val="14"/>
              </w:rPr>
              <w:t>10</w:t>
            </w:r>
          </w:p>
        </w:tc>
        <w:tc>
          <w:tcPr>
            <w:tcW w:w="3168" w:type="dxa"/>
            <w:tcMar>
              <w:top w:w="60" w:type="dxa"/>
              <w:left w:w="60" w:type="dxa"/>
              <w:bottom w:w="60" w:type="dxa"/>
              <w:right w:w="60" w:type="dxa"/>
            </w:tcMar>
            <w:vAlign w:val="center"/>
          </w:tcPr>
          <w:p w14:paraId="22360581" w14:textId="77777777" w:rsidR="00DB1C9C" w:rsidRPr="00672A82" w:rsidRDefault="00000000">
            <w:pPr>
              <w:rPr>
                <w:rFonts w:hint="eastAsia"/>
              </w:rPr>
            </w:pPr>
            <w:r w:rsidRPr="00672A82">
              <w:rPr>
                <w:rFonts w:cs="Tinos"/>
                <w:sz w:val="14"/>
              </w:rPr>
              <w:t>Irrigation &amp; Electricity</w:t>
            </w:r>
          </w:p>
        </w:tc>
        <w:tc>
          <w:tcPr>
            <w:tcW w:w="792" w:type="dxa"/>
            <w:tcMar>
              <w:top w:w="60" w:type="dxa"/>
              <w:left w:w="60" w:type="dxa"/>
              <w:bottom w:w="60" w:type="dxa"/>
              <w:right w:w="60" w:type="dxa"/>
            </w:tcMar>
            <w:vAlign w:val="center"/>
          </w:tcPr>
          <w:p w14:paraId="0D7DEB07"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2AE11C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AEC0B61" w14:textId="77777777" w:rsidR="00DB1C9C" w:rsidRPr="00672A82" w:rsidRDefault="00000000">
            <w:pPr>
              <w:jc w:val="center"/>
              <w:rPr>
                <w:rFonts w:hint="eastAsia"/>
              </w:rPr>
            </w:pPr>
            <w:r w:rsidRPr="00672A82">
              <w:rPr>
                <w:rFonts w:cs="Tinos"/>
                <w:sz w:val="14"/>
              </w:rPr>
              <w:t>78042</w:t>
            </w:r>
          </w:p>
        </w:tc>
        <w:tc>
          <w:tcPr>
            <w:tcW w:w="1584" w:type="dxa"/>
            <w:tcMar>
              <w:top w:w="60" w:type="dxa"/>
              <w:left w:w="60" w:type="dxa"/>
              <w:bottom w:w="60" w:type="dxa"/>
              <w:right w:w="60" w:type="dxa"/>
            </w:tcMar>
            <w:vAlign w:val="center"/>
          </w:tcPr>
          <w:p w14:paraId="2C7D6227" w14:textId="77777777" w:rsidR="00DB1C9C" w:rsidRPr="00672A82" w:rsidRDefault="00000000">
            <w:pPr>
              <w:jc w:val="center"/>
              <w:rPr>
                <w:rFonts w:hint="eastAsia"/>
              </w:rPr>
            </w:pPr>
            <w:r w:rsidRPr="00672A82">
              <w:rPr>
                <w:rFonts w:cs="Tinos"/>
                <w:sz w:val="14"/>
              </w:rPr>
              <w:t>3.18</w:t>
            </w:r>
          </w:p>
        </w:tc>
      </w:tr>
      <w:tr w:rsidR="00DB1C9C" w:rsidRPr="00672A82" w14:paraId="50F738CD" w14:textId="77777777">
        <w:trPr>
          <w:jc w:val="center"/>
        </w:trPr>
        <w:tc>
          <w:tcPr>
            <w:tcW w:w="648" w:type="dxa"/>
            <w:tcMar>
              <w:top w:w="60" w:type="dxa"/>
              <w:left w:w="60" w:type="dxa"/>
              <w:bottom w:w="60" w:type="dxa"/>
              <w:right w:w="60" w:type="dxa"/>
            </w:tcMar>
            <w:vAlign w:val="center"/>
          </w:tcPr>
          <w:p w14:paraId="54E1BC77" w14:textId="77777777" w:rsidR="00DB1C9C" w:rsidRPr="00672A82" w:rsidRDefault="00000000">
            <w:pPr>
              <w:jc w:val="center"/>
              <w:rPr>
                <w:rFonts w:hint="eastAsia"/>
              </w:rPr>
            </w:pPr>
            <w:r w:rsidRPr="00672A82">
              <w:rPr>
                <w:rFonts w:cs="Tinos"/>
                <w:sz w:val="14"/>
              </w:rPr>
              <w:t>11</w:t>
            </w:r>
          </w:p>
        </w:tc>
        <w:tc>
          <w:tcPr>
            <w:tcW w:w="3168" w:type="dxa"/>
            <w:tcMar>
              <w:top w:w="60" w:type="dxa"/>
              <w:left w:w="60" w:type="dxa"/>
              <w:bottom w:w="60" w:type="dxa"/>
              <w:right w:w="60" w:type="dxa"/>
            </w:tcMar>
            <w:vAlign w:val="center"/>
          </w:tcPr>
          <w:p w14:paraId="73081631" w14:textId="77777777" w:rsidR="00DB1C9C" w:rsidRPr="00672A82" w:rsidRDefault="00000000">
            <w:pPr>
              <w:rPr>
                <w:rFonts w:hint="eastAsia"/>
              </w:rPr>
            </w:pPr>
            <w:r w:rsidRPr="00672A82">
              <w:rPr>
                <w:rFonts w:cs="Tinos"/>
                <w:sz w:val="14"/>
              </w:rPr>
              <w:t>Transportation</w:t>
            </w:r>
          </w:p>
        </w:tc>
        <w:tc>
          <w:tcPr>
            <w:tcW w:w="792" w:type="dxa"/>
            <w:tcMar>
              <w:top w:w="60" w:type="dxa"/>
              <w:left w:w="60" w:type="dxa"/>
              <w:bottom w:w="60" w:type="dxa"/>
              <w:right w:w="60" w:type="dxa"/>
            </w:tcMar>
            <w:vAlign w:val="center"/>
          </w:tcPr>
          <w:p w14:paraId="18484466"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774B46E"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33A9C5A" w14:textId="77777777" w:rsidR="00DB1C9C" w:rsidRPr="00672A82" w:rsidRDefault="00000000">
            <w:pPr>
              <w:jc w:val="center"/>
              <w:rPr>
                <w:rFonts w:hint="eastAsia"/>
              </w:rPr>
            </w:pPr>
            <w:r w:rsidRPr="00672A82">
              <w:rPr>
                <w:rFonts w:cs="Tinos"/>
                <w:sz w:val="14"/>
              </w:rPr>
              <w:t>85703</w:t>
            </w:r>
          </w:p>
        </w:tc>
        <w:tc>
          <w:tcPr>
            <w:tcW w:w="1584" w:type="dxa"/>
            <w:tcMar>
              <w:top w:w="60" w:type="dxa"/>
              <w:left w:w="60" w:type="dxa"/>
              <w:bottom w:w="60" w:type="dxa"/>
              <w:right w:w="60" w:type="dxa"/>
            </w:tcMar>
            <w:vAlign w:val="center"/>
          </w:tcPr>
          <w:p w14:paraId="3A8D11F8" w14:textId="77777777" w:rsidR="00DB1C9C" w:rsidRPr="00672A82" w:rsidRDefault="00000000">
            <w:pPr>
              <w:jc w:val="center"/>
              <w:rPr>
                <w:rFonts w:hint="eastAsia"/>
              </w:rPr>
            </w:pPr>
            <w:r w:rsidRPr="00672A82">
              <w:rPr>
                <w:rFonts w:cs="Tinos"/>
                <w:sz w:val="14"/>
              </w:rPr>
              <w:t>3.49</w:t>
            </w:r>
          </w:p>
        </w:tc>
      </w:tr>
      <w:tr w:rsidR="00DB1C9C" w:rsidRPr="00672A82" w14:paraId="4E3EDF16" w14:textId="77777777">
        <w:trPr>
          <w:jc w:val="center"/>
        </w:trPr>
        <w:tc>
          <w:tcPr>
            <w:tcW w:w="648" w:type="dxa"/>
            <w:tcMar>
              <w:top w:w="60" w:type="dxa"/>
              <w:left w:w="60" w:type="dxa"/>
              <w:bottom w:w="60" w:type="dxa"/>
              <w:right w:w="60" w:type="dxa"/>
            </w:tcMar>
            <w:vAlign w:val="center"/>
          </w:tcPr>
          <w:p w14:paraId="374AE4EB" w14:textId="77777777" w:rsidR="00DB1C9C" w:rsidRPr="00672A82" w:rsidRDefault="00000000">
            <w:pPr>
              <w:jc w:val="center"/>
              <w:rPr>
                <w:rFonts w:hint="eastAsia"/>
              </w:rPr>
            </w:pPr>
            <w:r w:rsidRPr="00672A82">
              <w:rPr>
                <w:rFonts w:cs="Tinos"/>
                <w:sz w:val="14"/>
              </w:rPr>
              <w:t>12</w:t>
            </w:r>
          </w:p>
        </w:tc>
        <w:tc>
          <w:tcPr>
            <w:tcW w:w="3168" w:type="dxa"/>
            <w:tcMar>
              <w:top w:w="60" w:type="dxa"/>
              <w:left w:w="60" w:type="dxa"/>
              <w:bottom w:w="60" w:type="dxa"/>
              <w:right w:w="60" w:type="dxa"/>
            </w:tcMar>
            <w:vAlign w:val="center"/>
          </w:tcPr>
          <w:p w14:paraId="4F3CDA0C" w14:textId="77777777" w:rsidR="00DB1C9C" w:rsidRPr="00672A82" w:rsidRDefault="00000000">
            <w:pPr>
              <w:rPr>
                <w:rFonts w:hint="eastAsia"/>
              </w:rPr>
            </w:pPr>
            <w:r w:rsidRPr="00672A82">
              <w:rPr>
                <w:rFonts w:cs="Tinos"/>
                <w:sz w:val="14"/>
              </w:rPr>
              <w:t>Packaging material</w:t>
            </w:r>
          </w:p>
        </w:tc>
        <w:tc>
          <w:tcPr>
            <w:tcW w:w="792" w:type="dxa"/>
            <w:tcMar>
              <w:top w:w="60" w:type="dxa"/>
              <w:left w:w="60" w:type="dxa"/>
              <w:bottom w:w="60" w:type="dxa"/>
              <w:right w:w="60" w:type="dxa"/>
            </w:tcMar>
            <w:vAlign w:val="center"/>
          </w:tcPr>
          <w:p w14:paraId="6C85CD8E"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42BC090"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D873770" w14:textId="77777777" w:rsidR="00DB1C9C" w:rsidRPr="00672A82" w:rsidRDefault="00000000">
            <w:pPr>
              <w:jc w:val="center"/>
              <w:rPr>
                <w:rFonts w:hint="eastAsia"/>
              </w:rPr>
            </w:pPr>
            <w:r w:rsidRPr="00672A82">
              <w:rPr>
                <w:rFonts w:cs="Tinos"/>
                <w:sz w:val="14"/>
              </w:rPr>
              <w:t>55835</w:t>
            </w:r>
          </w:p>
        </w:tc>
        <w:tc>
          <w:tcPr>
            <w:tcW w:w="1584" w:type="dxa"/>
            <w:tcMar>
              <w:top w:w="60" w:type="dxa"/>
              <w:left w:w="60" w:type="dxa"/>
              <w:bottom w:w="60" w:type="dxa"/>
              <w:right w:w="60" w:type="dxa"/>
            </w:tcMar>
            <w:vAlign w:val="center"/>
          </w:tcPr>
          <w:p w14:paraId="4766CFCE" w14:textId="77777777" w:rsidR="00DB1C9C" w:rsidRPr="00672A82" w:rsidRDefault="00000000">
            <w:pPr>
              <w:jc w:val="center"/>
              <w:rPr>
                <w:rFonts w:hint="eastAsia"/>
              </w:rPr>
            </w:pPr>
            <w:r w:rsidRPr="00672A82">
              <w:rPr>
                <w:rFonts w:cs="Tinos"/>
                <w:sz w:val="14"/>
              </w:rPr>
              <w:t>2.27</w:t>
            </w:r>
          </w:p>
        </w:tc>
      </w:tr>
      <w:tr w:rsidR="00DB1C9C" w:rsidRPr="00672A82" w14:paraId="79102A41" w14:textId="77777777">
        <w:trPr>
          <w:jc w:val="center"/>
        </w:trPr>
        <w:tc>
          <w:tcPr>
            <w:tcW w:w="648" w:type="dxa"/>
            <w:tcMar>
              <w:top w:w="60" w:type="dxa"/>
              <w:left w:w="60" w:type="dxa"/>
              <w:bottom w:w="60" w:type="dxa"/>
              <w:right w:w="60" w:type="dxa"/>
            </w:tcMar>
            <w:vAlign w:val="center"/>
          </w:tcPr>
          <w:p w14:paraId="5D01333F" w14:textId="77777777" w:rsidR="00DB1C9C" w:rsidRPr="00672A82" w:rsidRDefault="00000000">
            <w:pPr>
              <w:jc w:val="center"/>
              <w:rPr>
                <w:rFonts w:hint="eastAsia"/>
              </w:rPr>
            </w:pPr>
            <w:r w:rsidRPr="00672A82">
              <w:rPr>
                <w:rFonts w:cs="Tinos"/>
                <w:sz w:val="14"/>
              </w:rPr>
              <w:t>13</w:t>
            </w:r>
          </w:p>
        </w:tc>
        <w:tc>
          <w:tcPr>
            <w:tcW w:w="3168" w:type="dxa"/>
            <w:tcMar>
              <w:top w:w="60" w:type="dxa"/>
              <w:left w:w="60" w:type="dxa"/>
              <w:bottom w:w="60" w:type="dxa"/>
              <w:right w:w="60" w:type="dxa"/>
            </w:tcMar>
            <w:vAlign w:val="center"/>
          </w:tcPr>
          <w:p w14:paraId="1217D314" w14:textId="77777777" w:rsidR="00DB1C9C" w:rsidRPr="00672A82" w:rsidRDefault="00000000">
            <w:pPr>
              <w:rPr>
                <w:rFonts w:hint="eastAsia"/>
              </w:rPr>
            </w:pPr>
            <w:r w:rsidRPr="00672A82">
              <w:rPr>
                <w:rFonts w:cs="Tinos"/>
                <w:sz w:val="14"/>
              </w:rPr>
              <w:t>Labelling</w:t>
            </w:r>
          </w:p>
        </w:tc>
        <w:tc>
          <w:tcPr>
            <w:tcW w:w="792" w:type="dxa"/>
            <w:tcMar>
              <w:top w:w="60" w:type="dxa"/>
              <w:left w:w="60" w:type="dxa"/>
              <w:bottom w:w="60" w:type="dxa"/>
              <w:right w:w="60" w:type="dxa"/>
            </w:tcMar>
            <w:vAlign w:val="center"/>
          </w:tcPr>
          <w:p w14:paraId="37095BEA"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7D17FBF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C2947E3" w14:textId="77777777" w:rsidR="00DB1C9C" w:rsidRPr="00672A82" w:rsidRDefault="00000000">
            <w:pPr>
              <w:jc w:val="center"/>
              <w:rPr>
                <w:rFonts w:hint="eastAsia"/>
              </w:rPr>
            </w:pPr>
            <w:r w:rsidRPr="00672A82">
              <w:rPr>
                <w:rFonts w:cs="Tinos"/>
                <w:sz w:val="14"/>
              </w:rPr>
              <w:t>18122</w:t>
            </w:r>
          </w:p>
        </w:tc>
        <w:tc>
          <w:tcPr>
            <w:tcW w:w="1584" w:type="dxa"/>
            <w:tcMar>
              <w:top w:w="60" w:type="dxa"/>
              <w:left w:w="60" w:type="dxa"/>
              <w:bottom w:w="60" w:type="dxa"/>
              <w:right w:w="60" w:type="dxa"/>
            </w:tcMar>
            <w:vAlign w:val="center"/>
          </w:tcPr>
          <w:p w14:paraId="76B78257" w14:textId="77777777" w:rsidR="00DB1C9C" w:rsidRPr="00672A82" w:rsidRDefault="00000000">
            <w:pPr>
              <w:jc w:val="center"/>
              <w:rPr>
                <w:rFonts w:hint="eastAsia"/>
              </w:rPr>
            </w:pPr>
            <w:r w:rsidRPr="00672A82">
              <w:rPr>
                <w:rFonts w:cs="Tinos"/>
                <w:sz w:val="14"/>
              </w:rPr>
              <w:t>0.74</w:t>
            </w:r>
          </w:p>
        </w:tc>
      </w:tr>
      <w:tr w:rsidR="00DB1C9C" w:rsidRPr="00672A82" w14:paraId="019195D9" w14:textId="77777777">
        <w:trPr>
          <w:jc w:val="center"/>
        </w:trPr>
        <w:tc>
          <w:tcPr>
            <w:tcW w:w="648" w:type="dxa"/>
            <w:tcMar>
              <w:top w:w="60" w:type="dxa"/>
              <w:left w:w="60" w:type="dxa"/>
              <w:bottom w:w="60" w:type="dxa"/>
              <w:right w:w="60" w:type="dxa"/>
            </w:tcMar>
            <w:vAlign w:val="center"/>
          </w:tcPr>
          <w:p w14:paraId="7C31FA1E" w14:textId="77777777" w:rsidR="00DB1C9C" w:rsidRPr="00672A82" w:rsidRDefault="00000000">
            <w:pPr>
              <w:jc w:val="center"/>
              <w:rPr>
                <w:rFonts w:hint="eastAsia"/>
              </w:rPr>
            </w:pPr>
            <w:r w:rsidRPr="00672A82">
              <w:rPr>
                <w:rFonts w:cs="Tinos"/>
                <w:sz w:val="14"/>
              </w:rPr>
              <w:lastRenderedPageBreak/>
              <w:t>14</w:t>
            </w:r>
          </w:p>
        </w:tc>
        <w:tc>
          <w:tcPr>
            <w:tcW w:w="3168" w:type="dxa"/>
            <w:tcMar>
              <w:top w:w="60" w:type="dxa"/>
              <w:left w:w="60" w:type="dxa"/>
              <w:bottom w:w="60" w:type="dxa"/>
              <w:right w:w="60" w:type="dxa"/>
            </w:tcMar>
            <w:vAlign w:val="center"/>
          </w:tcPr>
          <w:p w14:paraId="24555081" w14:textId="77777777" w:rsidR="00DB1C9C" w:rsidRPr="00672A82" w:rsidRDefault="00000000">
            <w:pPr>
              <w:rPr>
                <w:rFonts w:hint="eastAsia"/>
              </w:rPr>
            </w:pPr>
            <w:r w:rsidRPr="00672A82">
              <w:rPr>
                <w:rFonts w:cs="Tinos"/>
                <w:sz w:val="14"/>
              </w:rPr>
              <w:t>interest on working capital @6%</w:t>
            </w:r>
          </w:p>
        </w:tc>
        <w:tc>
          <w:tcPr>
            <w:tcW w:w="792" w:type="dxa"/>
            <w:tcMar>
              <w:top w:w="60" w:type="dxa"/>
              <w:left w:w="60" w:type="dxa"/>
              <w:bottom w:w="60" w:type="dxa"/>
              <w:right w:w="60" w:type="dxa"/>
            </w:tcMar>
            <w:vAlign w:val="center"/>
          </w:tcPr>
          <w:p w14:paraId="77FE2539"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BE6FD0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7860987" w14:textId="77777777" w:rsidR="00DB1C9C" w:rsidRPr="00672A82" w:rsidRDefault="00000000">
            <w:pPr>
              <w:jc w:val="center"/>
              <w:rPr>
                <w:rFonts w:hint="eastAsia"/>
              </w:rPr>
            </w:pPr>
            <w:r w:rsidRPr="00672A82">
              <w:rPr>
                <w:rFonts w:cs="Tinos"/>
                <w:sz w:val="14"/>
              </w:rPr>
              <w:t>118514</w:t>
            </w:r>
          </w:p>
        </w:tc>
        <w:tc>
          <w:tcPr>
            <w:tcW w:w="1584" w:type="dxa"/>
            <w:tcMar>
              <w:top w:w="60" w:type="dxa"/>
              <w:left w:w="60" w:type="dxa"/>
              <w:bottom w:w="60" w:type="dxa"/>
              <w:right w:w="60" w:type="dxa"/>
            </w:tcMar>
            <w:vAlign w:val="center"/>
          </w:tcPr>
          <w:p w14:paraId="0C284FFF" w14:textId="77777777" w:rsidR="00DB1C9C" w:rsidRPr="00672A82" w:rsidRDefault="00000000">
            <w:pPr>
              <w:jc w:val="center"/>
              <w:rPr>
                <w:rFonts w:hint="eastAsia"/>
              </w:rPr>
            </w:pPr>
            <w:r w:rsidRPr="00672A82">
              <w:rPr>
                <w:rFonts w:cs="Tinos"/>
                <w:sz w:val="14"/>
              </w:rPr>
              <w:t>4.82</w:t>
            </w:r>
          </w:p>
        </w:tc>
      </w:tr>
      <w:tr w:rsidR="00DB1C9C" w:rsidRPr="00672A82" w14:paraId="230E35B4" w14:textId="77777777">
        <w:trPr>
          <w:jc w:val="center"/>
        </w:trPr>
        <w:tc>
          <w:tcPr>
            <w:tcW w:w="648" w:type="dxa"/>
            <w:tcMar>
              <w:top w:w="60" w:type="dxa"/>
              <w:left w:w="60" w:type="dxa"/>
              <w:bottom w:w="60" w:type="dxa"/>
              <w:right w:w="60" w:type="dxa"/>
            </w:tcMar>
            <w:vAlign w:val="center"/>
          </w:tcPr>
          <w:p w14:paraId="492E5FC0" w14:textId="77777777" w:rsidR="00DB1C9C" w:rsidRPr="00672A82" w:rsidRDefault="00000000">
            <w:pPr>
              <w:jc w:val="center"/>
              <w:rPr>
                <w:rFonts w:hint="eastAsia"/>
              </w:rPr>
            </w:pPr>
            <w:r w:rsidRPr="00672A82">
              <w:rPr>
                <w:rFonts w:cs="Tinos"/>
                <w:sz w:val="14"/>
              </w:rPr>
              <w:t>15</w:t>
            </w:r>
          </w:p>
        </w:tc>
        <w:tc>
          <w:tcPr>
            <w:tcW w:w="3168" w:type="dxa"/>
            <w:tcMar>
              <w:top w:w="60" w:type="dxa"/>
              <w:left w:w="60" w:type="dxa"/>
              <w:bottom w:w="60" w:type="dxa"/>
              <w:right w:w="60" w:type="dxa"/>
            </w:tcMar>
            <w:vAlign w:val="center"/>
          </w:tcPr>
          <w:p w14:paraId="131C3241" w14:textId="77777777" w:rsidR="00DB1C9C" w:rsidRPr="00672A82" w:rsidRDefault="00000000">
            <w:pPr>
              <w:rPr>
                <w:rFonts w:hint="eastAsia"/>
              </w:rPr>
            </w:pPr>
            <w:r w:rsidRPr="00672A82">
              <w:rPr>
                <w:rFonts w:cs="Tinos"/>
                <w:sz w:val="14"/>
              </w:rPr>
              <w:t>Misclleneous expenses</w:t>
            </w:r>
          </w:p>
        </w:tc>
        <w:tc>
          <w:tcPr>
            <w:tcW w:w="792" w:type="dxa"/>
            <w:tcMar>
              <w:top w:w="60" w:type="dxa"/>
              <w:left w:w="60" w:type="dxa"/>
              <w:bottom w:w="60" w:type="dxa"/>
              <w:right w:w="60" w:type="dxa"/>
            </w:tcMar>
            <w:vAlign w:val="center"/>
          </w:tcPr>
          <w:p w14:paraId="3BC09CF6"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7526FCB"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097A433" w14:textId="77777777" w:rsidR="00DB1C9C" w:rsidRPr="00672A82" w:rsidRDefault="00000000">
            <w:pPr>
              <w:jc w:val="center"/>
              <w:rPr>
                <w:rFonts w:hint="eastAsia"/>
              </w:rPr>
            </w:pPr>
            <w:r w:rsidRPr="00672A82">
              <w:rPr>
                <w:rFonts w:cs="Tinos"/>
                <w:sz w:val="14"/>
              </w:rPr>
              <w:t>32643</w:t>
            </w:r>
          </w:p>
        </w:tc>
        <w:tc>
          <w:tcPr>
            <w:tcW w:w="1584" w:type="dxa"/>
            <w:tcMar>
              <w:top w:w="60" w:type="dxa"/>
              <w:left w:w="60" w:type="dxa"/>
              <w:bottom w:w="60" w:type="dxa"/>
              <w:right w:w="60" w:type="dxa"/>
            </w:tcMar>
            <w:vAlign w:val="center"/>
          </w:tcPr>
          <w:p w14:paraId="3483101F" w14:textId="77777777" w:rsidR="00DB1C9C" w:rsidRPr="00672A82" w:rsidRDefault="00000000">
            <w:pPr>
              <w:jc w:val="center"/>
              <w:rPr>
                <w:rFonts w:hint="eastAsia"/>
              </w:rPr>
            </w:pPr>
            <w:r w:rsidRPr="00672A82">
              <w:rPr>
                <w:rFonts w:cs="Tinos"/>
                <w:sz w:val="14"/>
              </w:rPr>
              <w:t>1.33</w:t>
            </w:r>
          </w:p>
        </w:tc>
      </w:tr>
      <w:tr w:rsidR="00DB1C9C" w:rsidRPr="00672A82" w14:paraId="0651B28D" w14:textId="77777777">
        <w:trPr>
          <w:jc w:val="center"/>
        </w:trPr>
        <w:tc>
          <w:tcPr>
            <w:tcW w:w="648" w:type="dxa"/>
            <w:tcMar>
              <w:top w:w="60" w:type="dxa"/>
              <w:left w:w="60" w:type="dxa"/>
              <w:bottom w:w="60" w:type="dxa"/>
              <w:right w:w="60" w:type="dxa"/>
            </w:tcMar>
            <w:vAlign w:val="center"/>
          </w:tcPr>
          <w:p w14:paraId="732EF5F5"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6B9EA15A" w14:textId="77777777" w:rsidR="00DB1C9C" w:rsidRPr="00672A82" w:rsidRDefault="00000000">
            <w:pPr>
              <w:rPr>
                <w:rFonts w:hint="eastAsia"/>
              </w:rPr>
            </w:pPr>
            <w:r w:rsidRPr="00672A82">
              <w:rPr>
                <w:rFonts w:cs="Tinos"/>
                <w:b/>
                <w:sz w:val="14"/>
              </w:rPr>
              <w:t>Total Variable costs</w:t>
            </w:r>
          </w:p>
        </w:tc>
        <w:tc>
          <w:tcPr>
            <w:tcW w:w="792" w:type="dxa"/>
            <w:tcMar>
              <w:top w:w="60" w:type="dxa"/>
              <w:left w:w="60" w:type="dxa"/>
              <w:bottom w:w="60" w:type="dxa"/>
              <w:right w:w="60" w:type="dxa"/>
            </w:tcMar>
            <w:vAlign w:val="center"/>
          </w:tcPr>
          <w:p w14:paraId="3FA0E285"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A1EE6A7"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E836272" w14:textId="77777777" w:rsidR="00DB1C9C" w:rsidRPr="00672A82" w:rsidRDefault="00000000">
            <w:pPr>
              <w:jc w:val="center"/>
              <w:rPr>
                <w:rFonts w:hint="eastAsia"/>
              </w:rPr>
            </w:pPr>
            <w:r w:rsidRPr="00672A82">
              <w:rPr>
                <w:rFonts w:cs="Tinos"/>
                <w:b/>
                <w:sz w:val="14"/>
              </w:rPr>
              <w:t>2193788</w:t>
            </w:r>
          </w:p>
        </w:tc>
        <w:tc>
          <w:tcPr>
            <w:tcW w:w="1584" w:type="dxa"/>
            <w:tcMar>
              <w:top w:w="60" w:type="dxa"/>
              <w:left w:w="60" w:type="dxa"/>
              <w:bottom w:w="60" w:type="dxa"/>
              <w:right w:w="60" w:type="dxa"/>
            </w:tcMar>
            <w:vAlign w:val="center"/>
          </w:tcPr>
          <w:p w14:paraId="016477B9" w14:textId="77777777" w:rsidR="00DB1C9C" w:rsidRPr="00672A82" w:rsidRDefault="00000000">
            <w:pPr>
              <w:jc w:val="center"/>
              <w:rPr>
                <w:rFonts w:hint="eastAsia"/>
              </w:rPr>
            </w:pPr>
            <w:r w:rsidRPr="00672A82">
              <w:rPr>
                <w:rFonts w:cs="Tinos"/>
                <w:b/>
                <w:sz w:val="14"/>
              </w:rPr>
              <w:t>89.26</w:t>
            </w:r>
          </w:p>
        </w:tc>
      </w:tr>
      <w:tr w:rsidR="00DB1C9C" w:rsidRPr="00672A82" w14:paraId="38F86112" w14:textId="77777777">
        <w:trPr>
          <w:jc w:val="center"/>
        </w:trPr>
        <w:tc>
          <w:tcPr>
            <w:tcW w:w="648" w:type="dxa"/>
            <w:tcMar>
              <w:top w:w="60" w:type="dxa"/>
              <w:left w:w="60" w:type="dxa"/>
              <w:bottom w:w="60" w:type="dxa"/>
              <w:right w:w="60" w:type="dxa"/>
            </w:tcMar>
            <w:vAlign w:val="center"/>
          </w:tcPr>
          <w:p w14:paraId="073B8380"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11306DEC" w14:textId="77777777" w:rsidR="00DB1C9C" w:rsidRPr="00672A82" w:rsidRDefault="00000000">
            <w:pPr>
              <w:rPr>
                <w:rFonts w:hint="eastAsia"/>
              </w:rPr>
            </w:pPr>
            <w:r w:rsidRPr="00672A82">
              <w:rPr>
                <w:rFonts w:cs="Tinos"/>
                <w:sz w:val="14"/>
              </w:rPr>
              <w:t>B. Fixed cost</w:t>
            </w:r>
          </w:p>
        </w:tc>
        <w:tc>
          <w:tcPr>
            <w:tcW w:w="792" w:type="dxa"/>
            <w:tcMar>
              <w:top w:w="60" w:type="dxa"/>
              <w:left w:w="60" w:type="dxa"/>
              <w:bottom w:w="60" w:type="dxa"/>
              <w:right w:w="60" w:type="dxa"/>
            </w:tcMar>
            <w:vAlign w:val="center"/>
          </w:tcPr>
          <w:p w14:paraId="09F5B596"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3243DFAA"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70E8542E"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1BF24972" w14:textId="77777777" w:rsidR="00DB1C9C" w:rsidRPr="00672A82" w:rsidRDefault="00DB1C9C">
            <w:pPr>
              <w:jc w:val="center"/>
              <w:rPr>
                <w:rFonts w:hint="eastAsia"/>
              </w:rPr>
            </w:pPr>
          </w:p>
        </w:tc>
      </w:tr>
      <w:tr w:rsidR="00DB1C9C" w:rsidRPr="00672A82" w14:paraId="2C04D96D" w14:textId="77777777">
        <w:trPr>
          <w:jc w:val="center"/>
        </w:trPr>
        <w:tc>
          <w:tcPr>
            <w:tcW w:w="648" w:type="dxa"/>
            <w:tcMar>
              <w:top w:w="60" w:type="dxa"/>
              <w:left w:w="60" w:type="dxa"/>
              <w:bottom w:w="60" w:type="dxa"/>
              <w:right w:w="60" w:type="dxa"/>
            </w:tcMar>
            <w:vAlign w:val="center"/>
          </w:tcPr>
          <w:p w14:paraId="2BB0D465"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39D0ECE6" w14:textId="77777777" w:rsidR="00DB1C9C" w:rsidRPr="00672A82" w:rsidRDefault="00000000">
            <w:pPr>
              <w:rPr>
                <w:rFonts w:hint="eastAsia"/>
              </w:rPr>
            </w:pPr>
            <w:r w:rsidRPr="00672A82">
              <w:rPr>
                <w:rFonts w:cs="Tinos"/>
                <w:sz w:val="14"/>
              </w:rPr>
              <w:t>Depreciation on equipment</w:t>
            </w:r>
          </w:p>
        </w:tc>
        <w:tc>
          <w:tcPr>
            <w:tcW w:w="792" w:type="dxa"/>
            <w:tcMar>
              <w:top w:w="60" w:type="dxa"/>
              <w:left w:w="60" w:type="dxa"/>
              <w:bottom w:w="60" w:type="dxa"/>
              <w:right w:w="60" w:type="dxa"/>
            </w:tcMar>
            <w:vAlign w:val="center"/>
          </w:tcPr>
          <w:p w14:paraId="1F1D14F7"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9BA004D"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FAA6922" w14:textId="77777777" w:rsidR="00DB1C9C" w:rsidRPr="00672A82" w:rsidRDefault="00000000">
            <w:pPr>
              <w:jc w:val="center"/>
              <w:rPr>
                <w:rFonts w:hint="eastAsia"/>
              </w:rPr>
            </w:pPr>
            <w:r w:rsidRPr="00672A82">
              <w:rPr>
                <w:rFonts w:cs="Tinos"/>
                <w:sz w:val="14"/>
              </w:rPr>
              <w:t>92364.82</w:t>
            </w:r>
          </w:p>
        </w:tc>
        <w:tc>
          <w:tcPr>
            <w:tcW w:w="1584" w:type="dxa"/>
            <w:tcMar>
              <w:top w:w="60" w:type="dxa"/>
              <w:left w:w="60" w:type="dxa"/>
              <w:bottom w:w="60" w:type="dxa"/>
              <w:right w:w="60" w:type="dxa"/>
            </w:tcMar>
            <w:vAlign w:val="center"/>
          </w:tcPr>
          <w:p w14:paraId="37900B0E" w14:textId="77777777" w:rsidR="00DB1C9C" w:rsidRPr="00672A82" w:rsidRDefault="00000000">
            <w:pPr>
              <w:jc w:val="center"/>
              <w:rPr>
                <w:rFonts w:hint="eastAsia"/>
              </w:rPr>
            </w:pPr>
            <w:r w:rsidRPr="00672A82">
              <w:rPr>
                <w:rFonts w:cs="Tinos"/>
                <w:sz w:val="14"/>
              </w:rPr>
              <w:t>3.76</w:t>
            </w:r>
          </w:p>
        </w:tc>
      </w:tr>
      <w:tr w:rsidR="00DB1C9C" w:rsidRPr="00672A82" w14:paraId="077A5E00" w14:textId="77777777">
        <w:trPr>
          <w:jc w:val="center"/>
        </w:trPr>
        <w:tc>
          <w:tcPr>
            <w:tcW w:w="648" w:type="dxa"/>
            <w:tcMar>
              <w:top w:w="60" w:type="dxa"/>
              <w:left w:w="60" w:type="dxa"/>
              <w:bottom w:w="60" w:type="dxa"/>
              <w:right w:w="60" w:type="dxa"/>
            </w:tcMar>
            <w:vAlign w:val="center"/>
          </w:tcPr>
          <w:p w14:paraId="5115ED0F"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513436B5" w14:textId="77777777" w:rsidR="00DB1C9C" w:rsidRPr="00672A82" w:rsidRDefault="00000000">
            <w:pPr>
              <w:rPr>
                <w:rFonts w:hint="eastAsia"/>
              </w:rPr>
            </w:pPr>
            <w:r w:rsidRPr="00672A82">
              <w:rPr>
                <w:rFonts w:cs="Tinos"/>
                <w:sz w:val="14"/>
              </w:rPr>
              <w:t>Interest on fixed capital@10%</w:t>
            </w:r>
          </w:p>
        </w:tc>
        <w:tc>
          <w:tcPr>
            <w:tcW w:w="792" w:type="dxa"/>
            <w:tcMar>
              <w:top w:w="60" w:type="dxa"/>
              <w:left w:w="60" w:type="dxa"/>
              <w:bottom w:w="60" w:type="dxa"/>
              <w:right w:w="60" w:type="dxa"/>
            </w:tcMar>
            <w:vAlign w:val="center"/>
          </w:tcPr>
          <w:p w14:paraId="5B23AAE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2611287"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1108302" w14:textId="77777777" w:rsidR="00DB1C9C" w:rsidRPr="00672A82" w:rsidRDefault="00000000">
            <w:pPr>
              <w:jc w:val="center"/>
              <w:rPr>
                <w:rFonts w:hint="eastAsia"/>
              </w:rPr>
            </w:pPr>
            <w:r w:rsidRPr="00672A82">
              <w:rPr>
                <w:rFonts w:cs="Tinos"/>
                <w:sz w:val="14"/>
              </w:rPr>
              <w:t>127557</w:t>
            </w:r>
          </w:p>
        </w:tc>
        <w:tc>
          <w:tcPr>
            <w:tcW w:w="1584" w:type="dxa"/>
            <w:tcMar>
              <w:top w:w="60" w:type="dxa"/>
              <w:left w:w="60" w:type="dxa"/>
              <w:bottom w:w="60" w:type="dxa"/>
              <w:right w:w="60" w:type="dxa"/>
            </w:tcMar>
            <w:vAlign w:val="center"/>
          </w:tcPr>
          <w:p w14:paraId="517EC5E2" w14:textId="77777777" w:rsidR="00DB1C9C" w:rsidRPr="00672A82" w:rsidRDefault="00000000">
            <w:pPr>
              <w:jc w:val="center"/>
              <w:rPr>
                <w:rFonts w:hint="eastAsia"/>
              </w:rPr>
            </w:pPr>
            <w:r w:rsidRPr="00672A82">
              <w:rPr>
                <w:rFonts w:cs="Tinos"/>
                <w:sz w:val="14"/>
              </w:rPr>
              <w:t>5.19</w:t>
            </w:r>
          </w:p>
        </w:tc>
      </w:tr>
      <w:tr w:rsidR="00DB1C9C" w:rsidRPr="00672A82" w14:paraId="3671064E" w14:textId="77777777">
        <w:trPr>
          <w:jc w:val="center"/>
        </w:trPr>
        <w:tc>
          <w:tcPr>
            <w:tcW w:w="648" w:type="dxa"/>
            <w:tcMar>
              <w:top w:w="60" w:type="dxa"/>
              <w:left w:w="60" w:type="dxa"/>
              <w:bottom w:w="60" w:type="dxa"/>
              <w:right w:w="60" w:type="dxa"/>
            </w:tcMar>
            <w:vAlign w:val="center"/>
          </w:tcPr>
          <w:p w14:paraId="7C74D2E1"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28CAFA60" w14:textId="77777777" w:rsidR="00DB1C9C" w:rsidRPr="00672A82" w:rsidRDefault="00000000">
            <w:pPr>
              <w:rPr>
                <w:rFonts w:hint="eastAsia"/>
              </w:rPr>
            </w:pPr>
            <w:r w:rsidRPr="00672A82">
              <w:rPr>
                <w:rFonts w:cs="Tinos"/>
                <w:sz w:val="14"/>
              </w:rPr>
              <w:t>Rental value of land</w:t>
            </w:r>
          </w:p>
        </w:tc>
        <w:tc>
          <w:tcPr>
            <w:tcW w:w="792" w:type="dxa"/>
            <w:tcMar>
              <w:top w:w="60" w:type="dxa"/>
              <w:left w:w="60" w:type="dxa"/>
              <w:bottom w:w="60" w:type="dxa"/>
              <w:right w:w="60" w:type="dxa"/>
            </w:tcMar>
            <w:vAlign w:val="center"/>
          </w:tcPr>
          <w:p w14:paraId="0DF3F970"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3B4F8E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30BCBC9C" w14:textId="77777777" w:rsidR="00DB1C9C" w:rsidRPr="00672A82" w:rsidRDefault="00000000">
            <w:pPr>
              <w:jc w:val="center"/>
              <w:rPr>
                <w:rFonts w:hint="eastAsia"/>
              </w:rPr>
            </w:pPr>
            <w:r w:rsidRPr="00672A82">
              <w:rPr>
                <w:rFonts w:cs="Tinos"/>
                <w:sz w:val="14"/>
              </w:rPr>
              <w:t>43994</w:t>
            </w:r>
          </w:p>
        </w:tc>
        <w:tc>
          <w:tcPr>
            <w:tcW w:w="1584" w:type="dxa"/>
            <w:tcMar>
              <w:top w:w="60" w:type="dxa"/>
              <w:left w:w="60" w:type="dxa"/>
              <w:bottom w:w="60" w:type="dxa"/>
              <w:right w:w="60" w:type="dxa"/>
            </w:tcMar>
            <w:vAlign w:val="center"/>
          </w:tcPr>
          <w:p w14:paraId="539C8396" w14:textId="77777777" w:rsidR="00DB1C9C" w:rsidRPr="00672A82" w:rsidRDefault="00000000">
            <w:pPr>
              <w:jc w:val="center"/>
              <w:rPr>
                <w:rFonts w:hint="eastAsia"/>
              </w:rPr>
            </w:pPr>
            <w:r w:rsidRPr="00672A82">
              <w:rPr>
                <w:rFonts w:cs="Tinos"/>
                <w:sz w:val="14"/>
              </w:rPr>
              <w:t>1.79</w:t>
            </w:r>
          </w:p>
        </w:tc>
      </w:tr>
      <w:tr w:rsidR="00DB1C9C" w:rsidRPr="00672A82" w14:paraId="7F5DE2B1" w14:textId="77777777">
        <w:trPr>
          <w:jc w:val="center"/>
        </w:trPr>
        <w:tc>
          <w:tcPr>
            <w:tcW w:w="648" w:type="dxa"/>
            <w:tcMar>
              <w:top w:w="60" w:type="dxa"/>
              <w:left w:w="60" w:type="dxa"/>
              <w:bottom w:w="60" w:type="dxa"/>
              <w:right w:w="60" w:type="dxa"/>
            </w:tcMar>
            <w:vAlign w:val="center"/>
          </w:tcPr>
          <w:p w14:paraId="290BBEFF"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2AAFC40" w14:textId="77777777" w:rsidR="00DB1C9C" w:rsidRPr="00672A82" w:rsidRDefault="00000000">
            <w:pPr>
              <w:rPr>
                <w:rFonts w:hint="eastAsia"/>
              </w:rPr>
            </w:pPr>
            <w:r w:rsidRPr="00672A82">
              <w:rPr>
                <w:rFonts w:cs="Tinos"/>
                <w:b/>
                <w:sz w:val="14"/>
              </w:rPr>
              <w:t>Total fixed cost</w:t>
            </w:r>
          </w:p>
        </w:tc>
        <w:tc>
          <w:tcPr>
            <w:tcW w:w="792" w:type="dxa"/>
            <w:tcMar>
              <w:top w:w="60" w:type="dxa"/>
              <w:left w:w="60" w:type="dxa"/>
              <w:bottom w:w="60" w:type="dxa"/>
              <w:right w:w="60" w:type="dxa"/>
            </w:tcMar>
            <w:vAlign w:val="center"/>
          </w:tcPr>
          <w:p w14:paraId="349C0542"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60827EEE"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94C5505" w14:textId="77777777" w:rsidR="00DB1C9C" w:rsidRPr="00672A82" w:rsidRDefault="00000000">
            <w:pPr>
              <w:jc w:val="center"/>
              <w:rPr>
                <w:rFonts w:hint="eastAsia"/>
              </w:rPr>
            </w:pPr>
            <w:r w:rsidRPr="00672A82">
              <w:rPr>
                <w:rFonts w:cs="Tinos"/>
                <w:b/>
                <w:sz w:val="14"/>
              </w:rPr>
              <w:t>263915.82</w:t>
            </w:r>
          </w:p>
        </w:tc>
        <w:tc>
          <w:tcPr>
            <w:tcW w:w="1584" w:type="dxa"/>
            <w:tcMar>
              <w:top w:w="60" w:type="dxa"/>
              <w:left w:w="60" w:type="dxa"/>
              <w:bottom w:w="60" w:type="dxa"/>
              <w:right w:w="60" w:type="dxa"/>
            </w:tcMar>
            <w:vAlign w:val="center"/>
          </w:tcPr>
          <w:p w14:paraId="50664B26" w14:textId="77777777" w:rsidR="00DB1C9C" w:rsidRPr="00672A82" w:rsidRDefault="00000000">
            <w:pPr>
              <w:jc w:val="center"/>
              <w:rPr>
                <w:rFonts w:hint="eastAsia"/>
              </w:rPr>
            </w:pPr>
            <w:r w:rsidRPr="00672A82">
              <w:rPr>
                <w:rFonts w:cs="Tinos"/>
                <w:b/>
                <w:sz w:val="14"/>
              </w:rPr>
              <w:t>10.74</w:t>
            </w:r>
          </w:p>
        </w:tc>
      </w:tr>
      <w:tr w:rsidR="00DB1C9C" w:rsidRPr="00672A82" w14:paraId="52FF390E" w14:textId="77777777">
        <w:trPr>
          <w:jc w:val="center"/>
        </w:trPr>
        <w:tc>
          <w:tcPr>
            <w:tcW w:w="648" w:type="dxa"/>
            <w:tcMar>
              <w:top w:w="60" w:type="dxa"/>
              <w:left w:w="60" w:type="dxa"/>
              <w:bottom w:w="60" w:type="dxa"/>
              <w:right w:w="60" w:type="dxa"/>
            </w:tcMar>
            <w:vAlign w:val="center"/>
          </w:tcPr>
          <w:p w14:paraId="4FCEA419"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57A4067" w14:textId="77777777" w:rsidR="00DB1C9C" w:rsidRPr="00672A82" w:rsidRDefault="00000000">
            <w:pPr>
              <w:rPr>
                <w:rFonts w:hint="eastAsia"/>
              </w:rPr>
            </w:pPr>
            <w:r w:rsidRPr="00672A82">
              <w:rPr>
                <w:rFonts w:cs="Tinos"/>
                <w:b/>
                <w:sz w:val="14"/>
              </w:rPr>
              <w:t>Total costs (A+B)</w:t>
            </w:r>
          </w:p>
        </w:tc>
        <w:tc>
          <w:tcPr>
            <w:tcW w:w="792" w:type="dxa"/>
            <w:tcMar>
              <w:top w:w="60" w:type="dxa"/>
              <w:left w:w="60" w:type="dxa"/>
              <w:bottom w:w="60" w:type="dxa"/>
              <w:right w:w="60" w:type="dxa"/>
            </w:tcMar>
            <w:vAlign w:val="center"/>
          </w:tcPr>
          <w:p w14:paraId="7E0589C7"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358399BE"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4ADF102" w14:textId="77777777" w:rsidR="00DB1C9C" w:rsidRPr="00672A82" w:rsidRDefault="00000000">
            <w:pPr>
              <w:jc w:val="center"/>
              <w:rPr>
                <w:rFonts w:hint="eastAsia"/>
              </w:rPr>
            </w:pPr>
            <w:r w:rsidRPr="00672A82">
              <w:rPr>
                <w:rFonts w:cs="Tinos"/>
                <w:b/>
                <w:sz w:val="14"/>
              </w:rPr>
              <w:t>2457703.82</w:t>
            </w:r>
          </w:p>
        </w:tc>
        <w:tc>
          <w:tcPr>
            <w:tcW w:w="1584" w:type="dxa"/>
            <w:tcMar>
              <w:top w:w="60" w:type="dxa"/>
              <w:left w:w="60" w:type="dxa"/>
              <w:bottom w:w="60" w:type="dxa"/>
              <w:right w:w="60" w:type="dxa"/>
            </w:tcMar>
            <w:vAlign w:val="center"/>
          </w:tcPr>
          <w:p w14:paraId="70038B2D" w14:textId="77777777" w:rsidR="00DB1C9C" w:rsidRPr="00672A82" w:rsidRDefault="00000000">
            <w:pPr>
              <w:jc w:val="center"/>
              <w:rPr>
                <w:rFonts w:hint="eastAsia"/>
              </w:rPr>
            </w:pPr>
            <w:r w:rsidRPr="00672A82">
              <w:rPr>
                <w:rFonts w:cs="Tinos"/>
                <w:b/>
                <w:sz w:val="14"/>
              </w:rPr>
              <w:t>100.00</w:t>
            </w:r>
          </w:p>
        </w:tc>
      </w:tr>
    </w:tbl>
    <w:p w14:paraId="243CA3BB" w14:textId="77777777" w:rsidR="00DB1C9C" w:rsidRPr="00672A82" w:rsidRDefault="00000000">
      <w:pPr>
        <w:spacing w:after="100" w:line="259" w:lineRule="auto"/>
        <w:ind w:firstLine="360"/>
        <w:jc w:val="both"/>
        <w:rPr>
          <w:rFonts w:hint="eastAsia"/>
        </w:rPr>
      </w:pPr>
      <w:r w:rsidRPr="00672A82">
        <w:rPr>
          <w:rFonts w:cs="Tinos"/>
        </w:rPr>
        <w:t>The results presented in Table 3 revealed that the per hectare total cost for cultivating the rose nursery per was Rs. 24,57,703.82, with variable cost constituting 89.26 per cent (Rs. 21,93,788) and fixed cost 10.74 per cent (Rs. 2,63,915.82) of the total. As with hibiscus, pots and trays were the leading cost item (22.65 per cent), followed by planting material (15.13 per cent), labour-male (10.04 per cent) and labour-female (6.09 per cent). The consistently higher variable-cost share and greater absolute cost for rose compared with Hibiscus reflect the more intensive labour and packaging requirements associated with rose, a relatively delicate and higher-value crop. The recurring dominance of pots and trays across both crops confirms that container cost is a universal driver of nursery production cost, largely independent of the species being raised.</w:t>
      </w:r>
    </w:p>
    <w:p w14:paraId="45620803" w14:textId="77777777" w:rsidR="00DB1C9C" w:rsidRPr="00672A82" w:rsidRDefault="00000000">
      <w:pPr>
        <w:spacing w:after="100" w:line="259" w:lineRule="auto"/>
        <w:ind w:firstLine="360"/>
        <w:jc w:val="both"/>
        <w:rPr>
          <w:rFonts w:hint="eastAsia"/>
        </w:rPr>
      </w:pPr>
      <w:r w:rsidRPr="00672A82">
        <w:rPr>
          <w:rFonts w:cs="Tinos"/>
        </w:rPr>
        <w:t>The comparatively high cost and return profile of rose in the present nursery sample is directionally consistent with studies of protected rose production in Maharashtra and western India, where rose enterprises required substantial investment but also generated comparatively high gross and net returns (Pachiyappan et al., 2022; Patil et al., 2022; Shwetanjali et al., 2023). Direct numerical comparison is not appropriate because the cited studies include cut-flower or protected-cultivation systems, whereas the present analysis concerns nursery planting material; however, the evidence supports the interpretation that rose economics are sensitive to both input intensity and market value.</w:t>
      </w:r>
    </w:p>
    <w:p w14:paraId="5CDA3514" w14:textId="77777777" w:rsidR="00DB1C9C" w:rsidRPr="00672A82" w:rsidRDefault="00000000">
      <w:pPr>
        <w:keepNext/>
        <w:spacing w:before="160" w:after="80"/>
        <w:rPr>
          <w:rFonts w:hint="eastAsia"/>
        </w:rPr>
      </w:pPr>
      <w:r w:rsidRPr="00672A82">
        <w:rPr>
          <w:rFonts w:cs="Tinos"/>
          <w:b/>
        </w:rPr>
        <w:t>3. Per hectare cost of production of bougainvillea</w:t>
      </w:r>
    </w:p>
    <w:p w14:paraId="3A331FE0" w14:textId="77777777" w:rsidR="00DB1C9C" w:rsidRPr="00672A82" w:rsidRDefault="00000000">
      <w:pPr>
        <w:spacing w:after="100" w:line="259" w:lineRule="auto"/>
        <w:ind w:firstLine="360"/>
        <w:jc w:val="both"/>
        <w:rPr>
          <w:rFonts w:hint="eastAsia"/>
        </w:rPr>
      </w:pPr>
      <w:r w:rsidRPr="00672A82">
        <w:rPr>
          <w:rFonts w:cs="Tinos"/>
        </w:rPr>
        <w:t>The cost of production of bougainvillea planting material was estimated on a per hectare basis by considering variable and fixed cost components. The individual cost components and their percentage contribution to the total cost are presented in Table 4.</w:t>
      </w:r>
    </w:p>
    <w:p w14:paraId="565AA585" w14:textId="77777777" w:rsidR="00DB1C9C" w:rsidRPr="00672A82" w:rsidRDefault="00000000">
      <w:pPr>
        <w:keepNext/>
        <w:spacing w:before="80" w:after="60"/>
        <w:rPr>
          <w:rFonts w:hint="eastAsia"/>
        </w:rPr>
      </w:pPr>
      <w:r w:rsidRPr="00672A82">
        <w:rPr>
          <w:rFonts w:cs="Tinos"/>
          <w:b/>
          <w:sz w:val="19"/>
        </w:rPr>
        <w:t>Table 4. Per hectare cost of production of bougainvillea in selected nurseries (₹/ha)</w:t>
      </w:r>
    </w:p>
    <w:tbl>
      <w:tblPr>
        <w:tblStyle w:val="TableGrid"/>
        <w:tblW w:w="0" w:type="auto"/>
        <w:jc w:val="center"/>
        <w:tblLayout w:type="fixed"/>
        <w:tblLook w:val="04A0" w:firstRow="1" w:lastRow="0" w:firstColumn="1" w:lastColumn="0" w:noHBand="0" w:noVBand="1"/>
      </w:tblPr>
      <w:tblGrid>
        <w:gridCol w:w="648"/>
        <w:gridCol w:w="3168"/>
        <w:gridCol w:w="792"/>
        <w:gridCol w:w="1080"/>
        <w:gridCol w:w="1368"/>
        <w:gridCol w:w="1584"/>
      </w:tblGrid>
      <w:tr w:rsidR="00DB1C9C" w:rsidRPr="00672A82" w14:paraId="5929ED35" w14:textId="77777777">
        <w:trPr>
          <w:tblHeader/>
          <w:jc w:val="center"/>
        </w:trPr>
        <w:tc>
          <w:tcPr>
            <w:tcW w:w="648" w:type="dxa"/>
            <w:shd w:val="clear" w:color="auto" w:fill="E7E6E6"/>
            <w:tcMar>
              <w:top w:w="60" w:type="dxa"/>
              <w:left w:w="60" w:type="dxa"/>
              <w:bottom w:w="60" w:type="dxa"/>
              <w:right w:w="60" w:type="dxa"/>
            </w:tcMar>
            <w:vAlign w:val="center"/>
          </w:tcPr>
          <w:p w14:paraId="6E8CD4A7" w14:textId="77777777" w:rsidR="00DB1C9C" w:rsidRPr="00672A82" w:rsidRDefault="00000000">
            <w:pPr>
              <w:jc w:val="center"/>
              <w:rPr>
                <w:rFonts w:hint="eastAsia"/>
              </w:rPr>
            </w:pPr>
            <w:r w:rsidRPr="00672A82">
              <w:rPr>
                <w:rFonts w:cs="Tinos"/>
                <w:b/>
                <w:sz w:val="14"/>
              </w:rPr>
              <w:t>Sr. No</w:t>
            </w:r>
          </w:p>
        </w:tc>
        <w:tc>
          <w:tcPr>
            <w:tcW w:w="3168" w:type="dxa"/>
            <w:shd w:val="clear" w:color="auto" w:fill="E7E6E6"/>
            <w:tcMar>
              <w:top w:w="60" w:type="dxa"/>
              <w:left w:w="60" w:type="dxa"/>
              <w:bottom w:w="60" w:type="dxa"/>
              <w:right w:w="60" w:type="dxa"/>
            </w:tcMar>
            <w:vAlign w:val="center"/>
          </w:tcPr>
          <w:p w14:paraId="2BC6F5BE" w14:textId="77777777" w:rsidR="00DB1C9C" w:rsidRPr="00672A82" w:rsidRDefault="00000000">
            <w:pPr>
              <w:jc w:val="center"/>
              <w:rPr>
                <w:rFonts w:hint="eastAsia"/>
              </w:rPr>
            </w:pPr>
            <w:r w:rsidRPr="00672A82">
              <w:rPr>
                <w:rFonts w:cs="Tinos"/>
                <w:b/>
                <w:sz w:val="14"/>
              </w:rPr>
              <w:t>Component</w:t>
            </w:r>
          </w:p>
        </w:tc>
        <w:tc>
          <w:tcPr>
            <w:tcW w:w="792" w:type="dxa"/>
            <w:shd w:val="clear" w:color="auto" w:fill="E7E6E6"/>
            <w:tcMar>
              <w:top w:w="60" w:type="dxa"/>
              <w:left w:w="60" w:type="dxa"/>
              <w:bottom w:w="60" w:type="dxa"/>
              <w:right w:w="60" w:type="dxa"/>
            </w:tcMar>
            <w:vAlign w:val="center"/>
          </w:tcPr>
          <w:p w14:paraId="0ACE433B" w14:textId="77777777" w:rsidR="00DB1C9C" w:rsidRPr="00672A82" w:rsidRDefault="00000000">
            <w:pPr>
              <w:jc w:val="center"/>
              <w:rPr>
                <w:rFonts w:hint="eastAsia"/>
              </w:rPr>
            </w:pPr>
            <w:r w:rsidRPr="00672A82">
              <w:rPr>
                <w:rFonts w:cs="Tinos"/>
                <w:b/>
                <w:sz w:val="14"/>
              </w:rPr>
              <w:t>Unit</w:t>
            </w:r>
          </w:p>
        </w:tc>
        <w:tc>
          <w:tcPr>
            <w:tcW w:w="1080" w:type="dxa"/>
            <w:shd w:val="clear" w:color="auto" w:fill="E7E6E6"/>
            <w:tcMar>
              <w:top w:w="60" w:type="dxa"/>
              <w:left w:w="60" w:type="dxa"/>
              <w:bottom w:w="60" w:type="dxa"/>
              <w:right w:w="60" w:type="dxa"/>
            </w:tcMar>
            <w:vAlign w:val="center"/>
          </w:tcPr>
          <w:p w14:paraId="25F5F3AB" w14:textId="77777777" w:rsidR="00DB1C9C" w:rsidRPr="00672A82" w:rsidRDefault="00000000">
            <w:pPr>
              <w:jc w:val="center"/>
              <w:rPr>
                <w:rFonts w:hint="eastAsia"/>
              </w:rPr>
            </w:pPr>
            <w:r w:rsidRPr="00672A82">
              <w:rPr>
                <w:rFonts w:cs="Tinos"/>
                <w:b/>
                <w:sz w:val="14"/>
              </w:rPr>
              <w:t>Quantity</w:t>
            </w:r>
          </w:p>
        </w:tc>
        <w:tc>
          <w:tcPr>
            <w:tcW w:w="1368" w:type="dxa"/>
            <w:shd w:val="clear" w:color="auto" w:fill="E7E6E6"/>
            <w:tcMar>
              <w:top w:w="60" w:type="dxa"/>
              <w:left w:w="60" w:type="dxa"/>
              <w:bottom w:w="60" w:type="dxa"/>
              <w:right w:w="60" w:type="dxa"/>
            </w:tcMar>
            <w:vAlign w:val="center"/>
          </w:tcPr>
          <w:p w14:paraId="6791BAAA" w14:textId="77777777" w:rsidR="00DB1C9C" w:rsidRPr="00672A82" w:rsidRDefault="00000000">
            <w:pPr>
              <w:jc w:val="center"/>
              <w:rPr>
                <w:rFonts w:hint="eastAsia"/>
              </w:rPr>
            </w:pPr>
            <w:r w:rsidRPr="00672A82">
              <w:rPr>
                <w:rFonts w:cs="Tinos"/>
                <w:b/>
                <w:sz w:val="14"/>
              </w:rPr>
              <w:t>Cost</w:t>
            </w:r>
          </w:p>
        </w:tc>
        <w:tc>
          <w:tcPr>
            <w:tcW w:w="1584" w:type="dxa"/>
            <w:shd w:val="clear" w:color="auto" w:fill="E7E6E6"/>
            <w:tcMar>
              <w:top w:w="60" w:type="dxa"/>
              <w:left w:w="60" w:type="dxa"/>
              <w:bottom w:w="60" w:type="dxa"/>
              <w:right w:w="60" w:type="dxa"/>
            </w:tcMar>
            <w:vAlign w:val="center"/>
          </w:tcPr>
          <w:p w14:paraId="5CB2F9E7" w14:textId="77777777" w:rsidR="00DB1C9C" w:rsidRPr="00672A82" w:rsidRDefault="00000000">
            <w:pPr>
              <w:jc w:val="center"/>
              <w:rPr>
                <w:rFonts w:hint="eastAsia"/>
              </w:rPr>
            </w:pPr>
            <w:r w:rsidRPr="00672A82">
              <w:rPr>
                <w:rFonts w:cs="Tinos"/>
                <w:b/>
                <w:sz w:val="14"/>
              </w:rPr>
              <w:t>Percentage to the total cost</w:t>
            </w:r>
          </w:p>
        </w:tc>
      </w:tr>
      <w:tr w:rsidR="00DB1C9C" w:rsidRPr="00672A82" w14:paraId="4FCE84DC" w14:textId="77777777">
        <w:trPr>
          <w:jc w:val="center"/>
        </w:trPr>
        <w:tc>
          <w:tcPr>
            <w:tcW w:w="648" w:type="dxa"/>
            <w:tcMar>
              <w:top w:w="60" w:type="dxa"/>
              <w:left w:w="60" w:type="dxa"/>
              <w:bottom w:w="60" w:type="dxa"/>
              <w:right w:w="60" w:type="dxa"/>
            </w:tcMar>
            <w:vAlign w:val="center"/>
          </w:tcPr>
          <w:p w14:paraId="387DDF60"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4FEF268A" w14:textId="77777777" w:rsidR="00DB1C9C" w:rsidRPr="00672A82" w:rsidRDefault="00000000">
            <w:pPr>
              <w:rPr>
                <w:rFonts w:hint="eastAsia"/>
              </w:rPr>
            </w:pPr>
            <w:r w:rsidRPr="00672A82">
              <w:rPr>
                <w:rFonts w:cs="Tinos"/>
                <w:sz w:val="14"/>
              </w:rPr>
              <w:t>A. Variable cost</w:t>
            </w:r>
          </w:p>
        </w:tc>
        <w:tc>
          <w:tcPr>
            <w:tcW w:w="792" w:type="dxa"/>
            <w:tcMar>
              <w:top w:w="60" w:type="dxa"/>
              <w:left w:w="60" w:type="dxa"/>
              <w:bottom w:w="60" w:type="dxa"/>
              <w:right w:w="60" w:type="dxa"/>
            </w:tcMar>
            <w:vAlign w:val="center"/>
          </w:tcPr>
          <w:p w14:paraId="24A64C9C"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AD5B34C"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34C2E0C"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6C8F481D" w14:textId="77777777" w:rsidR="00DB1C9C" w:rsidRPr="00672A82" w:rsidRDefault="00DB1C9C">
            <w:pPr>
              <w:jc w:val="center"/>
              <w:rPr>
                <w:rFonts w:hint="eastAsia"/>
              </w:rPr>
            </w:pPr>
          </w:p>
        </w:tc>
      </w:tr>
      <w:tr w:rsidR="00DB1C9C" w:rsidRPr="00672A82" w14:paraId="59A596EF" w14:textId="77777777">
        <w:trPr>
          <w:jc w:val="center"/>
        </w:trPr>
        <w:tc>
          <w:tcPr>
            <w:tcW w:w="648" w:type="dxa"/>
            <w:tcMar>
              <w:top w:w="60" w:type="dxa"/>
              <w:left w:w="60" w:type="dxa"/>
              <w:bottom w:w="60" w:type="dxa"/>
              <w:right w:w="60" w:type="dxa"/>
            </w:tcMar>
            <w:vAlign w:val="center"/>
          </w:tcPr>
          <w:p w14:paraId="40CBBD5F"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632CA9FF" w14:textId="77777777" w:rsidR="00DB1C9C" w:rsidRPr="00672A82" w:rsidRDefault="00000000">
            <w:pPr>
              <w:rPr>
                <w:rFonts w:hint="eastAsia"/>
              </w:rPr>
            </w:pPr>
            <w:r w:rsidRPr="00672A82">
              <w:rPr>
                <w:rFonts w:cs="Tinos"/>
                <w:sz w:val="14"/>
              </w:rPr>
              <w:t>Planting material</w:t>
            </w:r>
          </w:p>
        </w:tc>
        <w:tc>
          <w:tcPr>
            <w:tcW w:w="792" w:type="dxa"/>
            <w:tcMar>
              <w:top w:w="60" w:type="dxa"/>
              <w:left w:w="60" w:type="dxa"/>
              <w:bottom w:w="60" w:type="dxa"/>
              <w:right w:w="60" w:type="dxa"/>
            </w:tcMar>
            <w:vAlign w:val="center"/>
          </w:tcPr>
          <w:p w14:paraId="4382763A" w14:textId="77777777" w:rsidR="00DB1C9C" w:rsidRPr="00672A82" w:rsidRDefault="00000000">
            <w:pPr>
              <w:jc w:val="center"/>
              <w:rPr>
                <w:rFonts w:hint="eastAsia"/>
              </w:rPr>
            </w:pPr>
            <w:r w:rsidRPr="00672A82">
              <w:rPr>
                <w:rFonts w:cs="Tinos"/>
                <w:sz w:val="14"/>
              </w:rPr>
              <w:t>No</w:t>
            </w:r>
          </w:p>
        </w:tc>
        <w:tc>
          <w:tcPr>
            <w:tcW w:w="1080" w:type="dxa"/>
            <w:tcMar>
              <w:top w:w="60" w:type="dxa"/>
              <w:left w:w="60" w:type="dxa"/>
              <w:bottom w:w="60" w:type="dxa"/>
              <w:right w:w="60" w:type="dxa"/>
            </w:tcMar>
            <w:vAlign w:val="center"/>
          </w:tcPr>
          <w:p w14:paraId="7EFE59B2" w14:textId="77777777" w:rsidR="00DB1C9C" w:rsidRPr="00672A82" w:rsidRDefault="00000000">
            <w:pPr>
              <w:jc w:val="center"/>
              <w:rPr>
                <w:rFonts w:hint="eastAsia"/>
              </w:rPr>
            </w:pPr>
            <w:r w:rsidRPr="00672A82">
              <w:rPr>
                <w:rFonts w:cs="Tinos"/>
                <w:sz w:val="14"/>
              </w:rPr>
              <w:t>46908</w:t>
            </w:r>
          </w:p>
        </w:tc>
        <w:tc>
          <w:tcPr>
            <w:tcW w:w="1368" w:type="dxa"/>
            <w:tcMar>
              <w:top w:w="60" w:type="dxa"/>
              <w:left w:w="60" w:type="dxa"/>
              <w:bottom w:w="60" w:type="dxa"/>
              <w:right w:w="60" w:type="dxa"/>
            </w:tcMar>
            <w:vAlign w:val="center"/>
          </w:tcPr>
          <w:p w14:paraId="7EC3FE91" w14:textId="77777777" w:rsidR="00DB1C9C" w:rsidRPr="00672A82" w:rsidRDefault="00000000">
            <w:pPr>
              <w:jc w:val="center"/>
              <w:rPr>
                <w:rFonts w:hint="eastAsia"/>
              </w:rPr>
            </w:pPr>
            <w:r w:rsidRPr="00672A82">
              <w:rPr>
                <w:rFonts w:cs="Tinos"/>
                <w:sz w:val="14"/>
              </w:rPr>
              <w:t>180935.00</w:t>
            </w:r>
          </w:p>
        </w:tc>
        <w:tc>
          <w:tcPr>
            <w:tcW w:w="1584" w:type="dxa"/>
            <w:tcMar>
              <w:top w:w="60" w:type="dxa"/>
              <w:left w:w="60" w:type="dxa"/>
              <w:bottom w:w="60" w:type="dxa"/>
              <w:right w:w="60" w:type="dxa"/>
            </w:tcMar>
            <w:vAlign w:val="center"/>
          </w:tcPr>
          <w:p w14:paraId="4009F916" w14:textId="77777777" w:rsidR="00DB1C9C" w:rsidRPr="00672A82" w:rsidRDefault="00000000">
            <w:pPr>
              <w:jc w:val="center"/>
              <w:rPr>
                <w:rFonts w:hint="eastAsia"/>
              </w:rPr>
            </w:pPr>
            <w:r w:rsidRPr="00672A82">
              <w:rPr>
                <w:rFonts w:cs="Tinos"/>
                <w:sz w:val="14"/>
              </w:rPr>
              <w:t>9.16</w:t>
            </w:r>
          </w:p>
        </w:tc>
      </w:tr>
      <w:tr w:rsidR="00DB1C9C" w:rsidRPr="00672A82" w14:paraId="179E7BE1" w14:textId="77777777">
        <w:trPr>
          <w:jc w:val="center"/>
        </w:trPr>
        <w:tc>
          <w:tcPr>
            <w:tcW w:w="648" w:type="dxa"/>
            <w:tcMar>
              <w:top w:w="60" w:type="dxa"/>
              <w:left w:w="60" w:type="dxa"/>
              <w:bottom w:w="60" w:type="dxa"/>
              <w:right w:w="60" w:type="dxa"/>
            </w:tcMar>
            <w:vAlign w:val="center"/>
          </w:tcPr>
          <w:p w14:paraId="409C35C7"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43C7DCCC" w14:textId="77777777" w:rsidR="00DB1C9C" w:rsidRPr="00672A82" w:rsidRDefault="00000000">
            <w:pPr>
              <w:rPr>
                <w:rFonts w:hint="eastAsia"/>
              </w:rPr>
            </w:pPr>
            <w:r w:rsidRPr="00672A82">
              <w:rPr>
                <w:rFonts w:cs="Tinos"/>
                <w:sz w:val="14"/>
              </w:rPr>
              <w:t>Vermicompost</w:t>
            </w:r>
          </w:p>
        </w:tc>
        <w:tc>
          <w:tcPr>
            <w:tcW w:w="792" w:type="dxa"/>
            <w:tcMar>
              <w:top w:w="60" w:type="dxa"/>
              <w:left w:w="60" w:type="dxa"/>
              <w:bottom w:w="60" w:type="dxa"/>
              <w:right w:w="60" w:type="dxa"/>
            </w:tcMar>
            <w:vAlign w:val="center"/>
          </w:tcPr>
          <w:p w14:paraId="656E5F37"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5647AA67" w14:textId="77777777" w:rsidR="00DB1C9C" w:rsidRPr="00672A82" w:rsidRDefault="00000000">
            <w:pPr>
              <w:jc w:val="center"/>
              <w:rPr>
                <w:rFonts w:hint="eastAsia"/>
              </w:rPr>
            </w:pPr>
            <w:r w:rsidRPr="00672A82">
              <w:rPr>
                <w:rFonts w:cs="Tinos"/>
                <w:sz w:val="14"/>
              </w:rPr>
              <w:t>14238</w:t>
            </w:r>
          </w:p>
        </w:tc>
        <w:tc>
          <w:tcPr>
            <w:tcW w:w="1368" w:type="dxa"/>
            <w:tcMar>
              <w:top w:w="60" w:type="dxa"/>
              <w:left w:w="60" w:type="dxa"/>
              <w:bottom w:w="60" w:type="dxa"/>
              <w:right w:w="60" w:type="dxa"/>
            </w:tcMar>
            <w:vAlign w:val="center"/>
          </w:tcPr>
          <w:p w14:paraId="16612110" w14:textId="77777777" w:rsidR="00DB1C9C" w:rsidRPr="00672A82" w:rsidRDefault="00000000">
            <w:pPr>
              <w:jc w:val="center"/>
              <w:rPr>
                <w:rFonts w:hint="eastAsia"/>
              </w:rPr>
            </w:pPr>
            <w:r w:rsidRPr="00672A82">
              <w:rPr>
                <w:rFonts w:cs="Tinos"/>
                <w:sz w:val="14"/>
              </w:rPr>
              <w:t>142179.00</w:t>
            </w:r>
          </w:p>
        </w:tc>
        <w:tc>
          <w:tcPr>
            <w:tcW w:w="1584" w:type="dxa"/>
            <w:tcMar>
              <w:top w:w="60" w:type="dxa"/>
              <w:left w:w="60" w:type="dxa"/>
              <w:bottom w:w="60" w:type="dxa"/>
              <w:right w:w="60" w:type="dxa"/>
            </w:tcMar>
            <w:vAlign w:val="center"/>
          </w:tcPr>
          <w:p w14:paraId="273E2F04" w14:textId="77777777" w:rsidR="00DB1C9C" w:rsidRPr="00672A82" w:rsidRDefault="00000000">
            <w:pPr>
              <w:jc w:val="center"/>
              <w:rPr>
                <w:rFonts w:hint="eastAsia"/>
              </w:rPr>
            </w:pPr>
            <w:r w:rsidRPr="00672A82">
              <w:rPr>
                <w:rFonts w:cs="Tinos"/>
                <w:sz w:val="14"/>
              </w:rPr>
              <w:t>7.20</w:t>
            </w:r>
          </w:p>
        </w:tc>
      </w:tr>
      <w:tr w:rsidR="00DB1C9C" w:rsidRPr="00672A82" w14:paraId="1C5F7240" w14:textId="77777777">
        <w:trPr>
          <w:jc w:val="center"/>
        </w:trPr>
        <w:tc>
          <w:tcPr>
            <w:tcW w:w="648" w:type="dxa"/>
            <w:tcMar>
              <w:top w:w="60" w:type="dxa"/>
              <w:left w:w="60" w:type="dxa"/>
              <w:bottom w:w="60" w:type="dxa"/>
              <w:right w:w="60" w:type="dxa"/>
            </w:tcMar>
            <w:vAlign w:val="center"/>
          </w:tcPr>
          <w:p w14:paraId="36032EE5"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332ADDF6" w14:textId="77777777" w:rsidR="00DB1C9C" w:rsidRPr="00672A82" w:rsidRDefault="00000000">
            <w:pPr>
              <w:rPr>
                <w:rFonts w:hint="eastAsia"/>
              </w:rPr>
            </w:pPr>
            <w:r w:rsidRPr="00672A82">
              <w:rPr>
                <w:rFonts w:cs="Tinos"/>
                <w:sz w:val="14"/>
              </w:rPr>
              <w:t>Neem cake</w:t>
            </w:r>
          </w:p>
        </w:tc>
        <w:tc>
          <w:tcPr>
            <w:tcW w:w="792" w:type="dxa"/>
            <w:tcMar>
              <w:top w:w="60" w:type="dxa"/>
              <w:left w:w="60" w:type="dxa"/>
              <w:bottom w:w="60" w:type="dxa"/>
              <w:right w:w="60" w:type="dxa"/>
            </w:tcMar>
            <w:vAlign w:val="center"/>
          </w:tcPr>
          <w:p w14:paraId="0E91E6E2"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0E532EA4" w14:textId="77777777" w:rsidR="00DB1C9C" w:rsidRPr="00672A82" w:rsidRDefault="00000000">
            <w:pPr>
              <w:jc w:val="center"/>
              <w:rPr>
                <w:rFonts w:hint="eastAsia"/>
              </w:rPr>
            </w:pPr>
            <w:r w:rsidRPr="00672A82">
              <w:rPr>
                <w:rFonts w:cs="Tinos"/>
                <w:sz w:val="14"/>
              </w:rPr>
              <w:t>2812</w:t>
            </w:r>
          </w:p>
        </w:tc>
        <w:tc>
          <w:tcPr>
            <w:tcW w:w="1368" w:type="dxa"/>
            <w:tcMar>
              <w:top w:w="60" w:type="dxa"/>
              <w:left w:w="60" w:type="dxa"/>
              <w:bottom w:w="60" w:type="dxa"/>
              <w:right w:w="60" w:type="dxa"/>
            </w:tcMar>
            <w:vAlign w:val="center"/>
          </w:tcPr>
          <w:p w14:paraId="28310872" w14:textId="77777777" w:rsidR="00DB1C9C" w:rsidRPr="00672A82" w:rsidRDefault="00000000">
            <w:pPr>
              <w:jc w:val="center"/>
              <w:rPr>
                <w:rFonts w:hint="eastAsia"/>
              </w:rPr>
            </w:pPr>
            <w:r w:rsidRPr="00672A82">
              <w:rPr>
                <w:rFonts w:cs="Tinos"/>
                <w:sz w:val="14"/>
              </w:rPr>
              <w:t>56463.00</w:t>
            </w:r>
          </w:p>
        </w:tc>
        <w:tc>
          <w:tcPr>
            <w:tcW w:w="1584" w:type="dxa"/>
            <w:tcMar>
              <w:top w:w="60" w:type="dxa"/>
              <w:left w:w="60" w:type="dxa"/>
              <w:bottom w:w="60" w:type="dxa"/>
              <w:right w:w="60" w:type="dxa"/>
            </w:tcMar>
            <w:vAlign w:val="center"/>
          </w:tcPr>
          <w:p w14:paraId="7C1DC019" w14:textId="77777777" w:rsidR="00DB1C9C" w:rsidRPr="00672A82" w:rsidRDefault="00000000">
            <w:pPr>
              <w:jc w:val="center"/>
              <w:rPr>
                <w:rFonts w:hint="eastAsia"/>
              </w:rPr>
            </w:pPr>
            <w:r w:rsidRPr="00672A82">
              <w:rPr>
                <w:rFonts w:cs="Tinos"/>
                <w:sz w:val="14"/>
              </w:rPr>
              <w:t>2.86</w:t>
            </w:r>
          </w:p>
        </w:tc>
      </w:tr>
      <w:tr w:rsidR="00DB1C9C" w:rsidRPr="00672A82" w14:paraId="71FA5CED" w14:textId="77777777">
        <w:trPr>
          <w:jc w:val="center"/>
        </w:trPr>
        <w:tc>
          <w:tcPr>
            <w:tcW w:w="648" w:type="dxa"/>
            <w:tcMar>
              <w:top w:w="60" w:type="dxa"/>
              <w:left w:w="60" w:type="dxa"/>
              <w:bottom w:w="60" w:type="dxa"/>
              <w:right w:w="60" w:type="dxa"/>
            </w:tcMar>
            <w:vAlign w:val="center"/>
          </w:tcPr>
          <w:p w14:paraId="14AEBBC6" w14:textId="77777777" w:rsidR="00DB1C9C" w:rsidRPr="00672A82" w:rsidRDefault="00000000">
            <w:pPr>
              <w:jc w:val="center"/>
              <w:rPr>
                <w:rFonts w:hint="eastAsia"/>
              </w:rPr>
            </w:pPr>
            <w:r w:rsidRPr="00672A82">
              <w:rPr>
                <w:rFonts w:cs="Tinos"/>
                <w:sz w:val="14"/>
              </w:rPr>
              <w:t>4</w:t>
            </w:r>
          </w:p>
        </w:tc>
        <w:tc>
          <w:tcPr>
            <w:tcW w:w="3168" w:type="dxa"/>
            <w:tcMar>
              <w:top w:w="60" w:type="dxa"/>
              <w:left w:w="60" w:type="dxa"/>
              <w:bottom w:w="60" w:type="dxa"/>
              <w:right w:w="60" w:type="dxa"/>
            </w:tcMar>
            <w:vAlign w:val="center"/>
          </w:tcPr>
          <w:p w14:paraId="0E664917" w14:textId="77777777" w:rsidR="00DB1C9C" w:rsidRPr="00672A82" w:rsidRDefault="00000000">
            <w:pPr>
              <w:rPr>
                <w:rFonts w:hint="eastAsia"/>
              </w:rPr>
            </w:pPr>
            <w:r w:rsidRPr="00672A82">
              <w:rPr>
                <w:rFonts w:cs="Tinos"/>
                <w:sz w:val="14"/>
              </w:rPr>
              <w:t>Fertilizers</w:t>
            </w:r>
          </w:p>
        </w:tc>
        <w:tc>
          <w:tcPr>
            <w:tcW w:w="792" w:type="dxa"/>
            <w:tcMar>
              <w:top w:w="60" w:type="dxa"/>
              <w:left w:w="60" w:type="dxa"/>
              <w:bottom w:w="60" w:type="dxa"/>
              <w:right w:w="60" w:type="dxa"/>
            </w:tcMar>
            <w:vAlign w:val="center"/>
          </w:tcPr>
          <w:p w14:paraId="050EA6A4" w14:textId="77777777" w:rsidR="00DB1C9C" w:rsidRPr="00672A82" w:rsidRDefault="00000000">
            <w:pPr>
              <w:jc w:val="center"/>
              <w:rPr>
                <w:rFonts w:hint="eastAsia"/>
              </w:rPr>
            </w:pPr>
            <w:r w:rsidRPr="00672A82">
              <w:rPr>
                <w:rFonts w:cs="Tinos"/>
                <w:sz w:val="14"/>
              </w:rPr>
              <w:t>Kg</w:t>
            </w:r>
          </w:p>
        </w:tc>
        <w:tc>
          <w:tcPr>
            <w:tcW w:w="1080" w:type="dxa"/>
            <w:tcMar>
              <w:top w:w="60" w:type="dxa"/>
              <w:left w:w="60" w:type="dxa"/>
              <w:bottom w:w="60" w:type="dxa"/>
              <w:right w:w="60" w:type="dxa"/>
            </w:tcMar>
            <w:vAlign w:val="center"/>
          </w:tcPr>
          <w:p w14:paraId="1E1B864C" w14:textId="77777777" w:rsidR="00DB1C9C" w:rsidRPr="00672A82" w:rsidRDefault="00000000">
            <w:pPr>
              <w:jc w:val="center"/>
              <w:rPr>
                <w:rFonts w:hint="eastAsia"/>
              </w:rPr>
            </w:pPr>
            <w:r w:rsidRPr="00672A82">
              <w:rPr>
                <w:rFonts w:cs="Tinos"/>
                <w:sz w:val="14"/>
              </w:rPr>
              <w:t>1249</w:t>
            </w:r>
          </w:p>
        </w:tc>
        <w:tc>
          <w:tcPr>
            <w:tcW w:w="1368" w:type="dxa"/>
            <w:tcMar>
              <w:top w:w="60" w:type="dxa"/>
              <w:left w:w="60" w:type="dxa"/>
              <w:bottom w:w="60" w:type="dxa"/>
              <w:right w:w="60" w:type="dxa"/>
            </w:tcMar>
            <w:vAlign w:val="center"/>
          </w:tcPr>
          <w:p w14:paraId="20FBC53D" w14:textId="77777777" w:rsidR="00DB1C9C" w:rsidRPr="00672A82" w:rsidRDefault="00000000">
            <w:pPr>
              <w:jc w:val="center"/>
              <w:rPr>
                <w:rFonts w:hint="eastAsia"/>
              </w:rPr>
            </w:pPr>
            <w:r w:rsidRPr="00672A82">
              <w:rPr>
                <w:rFonts w:cs="Tinos"/>
                <w:sz w:val="14"/>
              </w:rPr>
              <w:t>54133.00</w:t>
            </w:r>
          </w:p>
        </w:tc>
        <w:tc>
          <w:tcPr>
            <w:tcW w:w="1584" w:type="dxa"/>
            <w:tcMar>
              <w:top w:w="60" w:type="dxa"/>
              <w:left w:w="60" w:type="dxa"/>
              <w:bottom w:w="60" w:type="dxa"/>
              <w:right w:w="60" w:type="dxa"/>
            </w:tcMar>
            <w:vAlign w:val="center"/>
          </w:tcPr>
          <w:p w14:paraId="75CA6E67" w14:textId="77777777" w:rsidR="00DB1C9C" w:rsidRPr="00672A82" w:rsidRDefault="00000000">
            <w:pPr>
              <w:jc w:val="center"/>
              <w:rPr>
                <w:rFonts w:hint="eastAsia"/>
              </w:rPr>
            </w:pPr>
            <w:r w:rsidRPr="00672A82">
              <w:rPr>
                <w:rFonts w:cs="Tinos"/>
                <w:sz w:val="14"/>
              </w:rPr>
              <w:t>2.74</w:t>
            </w:r>
          </w:p>
        </w:tc>
      </w:tr>
      <w:tr w:rsidR="00DB1C9C" w:rsidRPr="00672A82" w14:paraId="7FB73C80" w14:textId="77777777">
        <w:trPr>
          <w:jc w:val="center"/>
        </w:trPr>
        <w:tc>
          <w:tcPr>
            <w:tcW w:w="648" w:type="dxa"/>
            <w:tcMar>
              <w:top w:w="60" w:type="dxa"/>
              <w:left w:w="60" w:type="dxa"/>
              <w:bottom w:w="60" w:type="dxa"/>
              <w:right w:w="60" w:type="dxa"/>
            </w:tcMar>
            <w:vAlign w:val="center"/>
          </w:tcPr>
          <w:p w14:paraId="2CCBE583" w14:textId="77777777" w:rsidR="00DB1C9C" w:rsidRPr="00672A82" w:rsidRDefault="00000000">
            <w:pPr>
              <w:jc w:val="center"/>
              <w:rPr>
                <w:rFonts w:hint="eastAsia"/>
              </w:rPr>
            </w:pPr>
            <w:r w:rsidRPr="00672A82">
              <w:rPr>
                <w:rFonts w:cs="Tinos"/>
                <w:sz w:val="14"/>
              </w:rPr>
              <w:t>5</w:t>
            </w:r>
          </w:p>
        </w:tc>
        <w:tc>
          <w:tcPr>
            <w:tcW w:w="3168" w:type="dxa"/>
            <w:tcMar>
              <w:top w:w="60" w:type="dxa"/>
              <w:left w:w="60" w:type="dxa"/>
              <w:bottom w:w="60" w:type="dxa"/>
              <w:right w:w="60" w:type="dxa"/>
            </w:tcMar>
            <w:vAlign w:val="center"/>
          </w:tcPr>
          <w:p w14:paraId="25309E58" w14:textId="77777777" w:rsidR="00DB1C9C" w:rsidRPr="00672A82" w:rsidRDefault="00000000">
            <w:pPr>
              <w:rPr>
                <w:rFonts w:hint="eastAsia"/>
              </w:rPr>
            </w:pPr>
            <w:r w:rsidRPr="00672A82">
              <w:rPr>
                <w:rFonts w:cs="Tinos"/>
                <w:sz w:val="14"/>
              </w:rPr>
              <w:t>Pots &amp; Trays</w:t>
            </w:r>
          </w:p>
        </w:tc>
        <w:tc>
          <w:tcPr>
            <w:tcW w:w="792" w:type="dxa"/>
            <w:tcMar>
              <w:top w:w="60" w:type="dxa"/>
              <w:left w:w="60" w:type="dxa"/>
              <w:bottom w:w="60" w:type="dxa"/>
              <w:right w:w="60" w:type="dxa"/>
            </w:tcMar>
            <w:vAlign w:val="center"/>
          </w:tcPr>
          <w:p w14:paraId="553761F2"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8B561CC" w14:textId="77777777" w:rsidR="00DB1C9C" w:rsidRPr="00672A82" w:rsidRDefault="00000000">
            <w:pPr>
              <w:jc w:val="center"/>
              <w:rPr>
                <w:rFonts w:hint="eastAsia"/>
              </w:rPr>
            </w:pPr>
            <w:r w:rsidRPr="00672A82">
              <w:rPr>
                <w:rFonts w:cs="Tinos"/>
                <w:sz w:val="14"/>
              </w:rPr>
              <w:t>18531</w:t>
            </w:r>
          </w:p>
        </w:tc>
        <w:tc>
          <w:tcPr>
            <w:tcW w:w="1368" w:type="dxa"/>
            <w:tcMar>
              <w:top w:w="60" w:type="dxa"/>
              <w:left w:w="60" w:type="dxa"/>
              <w:bottom w:w="60" w:type="dxa"/>
              <w:right w:w="60" w:type="dxa"/>
            </w:tcMar>
            <w:vAlign w:val="center"/>
          </w:tcPr>
          <w:p w14:paraId="7175A3A0" w14:textId="77777777" w:rsidR="00DB1C9C" w:rsidRPr="00672A82" w:rsidRDefault="00000000">
            <w:pPr>
              <w:jc w:val="center"/>
              <w:rPr>
                <w:rFonts w:hint="eastAsia"/>
              </w:rPr>
            </w:pPr>
            <w:r w:rsidRPr="00672A82">
              <w:rPr>
                <w:rFonts w:cs="Tinos"/>
                <w:sz w:val="14"/>
              </w:rPr>
              <w:t>414607.00</w:t>
            </w:r>
          </w:p>
        </w:tc>
        <w:tc>
          <w:tcPr>
            <w:tcW w:w="1584" w:type="dxa"/>
            <w:tcMar>
              <w:top w:w="60" w:type="dxa"/>
              <w:left w:w="60" w:type="dxa"/>
              <w:bottom w:w="60" w:type="dxa"/>
              <w:right w:w="60" w:type="dxa"/>
            </w:tcMar>
            <w:vAlign w:val="center"/>
          </w:tcPr>
          <w:p w14:paraId="49132D22" w14:textId="77777777" w:rsidR="00DB1C9C" w:rsidRPr="00672A82" w:rsidRDefault="00000000">
            <w:pPr>
              <w:jc w:val="center"/>
              <w:rPr>
                <w:rFonts w:hint="eastAsia"/>
              </w:rPr>
            </w:pPr>
            <w:r w:rsidRPr="00672A82">
              <w:rPr>
                <w:rFonts w:cs="Tinos"/>
                <w:sz w:val="14"/>
              </w:rPr>
              <w:t>20.99</w:t>
            </w:r>
          </w:p>
        </w:tc>
      </w:tr>
      <w:tr w:rsidR="00DB1C9C" w:rsidRPr="00672A82" w14:paraId="6E79984F" w14:textId="77777777">
        <w:trPr>
          <w:jc w:val="center"/>
        </w:trPr>
        <w:tc>
          <w:tcPr>
            <w:tcW w:w="648" w:type="dxa"/>
            <w:tcMar>
              <w:top w:w="60" w:type="dxa"/>
              <w:left w:w="60" w:type="dxa"/>
              <w:bottom w:w="60" w:type="dxa"/>
              <w:right w:w="60" w:type="dxa"/>
            </w:tcMar>
            <w:vAlign w:val="center"/>
          </w:tcPr>
          <w:p w14:paraId="339901D2" w14:textId="77777777" w:rsidR="00DB1C9C" w:rsidRPr="00672A82" w:rsidRDefault="00000000">
            <w:pPr>
              <w:jc w:val="center"/>
              <w:rPr>
                <w:rFonts w:hint="eastAsia"/>
              </w:rPr>
            </w:pPr>
            <w:r w:rsidRPr="00672A82">
              <w:rPr>
                <w:rFonts w:cs="Tinos"/>
                <w:sz w:val="14"/>
              </w:rPr>
              <w:t>6</w:t>
            </w:r>
          </w:p>
        </w:tc>
        <w:tc>
          <w:tcPr>
            <w:tcW w:w="3168" w:type="dxa"/>
            <w:tcMar>
              <w:top w:w="60" w:type="dxa"/>
              <w:left w:w="60" w:type="dxa"/>
              <w:bottom w:w="60" w:type="dxa"/>
              <w:right w:w="60" w:type="dxa"/>
            </w:tcMar>
            <w:vAlign w:val="center"/>
          </w:tcPr>
          <w:p w14:paraId="0FE7B0EE" w14:textId="77777777" w:rsidR="00DB1C9C" w:rsidRPr="00672A82" w:rsidRDefault="00000000">
            <w:pPr>
              <w:rPr>
                <w:rFonts w:hint="eastAsia"/>
              </w:rPr>
            </w:pPr>
            <w:r w:rsidRPr="00672A82">
              <w:rPr>
                <w:rFonts w:cs="Tinos"/>
                <w:sz w:val="14"/>
              </w:rPr>
              <w:t>Polythene bags</w:t>
            </w:r>
          </w:p>
        </w:tc>
        <w:tc>
          <w:tcPr>
            <w:tcW w:w="792" w:type="dxa"/>
            <w:tcMar>
              <w:top w:w="60" w:type="dxa"/>
              <w:left w:w="60" w:type="dxa"/>
              <w:bottom w:w="60" w:type="dxa"/>
              <w:right w:w="60" w:type="dxa"/>
            </w:tcMar>
            <w:vAlign w:val="center"/>
          </w:tcPr>
          <w:p w14:paraId="467B538E"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441582A" w14:textId="77777777" w:rsidR="00DB1C9C" w:rsidRPr="00672A82" w:rsidRDefault="00000000">
            <w:pPr>
              <w:jc w:val="center"/>
              <w:rPr>
                <w:rFonts w:hint="eastAsia"/>
              </w:rPr>
            </w:pPr>
            <w:r w:rsidRPr="00672A82">
              <w:rPr>
                <w:rFonts w:cs="Tinos"/>
                <w:sz w:val="14"/>
              </w:rPr>
              <w:t>42877</w:t>
            </w:r>
          </w:p>
        </w:tc>
        <w:tc>
          <w:tcPr>
            <w:tcW w:w="1368" w:type="dxa"/>
            <w:tcMar>
              <w:top w:w="60" w:type="dxa"/>
              <w:left w:w="60" w:type="dxa"/>
              <w:bottom w:w="60" w:type="dxa"/>
              <w:right w:w="60" w:type="dxa"/>
            </w:tcMar>
            <w:vAlign w:val="center"/>
          </w:tcPr>
          <w:p w14:paraId="59DFF41C" w14:textId="77777777" w:rsidR="00DB1C9C" w:rsidRPr="00672A82" w:rsidRDefault="00000000">
            <w:pPr>
              <w:jc w:val="center"/>
              <w:rPr>
                <w:rFonts w:hint="eastAsia"/>
              </w:rPr>
            </w:pPr>
            <w:r w:rsidRPr="00672A82">
              <w:rPr>
                <w:rFonts w:cs="Tinos"/>
                <w:sz w:val="14"/>
              </w:rPr>
              <w:t>130295.00</w:t>
            </w:r>
          </w:p>
        </w:tc>
        <w:tc>
          <w:tcPr>
            <w:tcW w:w="1584" w:type="dxa"/>
            <w:tcMar>
              <w:top w:w="60" w:type="dxa"/>
              <w:left w:w="60" w:type="dxa"/>
              <w:bottom w:w="60" w:type="dxa"/>
              <w:right w:w="60" w:type="dxa"/>
            </w:tcMar>
            <w:vAlign w:val="center"/>
          </w:tcPr>
          <w:p w14:paraId="7FA4C07E" w14:textId="77777777" w:rsidR="00DB1C9C" w:rsidRPr="00672A82" w:rsidRDefault="00000000">
            <w:pPr>
              <w:jc w:val="center"/>
              <w:rPr>
                <w:rFonts w:hint="eastAsia"/>
              </w:rPr>
            </w:pPr>
            <w:r w:rsidRPr="00672A82">
              <w:rPr>
                <w:rFonts w:cs="Tinos"/>
                <w:sz w:val="14"/>
              </w:rPr>
              <w:t>6.60</w:t>
            </w:r>
          </w:p>
        </w:tc>
      </w:tr>
      <w:tr w:rsidR="00DB1C9C" w:rsidRPr="00672A82" w14:paraId="53D6A6F0" w14:textId="77777777">
        <w:trPr>
          <w:jc w:val="center"/>
        </w:trPr>
        <w:tc>
          <w:tcPr>
            <w:tcW w:w="648" w:type="dxa"/>
            <w:tcMar>
              <w:top w:w="60" w:type="dxa"/>
              <w:left w:w="60" w:type="dxa"/>
              <w:bottom w:w="60" w:type="dxa"/>
              <w:right w:w="60" w:type="dxa"/>
            </w:tcMar>
            <w:vAlign w:val="center"/>
          </w:tcPr>
          <w:p w14:paraId="49D4F653" w14:textId="77777777" w:rsidR="00DB1C9C" w:rsidRPr="00672A82" w:rsidRDefault="00000000">
            <w:pPr>
              <w:jc w:val="center"/>
              <w:rPr>
                <w:rFonts w:hint="eastAsia"/>
              </w:rPr>
            </w:pPr>
            <w:r w:rsidRPr="00672A82">
              <w:rPr>
                <w:rFonts w:cs="Tinos"/>
                <w:sz w:val="14"/>
              </w:rPr>
              <w:t>7</w:t>
            </w:r>
          </w:p>
        </w:tc>
        <w:tc>
          <w:tcPr>
            <w:tcW w:w="3168" w:type="dxa"/>
            <w:tcMar>
              <w:top w:w="60" w:type="dxa"/>
              <w:left w:w="60" w:type="dxa"/>
              <w:bottom w:w="60" w:type="dxa"/>
              <w:right w:w="60" w:type="dxa"/>
            </w:tcMar>
            <w:vAlign w:val="center"/>
          </w:tcPr>
          <w:p w14:paraId="09FAB016" w14:textId="77777777" w:rsidR="00DB1C9C" w:rsidRPr="00672A82" w:rsidRDefault="00000000">
            <w:pPr>
              <w:rPr>
                <w:rFonts w:hint="eastAsia"/>
              </w:rPr>
            </w:pPr>
            <w:r w:rsidRPr="00672A82">
              <w:rPr>
                <w:rFonts w:cs="Tinos"/>
                <w:sz w:val="14"/>
              </w:rPr>
              <w:t>Plant protection chemicals</w:t>
            </w:r>
          </w:p>
        </w:tc>
        <w:tc>
          <w:tcPr>
            <w:tcW w:w="792" w:type="dxa"/>
            <w:tcMar>
              <w:top w:w="60" w:type="dxa"/>
              <w:left w:w="60" w:type="dxa"/>
              <w:bottom w:w="60" w:type="dxa"/>
              <w:right w:w="60" w:type="dxa"/>
            </w:tcMar>
            <w:vAlign w:val="center"/>
          </w:tcPr>
          <w:p w14:paraId="7141FEFA"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BDFA580"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DDCC98A" w14:textId="77777777" w:rsidR="00DB1C9C" w:rsidRPr="00672A82" w:rsidRDefault="00000000">
            <w:pPr>
              <w:jc w:val="center"/>
              <w:rPr>
                <w:rFonts w:hint="eastAsia"/>
              </w:rPr>
            </w:pPr>
            <w:r w:rsidRPr="00672A82">
              <w:rPr>
                <w:rFonts w:cs="Tinos"/>
                <w:sz w:val="14"/>
              </w:rPr>
              <w:t>24717.00</w:t>
            </w:r>
          </w:p>
        </w:tc>
        <w:tc>
          <w:tcPr>
            <w:tcW w:w="1584" w:type="dxa"/>
            <w:tcMar>
              <w:top w:w="60" w:type="dxa"/>
              <w:left w:w="60" w:type="dxa"/>
              <w:bottom w:w="60" w:type="dxa"/>
              <w:right w:w="60" w:type="dxa"/>
            </w:tcMar>
            <w:vAlign w:val="center"/>
          </w:tcPr>
          <w:p w14:paraId="3A2C62CA" w14:textId="77777777" w:rsidR="00DB1C9C" w:rsidRPr="00672A82" w:rsidRDefault="00000000">
            <w:pPr>
              <w:jc w:val="center"/>
              <w:rPr>
                <w:rFonts w:hint="eastAsia"/>
              </w:rPr>
            </w:pPr>
            <w:r w:rsidRPr="00672A82">
              <w:rPr>
                <w:rFonts w:cs="Tinos"/>
                <w:sz w:val="14"/>
              </w:rPr>
              <w:t>1.25</w:t>
            </w:r>
          </w:p>
        </w:tc>
      </w:tr>
      <w:tr w:rsidR="00DB1C9C" w:rsidRPr="00672A82" w14:paraId="36E5FC5D" w14:textId="77777777">
        <w:trPr>
          <w:jc w:val="center"/>
        </w:trPr>
        <w:tc>
          <w:tcPr>
            <w:tcW w:w="648" w:type="dxa"/>
            <w:tcMar>
              <w:top w:w="60" w:type="dxa"/>
              <w:left w:w="60" w:type="dxa"/>
              <w:bottom w:w="60" w:type="dxa"/>
              <w:right w:w="60" w:type="dxa"/>
            </w:tcMar>
            <w:vAlign w:val="center"/>
          </w:tcPr>
          <w:p w14:paraId="6CCF30EF" w14:textId="77777777" w:rsidR="00DB1C9C" w:rsidRPr="00672A82" w:rsidRDefault="00000000">
            <w:pPr>
              <w:jc w:val="center"/>
              <w:rPr>
                <w:rFonts w:hint="eastAsia"/>
              </w:rPr>
            </w:pPr>
            <w:r w:rsidRPr="00672A82">
              <w:rPr>
                <w:rFonts w:cs="Tinos"/>
                <w:sz w:val="14"/>
              </w:rPr>
              <w:t>8</w:t>
            </w:r>
          </w:p>
        </w:tc>
        <w:tc>
          <w:tcPr>
            <w:tcW w:w="3168" w:type="dxa"/>
            <w:tcMar>
              <w:top w:w="60" w:type="dxa"/>
              <w:left w:w="60" w:type="dxa"/>
              <w:bottom w:w="60" w:type="dxa"/>
              <w:right w:w="60" w:type="dxa"/>
            </w:tcMar>
            <w:vAlign w:val="center"/>
          </w:tcPr>
          <w:p w14:paraId="6395224E" w14:textId="77777777" w:rsidR="00DB1C9C" w:rsidRPr="00672A82" w:rsidRDefault="00000000">
            <w:pPr>
              <w:rPr>
                <w:rFonts w:hint="eastAsia"/>
              </w:rPr>
            </w:pPr>
            <w:r w:rsidRPr="00672A82">
              <w:rPr>
                <w:rFonts w:cs="Tinos"/>
                <w:sz w:val="14"/>
              </w:rPr>
              <w:t>Labour - M (man-days)</w:t>
            </w:r>
          </w:p>
        </w:tc>
        <w:tc>
          <w:tcPr>
            <w:tcW w:w="792" w:type="dxa"/>
            <w:tcMar>
              <w:top w:w="60" w:type="dxa"/>
              <w:left w:w="60" w:type="dxa"/>
              <w:bottom w:w="60" w:type="dxa"/>
              <w:right w:w="60" w:type="dxa"/>
            </w:tcMar>
            <w:vAlign w:val="center"/>
          </w:tcPr>
          <w:p w14:paraId="6B51F050"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417D0F12" w14:textId="77777777" w:rsidR="00DB1C9C" w:rsidRPr="00672A82" w:rsidRDefault="00000000">
            <w:pPr>
              <w:jc w:val="center"/>
              <w:rPr>
                <w:rFonts w:hint="eastAsia"/>
              </w:rPr>
            </w:pPr>
            <w:r w:rsidRPr="00672A82">
              <w:rPr>
                <w:rFonts w:cs="Tinos"/>
                <w:sz w:val="14"/>
              </w:rPr>
              <w:t>714</w:t>
            </w:r>
          </w:p>
        </w:tc>
        <w:tc>
          <w:tcPr>
            <w:tcW w:w="1368" w:type="dxa"/>
            <w:tcMar>
              <w:top w:w="60" w:type="dxa"/>
              <w:left w:w="60" w:type="dxa"/>
              <w:bottom w:w="60" w:type="dxa"/>
              <w:right w:w="60" w:type="dxa"/>
            </w:tcMar>
            <w:vAlign w:val="center"/>
          </w:tcPr>
          <w:p w14:paraId="75B7EF7E" w14:textId="77777777" w:rsidR="00DB1C9C" w:rsidRPr="00672A82" w:rsidRDefault="00000000">
            <w:pPr>
              <w:jc w:val="center"/>
              <w:rPr>
                <w:rFonts w:hint="eastAsia"/>
              </w:rPr>
            </w:pPr>
            <w:r w:rsidRPr="00672A82">
              <w:rPr>
                <w:rFonts w:cs="Tinos"/>
                <w:sz w:val="14"/>
              </w:rPr>
              <w:t>213857.00</w:t>
            </w:r>
          </w:p>
        </w:tc>
        <w:tc>
          <w:tcPr>
            <w:tcW w:w="1584" w:type="dxa"/>
            <w:tcMar>
              <w:top w:w="60" w:type="dxa"/>
              <w:left w:w="60" w:type="dxa"/>
              <w:bottom w:w="60" w:type="dxa"/>
              <w:right w:w="60" w:type="dxa"/>
            </w:tcMar>
            <w:vAlign w:val="center"/>
          </w:tcPr>
          <w:p w14:paraId="2C6B9954" w14:textId="77777777" w:rsidR="00DB1C9C" w:rsidRPr="00672A82" w:rsidRDefault="00000000">
            <w:pPr>
              <w:jc w:val="center"/>
              <w:rPr>
                <w:rFonts w:hint="eastAsia"/>
              </w:rPr>
            </w:pPr>
            <w:r w:rsidRPr="00672A82">
              <w:rPr>
                <w:rFonts w:cs="Tinos"/>
                <w:sz w:val="14"/>
              </w:rPr>
              <w:t>10.83</w:t>
            </w:r>
          </w:p>
        </w:tc>
      </w:tr>
      <w:tr w:rsidR="00DB1C9C" w:rsidRPr="00672A82" w14:paraId="679CA42C" w14:textId="77777777">
        <w:trPr>
          <w:jc w:val="center"/>
        </w:trPr>
        <w:tc>
          <w:tcPr>
            <w:tcW w:w="648" w:type="dxa"/>
            <w:tcMar>
              <w:top w:w="60" w:type="dxa"/>
              <w:left w:w="60" w:type="dxa"/>
              <w:bottom w:w="60" w:type="dxa"/>
              <w:right w:w="60" w:type="dxa"/>
            </w:tcMar>
            <w:vAlign w:val="center"/>
          </w:tcPr>
          <w:p w14:paraId="300F5540" w14:textId="77777777" w:rsidR="00DB1C9C" w:rsidRPr="00672A82" w:rsidRDefault="00000000">
            <w:pPr>
              <w:jc w:val="center"/>
              <w:rPr>
                <w:rFonts w:hint="eastAsia"/>
              </w:rPr>
            </w:pPr>
            <w:r w:rsidRPr="00672A82">
              <w:rPr>
                <w:rFonts w:cs="Tinos"/>
                <w:sz w:val="14"/>
              </w:rPr>
              <w:t>9</w:t>
            </w:r>
          </w:p>
        </w:tc>
        <w:tc>
          <w:tcPr>
            <w:tcW w:w="3168" w:type="dxa"/>
            <w:tcMar>
              <w:top w:w="60" w:type="dxa"/>
              <w:left w:w="60" w:type="dxa"/>
              <w:bottom w:w="60" w:type="dxa"/>
              <w:right w:w="60" w:type="dxa"/>
            </w:tcMar>
            <w:vAlign w:val="center"/>
          </w:tcPr>
          <w:p w14:paraId="57464D71" w14:textId="77777777" w:rsidR="00DB1C9C" w:rsidRPr="00672A82" w:rsidRDefault="00000000">
            <w:pPr>
              <w:rPr>
                <w:rFonts w:hint="eastAsia"/>
              </w:rPr>
            </w:pPr>
            <w:r w:rsidRPr="00672A82">
              <w:rPr>
                <w:rFonts w:cs="Tinos"/>
                <w:sz w:val="14"/>
              </w:rPr>
              <w:t>Labour - F (man-days)</w:t>
            </w:r>
          </w:p>
        </w:tc>
        <w:tc>
          <w:tcPr>
            <w:tcW w:w="792" w:type="dxa"/>
            <w:tcMar>
              <w:top w:w="60" w:type="dxa"/>
              <w:left w:w="60" w:type="dxa"/>
              <w:bottom w:w="60" w:type="dxa"/>
              <w:right w:w="60" w:type="dxa"/>
            </w:tcMar>
            <w:vAlign w:val="center"/>
          </w:tcPr>
          <w:p w14:paraId="3F15D60C" w14:textId="77777777" w:rsidR="00DB1C9C" w:rsidRPr="00672A82" w:rsidRDefault="00000000">
            <w:pPr>
              <w:jc w:val="center"/>
              <w:rPr>
                <w:rFonts w:hint="eastAsia"/>
              </w:rPr>
            </w:pPr>
            <w:r w:rsidRPr="00672A82">
              <w:rPr>
                <w:rFonts w:cs="Tinos"/>
                <w:sz w:val="14"/>
              </w:rPr>
              <w:t>Days</w:t>
            </w:r>
          </w:p>
        </w:tc>
        <w:tc>
          <w:tcPr>
            <w:tcW w:w="1080" w:type="dxa"/>
            <w:tcMar>
              <w:top w:w="60" w:type="dxa"/>
              <w:left w:w="60" w:type="dxa"/>
              <w:bottom w:w="60" w:type="dxa"/>
              <w:right w:w="60" w:type="dxa"/>
            </w:tcMar>
            <w:vAlign w:val="center"/>
          </w:tcPr>
          <w:p w14:paraId="43C156B6" w14:textId="77777777" w:rsidR="00DB1C9C" w:rsidRPr="00672A82" w:rsidRDefault="00000000">
            <w:pPr>
              <w:jc w:val="center"/>
              <w:rPr>
                <w:rFonts w:hint="eastAsia"/>
              </w:rPr>
            </w:pPr>
            <w:r w:rsidRPr="00672A82">
              <w:rPr>
                <w:rFonts w:cs="Tinos"/>
                <w:sz w:val="14"/>
              </w:rPr>
              <w:t>785</w:t>
            </w:r>
          </w:p>
        </w:tc>
        <w:tc>
          <w:tcPr>
            <w:tcW w:w="1368" w:type="dxa"/>
            <w:tcMar>
              <w:top w:w="60" w:type="dxa"/>
              <w:left w:w="60" w:type="dxa"/>
              <w:bottom w:w="60" w:type="dxa"/>
              <w:right w:w="60" w:type="dxa"/>
            </w:tcMar>
            <w:vAlign w:val="center"/>
          </w:tcPr>
          <w:p w14:paraId="6B28617A" w14:textId="77777777" w:rsidR="00DB1C9C" w:rsidRPr="00672A82" w:rsidRDefault="00000000">
            <w:pPr>
              <w:jc w:val="center"/>
              <w:rPr>
                <w:rFonts w:hint="eastAsia"/>
              </w:rPr>
            </w:pPr>
            <w:r w:rsidRPr="00672A82">
              <w:rPr>
                <w:rFonts w:cs="Tinos"/>
                <w:sz w:val="14"/>
              </w:rPr>
              <w:t>171651.00</w:t>
            </w:r>
          </w:p>
        </w:tc>
        <w:tc>
          <w:tcPr>
            <w:tcW w:w="1584" w:type="dxa"/>
            <w:tcMar>
              <w:top w:w="60" w:type="dxa"/>
              <w:left w:w="60" w:type="dxa"/>
              <w:bottom w:w="60" w:type="dxa"/>
              <w:right w:w="60" w:type="dxa"/>
            </w:tcMar>
            <w:vAlign w:val="center"/>
          </w:tcPr>
          <w:p w14:paraId="07306B9A" w14:textId="77777777" w:rsidR="00DB1C9C" w:rsidRPr="00672A82" w:rsidRDefault="00000000">
            <w:pPr>
              <w:jc w:val="center"/>
              <w:rPr>
                <w:rFonts w:hint="eastAsia"/>
              </w:rPr>
            </w:pPr>
            <w:r w:rsidRPr="00672A82">
              <w:rPr>
                <w:rFonts w:cs="Tinos"/>
                <w:sz w:val="14"/>
              </w:rPr>
              <w:t>8.69</w:t>
            </w:r>
          </w:p>
        </w:tc>
      </w:tr>
      <w:tr w:rsidR="00DB1C9C" w:rsidRPr="00672A82" w14:paraId="6DEFBBF0" w14:textId="77777777">
        <w:trPr>
          <w:jc w:val="center"/>
        </w:trPr>
        <w:tc>
          <w:tcPr>
            <w:tcW w:w="648" w:type="dxa"/>
            <w:tcMar>
              <w:top w:w="60" w:type="dxa"/>
              <w:left w:w="60" w:type="dxa"/>
              <w:bottom w:w="60" w:type="dxa"/>
              <w:right w:w="60" w:type="dxa"/>
            </w:tcMar>
            <w:vAlign w:val="center"/>
          </w:tcPr>
          <w:p w14:paraId="7F5312C8" w14:textId="77777777" w:rsidR="00DB1C9C" w:rsidRPr="00672A82" w:rsidRDefault="00000000">
            <w:pPr>
              <w:jc w:val="center"/>
              <w:rPr>
                <w:rFonts w:hint="eastAsia"/>
              </w:rPr>
            </w:pPr>
            <w:r w:rsidRPr="00672A82">
              <w:rPr>
                <w:rFonts w:cs="Tinos"/>
                <w:sz w:val="14"/>
              </w:rPr>
              <w:t>10</w:t>
            </w:r>
          </w:p>
        </w:tc>
        <w:tc>
          <w:tcPr>
            <w:tcW w:w="3168" w:type="dxa"/>
            <w:tcMar>
              <w:top w:w="60" w:type="dxa"/>
              <w:left w:w="60" w:type="dxa"/>
              <w:bottom w:w="60" w:type="dxa"/>
              <w:right w:w="60" w:type="dxa"/>
            </w:tcMar>
            <w:vAlign w:val="center"/>
          </w:tcPr>
          <w:p w14:paraId="31048AF4" w14:textId="77777777" w:rsidR="00DB1C9C" w:rsidRPr="00672A82" w:rsidRDefault="00000000">
            <w:pPr>
              <w:rPr>
                <w:rFonts w:hint="eastAsia"/>
              </w:rPr>
            </w:pPr>
            <w:r w:rsidRPr="00672A82">
              <w:rPr>
                <w:rFonts w:cs="Tinos"/>
                <w:sz w:val="14"/>
              </w:rPr>
              <w:t>Irrigation &amp; Electricity</w:t>
            </w:r>
          </w:p>
        </w:tc>
        <w:tc>
          <w:tcPr>
            <w:tcW w:w="792" w:type="dxa"/>
            <w:tcMar>
              <w:top w:w="60" w:type="dxa"/>
              <w:left w:w="60" w:type="dxa"/>
              <w:bottom w:w="60" w:type="dxa"/>
              <w:right w:w="60" w:type="dxa"/>
            </w:tcMar>
            <w:vAlign w:val="center"/>
          </w:tcPr>
          <w:p w14:paraId="165375B4"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AD743AC"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F4BE9B0" w14:textId="77777777" w:rsidR="00DB1C9C" w:rsidRPr="00672A82" w:rsidRDefault="00000000">
            <w:pPr>
              <w:jc w:val="center"/>
              <w:rPr>
                <w:rFonts w:hint="eastAsia"/>
              </w:rPr>
            </w:pPr>
            <w:r w:rsidRPr="00672A82">
              <w:rPr>
                <w:rFonts w:cs="Tinos"/>
                <w:sz w:val="14"/>
              </w:rPr>
              <w:t>62489.00</w:t>
            </w:r>
          </w:p>
        </w:tc>
        <w:tc>
          <w:tcPr>
            <w:tcW w:w="1584" w:type="dxa"/>
            <w:tcMar>
              <w:top w:w="60" w:type="dxa"/>
              <w:left w:w="60" w:type="dxa"/>
              <w:bottom w:w="60" w:type="dxa"/>
              <w:right w:w="60" w:type="dxa"/>
            </w:tcMar>
            <w:vAlign w:val="center"/>
          </w:tcPr>
          <w:p w14:paraId="2E50D45D" w14:textId="77777777" w:rsidR="00DB1C9C" w:rsidRPr="00672A82" w:rsidRDefault="00000000">
            <w:pPr>
              <w:jc w:val="center"/>
              <w:rPr>
                <w:rFonts w:hint="eastAsia"/>
              </w:rPr>
            </w:pPr>
            <w:r w:rsidRPr="00672A82">
              <w:rPr>
                <w:rFonts w:cs="Tinos"/>
                <w:sz w:val="14"/>
              </w:rPr>
              <w:t>3.16</w:t>
            </w:r>
          </w:p>
        </w:tc>
      </w:tr>
      <w:tr w:rsidR="00DB1C9C" w:rsidRPr="00672A82" w14:paraId="2D69877E" w14:textId="77777777">
        <w:trPr>
          <w:jc w:val="center"/>
        </w:trPr>
        <w:tc>
          <w:tcPr>
            <w:tcW w:w="648" w:type="dxa"/>
            <w:tcMar>
              <w:top w:w="60" w:type="dxa"/>
              <w:left w:w="60" w:type="dxa"/>
              <w:bottom w:w="60" w:type="dxa"/>
              <w:right w:w="60" w:type="dxa"/>
            </w:tcMar>
            <w:vAlign w:val="center"/>
          </w:tcPr>
          <w:p w14:paraId="2109E352" w14:textId="77777777" w:rsidR="00DB1C9C" w:rsidRPr="00672A82" w:rsidRDefault="00000000">
            <w:pPr>
              <w:jc w:val="center"/>
              <w:rPr>
                <w:rFonts w:hint="eastAsia"/>
              </w:rPr>
            </w:pPr>
            <w:r w:rsidRPr="00672A82">
              <w:rPr>
                <w:rFonts w:cs="Tinos"/>
                <w:sz w:val="14"/>
              </w:rPr>
              <w:lastRenderedPageBreak/>
              <w:t>11</w:t>
            </w:r>
          </w:p>
        </w:tc>
        <w:tc>
          <w:tcPr>
            <w:tcW w:w="3168" w:type="dxa"/>
            <w:tcMar>
              <w:top w:w="60" w:type="dxa"/>
              <w:left w:w="60" w:type="dxa"/>
              <w:bottom w:w="60" w:type="dxa"/>
              <w:right w:w="60" w:type="dxa"/>
            </w:tcMar>
            <w:vAlign w:val="center"/>
          </w:tcPr>
          <w:p w14:paraId="13628175" w14:textId="77777777" w:rsidR="00DB1C9C" w:rsidRPr="00672A82" w:rsidRDefault="00000000">
            <w:pPr>
              <w:rPr>
                <w:rFonts w:hint="eastAsia"/>
              </w:rPr>
            </w:pPr>
            <w:r w:rsidRPr="00672A82">
              <w:rPr>
                <w:rFonts w:cs="Tinos"/>
                <w:sz w:val="14"/>
              </w:rPr>
              <w:t>Transportation</w:t>
            </w:r>
          </w:p>
        </w:tc>
        <w:tc>
          <w:tcPr>
            <w:tcW w:w="792" w:type="dxa"/>
            <w:tcMar>
              <w:top w:w="60" w:type="dxa"/>
              <w:left w:w="60" w:type="dxa"/>
              <w:bottom w:w="60" w:type="dxa"/>
              <w:right w:w="60" w:type="dxa"/>
            </w:tcMar>
            <w:vAlign w:val="center"/>
          </w:tcPr>
          <w:p w14:paraId="450D0F9D"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211CD706"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6A71C49D" w14:textId="77777777" w:rsidR="00DB1C9C" w:rsidRPr="00672A82" w:rsidRDefault="00000000">
            <w:pPr>
              <w:jc w:val="center"/>
              <w:rPr>
                <w:rFonts w:hint="eastAsia"/>
              </w:rPr>
            </w:pPr>
            <w:r w:rsidRPr="00672A82">
              <w:rPr>
                <w:rFonts w:cs="Tinos"/>
                <w:sz w:val="14"/>
              </w:rPr>
              <w:t>76035.00</w:t>
            </w:r>
          </w:p>
        </w:tc>
        <w:tc>
          <w:tcPr>
            <w:tcW w:w="1584" w:type="dxa"/>
            <w:tcMar>
              <w:top w:w="60" w:type="dxa"/>
              <w:left w:w="60" w:type="dxa"/>
              <w:bottom w:w="60" w:type="dxa"/>
              <w:right w:w="60" w:type="dxa"/>
            </w:tcMar>
            <w:vAlign w:val="center"/>
          </w:tcPr>
          <w:p w14:paraId="2990A729" w14:textId="77777777" w:rsidR="00DB1C9C" w:rsidRPr="00672A82" w:rsidRDefault="00000000">
            <w:pPr>
              <w:jc w:val="center"/>
              <w:rPr>
                <w:rFonts w:hint="eastAsia"/>
              </w:rPr>
            </w:pPr>
            <w:r w:rsidRPr="00672A82">
              <w:rPr>
                <w:rFonts w:cs="Tinos"/>
                <w:sz w:val="14"/>
              </w:rPr>
              <w:t>3.85</w:t>
            </w:r>
          </w:p>
        </w:tc>
      </w:tr>
      <w:tr w:rsidR="00DB1C9C" w:rsidRPr="00672A82" w14:paraId="2D4CBC2C" w14:textId="77777777">
        <w:trPr>
          <w:jc w:val="center"/>
        </w:trPr>
        <w:tc>
          <w:tcPr>
            <w:tcW w:w="648" w:type="dxa"/>
            <w:tcMar>
              <w:top w:w="60" w:type="dxa"/>
              <w:left w:w="60" w:type="dxa"/>
              <w:bottom w:w="60" w:type="dxa"/>
              <w:right w:w="60" w:type="dxa"/>
            </w:tcMar>
            <w:vAlign w:val="center"/>
          </w:tcPr>
          <w:p w14:paraId="447FBE12" w14:textId="77777777" w:rsidR="00DB1C9C" w:rsidRPr="00672A82" w:rsidRDefault="00000000">
            <w:pPr>
              <w:jc w:val="center"/>
              <w:rPr>
                <w:rFonts w:hint="eastAsia"/>
              </w:rPr>
            </w:pPr>
            <w:r w:rsidRPr="00672A82">
              <w:rPr>
                <w:rFonts w:cs="Tinos"/>
                <w:sz w:val="14"/>
              </w:rPr>
              <w:t>12</w:t>
            </w:r>
          </w:p>
        </w:tc>
        <w:tc>
          <w:tcPr>
            <w:tcW w:w="3168" w:type="dxa"/>
            <w:tcMar>
              <w:top w:w="60" w:type="dxa"/>
              <w:left w:w="60" w:type="dxa"/>
              <w:bottom w:w="60" w:type="dxa"/>
              <w:right w:w="60" w:type="dxa"/>
            </w:tcMar>
            <w:vAlign w:val="center"/>
          </w:tcPr>
          <w:p w14:paraId="73AB9573" w14:textId="77777777" w:rsidR="00DB1C9C" w:rsidRPr="00672A82" w:rsidRDefault="00000000">
            <w:pPr>
              <w:rPr>
                <w:rFonts w:hint="eastAsia"/>
              </w:rPr>
            </w:pPr>
            <w:r w:rsidRPr="00672A82">
              <w:rPr>
                <w:rFonts w:cs="Tinos"/>
                <w:sz w:val="14"/>
              </w:rPr>
              <w:t>Packaging material</w:t>
            </w:r>
          </w:p>
        </w:tc>
        <w:tc>
          <w:tcPr>
            <w:tcW w:w="792" w:type="dxa"/>
            <w:tcMar>
              <w:top w:w="60" w:type="dxa"/>
              <w:left w:w="60" w:type="dxa"/>
              <w:bottom w:w="60" w:type="dxa"/>
              <w:right w:w="60" w:type="dxa"/>
            </w:tcMar>
            <w:vAlign w:val="center"/>
          </w:tcPr>
          <w:p w14:paraId="18913F9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17420DA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C1197AD" w14:textId="77777777" w:rsidR="00DB1C9C" w:rsidRPr="00672A82" w:rsidRDefault="00000000">
            <w:pPr>
              <w:jc w:val="center"/>
              <w:rPr>
                <w:rFonts w:hint="eastAsia"/>
              </w:rPr>
            </w:pPr>
            <w:r w:rsidRPr="00672A82">
              <w:rPr>
                <w:rFonts w:cs="Tinos"/>
                <w:sz w:val="14"/>
              </w:rPr>
              <w:t>41416.00</w:t>
            </w:r>
          </w:p>
        </w:tc>
        <w:tc>
          <w:tcPr>
            <w:tcW w:w="1584" w:type="dxa"/>
            <w:tcMar>
              <w:top w:w="60" w:type="dxa"/>
              <w:left w:w="60" w:type="dxa"/>
              <w:bottom w:w="60" w:type="dxa"/>
              <w:right w:w="60" w:type="dxa"/>
            </w:tcMar>
            <w:vAlign w:val="center"/>
          </w:tcPr>
          <w:p w14:paraId="29F4BEE9" w14:textId="77777777" w:rsidR="00DB1C9C" w:rsidRPr="00672A82" w:rsidRDefault="00000000">
            <w:pPr>
              <w:jc w:val="center"/>
              <w:rPr>
                <w:rFonts w:hint="eastAsia"/>
              </w:rPr>
            </w:pPr>
            <w:r w:rsidRPr="00672A82">
              <w:rPr>
                <w:rFonts w:cs="Tinos"/>
                <w:sz w:val="14"/>
              </w:rPr>
              <w:t>2.10</w:t>
            </w:r>
          </w:p>
        </w:tc>
      </w:tr>
      <w:tr w:rsidR="00DB1C9C" w:rsidRPr="00672A82" w14:paraId="46D58BC9" w14:textId="77777777">
        <w:trPr>
          <w:jc w:val="center"/>
        </w:trPr>
        <w:tc>
          <w:tcPr>
            <w:tcW w:w="648" w:type="dxa"/>
            <w:tcMar>
              <w:top w:w="60" w:type="dxa"/>
              <w:left w:w="60" w:type="dxa"/>
              <w:bottom w:w="60" w:type="dxa"/>
              <w:right w:w="60" w:type="dxa"/>
            </w:tcMar>
            <w:vAlign w:val="center"/>
          </w:tcPr>
          <w:p w14:paraId="73DBC16B" w14:textId="77777777" w:rsidR="00DB1C9C" w:rsidRPr="00672A82" w:rsidRDefault="00000000">
            <w:pPr>
              <w:jc w:val="center"/>
              <w:rPr>
                <w:rFonts w:hint="eastAsia"/>
              </w:rPr>
            </w:pPr>
            <w:r w:rsidRPr="00672A82">
              <w:rPr>
                <w:rFonts w:cs="Tinos"/>
                <w:sz w:val="14"/>
              </w:rPr>
              <w:t>13</w:t>
            </w:r>
          </w:p>
        </w:tc>
        <w:tc>
          <w:tcPr>
            <w:tcW w:w="3168" w:type="dxa"/>
            <w:tcMar>
              <w:top w:w="60" w:type="dxa"/>
              <w:left w:w="60" w:type="dxa"/>
              <w:bottom w:w="60" w:type="dxa"/>
              <w:right w:w="60" w:type="dxa"/>
            </w:tcMar>
            <w:vAlign w:val="center"/>
          </w:tcPr>
          <w:p w14:paraId="5098131E" w14:textId="77777777" w:rsidR="00DB1C9C" w:rsidRPr="00672A82" w:rsidRDefault="00000000">
            <w:pPr>
              <w:rPr>
                <w:rFonts w:hint="eastAsia"/>
              </w:rPr>
            </w:pPr>
            <w:r w:rsidRPr="00672A82">
              <w:rPr>
                <w:rFonts w:cs="Tinos"/>
                <w:sz w:val="14"/>
              </w:rPr>
              <w:t>Labelling</w:t>
            </w:r>
          </w:p>
        </w:tc>
        <w:tc>
          <w:tcPr>
            <w:tcW w:w="792" w:type="dxa"/>
            <w:tcMar>
              <w:top w:w="60" w:type="dxa"/>
              <w:left w:w="60" w:type="dxa"/>
              <w:bottom w:w="60" w:type="dxa"/>
              <w:right w:w="60" w:type="dxa"/>
            </w:tcMar>
            <w:vAlign w:val="center"/>
          </w:tcPr>
          <w:p w14:paraId="75223971"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3D029232"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6AF629B" w14:textId="77777777" w:rsidR="00DB1C9C" w:rsidRPr="00672A82" w:rsidRDefault="00000000">
            <w:pPr>
              <w:jc w:val="center"/>
              <w:rPr>
                <w:rFonts w:hint="eastAsia"/>
              </w:rPr>
            </w:pPr>
            <w:r w:rsidRPr="00672A82">
              <w:rPr>
                <w:rFonts w:cs="Tinos"/>
                <w:sz w:val="14"/>
              </w:rPr>
              <w:t>14188.00</w:t>
            </w:r>
          </w:p>
        </w:tc>
        <w:tc>
          <w:tcPr>
            <w:tcW w:w="1584" w:type="dxa"/>
            <w:tcMar>
              <w:top w:w="60" w:type="dxa"/>
              <w:left w:w="60" w:type="dxa"/>
              <w:bottom w:w="60" w:type="dxa"/>
              <w:right w:w="60" w:type="dxa"/>
            </w:tcMar>
            <w:vAlign w:val="center"/>
          </w:tcPr>
          <w:p w14:paraId="31669100" w14:textId="77777777" w:rsidR="00DB1C9C" w:rsidRPr="00672A82" w:rsidRDefault="00000000">
            <w:pPr>
              <w:jc w:val="center"/>
              <w:rPr>
                <w:rFonts w:hint="eastAsia"/>
              </w:rPr>
            </w:pPr>
            <w:r w:rsidRPr="00672A82">
              <w:rPr>
                <w:rFonts w:cs="Tinos"/>
                <w:sz w:val="14"/>
              </w:rPr>
              <w:t>0.72</w:t>
            </w:r>
          </w:p>
        </w:tc>
      </w:tr>
      <w:tr w:rsidR="00DB1C9C" w:rsidRPr="00672A82" w14:paraId="429B41F8" w14:textId="77777777">
        <w:trPr>
          <w:jc w:val="center"/>
        </w:trPr>
        <w:tc>
          <w:tcPr>
            <w:tcW w:w="648" w:type="dxa"/>
            <w:tcMar>
              <w:top w:w="60" w:type="dxa"/>
              <w:left w:w="60" w:type="dxa"/>
              <w:bottom w:w="60" w:type="dxa"/>
              <w:right w:w="60" w:type="dxa"/>
            </w:tcMar>
            <w:vAlign w:val="center"/>
          </w:tcPr>
          <w:p w14:paraId="09606F3F" w14:textId="77777777" w:rsidR="00DB1C9C" w:rsidRPr="00672A82" w:rsidRDefault="00000000">
            <w:pPr>
              <w:jc w:val="center"/>
              <w:rPr>
                <w:rFonts w:hint="eastAsia"/>
              </w:rPr>
            </w:pPr>
            <w:r w:rsidRPr="00672A82">
              <w:rPr>
                <w:rFonts w:cs="Tinos"/>
                <w:sz w:val="14"/>
              </w:rPr>
              <w:t>14</w:t>
            </w:r>
          </w:p>
        </w:tc>
        <w:tc>
          <w:tcPr>
            <w:tcW w:w="3168" w:type="dxa"/>
            <w:tcMar>
              <w:top w:w="60" w:type="dxa"/>
              <w:left w:w="60" w:type="dxa"/>
              <w:bottom w:w="60" w:type="dxa"/>
              <w:right w:w="60" w:type="dxa"/>
            </w:tcMar>
            <w:vAlign w:val="center"/>
          </w:tcPr>
          <w:p w14:paraId="53987377" w14:textId="77777777" w:rsidR="00DB1C9C" w:rsidRPr="00672A82" w:rsidRDefault="00000000">
            <w:pPr>
              <w:rPr>
                <w:rFonts w:hint="eastAsia"/>
              </w:rPr>
            </w:pPr>
            <w:r w:rsidRPr="00672A82">
              <w:rPr>
                <w:rFonts w:cs="Tinos"/>
                <w:sz w:val="14"/>
              </w:rPr>
              <w:t>interest on working capital@6%</w:t>
            </w:r>
          </w:p>
        </w:tc>
        <w:tc>
          <w:tcPr>
            <w:tcW w:w="792" w:type="dxa"/>
            <w:tcMar>
              <w:top w:w="60" w:type="dxa"/>
              <w:left w:w="60" w:type="dxa"/>
              <w:bottom w:w="60" w:type="dxa"/>
              <w:right w:w="60" w:type="dxa"/>
            </w:tcMar>
            <w:vAlign w:val="center"/>
          </w:tcPr>
          <w:p w14:paraId="1A92832F"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1BF6B9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78EEDE0" w14:textId="77777777" w:rsidR="00DB1C9C" w:rsidRPr="00672A82" w:rsidRDefault="00000000">
            <w:pPr>
              <w:jc w:val="center"/>
              <w:rPr>
                <w:rFonts w:hint="eastAsia"/>
              </w:rPr>
            </w:pPr>
            <w:r w:rsidRPr="00672A82">
              <w:rPr>
                <w:rFonts w:cs="Tinos"/>
                <w:sz w:val="14"/>
              </w:rPr>
              <w:t>102447.00</w:t>
            </w:r>
          </w:p>
        </w:tc>
        <w:tc>
          <w:tcPr>
            <w:tcW w:w="1584" w:type="dxa"/>
            <w:tcMar>
              <w:top w:w="60" w:type="dxa"/>
              <w:left w:w="60" w:type="dxa"/>
              <w:bottom w:w="60" w:type="dxa"/>
              <w:right w:w="60" w:type="dxa"/>
            </w:tcMar>
            <w:vAlign w:val="center"/>
          </w:tcPr>
          <w:p w14:paraId="31486D70" w14:textId="77777777" w:rsidR="00DB1C9C" w:rsidRPr="00672A82" w:rsidRDefault="00000000">
            <w:pPr>
              <w:jc w:val="center"/>
              <w:rPr>
                <w:rFonts w:hint="eastAsia"/>
              </w:rPr>
            </w:pPr>
            <w:r w:rsidRPr="00672A82">
              <w:rPr>
                <w:rFonts w:cs="Tinos"/>
                <w:sz w:val="14"/>
              </w:rPr>
              <w:t>5.19</w:t>
            </w:r>
          </w:p>
        </w:tc>
      </w:tr>
      <w:tr w:rsidR="00DB1C9C" w:rsidRPr="00672A82" w14:paraId="51CECFDE" w14:textId="77777777">
        <w:trPr>
          <w:jc w:val="center"/>
        </w:trPr>
        <w:tc>
          <w:tcPr>
            <w:tcW w:w="648" w:type="dxa"/>
            <w:tcMar>
              <w:top w:w="60" w:type="dxa"/>
              <w:left w:w="60" w:type="dxa"/>
              <w:bottom w:w="60" w:type="dxa"/>
              <w:right w:w="60" w:type="dxa"/>
            </w:tcMar>
            <w:vAlign w:val="center"/>
          </w:tcPr>
          <w:p w14:paraId="593EB097" w14:textId="77777777" w:rsidR="00DB1C9C" w:rsidRPr="00672A82" w:rsidRDefault="00000000">
            <w:pPr>
              <w:jc w:val="center"/>
              <w:rPr>
                <w:rFonts w:hint="eastAsia"/>
              </w:rPr>
            </w:pPr>
            <w:r w:rsidRPr="00672A82">
              <w:rPr>
                <w:rFonts w:cs="Tinos"/>
                <w:sz w:val="14"/>
              </w:rPr>
              <w:t>15</w:t>
            </w:r>
          </w:p>
        </w:tc>
        <w:tc>
          <w:tcPr>
            <w:tcW w:w="3168" w:type="dxa"/>
            <w:tcMar>
              <w:top w:w="60" w:type="dxa"/>
              <w:left w:w="60" w:type="dxa"/>
              <w:bottom w:w="60" w:type="dxa"/>
              <w:right w:w="60" w:type="dxa"/>
            </w:tcMar>
            <w:vAlign w:val="center"/>
          </w:tcPr>
          <w:p w14:paraId="55098777" w14:textId="77777777" w:rsidR="00DB1C9C" w:rsidRPr="00672A82" w:rsidRDefault="00000000">
            <w:pPr>
              <w:rPr>
                <w:rFonts w:hint="eastAsia"/>
              </w:rPr>
            </w:pPr>
            <w:r w:rsidRPr="00672A82">
              <w:rPr>
                <w:rFonts w:cs="Tinos"/>
                <w:sz w:val="14"/>
              </w:rPr>
              <w:t>Misclleneous expenses</w:t>
            </w:r>
          </w:p>
        </w:tc>
        <w:tc>
          <w:tcPr>
            <w:tcW w:w="792" w:type="dxa"/>
            <w:tcMar>
              <w:top w:w="60" w:type="dxa"/>
              <w:left w:w="60" w:type="dxa"/>
              <w:bottom w:w="60" w:type="dxa"/>
              <w:right w:w="60" w:type="dxa"/>
            </w:tcMar>
            <w:vAlign w:val="center"/>
          </w:tcPr>
          <w:p w14:paraId="699ECEA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0C6B92A6"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5E5AEF1" w14:textId="77777777" w:rsidR="00DB1C9C" w:rsidRPr="00672A82" w:rsidRDefault="00000000">
            <w:pPr>
              <w:jc w:val="center"/>
              <w:rPr>
                <w:rFonts w:hint="eastAsia"/>
              </w:rPr>
            </w:pPr>
            <w:r w:rsidRPr="00672A82">
              <w:rPr>
                <w:rFonts w:cs="Tinos"/>
                <w:sz w:val="14"/>
              </w:rPr>
              <w:t>26176.00</w:t>
            </w:r>
          </w:p>
        </w:tc>
        <w:tc>
          <w:tcPr>
            <w:tcW w:w="1584" w:type="dxa"/>
            <w:tcMar>
              <w:top w:w="60" w:type="dxa"/>
              <w:left w:w="60" w:type="dxa"/>
              <w:bottom w:w="60" w:type="dxa"/>
              <w:right w:w="60" w:type="dxa"/>
            </w:tcMar>
            <w:vAlign w:val="center"/>
          </w:tcPr>
          <w:p w14:paraId="277515B7" w14:textId="77777777" w:rsidR="00DB1C9C" w:rsidRPr="00672A82" w:rsidRDefault="00000000">
            <w:pPr>
              <w:jc w:val="center"/>
              <w:rPr>
                <w:rFonts w:hint="eastAsia"/>
              </w:rPr>
            </w:pPr>
            <w:r w:rsidRPr="00672A82">
              <w:rPr>
                <w:rFonts w:cs="Tinos"/>
                <w:sz w:val="14"/>
              </w:rPr>
              <w:t>1.33</w:t>
            </w:r>
          </w:p>
        </w:tc>
      </w:tr>
      <w:tr w:rsidR="00DB1C9C" w:rsidRPr="00672A82" w14:paraId="6E210833" w14:textId="77777777">
        <w:trPr>
          <w:jc w:val="center"/>
        </w:trPr>
        <w:tc>
          <w:tcPr>
            <w:tcW w:w="648" w:type="dxa"/>
            <w:tcMar>
              <w:top w:w="60" w:type="dxa"/>
              <w:left w:w="60" w:type="dxa"/>
              <w:bottom w:w="60" w:type="dxa"/>
              <w:right w:w="60" w:type="dxa"/>
            </w:tcMar>
            <w:vAlign w:val="center"/>
          </w:tcPr>
          <w:p w14:paraId="06094EF2"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2E263E7B" w14:textId="77777777" w:rsidR="00DB1C9C" w:rsidRPr="00672A82" w:rsidRDefault="00000000">
            <w:pPr>
              <w:rPr>
                <w:rFonts w:hint="eastAsia"/>
              </w:rPr>
            </w:pPr>
            <w:r w:rsidRPr="00672A82">
              <w:rPr>
                <w:rFonts w:cs="Tinos"/>
                <w:b/>
                <w:sz w:val="14"/>
              </w:rPr>
              <w:t>Total Variable costs</w:t>
            </w:r>
          </w:p>
        </w:tc>
        <w:tc>
          <w:tcPr>
            <w:tcW w:w="792" w:type="dxa"/>
            <w:tcMar>
              <w:top w:w="60" w:type="dxa"/>
              <w:left w:w="60" w:type="dxa"/>
              <w:bottom w:w="60" w:type="dxa"/>
              <w:right w:w="60" w:type="dxa"/>
            </w:tcMar>
            <w:vAlign w:val="center"/>
          </w:tcPr>
          <w:p w14:paraId="0C37C0BD"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51E9D426"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27C8635" w14:textId="77777777" w:rsidR="00DB1C9C" w:rsidRPr="00672A82" w:rsidRDefault="00000000">
            <w:pPr>
              <w:jc w:val="center"/>
              <w:rPr>
                <w:rFonts w:hint="eastAsia"/>
              </w:rPr>
            </w:pPr>
            <w:r w:rsidRPr="00672A82">
              <w:rPr>
                <w:rFonts w:cs="Tinos"/>
                <w:b/>
                <w:sz w:val="14"/>
              </w:rPr>
              <w:t>1711588.00</w:t>
            </w:r>
          </w:p>
        </w:tc>
        <w:tc>
          <w:tcPr>
            <w:tcW w:w="1584" w:type="dxa"/>
            <w:tcMar>
              <w:top w:w="60" w:type="dxa"/>
              <w:left w:w="60" w:type="dxa"/>
              <w:bottom w:w="60" w:type="dxa"/>
              <w:right w:w="60" w:type="dxa"/>
            </w:tcMar>
            <w:vAlign w:val="center"/>
          </w:tcPr>
          <w:p w14:paraId="4E354EE8" w14:textId="77777777" w:rsidR="00DB1C9C" w:rsidRPr="00672A82" w:rsidRDefault="00000000">
            <w:pPr>
              <w:jc w:val="center"/>
              <w:rPr>
                <w:rFonts w:hint="eastAsia"/>
              </w:rPr>
            </w:pPr>
            <w:r w:rsidRPr="00672A82">
              <w:rPr>
                <w:rFonts w:cs="Tinos"/>
                <w:b/>
                <w:sz w:val="14"/>
              </w:rPr>
              <w:t>86.64</w:t>
            </w:r>
          </w:p>
        </w:tc>
      </w:tr>
      <w:tr w:rsidR="00DB1C9C" w:rsidRPr="00672A82" w14:paraId="39AF5227" w14:textId="77777777">
        <w:trPr>
          <w:jc w:val="center"/>
        </w:trPr>
        <w:tc>
          <w:tcPr>
            <w:tcW w:w="648" w:type="dxa"/>
            <w:tcMar>
              <w:top w:w="60" w:type="dxa"/>
              <w:left w:w="60" w:type="dxa"/>
              <w:bottom w:w="60" w:type="dxa"/>
              <w:right w:w="60" w:type="dxa"/>
            </w:tcMar>
            <w:vAlign w:val="center"/>
          </w:tcPr>
          <w:p w14:paraId="04447847"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1C6F70F" w14:textId="77777777" w:rsidR="00DB1C9C" w:rsidRPr="00672A82" w:rsidRDefault="00000000">
            <w:pPr>
              <w:rPr>
                <w:rFonts w:hint="eastAsia"/>
              </w:rPr>
            </w:pPr>
            <w:r w:rsidRPr="00672A82">
              <w:rPr>
                <w:rFonts w:cs="Tinos"/>
                <w:sz w:val="14"/>
              </w:rPr>
              <w:t>B. Fixed cost</w:t>
            </w:r>
          </w:p>
        </w:tc>
        <w:tc>
          <w:tcPr>
            <w:tcW w:w="792" w:type="dxa"/>
            <w:tcMar>
              <w:top w:w="60" w:type="dxa"/>
              <w:left w:w="60" w:type="dxa"/>
              <w:bottom w:w="60" w:type="dxa"/>
              <w:right w:w="60" w:type="dxa"/>
            </w:tcMar>
            <w:vAlign w:val="center"/>
          </w:tcPr>
          <w:p w14:paraId="5900EE4A"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13C25FAE"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22DD650A" w14:textId="77777777" w:rsidR="00DB1C9C" w:rsidRPr="00672A82" w:rsidRDefault="00DB1C9C">
            <w:pPr>
              <w:jc w:val="center"/>
              <w:rPr>
                <w:rFonts w:hint="eastAsia"/>
              </w:rPr>
            </w:pPr>
          </w:p>
        </w:tc>
        <w:tc>
          <w:tcPr>
            <w:tcW w:w="1584" w:type="dxa"/>
            <w:tcMar>
              <w:top w:w="60" w:type="dxa"/>
              <w:left w:w="60" w:type="dxa"/>
              <w:bottom w:w="60" w:type="dxa"/>
              <w:right w:w="60" w:type="dxa"/>
            </w:tcMar>
            <w:vAlign w:val="center"/>
          </w:tcPr>
          <w:p w14:paraId="2279E768" w14:textId="77777777" w:rsidR="00DB1C9C" w:rsidRPr="00672A82" w:rsidRDefault="00DB1C9C">
            <w:pPr>
              <w:jc w:val="center"/>
              <w:rPr>
                <w:rFonts w:hint="eastAsia"/>
              </w:rPr>
            </w:pPr>
          </w:p>
        </w:tc>
      </w:tr>
      <w:tr w:rsidR="00DB1C9C" w:rsidRPr="00672A82" w14:paraId="56DE5923" w14:textId="77777777">
        <w:trPr>
          <w:jc w:val="center"/>
        </w:trPr>
        <w:tc>
          <w:tcPr>
            <w:tcW w:w="648" w:type="dxa"/>
            <w:tcMar>
              <w:top w:w="60" w:type="dxa"/>
              <w:left w:w="60" w:type="dxa"/>
              <w:bottom w:w="60" w:type="dxa"/>
              <w:right w:w="60" w:type="dxa"/>
            </w:tcMar>
            <w:vAlign w:val="center"/>
          </w:tcPr>
          <w:p w14:paraId="15EF860D" w14:textId="77777777" w:rsidR="00DB1C9C" w:rsidRPr="00672A82" w:rsidRDefault="00000000">
            <w:pPr>
              <w:jc w:val="center"/>
              <w:rPr>
                <w:rFonts w:hint="eastAsia"/>
              </w:rPr>
            </w:pPr>
            <w:r w:rsidRPr="00672A82">
              <w:rPr>
                <w:rFonts w:cs="Tinos"/>
                <w:sz w:val="14"/>
              </w:rPr>
              <w:t>1</w:t>
            </w:r>
          </w:p>
        </w:tc>
        <w:tc>
          <w:tcPr>
            <w:tcW w:w="3168" w:type="dxa"/>
            <w:tcMar>
              <w:top w:w="60" w:type="dxa"/>
              <w:left w:w="60" w:type="dxa"/>
              <w:bottom w:w="60" w:type="dxa"/>
              <w:right w:w="60" w:type="dxa"/>
            </w:tcMar>
            <w:vAlign w:val="center"/>
          </w:tcPr>
          <w:p w14:paraId="20F65912" w14:textId="77777777" w:rsidR="00DB1C9C" w:rsidRPr="00672A82" w:rsidRDefault="00000000">
            <w:pPr>
              <w:rPr>
                <w:rFonts w:hint="eastAsia"/>
              </w:rPr>
            </w:pPr>
            <w:r w:rsidRPr="00672A82">
              <w:rPr>
                <w:rFonts w:cs="Tinos"/>
                <w:sz w:val="14"/>
              </w:rPr>
              <w:t>Depreciation on equipment</w:t>
            </w:r>
          </w:p>
        </w:tc>
        <w:tc>
          <w:tcPr>
            <w:tcW w:w="792" w:type="dxa"/>
            <w:tcMar>
              <w:top w:w="60" w:type="dxa"/>
              <w:left w:w="60" w:type="dxa"/>
              <w:bottom w:w="60" w:type="dxa"/>
              <w:right w:w="60" w:type="dxa"/>
            </w:tcMar>
            <w:vAlign w:val="center"/>
          </w:tcPr>
          <w:p w14:paraId="25C3D1C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645432CF"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D2E15C8" w14:textId="77777777" w:rsidR="00DB1C9C" w:rsidRPr="00672A82" w:rsidRDefault="00000000">
            <w:pPr>
              <w:jc w:val="center"/>
              <w:rPr>
                <w:rFonts w:hint="eastAsia"/>
              </w:rPr>
            </w:pPr>
            <w:r w:rsidRPr="00672A82">
              <w:rPr>
                <w:rFonts w:cs="Tinos"/>
                <w:sz w:val="14"/>
              </w:rPr>
              <w:t>92364.82</w:t>
            </w:r>
          </w:p>
        </w:tc>
        <w:tc>
          <w:tcPr>
            <w:tcW w:w="1584" w:type="dxa"/>
            <w:tcMar>
              <w:top w:w="60" w:type="dxa"/>
              <w:left w:w="60" w:type="dxa"/>
              <w:bottom w:w="60" w:type="dxa"/>
              <w:right w:w="60" w:type="dxa"/>
            </w:tcMar>
            <w:vAlign w:val="center"/>
          </w:tcPr>
          <w:p w14:paraId="3C064052" w14:textId="77777777" w:rsidR="00DB1C9C" w:rsidRPr="00672A82" w:rsidRDefault="00000000">
            <w:pPr>
              <w:jc w:val="center"/>
              <w:rPr>
                <w:rFonts w:hint="eastAsia"/>
              </w:rPr>
            </w:pPr>
            <w:r w:rsidRPr="00672A82">
              <w:rPr>
                <w:rFonts w:cs="Tinos"/>
                <w:sz w:val="14"/>
              </w:rPr>
              <w:t>4.68</w:t>
            </w:r>
          </w:p>
        </w:tc>
      </w:tr>
      <w:tr w:rsidR="00DB1C9C" w:rsidRPr="00672A82" w14:paraId="27DA7761" w14:textId="77777777">
        <w:trPr>
          <w:jc w:val="center"/>
        </w:trPr>
        <w:tc>
          <w:tcPr>
            <w:tcW w:w="648" w:type="dxa"/>
            <w:tcMar>
              <w:top w:w="60" w:type="dxa"/>
              <w:left w:w="60" w:type="dxa"/>
              <w:bottom w:w="60" w:type="dxa"/>
              <w:right w:w="60" w:type="dxa"/>
            </w:tcMar>
            <w:vAlign w:val="center"/>
          </w:tcPr>
          <w:p w14:paraId="2B0E7B44" w14:textId="77777777" w:rsidR="00DB1C9C" w:rsidRPr="00672A82" w:rsidRDefault="00000000">
            <w:pPr>
              <w:jc w:val="center"/>
              <w:rPr>
                <w:rFonts w:hint="eastAsia"/>
              </w:rPr>
            </w:pPr>
            <w:r w:rsidRPr="00672A82">
              <w:rPr>
                <w:rFonts w:cs="Tinos"/>
                <w:sz w:val="14"/>
              </w:rPr>
              <w:t>2</w:t>
            </w:r>
          </w:p>
        </w:tc>
        <w:tc>
          <w:tcPr>
            <w:tcW w:w="3168" w:type="dxa"/>
            <w:tcMar>
              <w:top w:w="60" w:type="dxa"/>
              <w:left w:w="60" w:type="dxa"/>
              <w:bottom w:w="60" w:type="dxa"/>
              <w:right w:w="60" w:type="dxa"/>
            </w:tcMar>
            <w:vAlign w:val="center"/>
          </w:tcPr>
          <w:p w14:paraId="659BBA97" w14:textId="77777777" w:rsidR="00DB1C9C" w:rsidRPr="00672A82" w:rsidRDefault="00000000">
            <w:pPr>
              <w:rPr>
                <w:rFonts w:hint="eastAsia"/>
              </w:rPr>
            </w:pPr>
            <w:r w:rsidRPr="00672A82">
              <w:rPr>
                <w:rFonts w:cs="Tinos"/>
                <w:sz w:val="14"/>
              </w:rPr>
              <w:t>Interest on fixed capital@10%</w:t>
            </w:r>
          </w:p>
        </w:tc>
        <w:tc>
          <w:tcPr>
            <w:tcW w:w="792" w:type="dxa"/>
            <w:tcMar>
              <w:top w:w="60" w:type="dxa"/>
              <w:left w:w="60" w:type="dxa"/>
              <w:bottom w:w="60" w:type="dxa"/>
              <w:right w:w="60" w:type="dxa"/>
            </w:tcMar>
            <w:vAlign w:val="center"/>
          </w:tcPr>
          <w:p w14:paraId="2252195C"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2A3A47B"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1AE9D628" w14:textId="77777777" w:rsidR="00DB1C9C" w:rsidRPr="00672A82" w:rsidRDefault="00000000">
            <w:pPr>
              <w:jc w:val="center"/>
              <w:rPr>
                <w:rFonts w:hint="eastAsia"/>
              </w:rPr>
            </w:pPr>
            <w:r w:rsidRPr="00672A82">
              <w:rPr>
                <w:rFonts w:cs="Tinos"/>
                <w:sz w:val="14"/>
              </w:rPr>
              <w:t>127557.00</w:t>
            </w:r>
          </w:p>
        </w:tc>
        <w:tc>
          <w:tcPr>
            <w:tcW w:w="1584" w:type="dxa"/>
            <w:tcMar>
              <w:top w:w="60" w:type="dxa"/>
              <w:left w:w="60" w:type="dxa"/>
              <w:bottom w:w="60" w:type="dxa"/>
              <w:right w:w="60" w:type="dxa"/>
            </w:tcMar>
            <w:vAlign w:val="center"/>
          </w:tcPr>
          <w:p w14:paraId="17C97D59" w14:textId="77777777" w:rsidR="00DB1C9C" w:rsidRPr="00672A82" w:rsidRDefault="00000000">
            <w:pPr>
              <w:jc w:val="center"/>
              <w:rPr>
                <w:rFonts w:hint="eastAsia"/>
              </w:rPr>
            </w:pPr>
            <w:r w:rsidRPr="00672A82">
              <w:rPr>
                <w:rFonts w:cs="Tinos"/>
                <w:sz w:val="14"/>
              </w:rPr>
              <w:t>6.46</w:t>
            </w:r>
          </w:p>
        </w:tc>
      </w:tr>
      <w:tr w:rsidR="00DB1C9C" w:rsidRPr="00672A82" w14:paraId="6E09DBF1" w14:textId="77777777">
        <w:trPr>
          <w:jc w:val="center"/>
        </w:trPr>
        <w:tc>
          <w:tcPr>
            <w:tcW w:w="648" w:type="dxa"/>
            <w:tcMar>
              <w:top w:w="60" w:type="dxa"/>
              <w:left w:w="60" w:type="dxa"/>
              <w:bottom w:w="60" w:type="dxa"/>
              <w:right w:w="60" w:type="dxa"/>
            </w:tcMar>
            <w:vAlign w:val="center"/>
          </w:tcPr>
          <w:p w14:paraId="032298FC" w14:textId="77777777" w:rsidR="00DB1C9C" w:rsidRPr="00672A82" w:rsidRDefault="00000000">
            <w:pPr>
              <w:jc w:val="center"/>
              <w:rPr>
                <w:rFonts w:hint="eastAsia"/>
              </w:rPr>
            </w:pPr>
            <w:r w:rsidRPr="00672A82">
              <w:rPr>
                <w:rFonts w:cs="Tinos"/>
                <w:sz w:val="14"/>
              </w:rPr>
              <w:t>3</w:t>
            </w:r>
          </w:p>
        </w:tc>
        <w:tc>
          <w:tcPr>
            <w:tcW w:w="3168" w:type="dxa"/>
            <w:tcMar>
              <w:top w:w="60" w:type="dxa"/>
              <w:left w:w="60" w:type="dxa"/>
              <w:bottom w:w="60" w:type="dxa"/>
              <w:right w:w="60" w:type="dxa"/>
            </w:tcMar>
            <w:vAlign w:val="center"/>
          </w:tcPr>
          <w:p w14:paraId="6153BFBB" w14:textId="77777777" w:rsidR="00DB1C9C" w:rsidRPr="00672A82" w:rsidRDefault="00000000">
            <w:pPr>
              <w:rPr>
                <w:rFonts w:hint="eastAsia"/>
              </w:rPr>
            </w:pPr>
            <w:r w:rsidRPr="00672A82">
              <w:rPr>
                <w:rFonts w:cs="Tinos"/>
                <w:sz w:val="14"/>
              </w:rPr>
              <w:t>Rental value of land</w:t>
            </w:r>
          </w:p>
        </w:tc>
        <w:tc>
          <w:tcPr>
            <w:tcW w:w="792" w:type="dxa"/>
            <w:tcMar>
              <w:top w:w="60" w:type="dxa"/>
              <w:left w:w="60" w:type="dxa"/>
              <w:bottom w:w="60" w:type="dxa"/>
              <w:right w:w="60" w:type="dxa"/>
            </w:tcMar>
            <w:vAlign w:val="center"/>
          </w:tcPr>
          <w:p w14:paraId="64EF4E03" w14:textId="77777777" w:rsidR="00DB1C9C" w:rsidRPr="00672A82" w:rsidRDefault="00000000">
            <w:pPr>
              <w:jc w:val="center"/>
              <w:rPr>
                <w:rFonts w:hint="eastAsia"/>
              </w:rPr>
            </w:pPr>
            <w:r w:rsidRPr="00672A82">
              <w:rPr>
                <w:rFonts w:cs="Tinos"/>
                <w:sz w:val="14"/>
              </w:rPr>
              <w:t>Rs</w:t>
            </w:r>
          </w:p>
        </w:tc>
        <w:tc>
          <w:tcPr>
            <w:tcW w:w="1080" w:type="dxa"/>
            <w:tcMar>
              <w:top w:w="60" w:type="dxa"/>
              <w:left w:w="60" w:type="dxa"/>
              <w:bottom w:w="60" w:type="dxa"/>
              <w:right w:w="60" w:type="dxa"/>
            </w:tcMar>
            <w:vAlign w:val="center"/>
          </w:tcPr>
          <w:p w14:paraId="4B90BB35"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0A6AAC3C" w14:textId="77777777" w:rsidR="00DB1C9C" w:rsidRPr="00672A82" w:rsidRDefault="00000000">
            <w:pPr>
              <w:jc w:val="center"/>
              <w:rPr>
                <w:rFonts w:hint="eastAsia"/>
              </w:rPr>
            </w:pPr>
            <w:r w:rsidRPr="00672A82">
              <w:rPr>
                <w:rFonts w:cs="Tinos"/>
                <w:sz w:val="14"/>
              </w:rPr>
              <w:t>43994.00</w:t>
            </w:r>
          </w:p>
        </w:tc>
        <w:tc>
          <w:tcPr>
            <w:tcW w:w="1584" w:type="dxa"/>
            <w:tcMar>
              <w:top w:w="60" w:type="dxa"/>
              <w:left w:w="60" w:type="dxa"/>
              <w:bottom w:w="60" w:type="dxa"/>
              <w:right w:w="60" w:type="dxa"/>
            </w:tcMar>
            <w:vAlign w:val="center"/>
          </w:tcPr>
          <w:p w14:paraId="395E3451" w14:textId="77777777" w:rsidR="00DB1C9C" w:rsidRPr="00672A82" w:rsidRDefault="00000000">
            <w:pPr>
              <w:jc w:val="center"/>
              <w:rPr>
                <w:rFonts w:hint="eastAsia"/>
              </w:rPr>
            </w:pPr>
            <w:r w:rsidRPr="00672A82">
              <w:rPr>
                <w:rFonts w:cs="Tinos"/>
                <w:sz w:val="14"/>
              </w:rPr>
              <w:t>2.23</w:t>
            </w:r>
          </w:p>
        </w:tc>
      </w:tr>
      <w:tr w:rsidR="00DB1C9C" w:rsidRPr="00672A82" w14:paraId="6A50F159" w14:textId="77777777">
        <w:trPr>
          <w:jc w:val="center"/>
        </w:trPr>
        <w:tc>
          <w:tcPr>
            <w:tcW w:w="648" w:type="dxa"/>
            <w:tcMar>
              <w:top w:w="60" w:type="dxa"/>
              <w:left w:w="60" w:type="dxa"/>
              <w:bottom w:w="60" w:type="dxa"/>
              <w:right w:w="60" w:type="dxa"/>
            </w:tcMar>
            <w:vAlign w:val="center"/>
          </w:tcPr>
          <w:p w14:paraId="0B47A890"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571A411A" w14:textId="77777777" w:rsidR="00DB1C9C" w:rsidRPr="00672A82" w:rsidRDefault="00000000">
            <w:pPr>
              <w:rPr>
                <w:rFonts w:hint="eastAsia"/>
              </w:rPr>
            </w:pPr>
            <w:r w:rsidRPr="00672A82">
              <w:rPr>
                <w:rFonts w:cs="Tinos"/>
                <w:b/>
                <w:sz w:val="14"/>
              </w:rPr>
              <w:t>Total fixed cost</w:t>
            </w:r>
          </w:p>
        </w:tc>
        <w:tc>
          <w:tcPr>
            <w:tcW w:w="792" w:type="dxa"/>
            <w:tcMar>
              <w:top w:w="60" w:type="dxa"/>
              <w:left w:w="60" w:type="dxa"/>
              <w:bottom w:w="60" w:type="dxa"/>
              <w:right w:w="60" w:type="dxa"/>
            </w:tcMar>
            <w:vAlign w:val="center"/>
          </w:tcPr>
          <w:p w14:paraId="25406368"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323241E8"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4D1732CE" w14:textId="77777777" w:rsidR="00DB1C9C" w:rsidRPr="00672A82" w:rsidRDefault="00000000">
            <w:pPr>
              <w:jc w:val="center"/>
              <w:rPr>
                <w:rFonts w:hint="eastAsia"/>
              </w:rPr>
            </w:pPr>
            <w:r w:rsidRPr="00672A82">
              <w:rPr>
                <w:rFonts w:cs="Tinos"/>
                <w:b/>
                <w:sz w:val="14"/>
              </w:rPr>
              <w:t>263915.82</w:t>
            </w:r>
          </w:p>
        </w:tc>
        <w:tc>
          <w:tcPr>
            <w:tcW w:w="1584" w:type="dxa"/>
            <w:tcMar>
              <w:top w:w="60" w:type="dxa"/>
              <w:left w:w="60" w:type="dxa"/>
              <w:bottom w:w="60" w:type="dxa"/>
              <w:right w:w="60" w:type="dxa"/>
            </w:tcMar>
            <w:vAlign w:val="center"/>
          </w:tcPr>
          <w:p w14:paraId="0E04D44B" w14:textId="77777777" w:rsidR="00DB1C9C" w:rsidRPr="00672A82" w:rsidRDefault="00000000">
            <w:pPr>
              <w:jc w:val="center"/>
              <w:rPr>
                <w:rFonts w:hint="eastAsia"/>
              </w:rPr>
            </w:pPr>
            <w:r w:rsidRPr="00672A82">
              <w:rPr>
                <w:rFonts w:cs="Tinos"/>
                <w:b/>
                <w:sz w:val="14"/>
              </w:rPr>
              <w:t>13.36</w:t>
            </w:r>
          </w:p>
        </w:tc>
      </w:tr>
      <w:tr w:rsidR="00DB1C9C" w:rsidRPr="00672A82" w14:paraId="3664C5D3" w14:textId="77777777">
        <w:trPr>
          <w:jc w:val="center"/>
        </w:trPr>
        <w:tc>
          <w:tcPr>
            <w:tcW w:w="648" w:type="dxa"/>
            <w:tcMar>
              <w:top w:w="60" w:type="dxa"/>
              <w:left w:w="60" w:type="dxa"/>
              <w:bottom w:w="60" w:type="dxa"/>
              <w:right w:w="60" w:type="dxa"/>
            </w:tcMar>
            <w:vAlign w:val="center"/>
          </w:tcPr>
          <w:p w14:paraId="3E47D4B3" w14:textId="77777777" w:rsidR="00DB1C9C" w:rsidRPr="00672A82" w:rsidRDefault="00DB1C9C">
            <w:pPr>
              <w:jc w:val="center"/>
              <w:rPr>
                <w:rFonts w:hint="eastAsia"/>
              </w:rPr>
            </w:pPr>
          </w:p>
        </w:tc>
        <w:tc>
          <w:tcPr>
            <w:tcW w:w="3168" w:type="dxa"/>
            <w:tcMar>
              <w:top w:w="60" w:type="dxa"/>
              <w:left w:w="60" w:type="dxa"/>
              <w:bottom w:w="60" w:type="dxa"/>
              <w:right w:w="60" w:type="dxa"/>
            </w:tcMar>
            <w:vAlign w:val="center"/>
          </w:tcPr>
          <w:p w14:paraId="64B7AA0C" w14:textId="77777777" w:rsidR="00DB1C9C" w:rsidRPr="00672A82" w:rsidRDefault="00000000">
            <w:pPr>
              <w:rPr>
                <w:rFonts w:hint="eastAsia"/>
              </w:rPr>
            </w:pPr>
            <w:r w:rsidRPr="00672A82">
              <w:rPr>
                <w:rFonts w:cs="Tinos"/>
                <w:b/>
                <w:sz w:val="14"/>
              </w:rPr>
              <w:t>Total costs (A+B)</w:t>
            </w:r>
          </w:p>
        </w:tc>
        <w:tc>
          <w:tcPr>
            <w:tcW w:w="792" w:type="dxa"/>
            <w:tcMar>
              <w:top w:w="60" w:type="dxa"/>
              <w:left w:w="60" w:type="dxa"/>
              <w:bottom w:w="60" w:type="dxa"/>
              <w:right w:w="60" w:type="dxa"/>
            </w:tcMar>
            <w:vAlign w:val="center"/>
          </w:tcPr>
          <w:p w14:paraId="75037216" w14:textId="77777777" w:rsidR="00DB1C9C" w:rsidRPr="00672A82" w:rsidRDefault="00DB1C9C">
            <w:pPr>
              <w:jc w:val="center"/>
              <w:rPr>
                <w:rFonts w:hint="eastAsia"/>
              </w:rPr>
            </w:pPr>
          </w:p>
        </w:tc>
        <w:tc>
          <w:tcPr>
            <w:tcW w:w="1080" w:type="dxa"/>
            <w:tcMar>
              <w:top w:w="60" w:type="dxa"/>
              <w:left w:w="60" w:type="dxa"/>
              <w:bottom w:w="60" w:type="dxa"/>
              <w:right w:w="60" w:type="dxa"/>
            </w:tcMar>
            <w:vAlign w:val="center"/>
          </w:tcPr>
          <w:p w14:paraId="203CAD21" w14:textId="77777777" w:rsidR="00DB1C9C" w:rsidRPr="00672A82" w:rsidRDefault="00DB1C9C">
            <w:pPr>
              <w:jc w:val="center"/>
              <w:rPr>
                <w:rFonts w:hint="eastAsia"/>
              </w:rPr>
            </w:pPr>
          </w:p>
        </w:tc>
        <w:tc>
          <w:tcPr>
            <w:tcW w:w="1368" w:type="dxa"/>
            <w:tcMar>
              <w:top w:w="60" w:type="dxa"/>
              <w:left w:w="60" w:type="dxa"/>
              <w:bottom w:w="60" w:type="dxa"/>
              <w:right w:w="60" w:type="dxa"/>
            </w:tcMar>
            <w:vAlign w:val="center"/>
          </w:tcPr>
          <w:p w14:paraId="52CA9DA2" w14:textId="77777777" w:rsidR="00DB1C9C" w:rsidRPr="00672A82" w:rsidRDefault="00000000">
            <w:pPr>
              <w:jc w:val="center"/>
              <w:rPr>
                <w:rFonts w:hint="eastAsia"/>
              </w:rPr>
            </w:pPr>
            <w:r w:rsidRPr="00672A82">
              <w:rPr>
                <w:rFonts w:cs="Tinos"/>
                <w:b/>
                <w:sz w:val="14"/>
              </w:rPr>
              <w:t>1975503.82</w:t>
            </w:r>
          </w:p>
        </w:tc>
        <w:tc>
          <w:tcPr>
            <w:tcW w:w="1584" w:type="dxa"/>
            <w:tcMar>
              <w:top w:w="60" w:type="dxa"/>
              <w:left w:w="60" w:type="dxa"/>
              <w:bottom w:w="60" w:type="dxa"/>
              <w:right w:w="60" w:type="dxa"/>
            </w:tcMar>
            <w:vAlign w:val="center"/>
          </w:tcPr>
          <w:p w14:paraId="420E371A" w14:textId="77777777" w:rsidR="00DB1C9C" w:rsidRPr="00672A82" w:rsidRDefault="00000000">
            <w:pPr>
              <w:jc w:val="center"/>
              <w:rPr>
                <w:rFonts w:hint="eastAsia"/>
              </w:rPr>
            </w:pPr>
            <w:r w:rsidRPr="00672A82">
              <w:rPr>
                <w:rFonts w:cs="Tinos"/>
                <w:b/>
                <w:sz w:val="14"/>
              </w:rPr>
              <w:t>100.00</w:t>
            </w:r>
          </w:p>
        </w:tc>
      </w:tr>
    </w:tbl>
    <w:p w14:paraId="53060046" w14:textId="77777777" w:rsidR="00DB1C9C" w:rsidRPr="00672A82" w:rsidRDefault="00000000">
      <w:pPr>
        <w:spacing w:after="100" w:line="259" w:lineRule="auto"/>
        <w:ind w:firstLine="360"/>
        <w:jc w:val="both"/>
        <w:rPr>
          <w:rFonts w:hint="eastAsia"/>
        </w:rPr>
      </w:pPr>
      <w:r w:rsidRPr="00672A82">
        <w:rPr>
          <w:rFonts w:cs="Tinos"/>
        </w:rPr>
        <w:t>The results presented in Table 4 revealed that the bougainvillea recorded the lowest total cost of production among the three crops at Rs. 19,75,503.82 per hectare, with variable cost forming 86.64 per cent (Rs. 17,11,588) and fixed cost 13.36 per cent (Rs. 2,63,915.82). Pots and trays again accounted for the largest single share (20.99 per cent), followed by labour-male (10.83 per cent) and labour-female (8.69 per cent), while planting material contributed only 9.16 per cent, the lowest share among the three crops. The comparatively low planting-material cost and total lower total cost for bougainvillea are consistent with its hardier propagation requirements and lower susceptibility to losses during establishment. The relatively higher share of fixed cost, despite the lower variable cost base, implies that fixed expenditure represents a proportionately larger economic burden for bougainvillea growers.</w:t>
      </w:r>
    </w:p>
    <w:p w14:paraId="2845685B" w14:textId="77777777" w:rsidR="00DB1C9C" w:rsidRPr="00672A82" w:rsidRDefault="00000000">
      <w:pPr>
        <w:spacing w:after="100" w:line="259" w:lineRule="auto"/>
        <w:ind w:firstLine="360"/>
        <w:jc w:val="both"/>
        <w:rPr>
          <w:rFonts w:hint="eastAsia"/>
        </w:rPr>
      </w:pPr>
      <w:r w:rsidRPr="00672A82">
        <w:rPr>
          <w:rFonts w:cs="Tinos"/>
        </w:rPr>
        <w:t>Evidence from ornamental nursery production likewise indicates that cost composition can differ appreciably among species even within the same production model. In a cost-benefit assessment that included Bougainvillea, pots, substrates and labour represented important variable inputs, while broader container-nursery studies identify container choice and production-system design as relevant determinants of cost (Brumfield et al., 2015; Frem et al., 2022; Jeffers et al., 2010). The present lower absolute cost for bougainvillea should therefore be interpreted within the specific input prices and management practices observed in Nagpur district.</w:t>
      </w:r>
    </w:p>
    <w:p w14:paraId="09C12641" w14:textId="77777777" w:rsidR="00DB1C9C" w:rsidRPr="00672A82" w:rsidRDefault="00000000">
      <w:pPr>
        <w:keepNext/>
        <w:spacing w:before="160" w:after="80"/>
        <w:rPr>
          <w:rFonts w:hint="eastAsia"/>
        </w:rPr>
      </w:pPr>
      <w:r w:rsidRPr="00672A82">
        <w:rPr>
          <w:rFonts w:cs="Tinos"/>
          <w:b/>
          <w:sz w:val="23"/>
        </w:rPr>
        <w:t>Economics of Selected Nursery Products</w:t>
      </w:r>
    </w:p>
    <w:p w14:paraId="51E5521F" w14:textId="77777777" w:rsidR="00DB1C9C" w:rsidRPr="00672A82" w:rsidRDefault="00000000">
      <w:pPr>
        <w:spacing w:after="100" w:line="259" w:lineRule="auto"/>
        <w:ind w:firstLine="360"/>
        <w:jc w:val="both"/>
        <w:rPr>
          <w:rFonts w:hint="eastAsia"/>
        </w:rPr>
      </w:pPr>
      <w:r w:rsidRPr="00672A82">
        <w:rPr>
          <w:rFonts w:cs="Tinos"/>
        </w:rPr>
        <w:t>The economics of Hibiscus, Rose and Bougainvillea nursery production was estimated on a per hectare basis by considering the initial plant population, number of plants sold, average selling price, gross returns, total cost, net returns and benefit-cost ratio. The results are presented in Table 5</w:t>
      </w:r>
    </w:p>
    <w:p w14:paraId="658C462D" w14:textId="77777777" w:rsidR="00DB1C9C" w:rsidRPr="00672A82" w:rsidRDefault="00000000">
      <w:pPr>
        <w:keepNext/>
        <w:spacing w:before="80" w:after="60"/>
        <w:rPr>
          <w:rFonts w:hint="eastAsia"/>
        </w:rPr>
      </w:pPr>
      <w:r w:rsidRPr="00672A82">
        <w:rPr>
          <w:rFonts w:cs="Tinos"/>
          <w:b/>
          <w:sz w:val="19"/>
        </w:rPr>
        <w:t>Table 5. Economics of selected nursery product in the selected area</w:t>
      </w:r>
    </w:p>
    <w:tbl>
      <w:tblPr>
        <w:tblStyle w:val="TableGrid"/>
        <w:tblW w:w="0" w:type="auto"/>
        <w:jc w:val="center"/>
        <w:tblLayout w:type="fixed"/>
        <w:tblLook w:val="04A0" w:firstRow="1" w:lastRow="0" w:firstColumn="1" w:lastColumn="0" w:noHBand="0" w:noVBand="1"/>
      </w:tblPr>
      <w:tblGrid>
        <w:gridCol w:w="792"/>
        <w:gridCol w:w="4464"/>
        <w:gridCol w:w="1440"/>
        <w:gridCol w:w="1440"/>
        <w:gridCol w:w="1656"/>
      </w:tblGrid>
      <w:tr w:rsidR="00DB1C9C" w:rsidRPr="00672A82" w14:paraId="044405C4" w14:textId="77777777">
        <w:trPr>
          <w:tblHeader/>
          <w:jc w:val="center"/>
        </w:trPr>
        <w:tc>
          <w:tcPr>
            <w:tcW w:w="792" w:type="dxa"/>
            <w:shd w:val="clear" w:color="auto" w:fill="E7E6E6"/>
            <w:tcMar>
              <w:top w:w="60" w:type="dxa"/>
              <w:left w:w="60" w:type="dxa"/>
              <w:bottom w:w="60" w:type="dxa"/>
              <w:right w:w="60" w:type="dxa"/>
            </w:tcMar>
            <w:vAlign w:val="center"/>
          </w:tcPr>
          <w:p w14:paraId="516D2129" w14:textId="77777777" w:rsidR="00DB1C9C" w:rsidRPr="00672A82" w:rsidRDefault="00000000">
            <w:pPr>
              <w:jc w:val="center"/>
              <w:rPr>
                <w:rFonts w:hint="eastAsia"/>
              </w:rPr>
            </w:pPr>
            <w:r w:rsidRPr="00672A82">
              <w:rPr>
                <w:rFonts w:cs="Tinos"/>
                <w:b/>
                <w:sz w:val="15"/>
              </w:rPr>
              <w:t>Sr. No</w:t>
            </w:r>
          </w:p>
        </w:tc>
        <w:tc>
          <w:tcPr>
            <w:tcW w:w="4464" w:type="dxa"/>
            <w:shd w:val="clear" w:color="auto" w:fill="E7E6E6"/>
            <w:tcMar>
              <w:top w:w="60" w:type="dxa"/>
              <w:left w:w="60" w:type="dxa"/>
              <w:bottom w:w="60" w:type="dxa"/>
              <w:right w:w="60" w:type="dxa"/>
            </w:tcMar>
            <w:vAlign w:val="center"/>
          </w:tcPr>
          <w:p w14:paraId="629E028D" w14:textId="77777777" w:rsidR="00DB1C9C" w:rsidRPr="00672A82" w:rsidRDefault="00000000">
            <w:pPr>
              <w:jc w:val="center"/>
              <w:rPr>
                <w:rFonts w:hint="eastAsia"/>
              </w:rPr>
            </w:pPr>
            <w:r w:rsidRPr="00672A82">
              <w:rPr>
                <w:rFonts w:cs="Tinos"/>
                <w:b/>
                <w:sz w:val="15"/>
              </w:rPr>
              <w:t>Parameter</w:t>
            </w:r>
          </w:p>
        </w:tc>
        <w:tc>
          <w:tcPr>
            <w:tcW w:w="1440" w:type="dxa"/>
            <w:shd w:val="clear" w:color="auto" w:fill="E7E6E6"/>
            <w:tcMar>
              <w:top w:w="60" w:type="dxa"/>
              <w:left w:w="60" w:type="dxa"/>
              <w:bottom w:w="60" w:type="dxa"/>
              <w:right w:w="60" w:type="dxa"/>
            </w:tcMar>
            <w:vAlign w:val="center"/>
          </w:tcPr>
          <w:p w14:paraId="62D4C133" w14:textId="77777777" w:rsidR="00DB1C9C" w:rsidRPr="00672A82" w:rsidRDefault="00000000">
            <w:pPr>
              <w:jc w:val="center"/>
              <w:rPr>
                <w:rFonts w:hint="eastAsia"/>
              </w:rPr>
            </w:pPr>
            <w:r w:rsidRPr="00672A82">
              <w:rPr>
                <w:rFonts w:cs="Tinos"/>
                <w:b/>
                <w:sz w:val="15"/>
              </w:rPr>
              <w:t>Hibiscus</w:t>
            </w:r>
          </w:p>
        </w:tc>
        <w:tc>
          <w:tcPr>
            <w:tcW w:w="1440" w:type="dxa"/>
            <w:shd w:val="clear" w:color="auto" w:fill="E7E6E6"/>
            <w:tcMar>
              <w:top w:w="60" w:type="dxa"/>
              <w:left w:w="60" w:type="dxa"/>
              <w:bottom w:w="60" w:type="dxa"/>
              <w:right w:w="60" w:type="dxa"/>
            </w:tcMar>
            <w:vAlign w:val="center"/>
          </w:tcPr>
          <w:p w14:paraId="1704A389" w14:textId="77777777" w:rsidR="00DB1C9C" w:rsidRPr="00672A82" w:rsidRDefault="00000000">
            <w:pPr>
              <w:jc w:val="center"/>
              <w:rPr>
                <w:rFonts w:hint="eastAsia"/>
              </w:rPr>
            </w:pPr>
            <w:r w:rsidRPr="00672A82">
              <w:rPr>
                <w:rFonts w:cs="Tinos"/>
                <w:b/>
                <w:sz w:val="15"/>
              </w:rPr>
              <w:t>Rose</w:t>
            </w:r>
          </w:p>
        </w:tc>
        <w:tc>
          <w:tcPr>
            <w:tcW w:w="1656" w:type="dxa"/>
            <w:shd w:val="clear" w:color="auto" w:fill="E7E6E6"/>
            <w:tcMar>
              <w:top w:w="60" w:type="dxa"/>
              <w:left w:w="60" w:type="dxa"/>
              <w:bottom w:w="60" w:type="dxa"/>
              <w:right w:w="60" w:type="dxa"/>
            </w:tcMar>
            <w:vAlign w:val="center"/>
          </w:tcPr>
          <w:p w14:paraId="280288BA" w14:textId="77777777" w:rsidR="00DB1C9C" w:rsidRPr="00672A82" w:rsidRDefault="00000000">
            <w:pPr>
              <w:jc w:val="center"/>
              <w:rPr>
                <w:rFonts w:hint="eastAsia"/>
              </w:rPr>
            </w:pPr>
            <w:r w:rsidRPr="00672A82">
              <w:rPr>
                <w:rFonts w:cs="Tinos"/>
                <w:b/>
                <w:sz w:val="15"/>
              </w:rPr>
              <w:t>Bougainvillea</w:t>
            </w:r>
          </w:p>
        </w:tc>
      </w:tr>
      <w:tr w:rsidR="00DB1C9C" w:rsidRPr="00672A82" w14:paraId="13B61ACE" w14:textId="77777777">
        <w:trPr>
          <w:jc w:val="center"/>
        </w:trPr>
        <w:tc>
          <w:tcPr>
            <w:tcW w:w="792" w:type="dxa"/>
            <w:tcMar>
              <w:top w:w="60" w:type="dxa"/>
              <w:left w:w="60" w:type="dxa"/>
              <w:bottom w:w="60" w:type="dxa"/>
              <w:right w:w="60" w:type="dxa"/>
            </w:tcMar>
            <w:vAlign w:val="center"/>
          </w:tcPr>
          <w:p w14:paraId="409DDA8A" w14:textId="77777777" w:rsidR="00DB1C9C" w:rsidRPr="00672A82" w:rsidRDefault="00000000">
            <w:pPr>
              <w:jc w:val="center"/>
              <w:rPr>
                <w:rFonts w:hint="eastAsia"/>
              </w:rPr>
            </w:pPr>
            <w:r w:rsidRPr="00672A82">
              <w:rPr>
                <w:rFonts w:cs="Tinos"/>
                <w:sz w:val="15"/>
              </w:rPr>
              <w:t>1</w:t>
            </w:r>
          </w:p>
        </w:tc>
        <w:tc>
          <w:tcPr>
            <w:tcW w:w="4464" w:type="dxa"/>
            <w:tcMar>
              <w:top w:w="60" w:type="dxa"/>
              <w:left w:w="60" w:type="dxa"/>
              <w:bottom w:w="60" w:type="dxa"/>
              <w:right w:w="60" w:type="dxa"/>
            </w:tcMar>
            <w:vAlign w:val="center"/>
          </w:tcPr>
          <w:p w14:paraId="02D5ABAA" w14:textId="77777777" w:rsidR="00DB1C9C" w:rsidRPr="00672A82" w:rsidRDefault="00000000">
            <w:pPr>
              <w:rPr>
                <w:rFonts w:hint="eastAsia"/>
              </w:rPr>
            </w:pPr>
            <w:r w:rsidRPr="00672A82">
              <w:rPr>
                <w:rFonts w:cs="Tinos"/>
                <w:sz w:val="15"/>
              </w:rPr>
              <w:t>Initial Plant Population (No.)</w:t>
            </w:r>
          </w:p>
        </w:tc>
        <w:tc>
          <w:tcPr>
            <w:tcW w:w="1440" w:type="dxa"/>
            <w:tcMar>
              <w:top w:w="60" w:type="dxa"/>
              <w:left w:w="60" w:type="dxa"/>
              <w:bottom w:w="60" w:type="dxa"/>
              <w:right w:w="60" w:type="dxa"/>
            </w:tcMar>
            <w:vAlign w:val="center"/>
          </w:tcPr>
          <w:p w14:paraId="5A274FD4" w14:textId="77777777" w:rsidR="00DB1C9C" w:rsidRPr="00672A82" w:rsidRDefault="00000000">
            <w:pPr>
              <w:jc w:val="center"/>
              <w:rPr>
                <w:rFonts w:hint="eastAsia"/>
              </w:rPr>
            </w:pPr>
            <w:r w:rsidRPr="00672A82">
              <w:rPr>
                <w:rFonts w:cs="Tinos"/>
                <w:sz w:val="15"/>
              </w:rPr>
              <w:t>53235</w:t>
            </w:r>
          </w:p>
        </w:tc>
        <w:tc>
          <w:tcPr>
            <w:tcW w:w="1440" w:type="dxa"/>
            <w:tcMar>
              <w:top w:w="60" w:type="dxa"/>
              <w:left w:w="60" w:type="dxa"/>
              <w:bottom w:w="60" w:type="dxa"/>
              <w:right w:w="60" w:type="dxa"/>
            </w:tcMar>
            <w:vAlign w:val="center"/>
          </w:tcPr>
          <w:p w14:paraId="312E6544" w14:textId="77777777" w:rsidR="00DB1C9C" w:rsidRPr="00672A82" w:rsidRDefault="00000000">
            <w:pPr>
              <w:jc w:val="center"/>
              <w:rPr>
                <w:rFonts w:hint="eastAsia"/>
              </w:rPr>
            </w:pPr>
            <w:r w:rsidRPr="00672A82">
              <w:rPr>
                <w:rFonts w:cs="Tinos"/>
                <w:sz w:val="15"/>
              </w:rPr>
              <w:t>66345</w:t>
            </w:r>
          </w:p>
        </w:tc>
        <w:tc>
          <w:tcPr>
            <w:tcW w:w="1656" w:type="dxa"/>
            <w:tcMar>
              <w:top w:w="60" w:type="dxa"/>
              <w:left w:w="60" w:type="dxa"/>
              <w:bottom w:w="60" w:type="dxa"/>
              <w:right w:w="60" w:type="dxa"/>
            </w:tcMar>
            <w:vAlign w:val="center"/>
          </w:tcPr>
          <w:p w14:paraId="5BEFA5BD" w14:textId="77777777" w:rsidR="00DB1C9C" w:rsidRPr="00672A82" w:rsidRDefault="00000000">
            <w:pPr>
              <w:jc w:val="center"/>
              <w:rPr>
                <w:rFonts w:hint="eastAsia"/>
              </w:rPr>
            </w:pPr>
            <w:r w:rsidRPr="00672A82">
              <w:rPr>
                <w:rFonts w:cs="Tinos"/>
                <w:sz w:val="15"/>
              </w:rPr>
              <w:t>56908</w:t>
            </w:r>
          </w:p>
        </w:tc>
      </w:tr>
      <w:tr w:rsidR="00DB1C9C" w:rsidRPr="00672A82" w14:paraId="1528E457" w14:textId="77777777">
        <w:trPr>
          <w:jc w:val="center"/>
        </w:trPr>
        <w:tc>
          <w:tcPr>
            <w:tcW w:w="792" w:type="dxa"/>
            <w:tcMar>
              <w:top w:w="60" w:type="dxa"/>
              <w:left w:w="60" w:type="dxa"/>
              <w:bottom w:w="60" w:type="dxa"/>
              <w:right w:w="60" w:type="dxa"/>
            </w:tcMar>
            <w:vAlign w:val="center"/>
          </w:tcPr>
          <w:p w14:paraId="4C2F0DD4" w14:textId="77777777" w:rsidR="00DB1C9C" w:rsidRPr="00672A82" w:rsidRDefault="00000000">
            <w:pPr>
              <w:jc w:val="center"/>
              <w:rPr>
                <w:rFonts w:hint="eastAsia"/>
              </w:rPr>
            </w:pPr>
            <w:r w:rsidRPr="00672A82">
              <w:rPr>
                <w:rFonts w:cs="Tinos"/>
                <w:sz w:val="15"/>
              </w:rPr>
              <w:t>2</w:t>
            </w:r>
          </w:p>
        </w:tc>
        <w:tc>
          <w:tcPr>
            <w:tcW w:w="4464" w:type="dxa"/>
            <w:tcMar>
              <w:top w:w="60" w:type="dxa"/>
              <w:left w:w="60" w:type="dxa"/>
              <w:bottom w:w="60" w:type="dxa"/>
              <w:right w:w="60" w:type="dxa"/>
            </w:tcMar>
            <w:vAlign w:val="center"/>
          </w:tcPr>
          <w:p w14:paraId="4432524F" w14:textId="77777777" w:rsidR="00DB1C9C" w:rsidRPr="00672A82" w:rsidRDefault="00000000">
            <w:pPr>
              <w:rPr>
                <w:rFonts w:hint="eastAsia"/>
              </w:rPr>
            </w:pPr>
            <w:r w:rsidRPr="00672A82">
              <w:rPr>
                <w:rFonts w:cs="Tinos"/>
                <w:sz w:val="15"/>
              </w:rPr>
              <w:t>No. of plants sold per hectare</w:t>
            </w:r>
          </w:p>
        </w:tc>
        <w:tc>
          <w:tcPr>
            <w:tcW w:w="1440" w:type="dxa"/>
            <w:tcMar>
              <w:top w:w="60" w:type="dxa"/>
              <w:left w:w="60" w:type="dxa"/>
              <w:bottom w:w="60" w:type="dxa"/>
              <w:right w:w="60" w:type="dxa"/>
            </w:tcMar>
            <w:vAlign w:val="center"/>
          </w:tcPr>
          <w:p w14:paraId="598C87CD" w14:textId="77777777" w:rsidR="00DB1C9C" w:rsidRPr="00672A82" w:rsidRDefault="00000000">
            <w:pPr>
              <w:jc w:val="center"/>
              <w:rPr>
                <w:rFonts w:hint="eastAsia"/>
              </w:rPr>
            </w:pPr>
            <w:r w:rsidRPr="00672A82">
              <w:rPr>
                <w:rFonts w:cs="Tinos"/>
                <w:sz w:val="15"/>
              </w:rPr>
              <w:t>46847</w:t>
            </w:r>
          </w:p>
        </w:tc>
        <w:tc>
          <w:tcPr>
            <w:tcW w:w="1440" w:type="dxa"/>
            <w:tcMar>
              <w:top w:w="60" w:type="dxa"/>
              <w:left w:w="60" w:type="dxa"/>
              <w:bottom w:w="60" w:type="dxa"/>
              <w:right w:w="60" w:type="dxa"/>
            </w:tcMar>
            <w:vAlign w:val="center"/>
          </w:tcPr>
          <w:p w14:paraId="7F429AE9" w14:textId="77777777" w:rsidR="00DB1C9C" w:rsidRPr="00672A82" w:rsidRDefault="00000000">
            <w:pPr>
              <w:jc w:val="center"/>
              <w:rPr>
                <w:rFonts w:hint="eastAsia"/>
              </w:rPr>
            </w:pPr>
            <w:r w:rsidRPr="00672A82">
              <w:rPr>
                <w:rFonts w:cs="Tinos"/>
                <w:sz w:val="15"/>
              </w:rPr>
              <w:t>56393</w:t>
            </w:r>
          </w:p>
        </w:tc>
        <w:tc>
          <w:tcPr>
            <w:tcW w:w="1656" w:type="dxa"/>
            <w:tcMar>
              <w:top w:w="60" w:type="dxa"/>
              <w:left w:w="60" w:type="dxa"/>
              <w:bottom w:w="60" w:type="dxa"/>
              <w:right w:w="60" w:type="dxa"/>
            </w:tcMar>
            <w:vAlign w:val="center"/>
          </w:tcPr>
          <w:p w14:paraId="393DDBE0" w14:textId="77777777" w:rsidR="00DB1C9C" w:rsidRPr="00672A82" w:rsidRDefault="00000000">
            <w:pPr>
              <w:jc w:val="center"/>
              <w:rPr>
                <w:rFonts w:hint="eastAsia"/>
              </w:rPr>
            </w:pPr>
            <w:r w:rsidRPr="00672A82">
              <w:rPr>
                <w:rFonts w:cs="Tinos"/>
                <w:sz w:val="15"/>
              </w:rPr>
              <w:t>51217</w:t>
            </w:r>
          </w:p>
        </w:tc>
      </w:tr>
      <w:tr w:rsidR="00DB1C9C" w:rsidRPr="00672A82" w14:paraId="7707FA83" w14:textId="77777777">
        <w:trPr>
          <w:jc w:val="center"/>
        </w:trPr>
        <w:tc>
          <w:tcPr>
            <w:tcW w:w="792" w:type="dxa"/>
            <w:tcMar>
              <w:top w:w="60" w:type="dxa"/>
              <w:left w:w="60" w:type="dxa"/>
              <w:bottom w:w="60" w:type="dxa"/>
              <w:right w:w="60" w:type="dxa"/>
            </w:tcMar>
            <w:vAlign w:val="center"/>
          </w:tcPr>
          <w:p w14:paraId="5CCC876A" w14:textId="77777777" w:rsidR="00DB1C9C" w:rsidRPr="00672A82" w:rsidRDefault="00000000">
            <w:pPr>
              <w:jc w:val="center"/>
              <w:rPr>
                <w:rFonts w:hint="eastAsia"/>
              </w:rPr>
            </w:pPr>
            <w:r w:rsidRPr="00672A82">
              <w:rPr>
                <w:rFonts w:cs="Tinos"/>
                <w:sz w:val="15"/>
              </w:rPr>
              <w:t>3</w:t>
            </w:r>
          </w:p>
        </w:tc>
        <w:tc>
          <w:tcPr>
            <w:tcW w:w="4464" w:type="dxa"/>
            <w:tcMar>
              <w:top w:w="60" w:type="dxa"/>
              <w:left w:w="60" w:type="dxa"/>
              <w:bottom w:w="60" w:type="dxa"/>
              <w:right w:w="60" w:type="dxa"/>
            </w:tcMar>
            <w:vAlign w:val="center"/>
          </w:tcPr>
          <w:p w14:paraId="2D73D4FC" w14:textId="77777777" w:rsidR="00DB1C9C" w:rsidRPr="00672A82" w:rsidRDefault="00000000">
            <w:pPr>
              <w:rPr>
                <w:rFonts w:hint="eastAsia"/>
              </w:rPr>
            </w:pPr>
            <w:r w:rsidRPr="00672A82">
              <w:rPr>
                <w:rFonts w:cs="Tinos"/>
                <w:sz w:val="15"/>
              </w:rPr>
              <w:t>Average Selling Price of each plant (₹)</w:t>
            </w:r>
          </w:p>
        </w:tc>
        <w:tc>
          <w:tcPr>
            <w:tcW w:w="1440" w:type="dxa"/>
            <w:tcMar>
              <w:top w:w="60" w:type="dxa"/>
              <w:left w:w="60" w:type="dxa"/>
              <w:bottom w:w="60" w:type="dxa"/>
              <w:right w:w="60" w:type="dxa"/>
            </w:tcMar>
            <w:vAlign w:val="center"/>
          </w:tcPr>
          <w:p w14:paraId="4FBE9B77" w14:textId="77777777" w:rsidR="00DB1C9C" w:rsidRPr="00672A82" w:rsidRDefault="00000000">
            <w:pPr>
              <w:jc w:val="center"/>
              <w:rPr>
                <w:rFonts w:hint="eastAsia"/>
              </w:rPr>
            </w:pPr>
            <w:r w:rsidRPr="00672A82">
              <w:rPr>
                <w:rFonts w:cs="Tinos"/>
                <w:sz w:val="15"/>
              </w:rPr>
              <w:t>83.25</w:t>
            </w:r>
          </w:p>
        </w:tc>
        <w:tc>
          <w:tcPr>
            <w:tcW w:w="1440" w:type="dxa"/>
            <w:tcMar>
              <w:top w:w="60" w:type="dxa"/>
              <w:left w:w="60" w:type="dxa"/>
              <w:bottom w:w="60" w:type="dxa"/>
              <w:right w:w="60" w:type="dxa"/>
            </w:tcMar>
            <w:vAlign w:val="center"/>
          </w:tcPr>
          <w:p w14:paraId="5E5F0EDA" w14:textId="77777777" w:rsidR="00DB1C9C" w:rsidRPr="00672A82" w:rsidRDefault="00000000">
            <w:pPr>
              <w:jc w:val="center"/>
              <w:rPr>
                <w:rFonts w:hint="eastAsia"/>
              </w:rPr>
            </w:pPr>
            <w:r w:rsidRPr="00672A82">
              <w:rPr>
                <w:rFonts w:cs="Tinos"/>
                <w:sz w:val="15"/>
              </w:rPr>
              <w:t>86.36</w:t>
            </w:r>
          </w:p>
        </w:tc>
        <w:tc>
          <w:tcPr>
            <w:tcW w:w="1656" w:type="dxa"/>
            <w:tcMar>
              <w:top w:w="60" w:type="dxa"/>
              <w:left w:w="60" w:type="dxa"/>
              <w:bottom w:w="60" w:type="dxa"/>
              <w:right w:w="60" w:type="dxa"/>
            </w:tcMar>
            <w:vAlign w:val="center"/>
          </w:tcPr>
          <w:p w14:paraId="7FC9AD3D" w14:textId="77777777" w:rsidR="00DB1C9C" w:rsidRPr="00672A82" w:rsidRDefault="00000000">
            <w:pPr>
              <w:jc w:val="center"/>
              <w:rPr>
                <w:rFonts w:hint="eastAsia"/>
              </w:rPr>
            </w:pPr>
            <w:r w:rsidRPr="00672A82">
              <w:rPr>
                <w:rFonts w:cs="Tinos"/>
                <w:sz w:val="15"/>
              </w:rPr>
              <w:t>65.71</w:t>
            </w:r>
          </w:p>
        </w:tc>
      </w:tr>
      <w:tr w:rsidR="00DB1C9C" w:rsidRPr="00672A82" w14:paraId="10B9EABD" w14:textId="77777777">
        <w:trPr>
          <w:jc w:val="center"/>
        </w:trPr>
        <w:tc>
          <w:tcPr>
            <w:tcW w:w="792" w:type="dxa"/>
            <w:tcMar>
              <w:top w:w="60" w:type="dxa"/>
              <w:left w:w="60" w:type="dxa"/>
              <w:bottom w:w="60" w:type="dxa"/>
              <w:right w:w="60" w:type="dxa"/>
            </w:tcMar>
            <w:vAlign w:val="center"/>
          </w:tcPr>
          <w:p w14:paraId="08226F73" w14:textId="77777777" w:rsidR="00DB1C9C" w:rsidRPr="00672A82" w:rsidRDefault="00000000">
            <w:pPr>
              <w:jc w:val="center"/>
              <w:rPr>
                <w:rFonts w:hint="eastAsia"/>
              </w:rPr>
            </w:pPr>
            <w:r w:rsidRPr="00672A82">
              <w:rPr>
                <w:rFonts w:cs="Tinos"/>
                <w:sz w:val="15"/>
              </w:rPr>
              <w:t>4</w:t>
            </w:r>
          </w:p>
        </w:tc>
        <w:tc>
          <w:tcPr>
            <w:tcW w:w="4464" w:type="dxa"/>
            <w:tcMar>
              <w:top w:w="60" w:type="dxa"/>
              <w:left w:w="60" w:type="dxa"/>
              <w:bottom w:w="60" w:type="dxa"/>
              <w:right w:w="60" w:type="dxa"/>
            </w:tcMar>
            <w:vAlign w:val="center"/>
          </w:tcPr>
          <w:p w14:paraId="2C1A4BFF" w14:textId="77777777" w:rsidR="00DB1C9C" w:rsidRPr="00672A82" w:rsidRDefault="00000000">
            <w:pPr>
              <w:rPr>
                <w:rFonts w:hint="eastAsia"/>
              </w:rPr>
            </w:pPr>
            <w:r w:rsidRPr="00672A82">
              <w:rPr>
                <w:rFonts w:cs="Tinos"/>
                <w:sz w:val="15"/>
              </w:rPr>
              <w:t>Total gross returns that one generates (₹)</w:t>
            </w:r>
          </w:p>
        </w:tc>
        <w:tc>
          <w:tcPr>
            <w:tcW w:w="1440" w:type="dxa"/>
            <w:tcMar>
              <w:top w:w="60" w:type="dxa"/>
              <w:left w:w="60" w:type="dxa"/>
              <w:bottom w:w="60" w:type="dxa"/>
              <w:right w:w="60" w:type="dxa"/>
            </w:tcMar>
            <w:vAlign w:val="center"/>
          </w:tcPr>
          <w:p w14:paraId="07E2387A" w14:textId="77777777" w:rsidR="00DB1C9C" w:rsidRPr="00672A82" w:rsidRDefault="00000000">
            <w:pPr>
              <w:jc w:val="center"/>
              <w:rPr>
                <w:rFonts w:hint="eastAsia"/>
              </w:rPr>
            </w:pPr>
            <w:r w:rsidRPr="00672A82">
              <w:rPr>
                <w:rFonts w:cs="Tinos"/>
                <w:sz w:val="15"/>
              </w:rPr>
              <w:t>3899996.10</w:t>
            </w:r>
          </w:p>
        </w:tc>
        <w:tc>
          <w:tcPr>
            <w:tcW w:w="1440" w:type="dxa"/>
            <w:tcMar>
              <w:top w:w="60" w:type="dxa"/>
              <w:left w:w="60" w:type="dxa"/>
              <w:bottom w:w="60" w:type="dxa"/>
              <w:right w:w="60" w:type="dxa"/>
            </w:tcMar>
            <w:vAlign w:val="center"/>
          </w:tcPr>
          <w:p w14:paraId="0C9D54B3" w14:textId="77777777" w:rsidR="00DB1C9C" w:rsidRPr="00672A82" w:rsidRDefault="00000000">
            <w:pPr>
              <w:jc w:val="center"/>
              <w:rPr>
                <w:rFonts w:hint="eastAsia"/>
              </w:rPr>
            </w:pPr>
            <w:r w:rsidRPr="00672A82">
              <w:rPr>
                <w:rFonts w:cs="Tinos"/>
                <w:sz w:val="15"/>
              </w:rPr>
              <w:t>4870121.07</w:t>
            </w:r>
          </w:p>
        </w:tc>
        <w:tc>
          <w:tcPr>
            <w:tcW w:w="1656" w:type="dxa"/>
            <w:tcMar>
              <w:top w:w="60" w:type="dxa"/>
              <w:left w:w="60" w:type="dxa"/>
              <w:bottom w:w="60" w:type="dxa"/>
              <w:right w:w="60" w:type="dxa"/>
            </w:tcMar>
            <w:vAlign w:val="center"/>
          </w:tcPr>
          <w:p w14:paraId="0AC7093C" w14:textId="77777777" w:rsidR="00DB1C9C" w:rsidRPr="00672A82" w:rsidRDefault="00000000">
            <w:pPr>
              <w:jc w:val="center"/>
              <w:rPr>
                <w:rFonts w:hint="eastAsia"/>
              </w:rPr>
            </w:pPr>
            <w:r w:rsidRPr="00672A82">
              <w:rPr>
                <w:rFonts w:cs="Tinos"/>
                <w:sz w:val="15"/>
              </w:rPr>
              <w:t>3365482.21</w:t>
            </w:r>
          </w:p>
        </w:tc>
      </w:tr>
      <w:tr w:rsidR="00DB1C9C" w:rsidRPr="00672A82" w14:paraId="15F75D4C" w14:textId="77777777">
        <w:trPr>
          <w:jc w:val="center"/>
        </w:trPr>
        <w:tc>
          <w:tcPr>
            <w:tcW w:w="792" w:type="dxa"/>
            <w:tcMar>
              <w:top w:w="60" w:type="dxa"/>
              <w:left w:w="60" w:type="dxa"/>
              <w:bottom w:w="60" w:type="dxa"/>
              <w:right w:w="60" w:type="dxa"/>
            </w:tcMar>
            <w:vAlign w:val="center"/>
          </w:tcPr>
          <w:p w14:paraId="476F0105" w14:textId="77777777" w:rsidR="00DB1C9C" w:rsidRPr="00672A82" w:rsidRDefault="00000000">
            <w:pPr>
              <w:jc w:val="center"/>
              <w:rPr>
                <w:rFonts w:hint="eastAsia"/>
              </w:rPr>
            </w:pPr>
            <w:r w:rsidRPr="00672A82">
              <w:rPr>
                <w:rFonts w:cs="Tinos"/>
                <w:b/>
                <w:sz w:val="15"/>
              </w:rPr>
              <w:t>5</w:t>
            </w:r>
          </w:p>
        </w:tc>
        <w:tc>
          <w:tcPr>
            <w:tcW w:w="4464" w:type="dxa"/>
            <w:tcMar>
              <w:top w:w="60" w:type="dxa"/>
              <w:left w:w="60" w:type="dxa"/>
              <w:bottom w:w="60" w:type="dxa"/>
              <w:right w:w="60" w:type="dxa"/>
            </w:tcMar>
            <w:vAlign w:val="center"/>
          </w:tcPr>
          <w:p w14:paraId="0886E4AD" w14:textId="77777777" w:rsidR="00DB1C9C" w:rsidRPr="00672A82" w:rsidRDefault="00000000">
            <w:pPr>
              <w:rPr>
                <w:rFonts w:hint="eastAsia"/>
              </w:rPr>
            </w:pPr>
            <w:r w:rsidRPr="00672A82">
              <w:rPr>
                <w:rFonts w:cs="Tinos"/>
                <w:b/>
                <w:sz w:val="15"/>
              </w:rPr>
              <w:t>Total costs incurred</w:t>
            </w:r>
          </w:p>
        </w:tc>
        <w:tc>
          <w:tcPr>
            <w:tcW w:w="1440" w:type="dxa"/>
            <w:tcMar>
              <w:top w:w="60" w:type="dxa"/>
              <w:left w:w="60" w:type="dxa"/>
              <w:bottom w:w="60" w:type="dxa"/>
              <w:right w:w="60" w:type="dxa"/>
            </w:tcMar>
            <w:vAlign w:val="center"/>
          </w:tcPr>
          <w:p w14:paraId="39FF7BBE" w14:textId="77777777" w:rsidR="00DB1C9C" w:rsidRPr="00672A82" w:rsidRDefault="00000000">
            <w:pPr>
              <w:jc w:val="center"/>
              <w:rPr>
                <w:rFonts w:hint="eastAsia"/>
              </w:rPr>
            </w:pPr>
            <w:r w:rsidRPr="00672A82">
              <w:rPr>
                <w:rFonts w:cs="Tinos"/>
                <w:b/>
                <w:sz w:val="15"/>
              </w:rPr>
              <w:t>2205137.82</w:t>
            </w:r>
          </w:p>
        </w:tc>
        <w:tc>
          <w:tcPr>
            <w:tcW w:w="1440" w:type="dxa"/>
            <w:tcMar>
              <w:top w:w="60" w:type="dxa"/>
              <w:left w:w="60" w:type="dxa"/>
              <w:bottom w:w="60" w:type="dxa"/>
              <w:right w:w="60" w:type="dxa"/>
            </w:tcMar>
            <w:vAlign w:val="center"/>
          </w:tcPr>
          <w:p w14:paraId="193AF906" w14:textId="77777777" w:rsidR="00DB1C9C" w:rsidRPr="00672A82" w:rsidRDefault="00000000">
            <w:pPr>
              <w:jc w:val="center"/>
              <w:rPr>
                <w:rFonts w:hint="eastAsia"/>
              </w:rPr>
            </w:pPr>
            <w:r w:rsidRPr="00672A82">
              <w:rPr>
                <w:rFonts w:cs="Tinos"/>
                <w:b/>
                <w:sz w:val="15"/>
              </w:rPr>
              <w:t>2457703.82</w:t>
            </w:r>
          </w:p>
        </w:tc>
        <w:tc>
          <w:tcPr>
            <w:tcW w:w="1656" w:type="dxa"/>
            <w:tcMar>
              <w:top w:w="60" w:type="dxa"/>
              <w:left w:w="60" w:type="dxa"/>
              <w:bottom w:w="60" w:type="dxa"/>
              <w:right w:w="60" w:type="dxa"/>
            </w:tcMar>
            <w:vAlign w:val="center"/>
          </w:tcPr>
          <w:p w14:paraId="06701C39" w14:textId="77777777" w:rsidR="00DB1C9C" w:rsidRPr="00672A82" w:rsidRDefault="00000000">
            <w:pPr>
              <w:jc w:val="center"/>
              <w:rPr>
                <w:rFonts w:hint="eastAsia"/>
              </w:rPr>
            </w:pPr>
            <w:r w:rsidRPr="00672A82">
              <w:rPr>
                <w:rFonts w:cs="Tinos"/>
                <w:b/>
                <w:sz w:val="15"/>
              </w:rPr>
              <w:t>1971115.82</w:t>
            </w:r>
          </w:p>
        </w:tc>
      </w:tr>
      <w:tr w:rsidR="00DB1C9C" w:rsidRPr="00672A82" w14:paraId="43BC7C6B" w14:textId="77777777">
        <w:trPr>
          <w:jc w:val="center"/>
        </w:trPr>
        <w:tc>
          <w:tcPr>
            <w:tcW w:w="792" w:type="dxa"/>
            <w:tcMar>
              <w:top w:w="60" w:type="dxa"/>
              <w:left w:w="60" w:type="dxa"/>
              <w:bottom w:w="60" w:type="dxa"/>
              <w:right w:w="60" w:type="dxa"/>
            </w:tcMar>
            <w:vAlign w:val="center"/>
          </w:tcPr>
          <w:p w14:paraId="4DC2F4FD" w14:textId="77777777" w:rsidR="00DB1C9C" w:rsidRPr="00672A82" w:rsidRDefault="00000000">
            <w:pPr>
              <w:jc w:val="center"/>
              <w:rPr>
                <w:rFonts w:hint="eastAsia"/>
              </w:rPr>
            </w:pPr>
            <w:r w:rsidRPr="00672A82">
              <w:rPr>
                <w:rFonts w:cs="Tinos"/>
                <w:sz w:val="15"/>
              </w:rPr>
              <w:t>6</w:t>
            </w:r>
          </w:p>
        </w:tc>
        <w:tc>
          <w:tcPr>
            <w:tcW w:w="4464" w:type="dxa"/>
            <w:tcMar>
              <w:top w:w="60" w:type="dxa"/>
              <w:left w:w="60" w:type="dxa"/>
              <w:bottom w:w="60" w:type="dxa"/>
              <w:right w:w="60" w:type="dxa"/>
            </w:tcMar>
            <w:vAlign w:val="center"/>
          </w:tcPr>
          <w:p w14:paraId="4B3D7995" w14:textId="77777777" w:rsidR="00DB1C9C" w:rsidRPr="00672A82" w:rsidRDefault="00000000">
            <w:pPr>
              <w:rPr>
                <w:rFonts w:hint="eastAsia"/>
              </w:rPr>
            </w:pPr>
            <w:r w:rsidRPr="00672A82">
              <w:rPr>
                <w:rFonts w:cs="Tinos"/>
                <w:sz w:val="15"/>
              </w:rPr>
              <w:t>Net returns</w:t>
            </w:r>
          </w:p>
        </w:tc>
        <w:tc>
          <w:tcPr>
            <w:tcW w:w="1440" w:type="dxa"/>
            <w:tcMar>
              <w:top w:w="60" w:type="dxa"/>
              <w:left w:w="60" w:type="dxa"/>
              <w:bottom w:w="60" w:type="dxa"/>
              <w:right w:w="60" w:type="dxa"/>
            </w:tcMar>
            <w:vAlign w:val="center"/>
          </w:tcPr>
          <w:p w14:paraId="106E23A5" w14:textId="77777777" w:rsidR="00DB1C9C" w:rsidRPr="00672A82" w:rsidRDefault="00000000">
            <w:pPr>
              <w:jc w:val="center"/>
              <w:rPr>
                <w:rFonts w:hint="eastAsia"/>
              </w:rPr>
            </w:pPr>
            <w:r w:rsidRPr="00672A82">
              <w:rPr>
                <w:rFonts w:cs="Tinos"/>
                <w:sz w:val="15"/>
              </w:rPr>
              <w:t>1694858.28</w:t>
            </w:r>
          </w:p>
        </w:tc>
        <w:tc>
          <w:tcPr>
            <w:tcW w:w="1440" w:type="dxa"/>
            <w:tcMar>
              <w:top w:w="60" w:type="dxa"/>
              <w:left w:w="60" w:type="dxa"/>
              <w:bottom w:w="60" w:type="dxa"/>
              <w:right w:w="60" w:type="dxa"/>
            </w:tcMar>
            <w:vAlign w:val="center"/>
          </w:tcPr>
          <w:p w14:paraId="6C5A3499" w14:textId="77777777" w:rsidR="00DB1C9C" w:rsidRPr="00672A82" w:rsidRDefault="00000000">
            <w:pPr>
              <w:jc w:val="center"/>
              <w:rPr>
                <w:rFonts w:hint="eastAsia"/>
              </w:rPr>
            </w:pPr>
            <w:r w:rsidRPr="00672A82">
              <w:rPr>
                <w:rFonts w:cs="Tinos"/>
                <w:sz w:val="15"/>
              </w:rPr>
              <w:t>2412417.25</w:t>
            </w:r>
          </w:p>
        </w:tc>
        <w:tc>
          <w:tcPr>
            <w:tcW w:w="1656" w:type="dxa"/>
            <w:tcMar>
              <w:top w:w="60" w:type="dxa"/>
              <w:left w:w="60" w:type="dxa"/>
              <w:bottom w:w="60" w:type="dxa"/>
              <w:right w:w="60" w:type="dxa"/>
            </w:tcMar>
            <w:vAlign w:val="center"/>
          </w:tcPr>
          <w:p w14:paraId="5BA0D29B" w14:textId="77777777" w:rsidR="00DB1C9C" w:rsidRPr="00672A82" w:rsidRDefault="00000000">
            <w:pPr>
              <w:jc w:val="center"/>
              <w:rPr>
                <w:rFonts w:hint="eastAsia"/>
              </w:rPr>
            </w:pPr>
            <w:r w:rsidRPr="00672A82">
              <w:rPr>
                <w:rFonts w:cs="Tinos"/>
                <w:sz w:val="15"/>
              </w:rPr>
              <w:t>1394366.39</w:t>
            </w:r>
          </w:p>
        </w:tc>
      </w:tr>
      <w:tr w:rsidR="00DB1C9C" w:rsidRPr="00672A82" w14:paraId="4434585B" w14:textId="77777777">
        <w:trPr>
          <w:jc w:val="center"/>
        </w:trPr>
        <w:tc>
          <w:tcPr>
            <w:tcW w:w="792" w:type="dxa"/>
            <w:tcMar>
              <w:top w:w="60" w:type="dxa"/>
              <w:left w:w="60" w:type="dxa"/>
              <w:bottom w:w="60" w:type="dxa"/>
              <w:right w:w="60" w:type="dxa"/>
            </w:tcMar>
            <w:vAlign w:val="center"/>
          </w:tcPr>
          <w:p w14:paraId="30FDF53B" w14:textId="77777777" w:rsidR="00DB1C9C" w:rsidRPr="00672A82" w:rsidRDefault="00000000">
            <w:pPr>
              <w:jc w:val="center"/>
              <w:rPr>
                <w:rFonts w:hint="eastAsia"/>
              </w:rPr>
            </w:pPr>
            <w:r w:rsidRPr="00672A82">
              <w:rPr>
                <w:rFonts w:cs="Tinos"/>
                <w:sz w:val="15"/>
              </w:rPr>
              <w:t>7</w:t>
            </w:r>
          </w:p>
        </w:tc>
        <w:tc>
          <w:tcPr>
            <w:tcW w:w="4464" w:type="dxa"/>
            <w:tcMar>
              <w:top w:w="60" w:type="dxa"/>
              <w:left w:w="60" w:type="dxa"/>
              <w:bottom w:w="60" w:type="dxa"/>
              <w:right w:w="60" w:type="dxa"/>
            </w:tcMar>
            <w:vAlign w:val="center"/>
          </w:tcPr>
          <w:p w14:paraId="19B5A28A" w14:textId="77777777" w:rsidR="00DB1C9C" w:rsidRPr="00672A82" w:rsidRDefault="00000000">
            <w:pPr>
              <w:rPr>
                <w:rFonts w:hint="eastAsia"/>
              </w:rPr>
            </w:pPr>
            <w:r w:rsidRPr="00672A82">
              <w:rPr>
                <w:rFonts w:cs="Tinos"/>
                <w:sz w:val="15"/>
              </w:rPr>
              <w:t>B:C Ratio</w:t>
            </w:r>
          </w:p>
        </w:tc>
        <w:tc>
          <w:tcPr>
            <w:tcW w:w="1440" w:type="dxa"/>
            <w:tcMar>
              <w:top w:w="60" w:type="dxa"/>
              <w:left w:w="60" w:type="dxa"/>
              <w:bottom w:w="60" w:type="dxa"/>
              <w:right w:w="60" w:type="dxa"/>
            </w:tcMar>
            <w:vAlign w:val="center"/>
          </w:tcPr>
          <w:p w14:paraId="68295442" w14:textId="77777777" w:rsidR="00DB1C9C" w:rsidRPr="00672A82" w:rsidRDefault="00000000">
            <w:pPr>
              <w:jc w:val="center"/>
              <w:rPr>
                <w:rFonts w:hint="eastAsia"/>
              </w:rPr>
            </w:pPr>
            <w:r w:rsidRPr="00672A82">
              <w:rPr>
                <w:rFonts w:cs="Tinos"/>
                <w:sz w:val="15"/>
              </w:rPr>
              <w:t>1.77</w:t>
            </w:r>
          </w:p>
        </w:tc>
        <w:tc>
          <w:tcPr>
            <w:tcW w:w="1440" w:type="dxa"/>
            <w:tcMar>
              <w:top w:w="60" w:type="dxa"/>
              <w:left w:w="60" w:type="dxa"/>
              <w:bottom w:w="60" w:type="dxa"/>
              <w:right w:w="60" w:type="dxa"/>
            </w:tcMar>
            <w:vAlign w:val="center"/>
          </w:tcPr>
          <w:p w14:paraId="149256CC" w14:textId="77777777" w:rsidR="00DB1C9C" w:rsidRPr="00672A82" w:rsidRDefault="00000000">
            <w:pPr>
              <w:jc w:val="center"/>
              <w:rPr>
                <w:rFonts w:hint="eastAsia"/>
              </w:rPr>
            </w:pPr>
            <w:r w:rsidRPr="00672A82">
              <w:rPr>
                <w:rFonts w:cs="Tinos"/>
                <w:sz w:val="15"/>
              </w:rPr>
              <w:t>1.98</w:t>
            </w:r>
          </w:p>
        </w:tc>
        <w:tc>
          <w:tcPr>
            <w:tcW w:w="1656" w:type="dxa"/>
            <w:tcMar>
              <w:top w:w="60" w:type="dxa"/>
              <w:left w:w="60" w:type="dxa"/>
              <w:bottom w:w="60" w:type="dxa"/>
              <w:right w:w="60" w:type="dxa"/>
            </w:tcMar>
            <w:vAlign w:val="center"/>
          </w:tcPr>
          <w:p w14:paraId="4D189C63" w14:textId="77777777" w:rsidR="00DB1C9C" w:rsidRPr="00672A82" w:rsidRDefault="00000000">
            <w:pPr>
              <w:jc w:val="center"/>
              <w:rPr>
                <w:rFonts w:hint="eastAsia"/>
              </w:rPr>
            </w:pPr>
            <w:r w:rsidRPr="00672A82">
              <w:rPr>
                <w:rFonts w:cs="Tinos"/>
                <w:sz w:val="15"/>
              </w:rPr>
              <w:t>1.71</w:t>
            </w:r>
          </w:p>
        </w:tc>
      </w:tr>
    </w:tbl>
    <w:p w14:paraId="272E8575" w14:textId="77777777" w:rsidR="00DB1C9C" w:rsidRPr="00672A82" w:rsidRDefault="00000000">
      <w:pPr>
        <w:spacing w:after="100" w:line="259" w:lineRule="auto"/>
        <w:ind w:firstLine="360"/>
        <w:jc w:val="both"/>
        <w:rPr>
          <w:rFonts w:hint="eastAsia"/>
        </w:rPr>
      </w:pPr>
      <w:r w:rsidRPr="00672A82">
        <w:rPr>
          <w:rFonts w:cs="Tinos"/>
        </w:rPr>
        <w:t xml:space="preserve">The results presented in Table 5. show that the economic performance varied considerably among the selected nursery products. Rose recorded the highest initial plant population (66,345 plants/ha) and number of </w:t>
      </w:r>
      <w:r w:rsidRPr="00672A82">
        <w:rPr>
          <w:rFonts w:cs="Tinos"/>
        </w:rPr>
        <w:lastRenderedPageBreak/>
        <w:t>plants sold (56,393 plants/ha), followed by Bougainvillea (56,908 and 51,217 plants/ha) and Hibiscus (53,235 and 46,847 plants/ha), respectively. The average selling price was highest for Rose at ₹86.36 per plant, followed by Hibiscus at ₹83.25 and Bougainvillea at ₹65.71 per plant. Consequently, Rose generated the highest gross returns of ₹48,70,121.07 per hectare, followed by Hibiscus (₹38,99,996.10) and Bougainvillea (₹33,65,482.21). Similarly, the highest net return was obtained from Rose (₹24,12,417.25/ha), followed by Hibiscus (₹16,94,858.28/ha) and Bougainvillea (₹13,94,366.39/ha). The benefit-cost ratio was also highest for Rose (1.98), followed by Hibiscus (1.77) and Bougainvillea (1.71). Thus, among the selected nursery products, Rose was found to be the most economically remunerative, owing to its higher selling price and greater volume of plant sales. Although Bougainvillea involved comparatively lower production expenditure, its lower selling price resulted in relatively lower gross and net returns. The findings indicate that profitability of nursery production depends not only on production costs but also on plant sales and price realization in the market.</w:t>
      </w:r>
    </w:p>
    <w:p w14:paraId="3EC2B0A5" w14:textId="77777777" w:rsidR="00DB1C9C" w:rsidRPr="00672A82" w:rsidRDefault="00000000">
      <w:pPr>
        <w:spacing w:after="100" w:line="259" w:lineRule="auto"/>
        <w:ind w:firstLine="360"/>
        <w:jc w:val="both"/>
        <w:rPr>
          <w:rFonts w:hint="eastAsia"/>
        </w:rPr>
      </w:pPr>
      <w:r w:rsidRPr="00672A82">
        <w:rPr>
          <w:rFonts w:cs="Tinos"/>
        </w:rPr>
        <w:t>The positive B:C ratios obtained for all three products are consistent with prior nursery-enterprise studies that reported economic viability, although the magnitude of profitability varies substantially across location, crop mix, scale and analytical framework. Reported B:C ratios range from 1.10 in a commercial nursery in Assam to 2.25 in nursery enterprises in the Konkan region, while horticultural nurseries in Karnataka also showed positive discounted benefit-cost ratios (Boro et al., 2026; Shwetanjali et al., 2023; Talap et al., 2025). Accordingly, the present ranking of rose, hibiscus and bougainvillea is best interpreted as a comparative result for the sampled enterprises rather than as a universal ranking across nursery production systems.</w:t>
      </w:r>
    </w:p>
    <w:p w14:paraId="4DFF8D4C" w14:textId="77777777" w:rsidR="00DB1C9C" w:rsidRPr="00672A82" w:rsidRDefault="00000000">
      <w:pPr>
        <w:keepNext/>
        <w:spacing w:before="160" w:after="80"/>
        <w:rPr>
          <w:rFonts w:hint="eastAsia"/>
        </w:rPr>
      </w:pPr>
      <w:r w:rsidRPr="00672A82">
        <w:rPr>
          <w:rFonts w:cs="Tinos"/>
          <w:b/>
          <w:sz w:val="23"/>
        </w:rPr>
        <w:t>Conclusions</w:t>
      </w:r>
    </w:p>
    <w:p w14:paraId="5FDC70E7" w14:textId="77777777" w:rsidR="00DB1C9C" w:rsidRPr="00672A82" w:rsidRDefault="00000000">
      <w:pPr>
        <w:spacing w:after="100" w:line="259" w:lineRule="auto"/>
        <w:jc w:val="both"/>
        <w:rPr>
          <w:rFonts w:hint="eastAsia"/>
        </w:rPr>
      </w:pPr>
      <w:r w:rsidRPr="00672A82">
        <w:rPr>
          <w:rFonts w:cs="Tinos"/>
          <w:b/>
        </w:rPr>
        <w:t>The major findings of the study were as follows:</w:t>
      </w:r>
    </w:p>
    <w:p w14:paraId="26E43505" w14:textId="77777777" w:rsidR="00DB1C9C" w:rsidRPr="00672A82" w:rsidRDefault="00000000">
      <w:pPr>
        <w:spacing w:after="40" w:line="259" w:lineRule="auto"/>
        <w:ind w:firstLine="288"/>
        <w:rPr>
          <w:rFonts w:hint="eastAsia"/>
        </w:rPr>
      </w:pPr>
      <w:r w:rsidRPr="00672A82">
        <w:rPr>
          <w:rFonts w:cs="Tinos"/>
        </w:rPr>
        <w:t>1. The establishment of floricultural nurseries required considerable investment, with land capital, transport vehicle, shade-net and irrigation infrastructure being the major components.</w:t>
      </w:r>
    </w:p>
    <w:p w14:paraId="1BD2D843" w14:textId="77777777" w:rsidR="00DB1C9C" w:rsidRPr="00672A82" w:rsidRDefault="00000000">
      <w:pPr>
        <w:spacing w:after="40" w:line="259" w:lineRule="auto"/>
        <w:ind w:firstLine="288"/>
        <w:rPr>
          <w:rFonts w:hint="eastAsia"/>
        </w:rPr>
      </w:pPr>
      <w:r w:rsidRPr="00672A82">
        <w:rPr>
          <w:rFonts w:cs="Tinos"/>
        </w:rPr>
        <w:t>2. The total establishment cost was highest in Rose (₹27.99 lakh/ha), followed by Hibiscus (₹27.06 lakh/ha) and Bougainvillea (₹25.57 lakh/ha).</w:t>
      </w:r>
    </w:p>
    <w:p w14:paraId="02BF34D8" w14:textId="77777777" w:rsidR="00DB1C9C" w:rsidRPr="00672A82" w:rsidRDefault="00000000">
      <w:pPr>
        <w:spacing w:after="40" w:line="259" w:lineRule="auto"/>
        <w:ind w:firstLine="288"/>
        <w:rPr>
          <w:rFonts w:hint="eastAsia"/>
        </w:rPr>
      </w:pPr>
      <w:r w:rsidRPr="00672A82">
        <w:rPr>
          <w:rFonts w:cs="Tinos"/>
        </w:rPr>
        <w:t>3. The variable cost constituted the major share of total production cost in all the selected nursery products.</w:t>
      </w:r>
    </w:p>
    <w:p w14:paraId="7C5B0647" w14:textId="77777777" w:rsidR="00DB1C9C" w:rsidRPr="00672A82" w:rsidRDefault="00000000">
      <w:pPr>
        <w:spacing w:after="40" w:line="259" w:lineRule="auto"/>
        <w:ind w:firstLine="288"/>
        <w:rPr>
          <w:rFonts w:hint="eastAsia"/>
        </w:rPr>
      </w:pPr>
      <w:r w:rsidRPr="00672A82">
        <w:rPr>
          <w:rFonts w:cs="Tinos"/>
        </w:rPr>
        <w:t>4. Pots and trays were the major cost component in the production of Hibiscus, Rose and Bougainvillea.</w:t>
      </w:r>
    </w:p>
    <w:p w14:paraId="4B0CBA65" w14:textId="77777777" w:rsidR="00DB1C9C" w:rsidRPr="00672A82" w:rsidRDefault="00000000">
      <w:pPr>
        <w:spacing w:after="40" w:line="259" w:lineRule="auto"/>
        <w:ind w:firstLine="288"/>
        <w:rPr>
          <w:rFonts w:hint="eastAsia"/>
        </w:rPr>
      </w:pPr>
      <w:r w:rsidRPr="00672A82">
        <w:rPr>
          <w:rFonts w:cs="Tinos"/>
        </w:rPr>
        <w:t>5. The total cost of production was highest in Rose (₹24.58 lakh/ha), followed by Hibiscus (₹22.05 lakh/ha) and Bougainvillea (₹19.76 lakh/ha).</w:t>
      </w:r>
    </w:p>
    <w:p w14:paraId="42579520" w14:textId="77777777" w:rsidR="00DB1C9C" w:rsidRPr="00672A82" w:rsidRDefault="00000000">
      <w:pPr>
        <w:spacing w:after="40" w:line="259" w:lineRule="auto"/>
        <w:ind w:firstLine="288"/>
        <w:rPr>
          <w:rFonts w:hint="eastAsia"/>
        </w:rPr>
      </w:pPr>
      <w:r w:rsidRPr="00672A82">
        <w:rPr>
          <w:rFonts w:cs="Tinos"/>
        </w:rPr>
        <w:t>6. Rose recorded the highest gross return (₹48.70 lakh/ha) and net return (₹24.12 lakh/ha) among the selected nursery products.</w:t>
      </w:r>
    </w:p>
    <w:p w14:paraId="3500BDB3" w14:textId="77777777" w:rsidR="00DB1C9C" w:rsidRPr="00672A82" w:rsidRDefault="00000000">
      <w:pPr>
        <w:spacing w:after="40" w:line="259" w:lineRule="auto"/>
        <w:ind w:firstLine="288"/>
        <w:rPr>
          <w:rFonts w:hint="eastAsia"/>
        </w:rPr>
      </w:pPr>
      <w:r w:rsidRPr="00672A82">
        <w:rPr>
          <w:rFonts w:cs="Tinos"/>
        </w:rPr>
        <w:t>7. The B:C ratio was highest in Rose (1.98), followed by Hibiscus (1.77) and Bougainvillea (1.71).</w:t>
      </w:r>
    </w:p>
    <w:p w14:paraId="787A4408" w14:textId="77777777" w:rsidR="00DB1C9C" w:rsidRPr="00672A82" w:rsidRDefault="00000000">
      <w:pPr>
        <w:spacing w:after="40" w:line="259" w:lineRule="auto"/>
        <w:ind w:firstLine="288"/>
        <w:rPr>
          <w:rFonts w:hint="eastAsia"/>
        </w:rPr>
      </w:pPr>
      <w:r w:rsidRPr="00672A82">
        <w:rPr>
          <w:rFonts w:cs="Tinos"/>
        </w:rPr>
        <w:t>8. Rose nursery was found to be the most profitable, while all three selected nursery products were economically viable.</w:t>
      </w:r>
    </w:p>
    <w:p w14:paraId="0590D61B" w14:textId="77777777" w:rsidR="00DB1C9C" w:rsidRPr="00672A82" w:rsidRDefault="00000000">
      <w:pPr>
        <w:spacing w:after="40" w:line="259" w:lineRule="auto"/>
        <w:ind w:firstLine="288"/>
        <w:rPr>
          <w:rFonts w:cs="Tinos" w:hint="eastAsia"/>
        </w:rPr>
      </w:pPr>
      <w:r w:rsidRPr="00672A82">
        <w:rPr>
          <w:rFonts w:cs="Tinos"/>
        </w:rPr>
        <w:t>9. The study indicated that floricultural nursery business has good economic potential in Nagpur district and can provide income and employment opportunities to nursery owners.</w:t>
      </w:r>
    </w:p>
    <w:p w14:paraId="3A5CC090" w14:textId="77777777" w:rsidR="00672A82" w:rsidRPr="00672A82" w:rsidRDefault="00672A82">
      <w:pPr>
        <w:spacing w:after="40" w:line="259" w:lineRule="auto"/>
        <w:ind w:firstLine="288"/>
        <w:rPr>
          <w:rFonts w:cs="Tinos" w:hint="eastAsia"/>
        </w:rPr>
      </w:pPr>
    </w:p>
    <w:p w14:paraId="20FF6E62" w14:textId="77777777" w:rsidR="00672A82" w:rsidRPr="00672A82" w:rsidRDefault="00672A82">
      <w:pPr>
        <w:spacing w:after="40" w:line="259" w:lineRule="auto"/>
        <w:ind w:firstLine="288"/>
        <w:rPr>
          <w:rFonts w:cs="Tinos" w:hint="eastAsia"/>
        </w:rPr>
      </w:pPr>
    </w:p>
    <w:p w14:paraId="1643E5BD" w14:textId="77777777" w:rsidR="00672A82" w:rsidRPr="00672A82" w:rsidRDefault="00672A82">
      <w:pPr>
        <w:spacing w:after="40" w:line="259" w:lineRule="auto"/>
        <w:ind w:firstLine="288"/>
        <w:rPr>
          <w:rFonts w:cs="Tinos" w:hint="eastAsia"/>
        </w:rPr>
      </w:pPr>
    </w:p>
    <w:p w14:paraId="6E320733" w14:textId="77777777" w:rsidR="00672A82" w:rsidRPr="00672A82" w:rsidRDefault="00672A82" w:rsidP="00672A82">
      <w:pPr>
        <w:spacing w:after="0" w:line="240" w:lineRule="auto"/>
        <w:rPr>
          <w:rFonts w:ascii="Times New Roman" w:hAnsi="Times New Roman" w:cs="Times New Roman"/>
          <w:b/>
        </w:rPr>
      </w:pPr>
      <w:r w:rsidRPr="00672A82">
        <w:rPr>
          <w:rFonts w:ascii="Times New Roman" w:hAnsi="Times New Roman" w:cs="Times New Roman"/>
          <w:b/>
        </w:rPr>
        <w:t>Declaration of AI Use</w:t>
      </w:r>
    </w:p>
    <w:p w14:paraId="104B2CA9" w14:textId="77777777" w:rsidR="00672A82" w:rsidRPr="00672A82" w:rsidRDefault="00672A82" w:rsidP="00672A82">
      <w:pPr>
        <w:spacing w:after="0" w:line="240" w:lineRule="auto"/>
        <w:rPr>
          <w:rFonts w:ascii="Times New Roman" w:hAnsi="Times New Roman" w:cs="Times New Roman"/>
          <w:b/>
        </w:rPr>
      </w:pPr>
    </w:p>
    <w:p w14:paraId="2EFD100F" w14:textId="77777777" w:rsidR="00672A82" w:rsidRPr="00672A82" w:rsidRDefault="00672A82" w:rsidP="00672A82">
      <w:pPr>
        <w:spacing w:after="0" w:line="240" w:lineRule="auto"/>
        <w:rPr>
          <w:rFonts w:ascii="Times New Roman" w:hAnsi="Times New Roman" w:cs="Times New Roman"/>
          <w:b/>
        </w:rPr>
      </w:pPr>
    </w:p>
    <w:p w14:paraId="3D5DDFEC" w14:textId="77777777" w:rsidR="00672A82" w:rsidRPr="00672A82" w:rsidRDefault="00672A82" w:rsidP="00672A82">
      <w:pPr>
        <w:spacing w:after="0" w:line="240" w:lineRule="auto"/>
        <w:rPr>
          <w:rFonts w:ascii="Times New Roman" w:hAnsi="Times New Roman" w:cs="Times New Roman"/>
          <w:b/>
        </w:rPr>
      </w:pPr>
    </w:p>
    <w:p w14:paraId="55643DB8" w14:textId="77777777" w:rsidR="00672A82" w:rsidRPr="00672A82" w:rsidRDefault="00672A82" w:rsidP="00672A82">
      <w:pPr>
        <w:spacing w:after="0" w:line="240" w:lineRule="auto"/>
        <w:rPr>
          <w:rFonts w:ascii="Arial" w:hAnsi="Arial" w:cs="Arial"/>
          <w:sz w:val="20"/>
          <w:szCs w:val="20"/>
        </w:rPr>
      </w:pPr>
      <w:r w:rsidRPr="00672A82">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79EB27D" w14:textId="77777777" w:rsidR="00672A82" w:rsidRPr="00672A82" w:rsidRDefault="00672A82">
      <w:pPr>
        <w:spacing w:after="40" w:line="259" w:lineRule="auto"/>
        <w:ind w:firstLine="288"/>
        <w:rPr>
          <w:rFonts w:hint="eastAsia"/>
        </w:rPr>
      </w:pPr>
    </w:p>
    <w:p w14:paraId="20726C34" w14:textId="77777777" w:rsidR="00DB1C9C" w:rsidRPr="00672A82" w:rsidRDefault="00000000">
      <w:pPr>
        <w:keepNext/>
        <w:spacing w:before="160" w:after="80"/>
        <w:rPr>
          <w:rFonts w:hint="eastAsia"/>
        </w:rPr>
      </w:pPr>
      <w:r w:rsidRPr="00672A82">
        <w:rPr>
          <w:rFonts w:cs="Tinos"/>
          <w:b/>
          <w:sz w:val="23"/>
        </w:rPr>
        <w:lastRenderedPageBreak/>
        <w:t>References</w:t>
      </w:r>
    </w:p>
    <w:p w14:paraId="60ADC8AD" w14:textId="77777777" w:rsidR="00DB1C9C" w:rsidRPr="00672A82" w:rsidRDefault="00000000">
      <w:pPr>
        <w:spacing w:after="80" w:line="247" w:lineRule="auto"/>
        <w:ind w:left="403" w:hanging="403"/>
        <w:rPr>
          <w:rFonts w:hint="eastAsia"/>
        </w:rPr>
      </w:pPr>
      <w:r w:rsidRPr="00672A82">
        <w:rPr>
          <w:rFonts w:cs="Tinos"/>
          <w:sz w:val="18"/>
        </w:rPr>
        <w:t>Boro, N., Roy, K. K., Dutta, J. K., &amp; Bhuyan, S. (2026). Economic feasibility analysis of commercial horticultural nursery enterprise in Dhemaji district of Assam. International Journal of Agriculture Extension and Social Development, 9(2), 16–21. https://doi.org/10.33545/26180723.2026.v9.i2a.3007</w:t>
      </w:r>
    </w:p>
    <w:p w14:paraId="05F8811F" w14:textId="77777777" w:rsidR="00DB1C9C" w:rsidRPr="00672A82" w:rsidRDefault="00000000">
      <w:pPr>
        <w:spacing w:after="80" w:line="247" w:lineRule="auto"/>
        <w:ind w:left="403" w:hanging="403"/>
        <w:rPr>
          <w:rFonts w:hint="eastAsia"/>
        </w:rPr>
      </w:pPr>
      <w:r w:rsidRPr="00672A82">
        <w:rPr>
          <w:rFonts w:cs="Tinos"/>
          <w:sz w:val="18"/>
        </w:rPr>
        <w:t>Brumfield, R. G., DeVincentis, A. J., Wang, X., Fernandez, R. T., Nambuthiri, S., Geneve, R. L., Koeser, A. K., Bi, G., Li, T., Sun, Y., Niu, G., Cochran, D., Fulcher, A., &amp; Stewart, J. R. (2015). Economics of utilizing alternative containers in ornamental crop production systems. HortTechnology, 25(1), 17–25. https://doi.org/10.21273/HORTTECH.25.1.17</w:t>
      </w:r>
    </w:p>
    <w:p w14:paraId="297E47CC" w14:textId="77777777" w:rsidR="00DB1C9C" w:rsidRPr="00672A82" w:rsidRDefault="00000000">
      <w:pPr>
        <w:spacing w:after="80" w:line="247" w:lineRule="auto"/>
        <w:ind w:left="403" w:hanging="403"/>
        <w:rPr>
          <w:rFonts w:hint="eastAsia"/>
        </w:rPr>
      </w:pPr>
      <w:r w:rsidRPr="00672A82">
        <w:rPr>
          <w:rFonts w:cs="Tinos"/>
          <w:sz w:val="18"/>
        </w:rPr>
        <w:t>Frem, M., Fucilli, V., Petrontino, A., Acciani, C., Bianchi, R., &amp; Bozzo, F. (2022). Nursery plant production models under quarantine pests’ outbreak: Assessing the environmental implications and economic viability. Agronomy, 12(12), 2964. https://doi.org/10.3390/agronomy12122964</w:t>
      </w:r>
    </w:p>
    <w:p w14:paraId="6C952629" w14:textId="77777777" w:rsidR="00DB1C9C" w:rsidRPr="00672A82" w:rsidRDefault="00000000">
      <w:pPr>
        <w:spacing w:after="80" w:line="247" w:lineRule="auto"/>
        <w:ind w:left="403" w:hanging="403"/>
        <w:rPr>
          <w:rFonts w:hint="eastAsia"/>
        </w:rPr>
      </w:pPr>
      <w:r w:rsidRPr="00672A82">
        <w:rPr>
          <w:rFonts w:cs="Tinos"/>
          <w:sz w:val="18"/>
        </w:rPr>
        <w:t>Haque, M. A., Miah, M. A. M., &amp; Rashid, M. A. (2008). An economic study of plant nursery business in Gazipur and Jessore districts of Bangladesh. Bangladesh Journal of Agricultural Research, 32(3), 375–385. https://doi.org/10.3329/bjar.v32i3.539</w:t>
      </w:r>
    </w:p>
    <w:p w14:paraId="30E5F6EB" w14:textId="77777777" w:rsidR="00DB1C9C" w:rsidRPr="00672A82" w:rsidRDefault="00000000">
      <w:pPr>
        <w:spacing w:after="80" w:line="247" w:lineRule="auto"/>
        <w:ind w:left="403" w:hanging="403"/>
        <w:rPr>
          <w:rFonts w:hint="eastAsia"/>
        </w:rPr>
      </w:pPr>
      <w:r w:rsidRPr="00672A82">
        <w:rPr>
          <w:rFonts w:cs="Tinos"/>
          <w:sz w:val="18"/>
        </w:rPr>
        <w:t>Jeffers, A. H., Klingeman, W. E., Hall, C. R., Palma, M. A., Buckley, D. S., &amp; Kopsell, D. A. (2010). Estimated nursery liner production costs for woody ornamental plant stock. HortTechnology, 20(4), 804–811. https://doi.org/10.21273/HORTTECH.20.4.804</w:t>
      </w:r>
    </w:p>
    <w:p w14:paraId="013E7150" w14:textId="77777777" w:rsidR="00DB1C9C" w:rsidRPr="00672A82" w:rsidRDefault="00000000">
      <w:pPr>
        <w:spacing w:after="80" w:line="247" w:lineRule="auto"/>
        <w:ind w:left="403" w:hanging="403"/>
        <w:rPr>
          <w:rFonts w:hint="eastAsia"/>
        </w:rPr>
      </w:pPr>
      <w:r w:rsidRPr="00672A82">
        <w:rPr>
          <w:rFonts w:cs="Tinos"/>
          <w:sz w:val="18"/>
        </w:rPr>
        <w:t>Mayuri, K., Shanmukh Sagar, K., &amp; Jyothi, H. (2013). Profitability and constraint analysis of commercial floricultural nursery management in East Godavari district of Andhra Pradesh. International Journal of Innovative Research and Development, 2(11), 178–182. https://independent.academia.edu/HymaJyothi</w:t>
      </w:r>
    </w:p>
    <w:p w14:paraId="538DB8AB" w14:textId="77777777" w:rsidR="00DB1C9C" w:rsidRPr="00672A82" w:rsidRDefault="00000000">
      <w:pPr>
        <w:spacing w:after="80" w:line="247" w:lineRule="auto"/>
        <w:ind w:left="403" w:hanging="403"/>
        <w:rPr>
          <w:rFonts w:hint="eastAsia"/>
        </w:rPr>
      </w:pPr>
      <w:r w:rsidRPr="00672A82">
        <w:rPr>
          <w:rFonts w:cs="Tinos"/>
          <w:sz w:val="18"/>
        </w:rPr>
        <w:t>Pachiyappan, P., Kumar, P., Reddy, K. V., Kumar, K. N. R., Konduru, S., Paramesh, V., Rajanna, G. A., Shankarappa, S. K., Jaganathan, D., Immanuel, S., Kamble, A. L., Selvakumar, R., Immanuelraj, K. T., Manogaran, B. R., Perumal, A., Maruthanayagam, U., &amp; Niranjan, S. (2022). Protected cultivation of horticultural crops as a livelihood opportunity in Western India: An economic assessment. Sustainability, 14(12), 7430. https://doi.org/10.3390/su14127430</w:t>
      </w:r>
    </w:p>
    <w:p w14:paraId="7EF25135" w14:textId="77777777" w:rsidR="00DB1C9C" w:rsidRPr="00672A82" w:rsidRDefault="00000000">
      <w:pPr>
        <w:spacing w:after="80" w:line="247" w:lineRule="auto"/>
        <w:ind w:left="403" w:hanging="403"/>
        <w:rPr>
          <w:rFonts w:hint="eastAsia"/>
        </w:rPr>
      </w:pPr>
      <w:r w:rsidRPr="00672A82">
        <w:rPr>
          <w:rFonts w:cs="Tinos"/>
          <w:sz w:val="18"/>
        </w:rPr>
        <w:t>Patil, S. N., Gholap, V. B., &amp; Benke, S. R. (2022). Financial feasibility and profitability of rose cut flowers under protected cultivation. International Journal of Agricultural Sciences, 18(1), 265–270. https://doi.org/10.15740/HAS/IJAS/18.1/265-270</w:t>
      </w:r>
    </w:p>
    <w:p w14:paraId="312268CC" w14:textId="77777777" w:rsidR="00DB1C9C" w:rsidRPr="00672A82" w:rsidRDefault="00000000">
      <w:pPr>
        <w:spacing w:after="80" w:line="247" w:lineRule="auto"/>
        <w:ind w:left="403" w:hanging="403"/>
        <w:rPr>
          <w:rFonts w:hint="eastAsia"/>
        </w:rPr>
      </w:pPr>
      <w:r w:rsidRPr="00672A82">
        <w:rPr>
          <w:rFonts w:cs="Tinos"/>
          <w:sz w:val="18"/>
        </w:rPr>
        <w:t>Shukla, R. (2010). An economic study of plant nursery business in Udaipur, Rajasthan. Journal of Progressive Agriculture, 1(1), 1–5. https://paperzz.com/doc/6949465/soil-moisture-status-under-traditional-agroforestry-systems-of</w:t>
      </w:r>
    </w:p>
    <w:p w14:paraId="101B2E68" w14:textId="77777777" w:rsidR="00DB1C9C" w:rsidRPr="00672A82" w:rsidRDefault="00000000">
      <w:pPr>
        <w:spacing w:after="80" w:line="247" w:lineRule="auto"/>
        <w:ind w:left="403" w:hanging="403"/>
        <w:rPr>
          <w:rFonts w:hint="eastAsia"/>
        </w:rPr>
      </w:pPr>
      <w:r w:rsidRPr="00672A82">
        <w:rPr>
          <w:rFonts w:cs="Tinos"/>
          <w:sz w:val="18"/>
        </w:rPr>
        <w:t>Shwetanjali, Tevari, P., Suresh, K., Beeraladinni, D., &amp; Kammar, S. (2023). Economic analysis of horticulture nursery enterprises in Koppal district of Karnataka. Journal of Farm Sciences, 36(2), 189–194. https://doi.org/10.61475/jfm.v36i02.15</w:t>
      </w:r>
    </w:p>
    <w:p w14:paraId="7DD00C84" w14:textId="77777777" w:rsidR="00DB1C9C" w:rsidRDefault="00000000">
      <w:pPr>
        <w:spacing w:after="80" w:line="247" w:lineRule="auto"/>
        <w:ind w:left="403" w:hanging="403"/>
        <w:rPr>
          <w:rFonts w:hint="eastAsia"/>
        </w:rPr>
      </w:pPr>
      <w:r w:rsidRPr="00672A82">
        <w:rPr>
          <w:rFonts w:cs="Tinos"/>
          <w:sz w:val="18"/>
        </w:rPr>
        <w:t>Talap, M. N., Torane, S. R., Malave, D. B., Borate, H. V., &amp; Gudadhe, P. S. (2025). An economic analysis of nursery enterprise in Thane and Palghar districts of Konkan region. International Journal of Agriculture Extension and Social Development, 8(10), 84–87. https://doi.org/10.33545/26180723.2025.v8.i10b.2507</w:t>
      </w:r>
    </w:p>
    <w:sectPr w:rsidR="00DB1C9C"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037" w:bottom="1008" w:left="103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681D3" w14:textId="77777777" w:rsidR="00313038" w:rsidRDefault="00313038">
      <w:pPr>
        <w:spacing w:after="0" w:line="240" w:lineRule="auto"/>
        <w:rPr>
          <w:rFonts w:hint="eastAsia"/>
        </w:rPr>
      </w:pPr>
      <w:r>
        <w:separator/>
      </w:r>
    </w:p>
  </w:endnote>
  <w:endnote w:type="continuationSeparator" w:id="0">
    <w:p w14:paraId="77333728" w14:textId="77777777" w:rsidR="00313038" w:rsidRDefault="00313038">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n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FE067" w14:textId="77777777" w:rsidR="00A336F3" w:rsidRDefault="00A336F3">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C12CA" w14:textId="77777777" w:rsidR="00DB1C9C" w:rsidRDefault="00000000">
    <w:pPr>
      <w:pStyle w:val="Footer"/>
      <w:jc w:val="center"/>
      <w:rPr>
        <w:rFonts w:hint="eastAsia"/>
      </w:rPr>
    </w:pPr>
    <w:r>
      <w:rPr>
        <w:rFonts w:cs="Tinos"/>
        <w:sz w:val="16"/>
      </w:rPr>
      <w:t xml:space="preserve">Page </w:t>
    </w:r>
    <w:r>
      <w:fldChar w:fldCharType="begin"/>
    </w:r>
    <w:r>
      <w:instrText>PAGE</w:instrText>
    </w:r>
    <w:r>
      <w:fldChar w:fldCharType="separate"/>
    </w:r>
    <w:r w:rsidR="00223745">
      <w:rPr>
        <w:rFonts w:hint="eastAsia"/>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7094" w14:textId="77777777" w:rsidR="00A336F3" w:rsidRDefault="00A336F3">
    <w:pPr>
      <w:pStyle w:val="Foo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BF922" w14:textId="77777777" w:rsidR="00313038" w:rsidRDefault="00313038">
      <w:pPr>
        <w:spacing w:after="0" w:line="240" w:lineRule="auto"/>
        <w:rPr>
          <w:rFonts w:hint="eastAsia"/>
        </w:rPr>
      </w:pPr>
      <w:r>
        <w:separator/>
      </w:r>
    </w:p>
  </w:footnote>
  <w:footnote w:type="continuationSeparator" w:id="0">
    <w:p w14:paraId="3B36D6BF" w14:textId="77777777" w:rsidR="00313038" w:rsidRDefault="00313038">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75F27" w14:textId="6314C37D" w:rsidR="00A336F3" w:rsidRDefault="00A336F3">
    <w:pPr>
      <w:pStyle w:val="Header"/>
      <w:rPr>
        <w:rFonts w:hint="eastAsia"/>
      </w:rPr>
    </w:pPr>
    <w:r>
      <w:rPr>
        <w:noProof/>
      </w:rPr>
      <w:pict w14:anchorId="3F74134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59891" o:spid="_x0000_s1026" type="#_x0000_t136" style="position:absolute;margin-left:0;margin-top:0;width:645pt;height:71.65pt;rotation:315;z-index:-251655168;mso-position-horizontal:center;mso-position-horizontal-relative:margin;mso-position-vertical:center;mso-position-vertical-relative:margin" o:allowincell="f" fillcolor="silver" stroked="f">
          <v:fill opacity=".5"/>
          <v:textpath style="font-family:&quot;Tinos&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CD1A4" w14:textId="54E8C16A" w:rsidR="00A336F3" w:rsidRDefault="00A336F3">
    <w:pPr>
      <w:pStyle w:val="Header"/>
      <w:rPr>
        <w:rFonts w:hint="eastAsia"/>
      </w:rPr>
    </w:pPr>
    <w:r>
      <w:rPr>
        <w:noProof/>
      </w:rPr>
      <w:pict w14:anchorId="4AFFDDB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59892" o:spid="_x0000_s1027" type="#_x0000_t136" style="position:absolute;margin-left:0;margin-top:0;width:645pt;height:71.65pt;rotation:315;z-index:-251653120;mso-position-horizontal:center;mso-position-horizontal-relative:margin;mso-position-vertical:center;mso-position-vertical-relative:margin" o:allowincell="f" fillcolor="silver" stroked="f">
          <v:fill opacity=".5"/>
          <v:textpath style="font-family:&quot;Tinos&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8F662" w14:textId="24E32F69" w:rsidR="00A336F3" w:rsidRDefault="00A336F3">
    <w:pPr>
      <w:pStyle w:val="Header"/>
      <w:rPr>
        <w:rFonts w:hint="eastAsia"/>
      </w:rPr>
    </w:pPr>
    <w:r>
      <w:rPr>
        <w:noProof/>
      </w:rPr>
      <w:pict w14:anchorId="6DC475A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7859890" o:spid="_x0000_s1025" type="#_x0000_t136" style="position:absolute;margin-left:0;margin-top:0;width:645pt;height:71.65pt;rotation:315;z-index:-251657216;mso-position-horizontal:center;mso-position-horizontal-relative:margin;mso-position-vertical:center;mso-position-vertical-relative:margin" o:allowincell="f" fillcolor="silver" stroked="f">
          <v:fill opacity=".5"/>
          <v:textpath style="font-family:&quot;Tinos&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98979365">
    <w:abstractNumId w:val="8"/>
  </w:num>
  <w:num w:numId="2" w16cid:durableId="632180786">
    <w:abstractNumId w:val="6"/>
  </w:num>
  <w:num w:numId="3" w16cid:durableId="309485624">
    <w:abstractNumId w:val="5"/>
  </w:num>
  <w:num w:numId="4" w16cid:durableId="685325052">
    <w:abstractNumId w:val="4"/>
  </w:num>
  <w:num w:numId="5" w16cid:durableId="830288806">
    <w:abstractNumId w:val="7"/>
  </w:num>
  <w:num w:numId="6" w16cid:durableId="717242354">
    <w:abstractNumId w:val="3"/>
  </w:num>
  <w:num w:numId="7" w16cid:durableId="1769229183">
    <w:abstractNumId w:val="2"/>
  </w:num>
  <w:num w:numId="8" w16cid:durableId="50738111">
    <w:abstractNumId w:val="1"/>
  </w:num>
  <w:num w:numId="9" w16cid:durableId="17782582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23745"/>
    <w:rsid w:val="0029639D"/>
    <w:rsid w:val="00313038"/>
    <w:rsid w:val="00326F90"/>
    <w:rsid w:val="005D4F64"/>
    <w:rsid w:val="00672A82"/>
    <w:rsid w:val="00843CF9"/>
    <w:rsid w:val="00A336F3"/>
    <w:rsid w:val="00AA1D8D"/>
    <w:rsid w:val="00B47730"/>
    <w:rsid w:val="00CB0664"/>
    <w:rsid w:val="00DB1C9C"/>
    <w:rsid w:val="00F23AD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B3736EF"/>
  <w14:defaultImageDpi w14:val="300"/>
  <w15:docId w15:val="{1AEBC712-2F59-45ED-9823-ABF267AA45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nos" w:hAnsi="Tin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4405</Words>
  <Characters>25109</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29456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Economic Analysis of Horticulture Nurseries in Nagpur District</dc:title>
  <dc:subject>Edited manuscript with literature-supported Introduction and Results and Discussion</dc:subject>
  <dc:creator>python-docx</dc:creator>
  <cp:keywords/>
  <dc:description>generated by python-docx</dc:description>
  <cp:lastModifiedBy>SDI 1084</cp:lastModifiedBy>
  <cp:revision>5</cp:revision>
  <dcterms:created xsi:type="dcterms:W3CDTF">2013-12-23T23:15:00Z</dcterms:created>
  <dcterms:modified xsi:type="dcterms:W3CDTF">2026-08-26T13:18:00Z</dcterms:modified>
  <cp:category/>
</cp:coreProperties>
</file>