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05969" w14:textId="77777777" w:rsidR="00160943" w:rsidRDefault="00B1626B" w:rsidP="00C7273C">
      <w:pPr>
        <w:jc w:val="both"/>
      </w:pPr>
      <w:r>
        <w:rPr>
          <w:b/>
          <w:sz w:val="30"/>
        </w:rPr>
        <w:t xml:space="preserve">Genetic Variability, Trait Association and Path Analysis for Yield and Yield-Contributing Traits in Linseed (Linum </w:t>
      </w:r>
      <w:proofErr w:type="spellStart"/>
      <w:r>
        <w:rPr>
          <w:b/>
          <w:sz w:val="30"/>
        </w:rPr>
        <w:t>usitatissimum</w:t>
      </w:r>
      <w:proofErr w:type="spellEnd"/>
      <w:r>
        <w:rPr>
          <w:b/>
          <w:sz w:val="30"/>
        </w:rPr>
        <w:t xml:space="preserve"> L.)</w:t>
      </w:r>
    </w:p>
    <w:p w14:paraId="7D82E177" w14:textId="77777777" w:rsidR="00160943" w:rsidRDefault="00B1626B" w:rsidP="00C7273C">
      <w:pPr>
        <w:pStyle w:val="Heading1"/>
        <w:jc w:val="both"/>
      </w:pPr>
      <w:r>
        <w:t>ABSTRACT</w:t>
      </w:r>
    </w:p>
    <w:p w14:paraId="211087A5" w14:textId="7302D645" w:rsidR="00160943" w:rsidRDefault="00B1626B" w:rsidP="00C7273C">
      <w:pPr>
        <w:jc w:val="both"/>
      </w:pPr>
      <w:r>
        <w:t xml:space="preserve">Linseed (Linum </w:t>
      </w:r>
      <w:proofErr w:type="spellStart"/>
      <w:r>
        <w:t>usitatissimum</w:t>
      </w:r>
      <w:proofErr w:type="spellEnd"/>
      <w:r>
        <w:t xml:space="preserve"> L.) is an important oilseed crop in which improvement of seed yield depends on the availability of genetic variability and the identification of useful yield-associated traits. The present investigation was undertaken to assess genetic variability, heritability, genetic advance, correlation and path relationships for ten quantitative traits in 40 linseed genotypes. The experiment was conducted during rabi 2024–2025 at the College of Agriculture, Latur, Maharashtra, India, in a </w:t>
      </w:r>
      <w:r>
        <w:rPr>
          <w:highlight w:val="yellow"/>
        </w:rPr>
        <w:t>randomised</w:t>
      </w:r>
      <w:r>
        <w:t xml:space="preserve"> block design with two replications. </w:t>
      </w:r>
      <w:r w:rsidR="00B10EF3" w:rsidRPr="00B10EF3">
        <w:t xml:space="preserve"> </w:t>
      </w:r>
      <w:r w:rsidR="00B10EF3" w:rsidRPr="00B10EF3">
        <w:t xml:space="preserve">The traits evaluated included days to 50% flowering, days to maturity, plant height, number of branches per plant, number of capsules per plant, number of seeds per capsule, 1000-seed weight, oil content, harvest index, and seed yield per plant. Analysis of variance revealed significant differences among the genotypes for all the assessed </w:t>
      </w:r>
      <w:proofErr w:type="spellStart"/>
      <w:r w:rsidR="00B10EF3" w:rsidRPr="00B10EF3">
        <w:t>traits.</w:t>
      </w:r>
      <w:r>
        <w:t>The</w:t>
      </w:r>
      <w:proofErr w:type="spellEnd"/>
      <w:r>
        <w:t xml:space="preserve"> recalculated estimates showed that GCV ranged from 4.61% for days to maturity to 22.15% for number of branches per plant, while PCV ranged from 5.14% for harvest index to 22.53% for number of branches per plant. Broad-sense heritability ranged from 63.06% for days to maturity to 98.24% for harvest index. </w:t>
      </w:r>
      <w:r>
        <w:rPr>
          <w:highlight w:val="yellow"/>
        </w:rPr>
        <w:t>Genetic advance as a percentage of the mean</w:t>
      </w:r>
      <w:r>
        <w:t xml:space="preserve"> was highest for number of branches per plant (44.86%), followed by oil content (35.74%), 1000-seed weight (28.49%), number of capsules per plant (26.80%), number of seeds per capsule (26.16%) and seed yield per plant (25.96%). </w:t>
      </w:r>
      <w:r>
        <w:rPr>
          <w:highlight w:val="yellow"/>
        </w:rPr>
        <w:t>At the genotypic level, seed yield showed positive associations with</w:t>
      </w:r>
      <w:r>
        <w:t xml:space="preserve"> number of branches per plant (0.7118), number of capsules per plant (0.7044), number of seeds per capsule (0.7265), plant height (0.0073) and 1000-seed weight (0.0141). The reported path analysis indicated positive direct effects of number of seeds per capsule (0.8083) and number of capsules per plant (0.3397) at the genotypic level, while number of branches per plant showed a high positive direct effect at the phenotypic level (1.6152). Thus, number of branches per plant, number of capsules per plant and number of seeds per capsule may be considered important selection criteria for improving seed yield under the present experimental conditions. The study was conducted at one location in one season; therefore, further multi-location and multi-season evaluation is necessary.</w:t>
      </w:r>
    </w:p>
    <w:p w14:paraId="123090B2" w14:textId="77777777" w:rsidR="00160943" w:rsidRDefault="00B1626B" w:rsidP="00C7273C">
      <w:pPr>
        <w:jc w:val="both"/>
      </w:pPr>
      <w:r>
        <w:t>Keywords: linseed, genetic variability, GCV, PCV, heritability, genetic advance, correlation, path analysis, seed yield.</w:t>
      </w:r>
    </w:p>
    <w:p w14:paraId="6C2BC8A4" w14:textId="77777777" w:rsidR="00160943" w:rsidRDefault="00B1626B" w:rsidP="00C7273C">
      <w:pPr>
        <w:pStyle w:val="Heading1"/>
        <w:jc w:val="both"/>
      </w:pPr>
      <w:r>
        <w:t>1. INTRODUCTION</w:t>
      </w:r>
    </w:p>
    <w:p w14:paraId="66BD1C75" w14:textId="77777777" w:rsidR="00160943" w:rsidRDefault="00B1626B" w:rsidP="00C7273C">
      <w:pPr>
        <w:jc w:val="both"/>
      </w:pPr>
      <w:r>
        <w:t xml:space="preserve">Linseed (Linum </w:t>
      </w:r>
      <w:proofErr w:type="spellStart"/>
      <w:r>
        <w:t>usitatissimum</w:t>
      </w:r>
      <w:proofErr w:type="spellEnd"/>
      <w:r>
        <w:t xml:space="preserve"> L.) is an important oilseed crop cultivated for its edible and industrially useful oil and its nutritional value. Improvement in seed yield is a major objective of linseed breeding. Efficient selection for yield requires information on the amount of genetic variability present in breeding material and on the association of yield with its component traits.</w:t>
      </w:r>
    </w:p>
    <w:p w14:paraId="7FF9AF75" w14:textId="77777777" w:rsidR="00160943" w:rsidRDefault="00B1626B" w:rsidP="00C7273C">
      <w:pPr>
        <w:jc w:val="both"/>
      </w:pPr>
      <w:r>
        <w:t>Genotypic and phenotypic coefficients of variation are useful for assessing the magnitude of variability, whereas heritability and genetic advance provide an indication of the expected response to selection. Correlation analysis helps identify traits associated with seed yield, while path coefficient analysis further separates the direct contribution of individual traits from their indirect association through other characters.</w:t>
      </w:r>
    </w:p>
    <w:p w14:paraId="28CD1E7B" w14:textId="77777777" w:rsidR="00160943" w:rsidRPr="001552E0" w:rsidRDefault="00B1626B" w:rsidP="00C7273C">
      <w:pPr>
        <w:jc w:val="both"/>
      </w:pPr>
      <w:r w:rsidRPr="001552E0">
        <w:t xml:space="preserve">Earlier investigations in linseed have reported useful variability and significant associations among yield and yield-contributing traits (Akbar et al., 2003; Chandrawati et al., 2016; Kanwar et al., 2014; Nakhate et al., 2025; Washimkar et al., 2025). Branch number, capsule number, seeds per capsule and other component traits have frequently been considered important in selection programmes (Awasthi &amp; Rao, 2005; Reddy et al., 2013; </w:t>
      </w:r>
      <w:r w:rsidRPr="001552E0">
        <w:lastRenderedPageBreak/>
        <w:t>Thakur et al., 2022). However, the magnitude and direction of associations can vary with genetic material and testing conditions.</w:t>
      </w:r>
    </w:p>
    <w:p w14:paraId="60171BA4" w14:textId="77777777" w:rsidR="00156E02" w:rsidRPr="002866B8" w:rsidRDefault="00C12015">
      <w:pPr>
        <w:jc w:val="both"/>
        <w:rPr>
          <w:bCs/>
        </w:rPr>
      </w:pPr>
      <w:r w:rsidRPr="002866B8">
        <w:rPr>
          <w:bCs/>
        </w:rPr>
        <w:t>Recent studies of linseed germplasm have continued to report substantial variability and informative associations among seed yield and component traits, supporting the combined use of variability and association parameters in selection (Yadav et al., 2024; Negash et al., 2026). Multi-environment phenotyping has also demonstrated broad morphological and seed-quality variation in linseed germplasm, providing a stronger basis for characterising breeding material under defined testing conditions (Kaur et al., 2</w:t>
      </w:r>
      <w:r w:rsidRPr="002866B8">
        <w:rPr>
          <w:bCs/>
        </w:rPr>
        <w:t>023). Correlation and path analyses in linseed have likewise identified branch- and capsule-related traits among the characteristics associated with seed yield (Shankar et al., 2024). Evaluation of flax genotypes under contrasting environments has shown that agronomic performance can differ with testing conditions, supporting cautious interpretation of trait relationships within the environment of evaluation (Mahmoud et al., 2022).</w:t>
      </w:r>
    </w:p>
    <w:p w14:paraId="718C3CF0" w14:textId="77777777" w:rsidR="00156E02" w:rsidRPr="002866B8" w:rsidRDefault="00C12015">
      <w:pPr>
        <w:jc w:val="both"/>
        <w:rPr>
          <w:bCs/>
        </w:rPr>
      </w:pPr>
      <w:r w:rsidRPr="002866B8">
        <w:rPr>
          <w:bCs/>
        </w:rPr>
        <w:t>However, an integrated assessment of genetic variability, heritability, genetic advance, correlation, and path effects for the present set of 40 linseed genotypes under the Latur testing conditions remains limited. This gap constrains the identification of yield-contributing traits that can be prioritised specifically within the evaluated material and environment.</w:t>
      </w:r>
    </w:p>
    <w:p w14:paraId="2C0AC5A4" w14:textId="77777777" w:rsidR="00156E02" w:rsidRDefault="00C12015">
      <w:r>
        <w:rPr>
          <w:b/>
          <w:highlight w:val="yellow"/>
        </w:rPr>
        <w:t>Objective</w:t>
      </w:r>
    </w:p>
    <w:p w14:paraId="344CE132" w14:textId="77777777" w:rsidR="00156E02" w:rsidRDefault="00C12015">
      <w:pPr>
        <w:jc w:val="both"/>
      </w:pPr>
      <w:r>
        <w:t>Therefore, the present investigation was undertaken to assess genetic variability and trait relationships among 40 linseed genotypes and to identify characters that could be useful for selection for higher seed yield.</w:t>
      </w:r>
    </w:p>
    <w:p w14:paraId="046812FC" w14:textId="77777777" w:rsidR="00160943" w:rsidRDefault="00B1626B" w:rsidP="00C7273C">
      <w:pPr>
        <w:pStyle w:val="Heading1"/>
        <w:jc w:val="both"/>
      </w:pPr>
      <w:r>
        <w:t>2. MATERIALS AND METHODS</w:t>
      </w:r>
    </w:p>
    <w:p w14:paraId="27ACFC87" w14:textId="77777777" w:rsidR="00160943" w:rsidRDefault="00B1626B" w:rsidP="00C7273C">
      <w:pPr>
        <w:pStyle w:val="Heading2"/>
        <w:jc w:val="both"/>
      </w:pPr>
      <w:r>
        <w:t>2.1 Experimental material and design</w:t>
      </w:r>
    </w:p>
    <w:p w14:paraId="32609C9D" w14:textId="77777777" w:rsidR="00160943" w:rsidRDefault="00B1626B" w:rsidP="00C7273C">
      <w:pPr>
        <w:jc w:val="both"/>
      </w:pPr>
      <w:r>
        <w:t>The experimental material consisted of 40 linseed genotypes: R-3793, R-3797, R-3838, R-3944, R-3953, R-3977, R-3986, R-4028, R-4032, R-4040, R-4044, R-4054, R-4076, R-4088, R-4093, R-4097, R-4145, R-4148, R-4152, R-4163, R-4170, R-4174, R-4184, R-4193, R-4195, R-4203, R-4209, R-4213, R-4218, R-4237, R-4244, R-4253, R-4266, R-4275, GP-208, GP-312, GP-333, GP-352, GP-381 and GP-411.</w:t>
      </w:r>
    </w:p>
    <w:p w14:paraId="3F64F725" w14:textId="77777777" w:rsidR="00160943" w:rsidRDefault="00B1626B" w:rsidP="00C7273C">
      <w:pPr>
        <w:jc w:val="both"/>
      </w:pPr>
      <w:r>
        <w:t xml:space="preserve">The experiment was conducted during rabi 2024–2025 at the College of Agriculture, Latur, Maharashtra, India, in a </w:t>
      </w:r>
      <w:r>
        <w:rPr>
          <w:highlight w:val="yellow"/>
        </w:rPr>
        <w:t>randomised</w:t>
      </w:r>
      <w:r>
        <w:t xml:space="preserve"> block design with two replications. The experimental plot size reported in the manuscript was 35 × 12 m². Row-to-row spacing was 30 cm and plant-to-plant spacing was 5 cm. The recommended package of practices was followed for crop management.</w:t>
      </w:r>
    </w:p>
    <w:p w14:paraId="1F6A248E" w14:textId="4EE30E00" w:rsidR="00160943" w:rsidRDefault="00B10EF3" w:rsidP="00C7273C">
      <w:pPr>
        <w:jc w:val="both"/>
      </w:pPr>
      <w:r w:rsidRPr="00B10EF3">
        <w:t>Data were recorded for ten quantitative traits, namely days to 50% flowering, days to maturity, plant height (cm), number of branches per plant, number of capsules per plant, number of seeds per capsule, 1000-seed weight (g), oil content (%), harvest index (%), and seed yield per plant (g).</w:t>
      </w:r>
      <w:r w:rsidR="00B1626B">
        <w:t>The exact sampling unit for each observation should be confirmed from the original field record before final journal submission.</w:t>
      </w:r>
    </w:p>
    <w:p w14:paraId="46091475" w14:textId="77777777" w:rsidR="00160943" w:rsidRDefault="00B1626B" w:rsidP="00C7273C">
      <w:pPr>
        <w:pStyle w:val="Heading2"/>
        <w:jc w:val="both"/>
      </w:pPr>
      <w:r>
        <w:t>2.2 Statistical analysis</w:t>
      </w:r>
    </w:p>
    <w:p w14:paraId="6562A12C" w14:textId="77777777" w:rsidR="00160943" w:rsidRDefault="00B1626B" w:rsidP="00C7273C">
      <w:pPr>
        <w:jc w:val="both"/>
      </w:pPr>
      <w:r>
        <w:t xml:space="preserve">Analysis of variance was carried out according to Panse and </w:t>
      </w:r>
      <w:proofErr w:type="spellStart"/>
      <w:r>
        <w:t>Sukhatme</w:t>
      </w:r>
      <w:proofErr w:type="spellEnd"/>
      <w:r>
        <w:t xml:space="preserve"> (19</w:t>
      </w:r>
      <w:r w:rsidR="003809A1">
        <w:t>78</w:t>
      </w:r>
      <w:r>
        <w:t xml:space="preserve">). With two replications, genotypic variance was estimated as (MS genotype − MS error)/2 and environmental variance as MS error/2. Phenotypic variance was obtained as the sum of genotypic and environmental variances. GCV and PCV were calculated as √GV/mean × 100 and √PV/mean × 100, respectively. </w:t>
      </w:r>
      <w:r>
        <w:rPr>
          <w:highlight w:val="yellow"/>
        </w:rPr>
        <w:t>Broad-sense heritability was estimated as GV/PV × 100 (Burton &amp; DeVane, 1953).</w:t>
      </w:r>
      <w:r>
        <w:t xml:space="preserve"> Expected genetic advance was estimated using a selection intensity of 5% (k = 2.06), and </w:t>
      </w:r>
      <w:r>
        <w:rPr>
          <w:highlight w:val="yellow"/>
        </w:rPr>
        <w:t>genetic advance as a percentage of the mean was calculated as GA/mean × 100 (Johnson et al., 1955).</w:t>
      </w:r>
      <w:r>
        <w:t xml:space="preserve"> </w:t>
      </w:r>
      <w:r>
        <w:rPr>
          <w:highlight w:val="yellow"/>
        </w:rPr>
        <w:t>Correlation and path coefficient analyses were interpreted</w:t>
      </w:r>
      <w:r>
        <w:t xml:space="preserve"> using the approaches of Wright (1921) and Dewey and Lu (1959).</w:t>
      </w:r>
    </w:p>
    <w:p w14:paraId="13CDF891" w14:textId="77777777" w:rsidR="00160943" w:rsidRDefault="00B1626B" w:rsidP="00C7273C">
      <w:pPr>
        <w:pStyle w:val="Heading1"/>
        <w:jc w:val="both"/>
      </w:pPr>
      <w:r>
        <w:lastRenderedPageBreak/>
        <w:t>3. RESULTS AND DISCUSSION</w:t>
      </w:r>
    </w:p>
    <w:p w14:paraId="5FC59583" w14:textId="77777777" w:rsidR="00160943" w:rsidRDefault="00B1626B" w:rsidP="00C7273C">
      <w:pPr>
        <w:pStyle w:val="Heading2"/>
        <w:jc w:val="both"/>
      </w:pPr>
      <w:r>
        <w:t>3.1 Analysis of variance</w:t>
      </w:r>
    </w:p>
    <w:p w14:paraId="3A059D54" w14:textId="77777777" w:rsidR="00160943" w:rsidRDefault="00B1626B" w:rsidP="00C7273C">
      <w:pPr>
        <w:jc w:val="both"/>
      </w:pPr>
      <w:r>
        <w:t>The analysis of variance revealed significant differences among the 40 genotypes for all ten characters, indicating the presence of sufficient variation for selection under the experimental conditions. The genotype mean square was significant for days to 50% flowering, days to maturity, plant height, number of branches per plant, number of capsules per plant, number of seeds per capsule, 1000-seed weight, oil content, harvest index and seed yield per plant.</w:t>
      </w:r>
    </w:p>
    <w:p w14:paraId="04717816" w14:textId="77777777" w:rsidR="00E36509" w:rsidRDefault="00E36509" w:rsidP="00C7273C">
      <w:pPr>
        <w:jc w:val="both"/>
      </w:pPr>
      <w:r>
        <w:t>T</w:t>
      </w:r>
      <w:r w:rsidR="00C7273C">
        <w:t>able 1. Results of analysis of variance</w:t>
      </w:r>
    </w:p>
    <w:tbl>
      <w:tblPr>
        <w:tblStyle w:val="TableGrid"/>
        <w:tblW w:w="0" w:type="auto"/>
        <w:jc w:val="center"/>
        <w:tblLook w:val="04A0" w:firstRow="1" w:lastRow="0" w:firstColumn="1" w:lastColumn="0" w:noHBand="0" w:noVBand="1"/>
      </w:tblPr>
      <w:tblGrid>
        <w:gridCol w:w="1987"/>
        <w:gridCol w:w="1987"/>
        <w:gridCol w:w="1987"/>
        <w:gridCol w:w="1987"/>
        <w:gridCol w:w="1987"/>
      </w:tblGrid>
      <w:tr w:rsidR="00160943" w14:paraId="31680F82" w14:textId="77777777">
        <w:trPr>
          <w:jc w:val="center"/>
        </w:trPr>
        <w:tc>
          <w:tcPr>
            <w:tcW w:w="1987" w:type="dxa"/>
          </w:tcPr>
          <w:p w14:paraId="10188BEF" w14:textId="77777777" w:rsidR="00160943" w:rsidRDefault="00B1626B" w:rsidP="00C7273C">
            <w:pPr>
              <w:jc w:val="both"/>
            </w:pPr>
            <w:r>
              <w:rPr>
                <w:b/>
                <w:sz w:val="16"/>
              </w:rPr>
              <w:t>S. No.</w:t>
            </w:r>
          </w:p>
        </w:tc>
        <w:tc>
          <w:tcPr>
            <w:tcW w:w="1987" w:type="dxa"/>
          </w:tcPr>
          <w:p w14:paraId="18BCFC2F" w14:textId="77777777" w:rsidR="00160943" w:rsidRDefault="00B1626B" w:rsidP="00C7273C">
            <w:pPr>
              <w:jc w:val="both"/>
            </w:pPr>
            <w:r>
              <w:rPr>
                <w:b/>
                <w:sz w:val="16"/>
              </w:rPr>
              <w:t>Character</w:t>
            </w:r>
          </w:p>
        </w:tc>
        <w:tc>
          <w:tcPr>
            <w:tcW w:w="1987" w:type="dxa"/>
          </w:tcPr>
          <w:p w14:paraId="25235EEF" w14:textId="77777777" w:rsidR="00160943" w:rsidRDefault="00B1626B" w:rsidP="00C7273C">
            <w:pPr>
              <w:jc w:val="both"/>
            </w:pPr>
            <w:r>
              <w:rPr>
                <w:b/>
                <w:sz w:val="16"/>
              </w:rPr>
              <w:t>Replication MS</w:t>
            </w:r>
          </w:p>
        </w:tc>
        <w:tc>
          <w:tcPr>
            <w:tcW w:w="1987" w:type="dxa"/>
          </w:tcPr>
          <w:p w14:paraId="58FDB1B7" w14:textId="77777777" w:rsidR="00160943" w:rsidRDefault="00B1626B" w:rsidP="00C7273C">
            <w:pPr>
              <w:jc w:val="both"/>
            </w:pPr>
            <w:r>
              <w:rPr>
                <w:b/>
                <w:sz w:val="16"/>
              </w:rPr>
              <w:t>Genotype MS</w:t>
            </w:r>
          </w:p>
        </w:tc>
        <w:tc>
          <w:tcPr>
            <w:tcW w:w="1987" w:type="dxa"/>
          </w:tcPr>
          <w:p w14:paraId="1797B0D8" w14:textId="77777777" w:rsidR="00160943" w:rsidRDefault="00B1626B" w:rsidP="00C7273C">
            <w:pPr>
              <w:jc w:val="both"/>
            </w:pPr>
            <w:r>
              <w:rPr>
                <w:b/>
                <w:sz w:val="16"/>
              </w:rPr>
              <w:t>Error MS</w:t>
            </w:r>
          </w:p>
        </w:tc>
      </w:tr>
      <w:tr w:rsidR="00160943" w14:paraId="7A343D56" w14:textId="77777777">
        <w:trPr>
          <w:jc w:val="center"/>
        </w:trPr>
        <w:tc>
          <w:tcPr>
            <w:tcW w:w="1987" w:type="dxa"/>
            <w:vAlign w:val="center"/>
          </w:tcPr>
          <w:p w14:paraId="0027BB2F" w14:textId="77777777" w:rsidR="00160943" w:rsidRDefault="00B1626B" w:rsidP="00C7273C">
            <w:pPr>
              <w:jc w:val="both"/>
            </w:pPr>
            <w:r>
              <w:rPr>
                <w:sz w:val="16"/>
              </w:rPr>
              <w:t>1</w:t>
            </w:r>
          </w:p>
        </w:tc>
        <w:tc>
          <w:tcPr>
            <w:tcW w:w="1987" w:type="dxa"/>
            <w:vAlign w:val="center"/>
          </w:tcPr>
          <w:p w14:paraId="0F449C18" w14:textId="77777777" w:rsidR="00160943" w:rsidRDefault="00B1626B" w:rsidP="00C7273C">
            <w:pPr>
              <w:jc w:val="both"/>
            </w:pPr>
            <w:r>
              <w:rPr>
                <w:sz w:val="16"/>
              </w:rPr>
              <w:t>Days to 50% flowering</w:t>
            </w:r>
          </w:p>
        </w:tc>
        <w:tc>
          <w:tcPr>
            <w:tcW w:w="1987" w:type="dxa"/>
            <w:vAlign w:val="center"/>
          </w:tcPr>
          <w:p w14:paraId="56250A07" w14:textId="77777777" w:rsidR="00160943" w:rsidRDefault="00B1626B" w:rsidP="00C7273C">
            <w:pPr>
              <w:jc w:val="both"/>
            </w:pPr>
            <w:r>
              <w:rPr>
                <w:sz w:val="16"/>
              </w:rPr>
              <w:t>1.800</w:t>
            </w:r>
          </w:p>
        </w:tc>
        <w:tc>
          <w:tcPr>
            <w:tcW w:w="1987" w:type="dxa"/>
            <w:vAlign w:val="center"/>
          </w:tcPr>
          <w:p w14:paraId="65FE976C" w14:textId="77777777" w:rsidR="00160943" w:rsidRDefault="00B1626B" w:rsidP="00C7273C">
            <w:pPr>
              <w:jc w:val="both"/>
            </w:pPr>
            <w:r>
              <w:rPr>
                <w:sz w:val="16"/>
              </w:rPr>
              <w:t>19.543**</w:t>
            </w:r>
          </w:p>
        </w:tc>
        <w:tc>
          <w:tcPr>
            <w:tcW w:w="1987" w:type="dxa"/>
            <w:vAlign w:val="center"/>
          </w:tcPr>
          <w:p w14:paraId="7303F754" w14:textId="77777777" w:rsidR="00160943" w:rsidRDefault="00B1626B" w:rsidP="00C7273C">
            <w:pPr>
              <w:jc w:val="both"/>
            </w:pPr>
            <w:r>
              <w:rPr>
                <w:sz w:val="16"/>
              </w:rPr>
              <w:t>6.287</w:t>
            </w:r>
          </w:p>
        </w:tc>
      </w:tr>
      <w:tr w:rsidR="00160943" w14:paraId="3AE77EFB" w14:textId="77777777">
        <w:trPr>
          <w:jc w:val="center"/>
        </w:trPr>
        <w:tc>
          <w:tcPr>
            <w:tcW w:w="1987" w:type="dxa"/>
            <w:vAlign w:val="center"/>
          </w:tcPr>
          <w:p w14:paraId="4121F4C4" w14:textId="77777777" w:rsidR="00160943" w:rsidRDefault="00B1626B" w:rsidP="00C7273C">
            <w:pPr>
              <w:jc w:val="both"/>
            </w:pPr>
            <w:r>
              <w:rPr>
                <w:sz w:val="16"/>
              </w:rPr>
              <w:t>2</w:t>
            </w:r>
          </w:p>
        </w:tc>
        <w:tc>
          <w:tcPr>
            <w:tcW w:w="1987" w:type="dxa"/>
            <w:vAlign w:val="center"/>
          </w:tcPr>
          <w:p w14:paraId="4EB7EC07" w14:textId="77777777" w:rsidR="00160943" w:rsidRDefault="00B1626B" w:rsidP="00C7273C">
            <w:pPr>
              <w:jc w:val="both"/>
            </w:pPr>
            <w:r>
              <w:rPr>
                <w:sz w:val="16"/>
              </w:rPr>
              <w:t>Days to maturity</w:t>
            </w:r>
          </w:p>
        </w:tc>
        <w:tc>
          <w:tcPr>
            <w:tcW w:w="1987" w:type="dxa"/>
            <w:vAlign w:val="center"/>
          </w:tcPr>
          <w:p w14:paraId="00E6A6CF" w14:textId="77777777" w:rsidR="00160943" w:rsidRDefault="00B1626B" w:rsidP="00C7273C">
            <w:pPr>
              <w:jc w:val="both"/>
            </w:pPr>
            <w:r>
              <w:rPr>
                <w:sz w:val="16"/>
              </w:rPr>
              <w:t>0.200</w:t>
            </w:r>
          </w:p>
        </w:tc>
        <w:tc>
          <w:tcPr>
            <w:tcW w:w="1987" w:type="dxa"/>
            <w:vAlign w:val="center"/>
          </w:tcPr>
          <w:p w14:paraId="2B99F3A5" w14:textId="77777777" w:rsidR="00160943" w:rsidRDefault="00B1626B" w:rsidP="00C7273C">
            <w:pPr>
              <w:jc w:val="both"/>
            </w:pPr>
            <w:r>
              <w:rPr>
                <w:sz w:val="16"/>
              </w:rPr>
              <w:t>61.692**</w:t>
            </w:r>
          </w:p>
        </w:tc>
        <w:tc>
          <w:tcPr>
            <w:tcW w:w="1987" w:type="dxa"/>
            <w:vAlign w:val="center"/>
          </w:tcPr>
          <w:p w14:paraId="4C24CD5E" w14:textId="77777777" w:rsidR="00160943" w:rsidRDefault="00B1626B" w:rsidP="00C7273C">
            <w:pPr>
              <w:jc w:val="both"/>
            </w:pPr>
            <w:r>
              <w:rPr>
                <w:sz w:val="16"/>
              </w:rPr>
              <w:t>22.789</w:t>
            </w:r>
          </w:p>
        </w:tc>
      </w:tr>
      <w:tr w:rsidR="00160943" w14:paraId="59A847BD" w14:textId="77777777">
        <w:trPr>
          <w:jc w:val="center"/>
        </w:trPr>
        <w:tc>
          <w:tcPr>
            <w:tcW w:w="1987" w:type="dxa"/>
            <w:vAlign w:val="center"/>
          </w:tcPr>
          <w:p w14:paraId="5DFF2DA9" w14:textId="77777777" w:rsidR="00160943" w:rsidRDefault="00B1626B" w:rsidP="00C7273C">
            <w:pPr>
              <w:jc w:val="both"/>
            </w:pPr>
            <w:r>
              <w:rPr>
                <w:sz w:val="16"/>
              </w:rPr>
              <w:t>3</w:t>
            </w:r>
          </w:p>
        </w:tc>
        <w:tc>
          <w:tcPr>
            <w:tcW w:w="1987" w:type="dxa"/>
            <w:vAlign w:val="center"/>
          </w:tcPr>
          <w:p w14:paraId="21879B5E" w14:textId="77777777" w:rsidR="00160943" w:rsidRDefault="00B1626B" w:rsidP="00C7273C">
            <w:pPr>
              <w:jc w:val="both"/>
            </w:pPr>
            <w:r>
              <w:rPr>
                <w:sz w:val="16"/>
              </w:rPr>
              <w:t>Plant height (cm)</w:t>
            </w:r>
          </w:p>
        </w:tc>
        <w:tc>
          <w:tcPr>
            <w:tcW w:w="1987" w:type="dxa"/>
            <w:vAlign w:val="center"/>
          </w:tcPr>
          <w:p w14:paraId="6A6018FF" w14:textId="77777777" w:rsidR="00160943" w:rsidRDefault="00B1626B" w:rsidP="00C7273C">
            <w:pPr>
              <w:jc w:val="both"/>
            </w:pPr>
            <w:r>
              <w:rPr>
                <w:sz w:val="16"/>
              </w:rPr>
              <w:t>0.060</w:t>
            </w:r>
          </w:p>
        </w:tc>
        <w:tc>
          <w:tcPr>
            <w:tcW w:w="1987" w:type="dxa"/>
            <w:vAlign w:val="center"/>
          </w:tcPr>
          <w:p w14:paraId="03ABE327" w14:textId="77777777" w:rsidR="00160943" w:rsidRDefault="00B1626B" w:rsidP="00C7273C">
            <w:pPr>
              <w:jc w:val="both"/>
            </w:pPr>
            <w:r>
              <w:rPr>
                <w:sz w:val="16"/>
              </w:rPr>
              <w:t>31.091**</w:t>
            </w:r>
          </w:p>
        </w:tc>
        <w:tc>
          <w:tcPr>
            <w:tcW w:w="1987" w:type="dxa"/>
            <w:vAlign w:val="center"/>
          </w:tcPr>
          <w:p w14:paraId="743613F3" w14:textId="77777777" w:rsidR="00160943" w:rsidRDefault="00B1626B" w:rsidP="00C7273C">
            <w:pPr>
              <w:jc w:val="both"/>
            </w:pPr>
            <w:r>
              <w:rPr>
                <w:sz w:val="16"/>
              </w:rPr>
              <w:t>4.980</w:t>
            </w:r>
          </w:p>
        </w:tc>
      </w:tr>
      <w:tr w:rsidR="00160943" w14:paraId="503A9C15" w14:textId="77777777">
        <w:trPr>
          <w:jc w:val="center"/>
        </w:trPr>
        <w:tc>
          <w:tcPr>
            <w:tcW w:w="1987" w:type="dxa"/>
            <w:vAlign w:val="center"/>
          </w:tcPr>
          <w:p w14:paraId="27D4FE3F" w14:textId="77777777" w:rsidR="00160943" w:rsidRDefault="00B1626B" w:rsidP="00C7273C">
            <w:pPr>
              <w:jc w:val="both"/>
            </w:pPr>
            <w:r>
              <w:rPr>
                <w:sz w:val="16"/>
              </w:rPr>
              <w:t>4</w:t>
            </w:r>
          </w:p>
        </w:tc>
        <w:tc>
          <w:tcPr>
            <w:tcW w:w="1987" w:type="dxa"/>
            <w:vAlign w:val="center"/>
          </w:tcPr>
          <w:p w14:paraId="312A6F89" w14:textId="77777777" w:rsidR="00160943" w:rsidRDefault="00B1626B" w:rsidP="00C7273C">
            <w:pPr>
              <w:jc w:val="both"/>
            </w:pPr>
            <w:r>
              <w:rPr>
                <w:sz w:val="16"/>
              </w:rPr>
              <w:t>Number of branches per plant</w:t>
            </w:r>
          </w:p>
        </w:tc>
        <w:tc>
          <w:tcPr>
            <w:tcW w:w="1987" w:type="dxa"/>
            <w:vAlign w:val="center"/>
          </w:tcPr>
          <w:p w14:paraId="44059A89" w14:textId="77777777" w:rsidR="00160943" w:rsidRDefault="00B1626B" w:rsidP="00C7273C">
            <w:pPr>
              <w:jc w:val="both"/>
            </w:pPr>
            <w:r>
              <w:rPr>
                <w:sz w:val="16"/>
              </w:rPr>
              <w:t>0.018</w:t>
            </w:r>
          </w:p>
        </w:tc>
        <w:tc>
          <w:tcPr>
            <w:tcW w:w="1987" w:type="dxa"/>
            <w:vAlign w:val="center"/>
          </w:tcPr>
          <w:p w14:paraId="2606435A" w14:textId="77777777" w:rsidR="00160943" w:rsidRDefault="00B1626B" w:rsidP="00C7273C">
            <w:pPr>
              <w:jc w:val="both"/>
            </w:pPr>
            <w:r>
              <w:rPr>
                <w:sz w:val="16"/>
              </w:rPr>
              <w:t>1.251**</w:t>
            </w:r>
          </w:p>
        </w:tc>
        <w:tc>
          <w:tcPr>
            <w:tcW w:w="1987" w:type="dxa"/>
            <w:vAlign w:val="center"/>
          </w:tcPr>
          <w:p w14:paraId="59529568" w14:textId="77777777" w:rsidR="00160943" w:rsidRDefault="00B1626B" w:rsidP="00C7273C">
            <w:pPr>
              <w:jc w:val="both"/>
            </w:pPr>
            <w:r>
              <w:rPr>
                <w:sz w:val="16"/>
              </w:rPr>
              <w:t>0.042</w:t>
            </w:r>
          </w:p>
        </w:tc>
      </w:tr>
      <w:tr w:rsidR="00160943" w14:paraId="71ED39D9" w14:textId="77777777">
        <w:trPr>
          <w:jc w:val="center"/>
        </w:trPr>
        <w:tc>
          <w:tcPr>
            <w:tcW w:w="1987" w:type="dxa"/>
            <w:vAlign w:val="center"/>
          </w:tcPr>
          <w:p w14:paraId="7382C1A5" w14:textId="77777777" w:rsidR="00160943" w:rsidRDefault="00B1626B" w:rsidP="00C7273C">
            <w:pPr>
              <w:jc w:val="both"/>
            </w:pPr>
            <w:r>
              <w:rPr>
                <w:sz w:val="16"/>
              </w:rPr>
              <w:t>5</w:t>
            </w:r>
          </w:p>
        </w:tc>
        <w:tc>
          <w:tcPr>
            <w:tcW w:w="1987" w:type="dxa"/>
            <w:vAlign w:val="center"/>
          </w:tcPr>
          <w:p w14:paraId="7A4BC5FB" w14:textId="77777777" w:rsidR="00160943" w:rsidRDefault="00B1626B" w:rsidP="00C7273C">
            <w:pPr>
              <w:jc w:val="both"/>
            </w:pPr>
            <w:r>
              <w:rPr>
                <w:sz w:val="16"/>
              </w:rPr>
              <w:t>Number of capsules per plant</w:t>
            </w:r>
          </w:p>
        </w:tc>
        <w:tc>
          <w:tcPr>
            <w:tcW w:w="1987" w:type="dxa"/>
            <w:vAlign w:val="center"/>
          </w:tcPr>
          <w:p w14:paraId="47F735E1" w14:textId="77777777" w:rsidR="00160943" w:rsidRDefault="00B1626B" w:rsidP="00C7273C">
            <w:pPr>
              <w:jc w:val="both"/>
            </w:pPr>
            <w:r>
              <w:rPr>
                <w:sz w:val="16"/>
              </w:rPr>
              <w:t>1.981</w:t>
            </w:r>
          </w:p>
        </w:tc>
        <w:tc>
          <w:tcPr>
            <w:tcW w:w="1987" w:type="dxa"/>
            <w:vAlign w:val="center"/>
          </w:tcPr>
          <w:p w14:paraId="71DAD0C7" w14:textId="77777777" w:rsidR="00160943" w:rsidRDefault="00B1626B" w:rsidP="00C7273C">
            <w:pPr>
              <w:jc w:val="both"/>
            </w:pPr>
            <w:r>
              <w:rPr>
                <w:sz w:val="16"/>
              </w:rPr>
              <w:t>58.047**</w:t>
            </w:r>
          </w:p>
        </w:tc>
        <w:tc>
          <w:tcPr>
            <w:tcW w:w="1987" w:type="dxa"/>
            <w:vAlign w:val="center"/>
          </w:tcPr>
          <w:p w14:paraId="72884C8A" w14:textId="77777777" w:rsidR="00160943" w:rsidRDefault="00B1626B" w:rsidP="00C7273C">
            <w:pPr>
              <w:jc w:val="both"/>
            </w:pPr>
            <w:r>
              <w:rPr>
                <w:sz w:val="16"/>
              </w:rPr>
              <w:t>1.514</w:t>
            </w:r>
          </w:p>
        </w:tc>
      </w:tr>
      <w:tr w:rsidR="00160943" w14:paraId="484522F0" w14:textId="77777777">
        <w:trPr>
          <w:jc w:val="center"/>
        </w:trPr>
        <w:tc>
          <w:tcPr>
            <w:tcW w:w="1987" w:type="dxa"/>
            <w:vAlign w:val="center"/>
          </w:tcPr>
          <w:p w14:paraId="34D13371" w14:textId="77777777" w:rsidR="00160943" w:rsidRDefault="00B1626B" w:rsidP="00C7273C">
            <w:pPr>
              <w:jc w:val="both"/>
            </w:pPr>
            <w:r>
              <w:rPr>
                <w:sz w:val="16"/>
              </w:rPr>
              <w:t>6</w:t>
            </w:r>
          </w:p>
        </w:tc>
        <w:tc>
          <w:tcPr>
            <w:tcW w:w="1987" w:type="dxa"/>
            <w:vAlign w:val="center"/>
          </w:tcPr>
          <w:p w14:paraId="58AF4865" w14:textId="77777777" w:rsidR="00160943" w:rsidRDefault="00B1626B" w:rsidP="00C7273C">
            <w:pPr>
              <w:jc w:val="both"/>
            </w:pPr>
            <w:r>
              <w:rPr>
                <w:sz w:val="16"/>
              </w:rPr>
              <w:t>Number of seeds per capsule</w:t>
            </w:r>
          </w:p>
        </w:tc>
        <w:tc>
          <w:tcPr>
            <w:tcW w:w="1987" w:type="dxa"/>
            <w:vAlign w:val="center"/>
          </w:tcPr>
          <w:p w14:paraId="57793C6E" w14:textId="77777777" w:rsidR="00160943" w:rsidRDefault="00B1626B" w:rsidP="00C7273C">
            <w:pPr>
              <w:jc w:val="both"/>
            </w:pPr>
            <w:r>
              <w:rPr>
                <w:sz w:val="16"/>
              </w:rPr>
              <w:t>0.003</w:t>
            </w:r>
          </w:p>
        </w:tc>
        <w:tc>
          <w:tcPr>
            <w:tcW w:w="1987" w:type="dxa"/>
            <w:vAlign w:val="center"/>
          </w:tcPr>
          <w:p w14:paraId="61103DD2" w14:textId="77777777" w:rsidR="00160943" w:rsidRDefault="00B1626B" w:rsidP="00C7273C">
            <w:pPr>
              <w:jc w:val="both"/>
            </w:pPr>
            <w:r>
              <w:rPr>
                <w:sz w:val="16"/>
              </w:rPr>
              <w:t>2.005**</w:t>
            </w:r>
          </w:p>
        </w:tc>
        <w:tc>
          <w:tcPr>
            <w:tcW w:w="1987" w:type="dxa"/>
            <w:vAlign w:val="center"/>
          </w:tcPr>
          <w:p w14:paraId="472096C7" w14:textId="77777777" w:rsidR="00160943" w:rsidRDefault="00B1626B" w:rsidP="00C7273C">
            <w:pPr>
              <w:jc w:val="both"/>
            </w:pPr>
            <w:r>
              <w:rPr>
                <w:sz w:val="16"/>
              </w:rPr>
              <w:t>0.065</w:t>
            </w:r>
          </w:p>
        </w:tc>
      </w:tr>
      <w:tr w:rsidR="00160943" w14:paraId="40B1B6E3" w14:textId="77777777">
        <w:trPr>
          <w:jc w:val="center"/>
        </w:trPr>
        <w:tc>
          <w:tcPr>
            <w:tcW w:w="1987" w:type="dxa"/>
            <w:vAlign w:val="center"/>
          </w:tcPr>
          <w:p w14:paraId="1F5A3871" w14:textId="77777777" w:rsidR="00160943" w:rsidRDefault="00B1626B" w:rsidP="00C7273C">
            <w:pPr>
              <w:jc w:val="both"/>
            </w:pPr>
            <w:r>
              <w:rPr>
                <w:sz w:val="16"/>
              </w:rPr>
              <w:t>7</w:t>
            </w:r>
          </w:p>
        </w:tc>
        <w:tc>
          <w:tcPr>
            <w:tcW w:w="1987" w:type="dxa"/>
            <w:vAlign w:val="center"/>
          </w:tcPr>
          <w:p w14:paraId="63340610" w14:textId="77777777" w:rsidR="00160943" w:rsidRDefault="00B1626B" w:rsidP="00C7273C">
            <w:pPr>
              <w:jc w:val="both"/>
            </w:pPr>
            <w:r>
              <w:rPr>
                <w:sz w:val="16"/>
              </w:rPr>
              <w:t>1000-seed weight (g)</w:t>
            </w:r>
          </w:p>
        </w:tc>
        <w:tc>
          <w:tcPr>
            <w:tcW w:w="1987" w:type="dxa"/>
            <w:vAlign w:val="center"/>
          </w:tcPr>
          <w:p w14:paraId="5DD98ACC" w14:textId="77777777" w:rsidR="00160943" w:rsidRDefault="00B1626B" w:rsidP="00C7273C">
            <w:pPr>
              <w:jc w:val="both"/>
            </w:pPr>
            <w:r>
              <w:rPr>
                <w:sz w:val="16"/>
              </w:rPr>
              <w:t>0.010</w:t>
            </w:r>
          </w:p>
        </w:tc>
        <w:tc>
          <w:tcPr>
            <w:tcW w:w="1987" w:type="dxa"/>
            <w:vAlign w:val="center"/>
          </w:tcPr>
          <w:p w14:paraId="7DAE9F07" w14:textId="77777777" w:rsidR="00160943" w:rsidRDefault="00B1626B" w:rsidP="00C7273C">
            <w:pPr>
              <w:jc w:val="both"/>
            </w:pPr>
            <w:r>
              <w:rPr>
                <w:sz w:val="16"/>
              </w:rPr>
              <w:t>2.295**</w:t>
            </w:r>
          </w:p>
        </w:tc>
        <w:tc>
          <w:tcPr>
            <w:tcW w:w="1987" w:type="dxa"/>
            <w:vAlign w:val="center"/>
          </w:tcPr>
          <w:p w14:paraId="2F17D777" w14:textId="77777777" w:rsidR="00160943" w:rsidRDefault="00B1626B" w:rsidP="00C7273C">
            <w:pPr>
              <w:jc w:val="both"/>
            </w:pPr>
            <w:r>
              <w:rPr>
                <w:sz w:val="16"/>
              </w:rPr>
              <w:t>0.076</w:t>
            </w:r>
          </w:p>
        </w:tc>
      </w:tr>
      <w:tr w:rsidR="00160943" w14:paraId="33448CAB" w14:textId="77777777">
        <w:trPr>
          <w:jc w:val="center"/>
        </w:trPr>
        <w:tc>
          <w:tcPr>
            <w:tcW w:w="1987" w:type="dxa"/>
            <w:vAlign w:val="center"/>
          </w:tcPr>
          <w:p w14:paraId="7CC20751" w14:textId="77777777" w:rsidR="00160943" w:rsidRDefault="00B1626B" w:rsidP="00C7273C">
            <w:pPr>
              <w:jc w:val="both"/>
            </w:pPr>
            <w:r>
              <w:rPr>
                <w:sz w:val="16"/>
              </w:rPr>
              <w:t>8</w:t>
            </w:r>
          </w:p>
        </w:tc>
        <w:tc>
          <w:tcPr>
            <w:tcW w:w="1987" w:type="dxa"/>
            <w:vAlign w:val="center"/>
          </w:tcPr>
          <w:p w14:paraId="3A9F9AFF" w14:textId="77777777" w:rsidR="00160943" w:rsidRDefault="00B1626B" w:rsidP="00C7273C">
            <w:pPr>
              <w:jc w:val="both"/>
            </w:pPr>
            <w:r>
              <w:rPr>
                <w:sz w:val="16"/>
              </w:rPr>
              <w:t>Oil content (%)</w:t>
            </w:r>
          </w:p>
        </w:tc>
        <w:tc>
          <w:tcPr>
            <w:tcW w:w="1987" w:type="dxa"/>
            <w:vAlign w:val="center"/>
          </w:tcPr>
          <w:p w14:paraId="180A0A1F" w14:textId="77777777" w:rsidR="00160943" w:rsidRDefault="00B1626B" w:rsidP="00C7273C">
            <w:pPr>
              <w:jc w:val="both"/>
            </w:pPr>
            <w:r>
              <w:rPr>
                <w:sz w:val="16"/>
              </w:rPr>
              <w:t>0.924</w:t>
            </w:r>
          </w:p>
        </w:tc>
        <w:tc>
          <w:tcPr>
            <w:tcW w:w="1987" w:type="dxa"/>
            <w:vAlign w:val="center"/>
          </w:tcPr>
          <w:p w14:paraId="543306CD" w14:textId="77777777" w:rsidR="00160943" w:rsidRDefault="00B1626B" w:rsidP="00C7273C">
            <w:pPr>
              <w:jc w:val="both"/>
            </w:pPr>
            <w:r>
              <w:rPr>
                <w:sz w:val="16"/>
              </w:rPr>
              <w:t>7.618**</w:t>
            </w:r>
          </w:p>
        </w:tc>
        <w:tc>
          <w:tcPr>
            <w:tcW w:w="1987" w:type="dxa"/>
            <w:vAlign w:val="center"/>
          </w:tcPr>
          <w:p w14:paraId="4498C183" w14:textId="77777777" w:rsidR="00160943" w:rsidRDefault="00B1626B" w:rsidP="00C7273C">
            <w:pPr>
              <w:jc w:val="both"/>
            </w:pPr>
            <w:r>
              <w:rPr>
                <w:sz w:val="16"/>
              </w:rPr>
              <w:t>0.602</w:t>
            </w:r>
          </w:p>
        </w:tc>
      </w:tr>
      <w:tr w:rsidR="00160943" w14:paraId="3511DCA1" w14:textId="77777777">
        <w:trPr>
          <w:jc w:val="center"/>
        </w:trPr>
        <w:tc>
          <w:tcPr>
            <w:tcW w:w="1987" w:type="dxa"/>
            <w:vAlign w:val="center"/>
          </w:tcPr>
          <w:p w14:paraId="67D539EF" w14:textId="77777777" w:rsidR="00160943" w:rsidRDefault="00B1626B" w:rsidP="00C7273C">
            <w:pPr>
              <w:jc w:val="both"/>
            </w:pPr>
            <w:r>
              <w:rPr>
                <w:sz w:val="16"/>
              </w:rPr>
              <w:t>9</w:t>
            </w:r>
          </w:p>
        </w:tc>
        <w:tc>
          <w:tcPr>
            <w:tcW w:w="1987" w:type="dxa"/>
            <w:vAlign w:val="center"/>
          </w:tcPr>
          <w:p w14:paraId="7A1C8067" w14:textId="77777777" w:rsidR="00160943" w:rsidRDefault="00B1626B" w:rsidP="00C7273C">
            <w:pPr>
              <w:jc w:val="both"/>
            </w:pPr>
            <w:r>
              <w:rPr>
                <w:sz w:val="16"/>
              </w:rPr>
              <w:t>Harvest index (%)</w:t>
            </w:r>
          </w:p>
        </w:tc>
        <w:tc>
          <w:tcPr>
            <w:tcW w:w="1987" w:type="dxa"/>
            <w:vAlign w:val="center"/>
          </w:tcPr>
          <w:p w14:paraId="3276F5EA" w14:textId="77777777" w:rsidR="00160943" w:rsidRDefault="00B1626B" w:rsidP="00C7273C">
            <w:pPr>
              <w:jc w:val="both"/>
            </w:pPr>
            <w:r>
              <w:rPr>
                <w:sz w:val="16"/>
              </w:rPr>
              <w:t>0.406</w:t>
            </w:r>
          </w:p>
        </w:tc>
        <w:tc>
          <w:tcPr>
            <w:tcW w:w="1987" w:type="dxa"/>
            <w:vAlign w:val="center"/>
          </w:tcPr>
          <w:p w14:paraId="18C4EDA6" w14:textId="77777777" w:rsidR="00160943" w:rsidRDefault="00B1626B" w:rsidP="00C7273C">
            <w:pPr>
              <w:jc w:val="both"/>
            </w:pPr>
            <w:r>
              <w:rPr>
                <w:sz w:val="16"/>
              </w:rPr>
              <w:t>5.971**</w:t>
            </w:r>
          </w:p>
        </w:tc>
        <w:tc>
          <w:tcPr>
            <w:tcW w:w="1987" w:type="dxa"/>
            <w:vAlign w:val="center"/>
          </w:tcPr>
          <w:p w14:paraId="55DDB266" w14:textId="77777777" w:rsidR="00160943" w:rsidRDefault="00B1626B" w:rsidP="00C7273C">
            <w:pPr>
              <w:jc w:val="both"/>
            </w:pPr>
            <w:r>
              <w:rPr>
                <w:sz w:val="16"/>
              </w:rPr>
              <w:t>0.105</w:t>
            </w:r>
          </w:p>
        </w:tc>
      </w:tr>
      <w:tr w:rsidR="00160943" w14:paraId="13958ED4" w14:textId="77777777">
        <w:trPr>
          <w:jc w:val="center"/>
        </w:trPr>
        <w:tc>
          <w:tcPr>
            <w:tcW w:w="1987" w:type="dxa"/>
            <w:vAlign w:val="center"/>
          </w:tcPr>
          <w:p w14:paraId="0949E3B5" w14:textId="77777777" w:rsidR="00160943" w:rsidRDefault="00B1626B" w:rsidP="00C7273C">
            <w:pPr>
              <w:jc w:val="both"/>
            </w:pPr>
            <w:r>
              <w:rPr>
                <w:sz w:val="16"/>
              </w:rPr>
              <w:t>10</w:t>
            </w:r>
          </w:p>
        </w:tc>
        <w:tc>
          <w:tcPr>
            <w:tcW w:w="1987" w:type="dxa"/>
            <w:vAlign w:val="center"/>
          </w:tcPr>
          <w:p w14:paraId="72B15AB6" w14:textId="77777777" w:rsidR="00160943" w:rsidRDefault="00B1626B" w:rsidP="00C7273C">
            <w:pPr>
              <w:jc w:val="both"/>
            </w:pPr>
            <w:r>
              <w:rPr>
                <w:sz w:val="16"/>
              </w:rPr>
              <w:t>Seed yield per plant (g)</w:t>
            </w:r>
          </w:p>
        </w:tc>
        <w:tc>
          <w:tcPr>
            <w:tcW w:w="1987" w:type="dxa"/>
            <w:vAlign w:val="center"/>
          </w:tcPr>
          <w:p w14:paraId="18F1EEA8" w14:textId="77777777" w:rsidR="00160943" w:rsidRDefault="00B1626B" w:rsidP="00C7273C">
            <w:pPr>
              <w:jc w:val="both"/>
            </w:pPr>
            <w:r>
              <w:rPr>
                <w:sz w:val="16"/>
              </w:rPr>
              <w:t>0.400</w:t>
            </w:r>
          </w:p>
        </w:tc>
        <w:tc>
          <w:tcPr>
            <w:tcW w:w="1987" w:type="dxa"/>
            <w:vAlign w:val="center"/>
          </w:tcPr>
          <w:p w14:paraId="145D644C" w14:textId="77777777" w:rsidR="00160943" w:rsidRDefault="00B1626B" w:rsidP="00C7273C">
            <w:pPr>
              <w:jc w:val="both"/>
            </w:pPr>
            <w:r>
              <w:rPr>
                <w:sz w:val="16"/>
              </w:rPr>
              <w:t>0.654**</w:t>
            </w:r>
          </w:p>
        </w:tc>
        <w:tc>
          <w:tcPr>
            <w:tcW w:w="1987" w:type="dxa"/>
            <w:vAlign w:val="center"/>
          </w:tcPr>
          <w:p w14:paraId="5DDD731A" w14:textId="77777777" w:rsidR="00160943" w:rsidRDefault="00B1626B" w:rsidP="00C7273C">
            <w:pPr>
              <w:jc w:val="both"/>
            </w:pPr>
            <w:r>
              <w:rPr>
                <w:sz w:val="16"/>
              </w:rPr>
              <w:t>0.076</w:t>
            </w:r>
          </w:p>
        </w:tc>
      </w:tr>
    </w:tbl>
    <w:p w14:paraId="6B952172" w14:textId="77777777" w:rsidR="00160943" w:rsidRDefault="00160943" w:rsidP="00C7273C">
      <w:pPr>
        <w:jc w:val="both"/>
      </w:pPr>
    </w:p>
    <w:p w14:paraId="533108BA" w14:textId="77777777" w:rsidR="00160943" w:rsidRDefault="00B1626B" w:rsidP="00C7273C">
      <w:pPr>
        <w:jc w:val="both"/>
      </w:pPr>
      <w:r>
        <w:t>Note: ** Significant at P ≤ 0.01. Degrees of freedom: replication = 1, genotype = 39 and error = 39.</w:t>
      </w:r>
    </w:p>
    <w:p w14:paraId="1B289A38" w14:textId="77777777" w:rsidR="00160943" w:rsidRDefault="00B1626B" w:rsidP="00C7273C">
      <w:pPr>
        <w:pStyle w:val="Heading2"/>
        <w:jc w:val="both"/>
      </w:pPr>
      <w:r>
        <w:t>3.2 Genetic variability</w:t>
      </w:r>
    </w:p>
    <w:p w14:paraId="7FB1173A" w14:textId="77777777" w:rsidR="00160943" w:rsidRDefault="00B1626B" w:rsidP="00C7273C">
      <w:pPr>
        <w:jc w:val="both"/>
      </w:pPr>
      <w:r>
        <w:t>The corrected estimates showed that phenotypic coefficients of variation were slightly higher than the corresponding genotypic coefficients of variation for all characters, indicating some environmental influence on trait expression. The difference between PCV and GCV was small for most traits, suggesting that genetic factors accounted for a major portion of the observed variation.</w:t>
      </w:r>
    </w:p>
    <w:p w14:paraId="47D517D0" w14:textId="77777777" w:rsidR="00160943" w:rsidRDefault="00B1626B" w:rsidP="00C7273C">
      <w:pPr>
        <w:jc w:val="both"/>
      </w:pPr>
      <w:r>
        <w:t>The highest GCV was observed for number of branches per plant (22.15%), followed by oil content (18.08%), 1000-seed weight (14.06%), seed yield per plant (13.41%), number of capsules per plant (13.18%) and number of seeds per capsule (12.91%). The lowest GCV was recorded for days to maturity (4.61%). A similar trend was observed for PCV, with the highest value for number of branches per plant (22.53%) and the lowest for harvest index (5.14%). The relatively high variability observed for branch number, capsule number, seeds per capsule, 1000-seed weight and seed yield indicates scope for selection in the tested material.</w:t>
      </w:r>
    </w:p>
    <w:p w14:paraId="54FF5742" w14:textId="77777777" w:rsidR="00E36509" w:rsidRDefault="00C7273C" w:rsidP="00C7273C">
      <w:pPr>
        <w:jc w:val="both"/>
      </w:pPr>
      <w:r>
        <w:t>Table 2. Estimation of Genetic variability</w:t>
      </w:r>
    </w:p>
    <w:tbl>
      <w:tblPr>
        <w:tblStyle w:val="TableGrid"/>
        <w:tblW w:w="0" w:type="auto"/>
        <w:jc w:val="center"/>
        <w:tblLook w:val="04A0" w:firstRow="1" w:lastRow="0" w:firstColumn="1" w:lastColumn="0" w:noHBand="0" w:noVBand="1"/>
      </w:tblPr>
      <w:tblGrid>
        <w:gridCol w:w="994"/>
        <w:gridCol w:w="994"/>
        <w:gridCol w:w="994"/>
        <w:gridCol w:w="994"/>
        <w:gridCol w:w="994"/>
        <w:gridCol w:w="994"/>
        <w:gridCol w:w="994"/>
        <w:gridCol w:w="994"/>
        <w:gridCol w:w="994"/>
        <w:gridCol w:w="994"/>
      </w:tblGrid>
      <w:tr w:rsidR="00160943" w14:paraId="2CAB1061" w14:textId="77777777">
        <w:trPr>
          <w:jc w:val="center"/>
        </w:trPr>
        <w:tc>
          <w:tcPr>
            <w:tcW w:w="994" w:type="dxa"/>
          </w:tcPr>
          <w:p w14:paraId="62C370DE" w14:textId="77777777" w:rsidR="00160943" w:rsidRDefault="00B1626B" w:rsidP="00C7273C">
            <w:pPr>
              <w:jc w:val="both"/>
            </w:pPr>
            <w:r>
              <w:rPr>
                <w:b/>
                <w:sz w:val="14"/>
              </w:rPr>
              <w:t>Character</w:t>
            </w:r>
          </w:p>
        </w:tc>
        <w:tc>
          <w:tcPr>
            <w:tcW w:w="994" w:type="dxa"/>
          </w:tcPr>
          <w:p w14:paraId="7ECDD215" w14:textId="77777777" w:rsidR="00160943" w:rsidRDefault="00B1626B" w:rsidP="00C7273C">
            <w:pPr>
              <w:jc w:val="both"/>
            </w:pPr>
            <w:r>
              <w:rPr>
                <w:b/>
                <w:sz w:val="14"/>
              </w:rPr>
              <w:t>Range</w:t>
            </w:r>
          </w:p>
        </w:tc>
        <w:tc>
          <w:tcPr>
            <w:tcW w:w="994" w:type="dxa"/>
          </w:tcPr>
          <w:p w14:paraId="39015CE0" w14:textId="77777777" w:rsidR="00160943" w:rsidRDefault="00B1626B" w:rsidP="00C7273C">
            <w:pPr>
              <w:jc w:val="both"/>
            </w:pPr>
            <w:r>
              <w:rPr>
                <w:b/>
                <w:sz w:val="14"/>
              </w:rPr>
              <w:t>Mean</w:t>
            </w:r>
          </w:p>
        </w:tc>
        <w:tc>
          <w:tcPr>
            <w:tcW w:w="994" w:type="dxa"/>
          </w:tcPr>
          <w:p w14:paraId="0454D0ED" w14:textId="77777777" w:rsidR="00160943" w:rsidRDefault="00B1626B" w:rsidP="00C7273C">
            <w:pPr>
              <w:jc w:val="both"/>
            </w:pPr>
            <w:r>
              <w:rPr>
                <w:b/>
                <w:sz w:val="14"/>
              </w:rPr>
              <w:t>GV</w:t>
            </w:r>
          </w:p>
        </w:tc>
        <w:tc>
          <w:tcPr>
            <w:tcW w:w="994" w:type="dxa"/>
          </w:tcPr>
          <w:p w14:paraId="44DFB584" w14:textId="77777777" w:rsidR="00160943" w:rsidRDefault="00B1626B" w:rsidP="00C7273C">
            <w:pPr>
              <w:jc w:val="both"/>
            </w:pPr>
            <w:r>
              <w:rPr>
                <w:b/>
                <w:sz w:val="14"/>
              </w:rPr>
              <w:t>PV</w:t>
            </w:r>
          </w:p>
        </w:tc>
        <w:tc>
          <w:tcPr>
            <w:tcW w:w="994" w:type="dxa"/>
          </w:tcPr>
          <w:p w14:paraId="5543633E" w14:textId="77777777" w:rsidR="00160943" w:rsidRDefault="00B1626B" w:rsidP="00C7273C">
            <w:pPr>
              <w:jc w:val="both"/>
            </w:pPr>
            <w:r>
              <w:rPr>
                <w:b/>
                <w:sz w:val="14"/>
              </w:rPr>
              <w:t>GCV (%)</w:t>
            </w:r>
          </w:p>
        </w:tc>
        <w:tc>
          <w:tcPr>
            <w:tcW w:w="994" w:type="dxa"/>
          </w:tcPr>
          <w:p w14:paraId="154316A5" w14:textId="77777777" w:rsidR="00160943" w:rsidRDefault="00B1626B" w:rsidP="00C7273C">
            <w:pPr>
              <w:jc w:val="both"/>
            </w:pPr>
            <w:r>
              <w:rPr>
                <w:b/>
                <w:sz w:val="14"/>
              </w:rPr>
              <w:t>PCV (%)</w:t>
            </w:r>
          </w:p>
        </w:tc>
        <w:tc>
          <w:tcPr>
            <w:tcW w:w="994" w:type="dxa"/>
          </w:tcPr>
          <w:p w14:paraId="49C8789B" w14:textId="77777777" w:rsidR="00160943" w:rsidRDefault="00B1626B" w:rsidP="00C7273C">
            <w:pPr>
              <w:jc w:val="both"/>
            </w:pPr>
            <w:r>
              <w:rPr>
                <w:b/>
                <w:sz w:val="14"/>
              </w:rPr>
              <w:t>h² (%)</w:t>
            </w:r>
          </w:p>
        </w:tc>
        <w:tc>
          <w:tcPr>
            <w:tcW w:w="994" w:type="dxa"/>
          </w:tcPr>
          <w:p w14:paraId="2AC7A2C8" w14:textId="77777777" w:rsidR="00160943" w:rsidRDefault="00B1626B" w:rsidP="00C7273C">
            <w:pPr>
              <w:jc w:val="both"/>
            </w:pPr>
            <w:r>
              <w:rPr>
                <w:b/>
                <w:sz w:val="14"/>
              </w:rPr>
              <w:t>GA</w:t>
            </w:r>
          </w:p>
        </w:tc>
        <w:tc>
          <w:tcPr>
            <w:tcW w:w="994" w:type="dxa"/>
          </w:tcPr>
          <w:p w14:paraId="47BCAFA4" w14:textId="77777777" w:rsidR="00160943" w:rsidRDefault="00B1626B" w:rsidP="00C7273C">
            <w:pPr>
              <w:jc w:val="both"/>
            </w:pPr>
            <w:r>
              <w:rPr>
                <w:b/>
                <w:sz w:val="14"/>
              </w:rPr>
              <w:t>GAM (%)</w:t>
            </w:r>
          </w:p>
        </w:tc>
      </w:tr>
      <w:tr w:rsidR="00160943" w14:paraId="3334BB22" w14:textId="77777777">
        <w:trPr>
          <w:jc w:val="center"/>
        </w:trPr>
        <w:tc>
          <w:tcPr>
            <w:tcW w:w="994" w:type="dxa"/>
            <w:vAlign w:val="center"/>
          </w:tcPr>
          <w:p w14:paraId="39A01EFF" w14:textId="77777777" w:rsidR="00160943" w:rsidRDefault="00B1626B" w:rsidP="00C7273C">
            <w:pPr>
              <w:jc w:val="both"/>
            </w:pPr>
            <w:r>
              <w:rPr>
                <w:sz w:val="14"/>
              </w:rPr>
              <w:t>Days to 50% flowering</w:t>
            </w:r>
          </w:p>
        </w:tc>
        <w:tc>
          <w:tcPr>
            <w:tcW w:w="994" w:type="dxa"/>
            <w:vAlign w:val="center"/>
          </w:tcPr>
          <w:p w14:paraId="4ED1FA99" w14:textId="77777777" w:rsidR="00160943" w:rsidRDefault="00B1626B" w:rsidP="00C7273C">
            <w:pPr>
              <w:jc w:val="both"/>
            </w:pPr>
            <w:r>
              <w:rPr>
                <w:sz w:val="14"/>
              </w:rPr>
              <w:t>47–65.50</w:t>
            </w:r>
          </w:p>
        </w:tc>
        <w:tc>
          <w:tcPr>
            <w:tcW w:w="994" w:type="dxa"/>
            <w:vAlign w:val="center"/>
          </w:tcPr>
          <w:p w14:paraId="688790E1" w14:textId="77777777" w:rsidR="00160943" w:rsidRDefault="00B1626B" w:rsidP="00C7273C">
            <w:pPr>
              <w:jc w:val="both"/>
            </w:pPr>
            <w:r>
              <w:rPr>
                <w:sz w:val="14"/>
              </w:rPr>
              <w:t>56.40</w:t>
            </w:r>
          </w:p>
        </w:tc>
        <w:tc>
          <w:tcPr>
            <w:tcW w:w="994" w:type="dxa"/>
            <w:vAlign w:val="center"/>
          </w:tcPr>
          <w:p w14:paraId="33CDE4A7" w14:textId="77777777" w:rsidR="00160943" w:rsidRDefault="00B1626B" w:rsidP="00C7273C">
            <w:pPr>
              <w:jc w:val="both"/>
            </w:pPr>
            <w:r>
              <w:rPr>
                <w:sz w:val="14"/>
              </w:rPr>
              <w:t>6.628</w:t>
            </w:r>
          </w:p>
        </w:tc>
        <w:tc>
          <w:tcPr>
            <w:tcW w:w="994" w:type="dxa"/>
            <w:vAlign w:val="center"/>
          </w:tcPr>
          <w:p w14:paraId="7CC99722" w14:textId="77777777" w:rsidR="00160943" w:rsidRDefault="00B1626B" w:rsidP="00C7273C">
            <w:pPr>
              <w:jc w:val="both"/>
            </w:pPr>
            <w:r>
              <w:rPr>
                <w:sz w:val="14"/>
              </w:rPr>
              <w:t>9.771</w:t>
            </w:r>
          </w:p>
        </w:tc>
        <w:tc>
          <w:tcPr>
            <w:tcW w:w="994" w:type="dxa"/>
            <w:vAlign w:val="center"/>
          </w:tcPr>
          <w:p w14:paraId="5CB7E398" w14:textId="77777777" w:rsidR="00160943" w:rsidRDefault="00B1626B" w:rsidP="00C7273C">
            <w:pPr>
              <w:jc w:val="both"/>
            </w:pPr>
            <w:r>
              <w:rPr>
                <w:sz w:val="14"/>
              </w:rPr>
              <w:t>4.56</w:t>
            </w:r>
          </w:p>
        </w:tc>
        <w:tc>
          <w:tcPr>
            <w:tcW w:w="994" w:type="dxa"/>
            <w:vAlign w:val="center"/>
          </w:tcPr>
          <w:p w14:paraId="15A31BF5" w14:textId="77777777" w:rsidR="00160943" w:rsidRDefault="00B1626B" w:rsidP="00C7273C">
            <w:pPr>
              <w:jc w:val="both"/>
            </w:pPr>
            <w:r>
              <w:rPr>
                <w:sz w:val="14"/>
              </w:rPr>
              <w:t>5.54</w:t>
            </w:r>
          </w:p>
        </w:tc>
        <w:tc>
          <w:tcPr>
            <w:tcW w:w="994" w:type="dxa"/>
            <w:vAlign w:val="center"/>
          </w:tcPr>
          <w:p w14:paraId="2D744266" w14:textId="77777777" w:rsidR="00160943" w:rsidRDefault="00B1626B" w:rsidP="00C7273C">
            <w:pPr>
              <w:jc w:val="both"/>
            </w:pPr>
            <w:r>
              <w:rPr>
                <w:sz w:val="14"/>
              </w:rPr>
              <w:t>67.83</w:t>
            </w:r>
          </w:p>
        </w:tc>
        <w:tc>
          <w:tcPr>
            <w:tcW w:w="994" w:type="dxa"/>
            <w:vAlign w:val="center"/>
          </w:tcPr>
          <w:p w14:paraId="602405F7" w14:textId="77777777" w:rsidR="00160943" w:rsidRDefault="00B1626B" w:rsidP="00C7273C">
            <w:pPr>
              <w:jc w:val="both"/>
            </w:pPr>
            <w:r>
              <w:rPr>
                <w:sz w:val="14"/>
              </w:rPr>
              <w:t>4.368</w:t>
            </w:r>
          </w:p>
        </w:tc>
        <w:tc>
          <w:tcPr>
            <w:tcW w:w="994" w:type="dxa"/>
            <w:vAlign w:val="center"/>
          </w:tcPr>
          <w:p w14:paraId="6105B66F" w14:textId="77777777" w:rsidR="00160943" w:rsidRDefault="00B1626B" w:rsidP="00C7273C">
            <w:pPr>
              <w:jc w:val="both"/>
            </w:pPr>
            <w:r>
              <w:rPr>
                <w:sz w:val="14"/>
              </w:rPr>
              <w:t>7.74</w:t>
            </w:r>
          </w:p>
        </w:tc>
      </w:tr>
      <w:tr w:rsidR="00160943" w14:paraId="0DE95D06" w14:textId="77777777">
        <w:trPr>
          <w:jc w:val="center"/>
        </w:trPr>
        <w:tc>
          <w:tcPr>
            <w:tcW w:w="994" w:type="dxa"/>
            <w:vAlign w:val="center"/>
          </w:tcPr>
          <w:p w14:paraId="08FBD608" w14:textId="77777777" w:rsidR="00160943" w:rsidRDefault="00B1626B" w:rsidP="00C7273C">
            <w:pPr>
              <w:jc w:val="both"/>
            </w:pPr>
            <w:r>
              <w:rPr>
                <w:sz w:val="14"/>
              </w:rPr>
              <w:t>Days to maturity</w:t>
            </w:r>
          </w:p>
        </w:tc>
        <w:tc>
          <w:tcPr>
            <w:tcW w:w="994" w:type="dxa"/>
            <w:vAlign w:val="center"/>
          </w:tcPr>
          <w:p w14:paraId="404E99BE" w14:textId="77777777" w:rsidR="00160943" w:rsidRDefault="00B1626B" w:rsidP="00C7273C">
            <w:pPr>
              <w:jc w:val="both"/>
            </w:pPr>
            <w:r>
              <w:rPr>
                <w:sz w:val="14"/>
              </w:rPr>
              <w:t>83–106.50</w:t>
            </w:r>
          </w:p>
        </w:tc>
        <w:tc>
          <w:tcPr>
            <w:tcW w:w="994" w:type="dxa"/>
            <w:vAlign w:val="center"/>
          </w:tcPr>
          <w:p w14:paraId="226CE7A4" w14:textId="77777777" w:rsidR="00160943" w:rsidRDefault="00B1626B" w:rsidP="00C7273C">
            <w:pPr>
              <w:jc w:val="both"/>
            </w:pPr>
            <w:r>
              <w:rPr>
                <w:sz w:val="14"/>
              </w:rPr>
              <w:t>95.75</w:t>
            </w:r>
          </w:p>
        </w:tc>
        <w:tc>
          <w:tcPr>
            <w:tcW w:w="994" w:type="dxa"/>
            <w:vAlign w:val="center"/>
          </w:tcPr>
          <w:p w14:paraId="46FF3B58" w14:textId="77777777" w:rsidR="00160943" w:rsidRDefault="00B1626B" w:rsidP="00C7273C">
            <w:pPr>
              <w:jc w:val="both"/>
            </w:pPr>
            <w:r>
              <w:rPr>
                <w:sz w:val="14"/>
              </w:rPr>
              <w:t>19.451</w:t>
            </w:r>
          </w:p>
        </w:tc>
        <w:tc>
          <w:tcPr>
            <w:tcW w:w="994" w:type="dxa"/>
            <w:vAlign w:val="center"/>
          </w:tcPr>
          <w:p w14:paraId="489484B9" w14:textId="77777777" w:rsidR="00160943" w:rsidRDefault="00B1626B" w:rsidP="00C7273C">
            <w:pPr>
              <w:jc w:val="both"/>
            </w:pPr>
            <w:r>
              <w:rPr>
                <w:sz w:val="14"/>
              </w:rPr>
              <w:t>30.846</w:t>
            </w:r>
          </w:p>
        </w:tc>
        <w:tc>
          <w:tcPr>
            <w:tcW w:w="994" w:type="dxa"/>
            <w:vAlign w:val="center"/>
          </w:tcPr>
          <w:p w14:paraId="04B47A50" w14:textId="77777777" w:rsidR="00160943" w:rsidRDefault="00B1626B" w:rsidP="00C7273C">
            <w:pPr>
              <w:jc w:val="both"/>
            </w:pPr>
            <w:r>
              <w:rPr>
                <w:sz w:val="14"/>
              </w:rPr>
              <w:t>4.61</w:t>
            </w:r>
          </w:p>
        </w:tc>
        <w:tc>
          <w:tcPr>
            <w:tcW w:w="994" w:type="dxa"/>
            <w:vAlign w:val="center"/>
          </w:tcPr>
          <w:p w14:paraId="1AC4FF05" w14:textId="77777777" w:rsidR="00160943" w:rsidRDefault="00B1626B" w:rsidP="00C7273C">
            <w:pPr>
              <w:jc w:val="both"/>
            </w:pPr>
            <w:r>
              <w:rPr>
                <w:sz w:val="14"/>
              </w:rPr>
              <w:t>5.80</w:t>
            </w:r>
          </w:p>
        </w:tc>
        <w:tc>
          <w:tcPr>
            <w:tcW w:w="994" w:type="dxa"/>
            <w:vAlign w:val="center"/>
          </w:tcPr>
          <w:p w14:paraId="12781FE3" w14:textId="77777777" w:rsidR="00160943" w:rsidRDefault="00B1626B" w:rsidP="00C7273C">
            <w:pPr>
              <w:jc w:val="both"/>
            </w:pPr>
            <w:r>
              <w:rPr>
                <w:sz w:val="14"/>
              </w:rPr>
              <w:t>63.06</w:t>
            </w:r>
          </w:p>
        </w:tc>
        <w:tc>
          <w:tcPr>
            <w:tcW w:w="994" w:type="dxa"/>
            <w:vAlign w:val="center"/>
          </w:tcPr>
          <w:p w14:paraId="256BFC5E" w14:textId="77777777" w:rsidR="00160943" w:rsidRDefault="00B1626B" w:rsidP="00C7273C">
            <w:pPr>
              <w:jc w:val="both"/>
            </w:pPr>
            <w:r>
              <w:rPr>
                <w:sz w:val="14"/>
              </w:rPr>
              <w:t>7.215</w:t>
            </w:r>
          </w:p>
        </w:tc>
        <w:tc>
          <w:tcPr>
            <w:tcW w:w="994" w:type="dxa"/>
            <w:vAlign w:val="center"/>
          </w:tcPr>
          <w:p w14:paraId="3ABD5EC4" w14:textId="77777777" w:rsidR="00160943" w:rsidRDefault="00B1626B" w:rsidP="00C7273C">
            <w:pPr>
              <w:jc w:val="both"/>
            </w:pPr>
            <w:r>
              <w:rPr>
                <w:sz w:val="14"/>
              </w:rPr>
              <w:t>7.53</w:t>
            </w:r>
          </w:p>
        </w:tc>
      </w:tr>
      <w:tr w:rsidR="00160943" w14:paraId="6A9A5D5F" w14:textId="77777777">
        <w:trPr>
          <w:jc w:val="center"/>
        </w:trPr>
        <w:tc>
          <w:tcPr>
            <w:tcW w:w="994" w:type="dxa"/>
            <w:vAlign w:val="center"/>
          </w:tcPr>
          <w:p w14:paraId="4CA25E29" w14:textId="77777777" w:rsidR="00160943" w:rsidRDefault="00B1626B" w:rsidP="00C7273C">
            <w:pPr>
              <w:jc w:val="both"/>
            </w:pPr>
            <w:r>
              <w:rPr>
                <w:sz w:val="14"/>
              </w:rPr>
              <w:t>Plant height (cm)</w:t>
            </w:r>
          </w:p>
        </w:tc>
        <w:tc>
          <w:tcPr>
            <w:tcW w:w="994" w:type="dxa"/>
            <w:vAlign w:val="center"/>
          </w:tcPr>
          <w:p w14:paraId="0C032077" w14:textId="77777777" w:rsidR="00160943" w:rsidRDefault="00B1626B" w:rsidP="00C7273C">
            <w:pPr>
              <w:jc w:val="both"/>
            </w:pPr>
            <w:r>
              <w:rPr>
                <w:sz w:val="14"/>
              </w:rPr>
              <w:t>46–58</w:t>
            </w:r>
          </w:p>
        </w:tc>
        <w:tc>
          <w:tcPr>
            <w:tcW w:w="994" w:type="dxa"/>
            <w:vAlign w:val="center"/>
          </w:tcPr>
          <w:p w14:paraId="6F013956" w14:textId="77777777" w:rsidR="00160943" w:rsidRDefault="00B1626B" w:rsidP="00C7273C">
            <w:pPr>
              <w:jc w:val="both"/>
            </w:pPr>
            <w:r>
              <w:rPr>
                <w:sz w:val="14"/>
              </w:rPr>
              <w:t>52.50</w:t>
            </w:r>
          </w:p>
        </w:tc>
        <w:tc>
          <w:tcPr>
            <w:tcW w:w="994" w:type="dxa"/>
            <w:vAlign w:val="center"/>
          </w:tcPr>
          <w:p w14:paraId="1D019CB8" w14:textId="77777777" w:rsidR="00160943" w:rsidRDefault="00B1626B" w:rsidP="00C7273C">
            <w:pPr>
              <w:jc w:val="both"/>
            </w:pPr>
            <w:r>
              <w:rPr>
                <w:sz w:val="14"/>
              </w:rPr>
              <w:t>13.056</w:t>
            </w:r>
          </w:p>
        </w:tc>
        <w:tc>
          <w:tcPr>
            <w:tcW w:w="994" w:type="dxa"/>
            <w:vAlign w:val="center"/>
          </w:tcPr>
          <w:p w14:paraId="61E5F7B6" w14:textId="77777777" w:rsidR="00160943" w:rsidRDefault="00B1626B" w:rsidP="00C7273C">
            <w:pPr>
              <w:jc w:val="both"/>
            </w:pPr>
            <w:r>
              <w:rPr>
                <w:sz w:val="14"/>
              </w:rPr>
              <w:t>15.546</w:t>
            </w:r>
          </w:p>
        </w:tc>
        <w:tc>
          <w:tcPr>
            <w:tcW w:w="994" w:type="dxa"/>
            <w:vAlign w:val="center"/>
          </w:tcPr>
          <w:p w14:paraId="4E5CFC26" w14:textId="77777777" w:rsidR="00160943" w:rsidRDefault="00B1626B" w:rsidP="00C7273C">
            <w:pPr>
              <w:jc w:val="both"/>
            </w:pPr>
            <w:r>
              <w:rPr>
                <w:sz w:val="14"/>
              </w:rPr>
              <w:t>6.88</w:t>
            </w:r>
          </w:p>
        </w:tc>
        <w:tc>
          <w:tcPr>
            <w:tcW w:w="994" w:type="dxa"/>
            <w:vAlign w:val="center"/>
          </w:tcPr>
          <w:p w14:paraId="60422162" w14:textId="77777777" w:rsidR="00160943" w:rsidRDefault="00B1626B" w:rsidP="00C7273C">
            <w:pPr>
              <w:jc w:val="both"/>
            </w:pPr>
            <w:r>
              <w:rPr>
                <w:sz w:val="14"/>
              </w:rPr>
              <w:t>7.51</w:t>
            </w:r>
          </w:p>
        </w:tc>
        <w:tc>
          <w:tcPr>
            <w:tcW w:w="994" w:type="dxa"/>
            <w:vAlign w:val="center"/>
          </w:tcPr>
          <w:p w14:paraId="640795CD" w14:textId="77777777" w:rsidR="00160943" w:rsidRDefault="00B1626B" w:rsidP="00C7273C">
            <w:pPr>
              <w:jc w:val="both"/>
            </w:pPr>
            <w:r>
              <w:rPr>
                <w:sz w:val="14"/>
              </w:rPr>
              <w:t>83.98</w:t>
            </w:r>
          </w:p>
        </w:tc>
        <w:tc>
          <w:tcPr>
            <w:tcW w:w="994" w:type="dxa"/>
            <w:vAlign w:val="center"/>
          </w:tcPr>
          <w:p w14:paraId="120AB437" w14:textId="77777777" w:rsidR="00160943" w:rsidRDefault="00B1626B" w:rsidP="00C7273C">
            <w:pPr>
              <w:jc w:val="both"/>
            </w:pPr>
            <w:r>
              <w:rPr>
                <w:sz w:val="14"/>
              </w:rPr>
              <w:t>6.821</w:t>
            </w:r>
          </w:p>
        </w:tc>
        <w:tc>
          <w:tcPr>
            <w:tcW w:w="994" w:type="dxa"/>
            <w:vAlign w:val="center"/>
          </w:tcPr>
          <w:p w14:paraId="3FB0542F" w14:textId="77777777" w:rsidR="00160943" w:rsidRDefault="00B1626B" w:rsidP="00C7273C">
            <w:pPr>
              <w:jc w:val="both"/>
            </w:pPr>
            <w:r>
              <w:rPr>
                <w:sz w:val="14"/>
              </w:rPr>
              <w:t>12.99</w:t>
            </w:r>
          </w:p>
        </w:tc>
      </w:tr>
      <w:tr w:rsidR="00160943" w14:paraId="5E5FDCCA" w14:textId="77777777">
        <w:trPr>
          <w:jc w:val="center"/>
        </w:trPr>
        <w:tc>
          <w:tcPr>
            <w:tcW w:w="994" w:type="dxa"/>
            <w:vAlign w:val="center"/>
          </w:tcPr>
          <w:p w14:paraId="3EFCFE99" w14:textId="77777777" w:rsidR="00160943" w:rsidRDefault="00B1626B" w:rsidP="00C7273C">
            <w:pPr>
              <w:jc w:val="both"/>
            </w:pPr>
            <w:r>
              <w:rPr>
                <w:sz w:val="14"/>
              </w:rPr>
              <w:t>Number of branches per plant</w:t>
            </w:r>
          </w:p>
        </w:tc>
        <w:tc>
          <w:tcPr>
            <w:tcW w:w="994" w:type="dxa"/>
            <w:vAlign w:val="center"/>
          </w:tcPr>
          <w:p w14:paraId="0ABFFB71" w14:textId="77777777" w:rsidR="00160943" w:rsidRDefault="00B1626B" w:rsidP="00C7273C">
            <w:pPr>
              <w:jc w:val="both"/>
            </w:pPr>
            <w:r>
              <w:rPr>
                <w:sz w:val="14"/>
              </w:rPr>
              <w:t>2.10–4.80</w:t>
            </w:r>
          </w:p>
        </w:tc>
        <w:tc>
          <w:tcPr>
            <w:tcW w:w="994" w:type="dxa"/>
            <w:vAlign w:val="center"/>
          </w:tcPr>
          <w:p w14:paraId="021DD8F3" w14:textId="77777777" w:rsidR="00160943" w:rsidRDefault="00B1626B" w:rsidP="00C7273C">
            <w:pPr>
              <w:jc w:val="both"/>
            </w:pPr>
            <w:r>
              <w:rPr>
                <w:sz w:val="14"/>
              </w:rPr>
              <w:t>3.51</w:t>
            </w:r>
          </w:p>
        </w:tc>
        <w:tc>
          <w:tcPr>
            <w:tcW w:w="994" w:type="dxa"/>
            <w:vAlign w:val="center"/>
          </w:tcPr>
          <w:p w14:paraId="4E188CE9" w14:textId="77777777" w:rsidR="00160943" w:rsidRDefault="00B1626B" w:rsidP="00C7273C">
            <w:pPr>
              <w:jc w:val="both"/>
            </w:pPr>
            <w:r>
              <w:rPr>
                <w:sz w:val="14"/>
              </w:rPr>
              <w:t>0.604</w:t>
            </w:r>
          </w:p>
        </w:tc>
        <w:tc>
          <w:tcPr>
            <w:tcW w:w="994" w:type="dxa"/>
            <w:vAlign w:val="center"/>
          </w:tcPr>
          <w:p w14:paraId="1EE2AE0D" w14:textId="77777777" w:rsidR="00160943" w:rsidRDefault="00B1626B" w:rsidP="00C7273C">
            <w:pPr>
              <w:jc w:val="both"/>
            </w:pPr>
            <w:r>
              <w:rPr>
                <w:sz w:val="14"/>
              </w:rPr>
              <w:t>0.625</w:t>
            </w:r>
          </w:p>
        </w:tc>
        <w:tc>
          <w:tcPr>
            <w:tcW w:w="994" w:type="dxa"/>
            <w:vAlign w:val="center"/>
          </w:tcPr>
          <w:p w14:paraId="793BE650" w14:textId="77777777" w:rsidR="00160943" w:rsidRDefault="00B1626B" w:rsidP="00C7273C">
            <w:pPr>
              <w:jc w:val="both"/>
            </w:pPr>
            <w:r>
              <w:rPr>
                <w:sz w:val="14"/>
              </w:rPr>
              <w:t>22.15</w:t>
            </w:r>
          </w:p>
        </w:tc>
        <w:tc>
          <w:tcPr>
            <w:tcW w:w="994" w:type="dxa"/>
            <w:vAlign w:val="center"/>
          </w:tcPr>
          <w:p w14:paraId="09FF70BE" w14:textId="77777777" w:rsidR="00160943" w:rsidRDefault="00B1626B" w:rsidP="00C7273C">
            <w:pPr>
              <w:jc w:val="both"/>
            </w:pPr>
            <w:r>
              <w:rPr>
                <w:sz w:val="14"/>
              </w:rPr>
              <w:t>22.53</w:t>
            </w:r>
          </w:p>
        </w:tc>
        <w:tc>
          <w:tcPr>
            <w:tcW w:w="994" w:type="dxa"/>
            <w:vAlign w:val="center"/>
          </w:tcPr>
          <w:p w14:paraId="2794EF3C" w14:textId="77777777" w:rsidR="00160943" w:rsidRDefault="00B1626B" w:rsidP="00C7273C">
            <w:pPr>
              <w:jc w:val="both"/>
            </w:pPr>
            <w:r>
              <w:rPr>
                <w:sz w:val="14"/>
              </w:rPr>
              <w:t>96.64</w:t>
            </w:r>
          </w:p>
        </w:tc>
        <w:tc>
          <w:tcPr>
            <w:tcW w:w="994" w:type="dxa"/>
            <w:vAlign w:val="center"/>
          </w:tcPr>
          <w:p w14:paraId="17AA8BD8" w14:textId="77777777" w:rsidR="00160943" w:rsidRDefault="00B1626B" w:rsidP="00C7273C">
            <w:pPr>
              <w:jc w:val="both"/>
            </w:pPr>
            <w:r>
              <w:rPr>
                <w:sz w:val="14"/>
              </w:rPr>
              <w:t>1.575</w:t>
            </w:r>
          </w:p>
        </w:tc>
        <w:tc>
          <w:tcPr>
            <w:tcW w:w="994" w:type="dxa"/>
            <w:vAlign w:val="center"/>
          </w:tcPr>
          <w:p w14:paraId="04C3960B" w14:textId="77777777" w:rsidR="00160943" w:rsidRDefault="00B1626B" w:rsidP="00C7273C">
            <w:pPr>
              <w:jc w:val="both"/>
            </w:pPr>
            <w:r>
              <w:rPr>
                <w:sz w:val="14"/>
              </w:rPr>
              <w:t>44.86</w:t>
            </w:r>
          </w:p>
        </w:tc>
      </w:tr>
      <w:tr w:rsidR="00160943" w14:paraId="0C73903D" w14:textId="77777777">
        <w:trPr>
          <w:jc w:val="center"/>
        </w:trPr>
        <w:tc>
          <w:tcPr>
            <w:tcW w:w="994" w:type="dxa"/>
            <w:vAlign w:val="center"/>
          </w:tcPr>
          <w:p w14:paraId="1EA62573" w14:textId="77777777" w:rsidR="00160943" w:rsidRDefault="00B1626B" w:rsidP="00C7273C">
            <w:pPr>
              <w:jc w:val="both"/>
            </w:pPr>
            <w:r>
              <w:rPr>
                <w:sz w:val="14"/>
              </w:rPr>
              <w:lastRenderedPageBreak/>
              <w:t>Number of capsules per plant</w:t>
            </w:r>
          </w:p>
        </w:tc>
        <w:tc>
          <w:tcPr>
            <w:tcW w:w="994" w:type="dxa"/>
            <w:vAlign w:val="center"/>
          </w:tcPr>
          <w:p w14:paraId="66F76E1D" w14:textId="77777777" w:rsidR="00160943" w:rsidRDefault="00B1626B" w:rsidP="00C7273C">
            <w:pPr>
              <w:jc w:val="both"/>
            </w:pPr>
            <w:r>
              <w:rPr>
                <w:sz w:val="14"/>
              </w:rPr>
              <w:t>31.15–49.35</w:t>
            </w:r>
          </w:p>
        </w:tc>
        <w:tc>
          <w:tcPr>
            <w:tcW w:w="994" w:type="dxa"/>
            <w:vAlign w:val="center"/>
          </w:tcPr>
          <w:p w14:paraId="3D48375C" w14:textId="77777777" w:rsidR="00160943" w:rsidRDefault="00B1626B" w:rsidP="00C7273C">
            <w:pPr>
              <w:jc w:val="both"/>
            </w:pPr>
            <w:r>
              <w:rPr>
                <w:sz w:val="14"/>
              </w:rPr>
              <w:t>40.33</w:t>
            </w:r>
          </w:p>
        </w:tc>
        <w:tc>
          <w:tcPr>
            <w:tcW w:w="994" w:type="dxa"/>
            <w:vAlign w:val="center"/>
          </w:tcPr>
          <w:p w14:paraId="1680A2AF" w14:textId="77777777" w:rsidR="00160943" w:rsidRDefault="00B1626B" w:rsidP="00C7273C">
            <w:pPr>
              <w:jc w:val="both"/>
            </w:pPr>
            <w:r>
              <w:rPr>
                <w:sz w:val="14"/>
              </w:rPr>
              <w:t>28.266</w:t>
            </w:r>
          </w:p>
        </w:tc>
        <w:tc>
          <w:tcPr>
            <w:tcW w:w="994" w:type="dxa"/>
            <w:vAlign w:val="center"/>
          </w:tcPr>
          <w:p w14:paraId="5FEDDA61" w14:textId="77777777" w:rsidR="00160943" w:rsidRDefault="00B1626B" w:rsidP="00C7273C">
            <w:pPr>
              <w:jc w:val="both"/>
            </w:pPr>
            <w:r>
              <w:rPr>
                <w:sz w:val="14"/>
              </w:rPr>
              <w:t>29.023</w:t>
            </w:r>
          </w:p>
        </w:tc>
        <w:tc>
          <w:tcPr>
            <w:tcW w:w="994" w:type="dxa"/>
            <w:vAlign w:val="center"/>
          </w:tcPr>
          <w:p w14:paraId="42DFAE07" w14:textId="77777777" w:rsidR="00160943" w:rsidRDefault="00B1626B" w:rsidP="00C7273C">
            <w:pPr>
              <w:jc w:val="both"/>
            </w:pPr>
            <w:r>
              <w:rPr>
                <w:sz w:val="14"/>
              </w:rPr>
              <w:t>13.18</w:t>
            </w:r>
          </w:p>
        </w:tc>
        <w:tc>
          <w:tcPr>
            <w:tcW w:w="994" w:type="dxa"/>
            <w:vAlign w:val="center"/>
          </w:tcPr>
          <w:p w14:paraId="1A2426E0" w14:textId="77777777" w:rsidR="00160943" w:rsidRDefault="00B1626B" w:rsidP="00C7273C">
            <w:pPr>
              <w:jc w:val="both"/>
            </w:pPr>
            <w:r>
              <w:rPr>
                <w:sz w:val="14"/>
              </w:rPr>
              <w:t>13.36</w:t>
            </w:r>
          </w:p>
        </w:tc>
        <w:tc>
          <w:tcPr>
            <w:tcW w:w="994" w:type="dxa"/>
            <w:vAlign w:val="center"/>
          </w:tcPr>
          <w:p w14:paraId="77F41B2A" w14:textId="77777777" w:rsidR="00160943" w:rsidRDefault="00B1626B" w:rsidP="00C7273C">
            <w:pPr>
              <w:jc w:val="both"/>
            </w:pPr>
            <w:r>
              <w:rPr>
                <w:sz w:val="14"/>
              </w:rPr>
              <w:t>97.39</w:t>
            </w:r>
          </w:p>
        </w:tc>
        <w:tc>
          <w:tcPr>
            <w:tcW w:w="994" w:type="dxa"/>
            <w:vAlign w:val="center"/>
          </w:tcPr>
          <w:p w14:paraId="6AC31882" w14:textId="77777777" w:rsidR="00160943" w:rsidRDefault="00B1626B" w:rsidP="00C7273C">
            <w:pPr>
              <w:jc w:val="both"/>
            </w:pPr>
            <w:r>
              <w:rPr>
                <w:sz w:val="14"/>
              </w:rPr>
              <w:t>10.808</w:t>
            </w:r>
          </w:p>
        </w:tc>
        <w:tc>
          <w:tcPr>
            <w:tcW w:w="994" w:type="dxa"/>
            <w:vAlign w:val="center"/>
          </w:tcPr>
          <w:p w14:paraId="599035FA" w14:textId="77777777" w:rsidR="00160943" w:rsidRDefault="00B1626B" w:rsidP="00C7273C">
            <w:pPr>
              <w:jc w:val="both"/>
            </w:pPr>
            <w:r>
              <w:rPr>
                <w:sz w:val="14"/>
              </w:rPr>
              <w:t>26.80</w:t>
            </w:r>
          </w:p>
        </w:tc>
      </w:tr>
      <w:tr w:rsidR="00160943" w14:paraId="634062F3" w14:textId="77777777">
        <w:trPr>
          <w:jc w:val="center"/>
        </w:trPr>
        <w:tc>
          <w:tcPr>
            <w:tcW w:w="994" w:type="dxa"/>
            <w:vAlign w:val="center"/>
          </w:tcPr>
          <w:p w14:paraId="48713486" w14:textId="77777777" w:rsidR="00160943" w:rsidRDefault="00B1626B" w:rsidP="00C7273C">
            <w:pPr>
              <w:jc w:val="both"/>
            </w:pPr>
            <w:r>
              <w:rPr>
                <w:sz w:val="14"/>
              </w:rPr>
              <w:t>Number of seeds per capsule</w:t>
            </w:r>
          </w:p>
        </w:tc>
        <w:tc>
          <w:tcPr>
            <w:tcW w:w="994" w:type="dxa"/>
            <w:vAlign w:val="center"/>
          </w:tcPr>
          <w:p w14:paraId="39F8D3A5" w14:textId="77777777" w:rsidR="00160943" w:rsidRDefault="00B1626B" w:rsidP="00C7273C">
            <w:pPr>
              <w:jc w:val="both"/>
            </w:pPr>
            <w:r>
              <w:rPr>
                <w:sz w:val="14"/>
              </w:rPr>
              <w:t>5.90–9.35</w:t>
            </w:r>
          </w:p>
        </w:tc>
        <w:tc>
          <w:tcPr>
            <w:tcW w:w="994" w:type="dxa"/>
            <w:vAlign w:val="center"/>
          </w:tcPr>
          <w:p w14:paraId="19DC280D" w14:textId="77777777" w:rsidR="00160943" w:rsidRDefault="00B1626B" w:rsidP="00C7273C">
            <w:pPr>
              <w:jc w:val="both"/>
            </w:pPr>
            <w:r>
              <w:rPr>
                <w:sz w:val="14"/>
              </w:rPr>
              <w:t>7.63</w:t>
            </w:r>
          </w:p>
        </w:tc>
        <w:tc>
          <w:tcPr>
            <w:tcW w:w="994" w:type="dxa"/>
            <w:vAlign w:val="center"/>
          </w:tcPr>
          <w:p w14:paraId="2DF93CA9" w14:textId="77777777" w:rsidR="00160943" w:rsidRDefault="00B1626B" w:rsidP="00C7273C">
            <w:pPr>
              <w:jc w:val="both"/>
            </w:pPr>
            <w:r>
              <w:rPr>
                <w:sz w:val="14"/>
              </w:rPr>
              <w:t>0.970</w:t>
            </w:r>
          </w:p>
        </w:tc>
        <w:tc>
          <w:tcPr>
            <w:tcW w:w="994" w:type="dxa"/>
            <w:vAlign w:val="center"/>
          </w:tcPr>
          <w:p w14:paraId="4D98F33D" w14:textId="77777777" w:rsidR="00160943" w:rsidRDefault="00B1626B" w:rsidP="00C7273C">
            <w:pPr>
              <w:jc w:val="both"/>
            </w:pPr>
            <w:r>
              <w:rPr>
                <w:sz w:val="14"/>
              </w:rPr>
              <w:t>1.002</w:t>
            </w:r>
          </w:p>
        </w:tc>
        <w:tc>
          <w:tcPr>
            <w:tcW w:w="994" w:type="dxa"/>
            <w:vAlign w:val="center"/>
          </w:tcPr>
          <w:p w14:paraId="7FB84ED0" w14:textId="77777777" w:rsidR="00160943" w:rsidRDefault="00B1626B" w:rsidP="00C7273C">
            <w:pPr>
              <w:jc w:val="both"/>
            </w:pPr>
            <w:r>
              <w:rPr>
                <w:sz w:val="14"/>
              </w:rPr>
              <w:t>12.91</w:t>
            </w:r>
          </w:p>
        </w:tc>
        <w:tc>
          <w:tcPr>
            <w:tcW w:w="994" w:type="dxa"/>
            <w:vAlign w:val="center"/>
          </w:tcPr>
          <w:p w14:paraId="5CB471BB" w14:textId="77777777" w:rsidR="00160943" w:rsidRDefault="00B1626B" w:rsidP="00C7273C">
            <w:pPr>
              <w:jc w:val="both"/>
            </w:pPr>
            <w:r>
              <w:rPr>
                <w:sz w:val="14"/>
              </w:rPr>
              <w:t>13.12</w:t>
            </w:r>
          </w:p>
        </w:tc>
        <w:tc>
          <w:tcPr>
            <w:tcW w:w="994" w:type="dxa"/>
            <w:vAlign w:val="center"/>
          </w:tcPr>
          <w:p w14:paraId="117BE9A1" w14:textId="77777777" w:rsidR="00160943" w:rsidRDefault="00B1626B" w:rsidP="00C7273C">
            <w:pPr>
              <w:jc w:val="both"/>
            </w:pPr>
            <w:r>
              <w:rPr>
                <w:sz w:val="14"/>
              </w:rPr>
              <w:t>96.76</w:t>
            </w:r>
          </w:p>
        </w:tc>
        <w:tc>
          <w:tcPr>
            <w:tcW w:w="994" w:type="dxa"/>
            <w:vAlign w:val="center"/>
          </w:tcPr>
          <w:p w14:paraId="59BE7F08" w14:textId="77777777" w:rsidR="00160943" w:rsidRDefault="00B1626B" w:rsidP="00C7273C">
            <w:pPr>
              <w:jc w:val="both"/>
            </w:pPr>
            <w:r>
              <w:rPr>
                <w:sz w:val="14"/>
              </w:rPr>
              <w:t>1.996</w:t>
            </w:r>
          </w:p>
        </w:tc>
        <w:tc>
          <w:tcPr>
            <w:tcW w:w="994" w:type="dxa"/>
            <w:vAlign w:val="center"/>
          </w:tcPr>
          <w:p w14:paraId="7C1C42EC" w14:textId="77777777" w:rsidR="00160943" w:rsidRDefault="00B1626B" w:rsidP="00C7273C">
            <w:pPr>
              <w:jc w:val="both"/>
            </w:pPr>
            <w:r>
              <w:rPr>
                <w:sz w:val="14"/>
              </w:rPr>
              <w:t>26.16</w:t>
            </w:r>
          </w:p>
        </w:tc>
      </w:tr>
      <w:tr w:rsidR="00160943" w14:paraId="7F507CAF" w14:textId="77777777">
        <w:trPr>
          <w:jc w:val="center"/>
        </w:trPr>
        <w:tc>
          <w:tcPr>
            <w:tcW w:w="994" w:type="dxa"/>
            <w:vAlign w:val="center"/>
          </w:tcPr>
          <w:p w14:paraId="3820F100" w14:textId="77777777" w:rsidR="00160943" w:rsidRDefault="00B1626B" w:rsidP="00C7273C">
            <w:pPr>
              <w:jc w:val="both"/>
            </w:pPr>
            <w:r>
              <w:rPr>
                <w:sz w:val="14"/>
              </w:rPr>
              <w:t>1000-seed weight (g)</w:t>
            </w:r>
          </w:p>
        </w:tc>
        <w:tc>
          <w:tcPr>
            <w:tcW w:w="994" w:type="dxa"/>
            <w:vAlign w:val="center"/>
          </w:tcPr>
          <w:p w14:paraId="62CA55FA" w14:textId="77777777" w:rsidR="00160943" w:rsidRDefault="00B1626B" w:rsidP="00C7273C">
            <w:pPr>
              <w:jc w:val="both"/>
            </w:pPr>
            <w:r>
              <w:rPr>
                <w:sz w:val="14"/>
              </w:rPr>
              <w:t>6.05–9.25</w:t>
            </w:r>
          </w:p>
        </w:tc>
        <w:tc>
          <w:tcPr>
            <w:tcW w:w="994" w:type="dxa"/>
            <w:vAlign w:val="center"/>
          </w:tcPr>
          <w:p w14:paraId="075154E1" w14:textId="77777777" w:rsidR="00160943" w:rsidRDefault="00B1626B" w:rsidP="00C7273C">
            <w:pPr>
              <w:jc w:val="both"/>
            </w:pPr>
            <w:r>
              <w:rPr>
                <w:sz w:val="14"/>
              </w:rPr>
              <w:t>7.49</w:t>
            </w:r>
          </w:p>
        </w:tc>
        <w:tc>
          <w:tcPr>
            <w:tcW w:w="994" w:type="dxa"/>
            <w:vAlign w:val="center"/>
          </w:tcPr>
          <w:p w14:paraId="5631F548" w14:textId="77777777" w:rsidR="00160943" w:rsidRDefault="00B1626B" w:rsidP="00C7273C">
            <w:pPr>
              <w:jc w:val="both"/>
            </w:pPr>
            <w:r>
              <w:rPr>
                <w:sz w:val="14"/>
              </w:rPr>
              <w:t>1.109</w:t>
            </w:r>
          </w:p>
        </w:tc>
        <w:tc>
          <w:tcPr>
            <w:tcW w:w="994" w:type="dxa"/>
            <w:vAlign w:val="center"/>
          </w:tcPr>
          <w:p w14:paraId="559BB82D" w14:textId="77777777" w:rsidR="00160943" w:rsidRDefault="00B1626B" w:rsidP="00C7273C">
            <w:pPr>
              <w:jc w:val="both"/>
            </w:pPr>
            <w:r>
              <w:rPr>
                <w:sz w:val="14"/>
              </w:rPr>
              <w:t>1.147</w:t>
            </w:r>
          </w:p>
        </w:tc>
        <w:tc>
          <w:tcPr>
            <w:tcW w:w="994" w:type="dxa"/>
            <w:vAlign w:val="center"/>
          </w:tcPr>
          <w:p w14:paraId="51F57B33" w14:textId="77777777" w:rsidR="00160943" w:rsidRDefault="00B1626B" w:rsidP="00C7273C">
            <w:pPr>
              <w:jc w:val="both"/>
            </w:pPr>
            <w:r>
              <w:rPr>
                <w:sz w:val="14"/>
              </w:rPr>
              <w:t>14.06</w:t>
            </w:r>
          </w:p>
        </w:tc>
        <w:tc>
          <w:tcPr>
            <w:tcW w:w="994" w:type="dxa"/>
            <w:vAlign w:val="center"/>
          </w:tcPr>
          <w:p w14:paraId="51844019" w14:textId="77777777" w:rsidR="00160943" w:rsidRDefault="00B1626B" w:rsidP="00C7273C">
            <w:pPr>
              <w:jc w:val="both"/>
            </w:pPr>
            <w:r>
              <w:rPr>
                <w:sz w:val="14"/>
              </w:rPr>
              <w:t>14.30</w:t>
            </w:r>
          </w:p>
        </w:tc>
        <w:tc>
          <w:tcPr>
            <w:tcW w:w="994" w:type="dxa"/>
            <w:vAlign w:val="center"/>
          </w:tcPr>
          <w:p w14:paraId="599BE07D" w14:textId="77777777" w:rsidR="00160943" w:rsidRDefault="00B1626B" w:rsidP="00C7273C">
            <w:pPr>
              <w:jc w:val="both"/>
            </w:pPr>
            <w:r>
              <w:rPr>
                <w:sz w:val="14"/>
              </w:rPr>
              <w:t>96.69</w:t>
            </w:r>
          </w:p>
        </w:tc>
        <w:tc>
          <w:tcPr>
            <w:tcW w:w="994" w:type="dxa"/>
            <w:vAlign w:val="center"/>
          </w:tcPr>
          <w:p w14:paraId="4BFFFA58" w14:textId="77777777" w:rsidR="00160943" w:rsidRDefault="00B1626B" w:rsidP="00C7273C">
            <w:pPr>
              <w:jc w:val="both"/>
            </w:pPr>
            <w:r>
              <w:rPr>
                <w:sz w:val="14"/>
              </w:rPr>
              <w:t>2.134</w:t>
            </w:r>
          </w:p>
        </w:tc>
        <w:tc>
          <w:tcPr>
            <w:tcW w:w="994" w:type="dxa"/>
            <w:vAlign w:val="center"/>
          </w:tcPr>
          <w:p w14:paraId="3633E121" w14:textId="77777777" w:rsidR="00160943" w:rsidRDefault="00B1626B" w:rsidP="00C7273C">
            <w:pPr>
              <w:jc w:val="both"/>
            </w:pPr>
            <w:r>
              <w:rPr>
                <w:sz w:val="14"/>
              </w:rPr>
              <w:t>28.49</w:t>
            </w:r>
          </w:p>
        </w:tc>
      </w:tr>
      <w:tr w:rsidR="00160943" w14:paraId="2EEB2098" w14:textId="77777777">
        <w:trPr>
          <w:jc w:val="center"/>
        </w:trPr>
        <w:tc>
          <w:tcPr>
            <w:tcW w:w="994" w:type="dxa"/>
            <w:vAlign w:val="center"/>
          </w:tcPr>
          <w:p w14:paraId="4DCC53A3" w14:textId="77777777" w:rsidR="00160943" w:rsidRDefault="00B1626B" w:rsidP="00C7273C">
            <w:pPr>
              <w:jc w:val="both"/>
            </w:pPr>
            <w:r>
              <w:rPr>
                <w:sz w:val="14"/>
              </w:rPr>
              <w:t>Oil content (%)</w:t>
            </w:r>
          </w:p>
        </w:tc>
        <w:tc>
          <w:tcPr>
            <w:tcW w:w="994" w:type="dxa"/>
            <w:vAlign w:val="center"/>
          </w:tcPr>
          <w:p w14:paraId="32B17D0A" w14:textId="77777777" w:rsidR="00160943" w:rsidRDefault="00B1626B" w:rsidP="00C7273C">
            <w:pPr>
              <w:jc w:val="both"/>
            </w:pPr>
            <w:r>
              <w:rPr>
                <w:sz w:val="14"/>
              </w:rPr>
              <w:t>7.90–13.75</w:t>
            </w:r>
          </w:p>
        </w:tc>
        <w:tc>
          <w:tcPr>
            <w:tcW w:w="994" w:type="dxa"/>
            <w:vAlign w:val="center"/>
          </w:tcPr>
          <w:p w14:paraId="5E16C6E4" w14:textId="77777777" w:rsidR="00160943" w:rsidRDefault="00B1626B" w:rsidP="00C7273C">
            <w:pPr>
              <w:jc w:val="both"/>
            </w:pPr>
            <w:r>
              <w:rPr>
                <w:sz w:val="14"/>
              </w:rPr>
              <w:t>10.36</w:t>
            </w:r>
          </w:p>
        </w:tc>
        <w:tc>
          <w:tcPr>
            <w:tcW w:w="994" w:type="dxa"/>
            <w:vAlign w:val="center"/>
          </w:tcPr>
          <w:p w14:paraId="2AD90600" w14:textId="77777777" w:rsidR="00160943" w:rsidRDefault="00B1626B" w:rsidP="00C7273C">
            <w:pPr>
              <w:jc w:val="both"/>
            </w:pPr>
            <w:r>
              <w:rPr>
                <w:sz w:val="14"/>
              </w:rPr>
              <w:t>3.508</w:t>
            </w:r>
          </w:p>
        </w:tc>
        <w:tc>
          <w:tcPr>
            <w:tcW w:w="994" w:type="dxa"/>
            <w:vAlign w:val="center"/>
          </w:tcPr>
          <w:p w14:paraId="62C7FA6D" w14:textId="77777777" w:rsidR="00160943" w:rsidRDefault="00B1626B" w:rsidP="00C7273C">
            <w:pPr>
              <w:jc w:val="both"/>
            </w:pPr>
            <w:r>
              <w:rPr>
                <w:sz w:val="14"/>
              </w:rPr>
              <w:t>3.809</w:t>
            </w:r>
          </w:p>
        </w:tc>
        <w:tc>
          <w:tcPr>
            <w:tcW w:w="994" w:type="dxa"/>
            <w:vAlign w:val="center"/>
          </w:tcPr>
          <w:p w14:paraId="2CDF0BEE" w14:textId="77777777" w:rsidR="00160943" w:rsidRDefault="00B1626B" w:rsidP="00C7273C">
            <w:pPr>
              <w:jc w:val="both"/>
            </w:pPr>
            <w:r>
              <w:rPr>
                <w:sz w:val="14"/>
              </w:rPr>
              <w:t>18.08</w:t>
            </w:r>
          </w:p>
        </w:tc>
        <w:tc>
          <w:tcPr>
            <w:tcW w:w="994" w:type="dxa"/>
            <w:vAlign w:val="center"/>
          </w:tcPr>
          <w:p w14:paraId="03D96542" w14:textId="77777777" w:rsidR="00160943" w:rsidRDefault="00B1626B" w:rsidP="00C7273C">
            <w:pPr>
              <w:jc w:val="both"/>
            </w:pPr>
            <w:r>
              <w:rPr>
                <w:sz w:val="14"/>
              </w:rPr>
              <w:t>18.84</w:t>
            </w:r>
          </w:p>
        </w:tc>
        <w:tc>
          <w:tcPr>
            <w:tcW w:w="994" w:type="dxa"/>
            <w:vAlign w:val="center"/>
          </w:tcPr>
          <w:p w14:paraId="460E4681" w14:textId="77777777" w:rsidR="00160943" w:rsidRDefault="00B1626B" w:rsidP="00C7273C">
            <w:pPr>
              <w:jc w:val="both"/>
            </w:pPr>
            <w:r>
              <w:rPr>
                <w:sz w:val="14"/>
              </w:rPr>
              <w:t>92.10</w:t>
            </w:r>
          </w:p>
        </w:tc>
        <w:tc>
          <w:tcPr>
            <w:tcW w:w="994" w:type="dxa"/>
            <w:vAlign w:val="center"/>
          </w:tcPr>
          <w:p w14:paraId="2CB39F2D" w14:textId="77777777" w:rsidR="00160943" w:rsidRDefault="00B1626B" w:rsidP="00C7273C">
            <w:pPr>
              <w:jc w:val="both"/>
            </w:pPr>
            <w:r>
              <w:rPr>
                <w:sz w:val="14"/>
              </w:rPr>
              <w:t>3.703</w:t>
            </w:r>
          </w:p>
        </w:tc>
        <w:tc>
          <w:tcPr>
            <w:tcW w:w="994" w:type="dxa"/>
            <w:vAlign w:val="center"/>
          </w:tcPr>
          <w:p w14:paraId="01EE52CC" w14:textId="77777777" w:rsidR="00160943" w:rsidRDefault="00B1626B" w:rsidP="00C7273C">
            <w:pPr>
              <w:jc w:val="both"/>
            </w:pPr>
            <w:r>
              <w:rPr>
                <w:sz w:val="14"/>
              </w:rPr>
              <w:t>35.74</w:t>
            </w:r>
          </w:p>
        </w:tc>
      </w:tr>
      <w:tr w:rsidR="00160943" w14:paraId="70DBF14B" w14:textId="77777777">
        <w:trPr>
          <w:jc w:val="center"/>
        </w:trPr>
        <w:tc>
          <w:tcPr>
            <w:tcW w:w="994" w:type="dxa"/>
            <w:vAlign w:val="center"/>
          </w:tcPr>
          <w:p w14:paraId="0D4E41D0" w14:textId="77777777" w:rsidR="00160943" w:rsidRDefault="00B1626B" w:rsidP="00C7273C">
            <w:pPr>
              <w:jc w:val="both"/>
            </w:pPr>
            <w:r>
              <w:rPr>
                <w:sz w:val="14"/>
              </w:rPr>
              <w:t>Harvest index (%)</w:t>
            </w:r>
          </w:p>
        </w:tc>
        <w:tc>
          <w:tcPr>
            <w:tcW w:w="994" w:type="dxa"/>
            <w:vAlign w:val="center"/>
          </w:tcPr>
          <w:p w14:paraId="0E3F83D6" w14:textId="77777777" w:rsidR="00160943" w:rsidRDefault="00B1626B" w:rsidP="00C7273C">
            <w:pPr>
              <w:jc w:val="both"/>
            </w:pPr>
            <w:r>
              <w:rPr>
                <w:sz w:val="14"/>
              </w:rPr>
              <w:t>30.50–37.20</w:t>
            </w:r>
          </w:p>
        </w:tc>
        <w:tc>
          <w:tcPr>
            <w:tcW w:w="994" w:type="dxa"/>
            <w:vAlign w:val="center"/>
          </w:tcPr>
          <w:p w14:paraId="35B14FDB" w14:textId="77777777" w:rsidR="00160943" w:rsidRDefault="00B1626B" w:rsidP="00C7273C">
            <w:pPr>
              <w:jc w:val="both"/>
            </w:pPr>
            <w:r>
              <w:rPr>
                <w:sz w:val="14"/>
              </w:rPr>
              <w:t>33.62</w:t>
            </w:r>
          </w:p>
        </w:tc>
        <w:tc>
          <w:tcPr>
            <w:tcW w:w="994" w:type="dxa"/>
            <w:vAlign w:val="center"/>
          </w:tcPr>
          <w:p w14:paraId="6E51575A" w14:textId="77777777" w:rsidR="00160943" w:rsidRDefault="00B1626B" w:rsidP="00C7273C">
            <w:pPr>
              <w:jc w:val="both"/>
            </w:pPr>
            <w:r>
              <w:rPr>
                <w:sz w:val="14"/>
              </w:rPr>
              <w:t>2.933</w:t>
            </w:r>
          </w:p>
        </w:tc>
        <w:tc>
          <w:tcPr>
            <w:tcW w:w="994" w:type="dxa"/>
            <w:vAlign w:val="center"/>
          </w:tcPr>
          <w:p w14:paraId="41910CE2" w14:textId="77777777" w:rsidR="00160943" w:rsidRDefault="00B1626B" w:rsidP="00C7273C">
            <w:pPr>
              <w:jc w:val="both"/>
            </w:pPr>
            <w:r>
              <w:rPr>
                <w:sz w:val="14"/>
              </w:rPr>
              <w:t>2.986</w:t>
            </w:r>
          </w:p>
        </w:tc>
        <w:tc>
          <w:tcPr>
            <w:tcW w:w="994" w:type="dxa"/>
            <w:vAlign w:val="center"/>
          </w:tcPr>
          <w:p w14:paraId="74A8173C" w14:textId="77777777" w:rsidR="00160943" w:rsidRDefault="00B1626B" w:rsidP="00C7273C">
            <w:pPr>
              <w:jc w:val="both"/>
            </w:pPr>
            <w:r>
              <w:rPr>
                <w:sz w:val="14"/>
              </w:rPr>
              <w:t>5.09</w:t>
            </w:r>
          </w:p>
        </w:tc>
        <w:tc>
          <w:tcPr>
            <w:tcW w:w="994" w:type="dxa"/>
            <w:vAlign w:val="center"/>
          </w:tcPr>
          <w:p w14:paraId="6F905088" w14:textId="77777777" w:rsidR="00160943" w:rsidRDefault="00B1626B" w:rsidP="00C7273C">
            <w:pPr>
              <w:jc w:val="both"/>
            </w:pPr>
            <w:r>
              <w:rPr>
                <w:sz w:val="14"/>
              </w:rPr>
              <w:t>5.14</w:t>
            </w:r>
          </w:p>
        </w:tc>
        <w:tc>
          <w:tcPr>
            <w:tcW w:w="994" w:type="dxa"/>
            <w:vAlign w:val="center"/>
          </w:tcPr>
          <w:p w14:paraId="0E6E5570" w14:textId="77777777" w:rsidR="00160943" w:rsidRDefault="00B1626B" w:rsidP="00C7273C">
            <w:pPr>
              <w:jc w:val="both"/>
            </w:pPr>
            <w:r>
              <w:rPr>
                <w:sz w:val="14"/>
              </w:rPr>
              <w:t>98.24</w:t>
            </w:r>
          </w:p>
        </w:tc>
        <w:tc>
          <w:tcPr>
            <w:tcW w:w="994" w:type="dxa"/>
            <w:vAlign w:val="center"/>
          </w:tcPr>
          <w:p w14:paraId="39D0700C" w14:textId="77777777" w:rsidR="00160943" w:rsidRDefault="00B1626B" w:rsidP="00C7273C">
            <w:pPr>
              <w:jc w:val="both"/>
            </w:pPr>
            <w:r>
              <w:rPr>
                <w:sz w:val="14"/>
              </w:rPr>
              <w:t>3.497</w:t>
            </w:r>
          </w:p>
        </w:tc>
        <w:tc>
          <w:tcPr>
            <w:tcW w:w="994" w:type="dxa"/>
            <w:vAlign w:val="center"/>
          </w:tcPr>
          <w:p w14:paraId="0C674558" w14:textId="77777777" w:rsidR="00160943" w:rsidRDefault="00B1626B" w:rsidP="00C7273C">
            <w:pPr>
              <w:jc w:val="both"/>
            </w:pPr>
            <w:r>
              <w:rPr>
                <w:sz w:val="14"/>
              </w:rPr>
              <w:t>10.40</w:t>
            </w:r>
          </w:p>
        </w:tc>
      </w:tr>
      <w:tr w:rsidR="00160943" w14:paraId="0A0CA681" w14:textId="77777777">
        <w:trPr>
          <w:jc w:val="center"/>
        </w:trPr>
        <w:tc>
          <w:tcPr>
            <w:tcW w:w="994" w:type="dxa"/>
            <w:vAlign w:val="center"/>
          </w:tcPr>
          <w:p w14:paraId="40C4D085" w14:textId="77777777" w:rsidR="00160943" w:rsidRDefault="00B1626B" w:rsidP="00C7273C">
            <w:pPr>
              <w:jc w:val="both"/>
            </w:pPr>
            <w:r>
              <w:rPr>
                <w:sz w:val="14"/>
              </w:rPr>
              <w:t>Seed yield per plant (g)</w:t>
            </w:r>
          </w:p>
        </w:tc>
        <w:tc>
          <w:tcPr>
            <w:tcW w:w="994" w:type="dxa"/>
            <w:vAlign w:val="center"/>
          </w:tcPr>
          <w:p w14:paraId="598044F9" w14:textId="77777777" w:rsidR="00160943" w:rsidRDefault="00B1626B" w:rsidP="00C7273C">
            <w:pPr>
              <w:jc w:val="both"/>
            </w:pPr>
            <w:r>
              <w:rPr>
                <w:sz w:val="14"/>
              </w:rPr>
              <w:t>2.85–5.90</w:t>
            </w:r>
          </w:p>
        </w:tc>
        <w:tc>
          <w:tcPr>
            <w:tcW w:w="994" w:type="dxa"/>
            <w:vAlign w:val="center"/>
          </w:tcPr>
          <w:p w14:paraId="28E2E950" w14:textId="77777777" w:rsidR="00160943" w:rsidRDefault="00B1626B" w:rsidP="00C7273C">
            <w:pPr>
              <w:jc w:val="both"/>
            </w:pPr>
            <w:r>
              <w:rPr>
                <w:sz w:val="14"/>
              </w:rPr>
              <w:t>4.01</w:t>
            </w:r>
          </w:p>
        </w:tc>
        <w:tc>
          <w:tcPr>
            <w:tcW w:w="994" w:type="dxa"/>
            <w:vAlign w:val="center"/>
          </w:tcPr>
          <w:p w14:paraId="241D6846" w14:textId="77777777" w:rsidR="00160943" w:rsidRDefault="00B1626B" w:rsidP="00C7273C">
            <w:pPr>
              <w:jc w:val="both"/>
            </w:pPr>
            <w:r>
              <w:rPr>
                <w:sz w:val="14"/>
              </w:rPr>
              <w:t>0.289</w:t>
            </w:r>
          </w:p>
        </w:tc>
        <w:tc>
          <w:tcPr>
            <w:tcW w:w="994" w:type="dxa"/>
            <w:vAlign w:val="center"/>
          </w:tcPr>
          <w:p w14:paraId="1736007A" w14:textId="77777777" w:rsidR="00160943" w:rsidRDefault="00B1626B" w:rsidP="00C7273C">
            <w:pPr>
              <w:jc w:val="both"/>
            </w:pPr>
            <w:r>
              <w:rPr>
                <w:sz w:val="14"/>
              </w:rPr>
              <w:t>0.327</w:t>
            </w:r>
          </w:p>
        </w:tc>
        <w:tc>
          <w:tcPr>
            <w:tcW w:w="994" w:type="dxa"/>
            <w:vAlign w:val="center"/>
          </w:tcPr>
          <w:p w14:paraId="0DBD00E5" w14:textId="77777777" w:rsidR="00160943" w:rsidRDefault="00B1626B" w:rsidP="00C7273C">
            <w:pPr>
              <w:jc w:val="both"/>
            </w:pPr>
            <w:r>
              <w:rPr>
                <w:sz w:val="14"/>
              </w:rPr>
              <w:t>13.41</w:t>
            </w:r>
          </w:p>
        </w:tc>
        <w:tc>
          <w:tcPr>
            <w:tcW w:w="994" w:type="dxa"/>
            <w:vAlign w:val="center"/>
          </w:tcPr>
          <w:p w14:paraId="26D809FD" w14:textId="77777777" w:rsidR="00160943" w:rsidRDefault="00B1626B" w:rsidP="00C7273C">
            <w:pPr>
              <w:jc w:val="both"/>
            </w:pPr>
            <w:r>
              <w:rPr>
                <w:sz w:val="14"/>
              </w:rPr>
              <w:t>14.26</w:t>
            </w:r>
          </w:p>
        </w:tc>
        <w:tc>
          <w:tcPr>
            <w:tcW w:w="994" w:type="dxa"/>
            <w:vAlign w:val="center"/>
          </w:tcPr>
          <w:p w14:paraId="4903FC9C" w14:textId="77777777" w:rsidR="00160943" w:rsidRDefault="00B1626B" w:rsidP="00C7273C">
            <w:pPr>
              <w:jc w:val="both"/>
            </w:pPr>
            <w:r>
              <w:rPr>
                <w:sz w:val="14"/>
              </w:rPr>
              <w:t>88.38</w:t>
            </w:r>
          </w:p>
        </w:tc>
        <w:tc>
          <w:tcPr>
            <w:tcW w:w="994" w:type="dxa"/>
            <w:vAlign w:val="center"/>
          </w:tcPr>
          <w:p w14:paraId="38FED460" w14:textId="77777777" w:rsidR="00160943" w:rsidRDefault="00B1626B" w:rsidP="00C7273C">
            <w:pPr>
              <w:jc w:val="both"/>
            </w:pPr>
            <w:r>
              <w:rPr>
                <w:sz w:val="14"/>
              </w:rPr>
              <w:t>1.041</w:t>
            </w:r>
          </w:p>
        </w:tc>
        <w:tc>
          <w:tcPr>
            <w:tcW w:w="994" w:type="dxa"/>
            <w:vAlign w:val="center"/>
          </w:tcPr>
          <w:p w14:paraId="23262957" w14:textId="77777777" w:rsidR="00160943" w:rsidRDefault="00B1626B" w:rsidP="00C7273C">
            <w:pPr>
              <w:jc w:val="both"/>
            </w:pPr>
            <w:r>
              <w:rPr>
                <w:sz w:val="14"/>
              </w:rPr>
              <w:t>25.96</w:t>
            </w:r>
          </w:p>
        </w:tc>
      </w:tr>
    </w:tbl>
    <w:p w14:paraId="225C69AC" w14:textId="77777777" w:rsidR="00160943" w:rsidRDefault="00160943" w:rsidP="00C7273C">
      <w:pPr>
        <w:jc w:val="both"/>
      </w:pPr>
    </w:p>
    <w:p w14:paraId="4E4EB7E9" w14:textId="77777777" w:rsidR="00160943" w:rsidRDefault="00B1626B" w:rsidP="00C7273C">
      <w:pPr>
        <w:pStyle w:val="Heading2"/>
        <w:jc w:val="both"/>
      </w:pPr>
      <w:r>
        <w:t>3.3 Heritability and genetic advance</w:t>
      </w:r>
    </w:p>
    <w:p w14:paraId="3CF249F9" w14:textId="77777777" w:rsidR="00160943" w:rsidRDefault="00B1626B" w:rsidP="00C7273C">
      <w:pPr>
        <w:jc w:val="both"/>
      </w:pPr>
      <w:r>
        <w:t>Broad-sense heritability estimates were high for most traits. The highest heritability was observed for harvest index (98.24%), followed by number of capsules per plant (97.39%), number of seeds per capsule (96.76%), 1000-seed weight (96.69%) and number of branches per plant (96.64%). The lowest estimate was recorded for days to maturity (63.06%).</w:t>
      </w:r>
    </w:p>
    <w:p w14:paraId="360CB79D" w14:textId="77777777" w:rsidR="00160943" w:rsidRDefault="00B1626B" w:rsidP="00C7273C">
      <w:pPr>
        <w:jc w:val="both"/>
      </w:pPr>
      <w:r>
        <w:rPr>
          <w:highlight w:val="yellow"/>
        </w:rPr>
        <w:t>Genetic advance as a percentage of the mean</w:t>
      </w:r>
      <w:r>
        <w:t xml:space="preserve"> was highest for number of branches per plant (44.86%), followed by oil content (35.74%), 1000-seed weight (28.49%), number of capsules per plant (26.80%), number of seeds per capsule (26.16%) and seed yield per plant (25.96%). The combination of high heritability and comparatively high genetic advance for several of these traits indicates good prospects for selection. Nevertheless, broad-sense heritability includes both additive and non-additive genetic components; therefore, high heritability should not by itself be interpreted as evidence of additive gene action.</w:t>
      </w:r>
    </w:p>
    <w:p w14:paraId="20ECD9EE" w14:textId="77777777" w:rsidR="00160943" w:rsidRDefault="00B1626B" w:rsidP="00C7273C">
      <w:pPr>
        <w:pStyle w:val="Heading2"/>
        <w:jc w:val="both"/>
      </w:pPr>
      <w:r>
        <w:t>3.4 Correlation analysis</w:t>
      </w:r>
    </w:p>
    <w:p w14:paraId="39713569" w14:textId="77777777" w:rsidR="00160943" w:rsidRDefault="00B1626B" w:rsidP="00C7273C">
      <w:pPr>
        <w:jc w:val="both"/>
      </w:pPr>
      <w:r>
        <w:t>The genotypic correlation pattern reported in the manuscript indicated that seed yield per plant was positively associated with number of branches per plant (0.7118), number of capsules per plant (0.7044) and number of seeds per capsule (0.7265). These were the strongest positive relationships with seed yield and suggest that improvement in these traits may be accompanied by improvement in seed yield. Plant height (0.0073) and 1000-seed weight (0.0141) showed very weak positive relationships with seed yield.</w:t>
      </w:r>
    </w:p>
    <w:p w14:paraId="471ACE97" w14:textId="77777777" w:rsidR="00160943" w:rsidRDefault="00B1626B" w:rsidP="00C7273C">
      <w:pPr>
        <w:jc w:val="both"/>
      </w:pPr>
      <w:r>
        <w:t>Days to 50% flowering (−0.1379), days to maturity (−0.2823), oil content (−0.0845) and harvest index (−0.0069) showed negative genotypic associations with seed yield. The negative association with days to maturity suggests that relatively earlier genotypes may perform better for seed yield under the present conditions. However, correlation alone does not establish a causal relationship.</w:t>
      </w:r>
    </w:p>
    <w:p w14:paraId="6A7461B3" w14:textId="77777777" w:rsidR="00E36509" w:rsidRPr="00C7273C" w:rsidRDefault="00C7273C" w:rsidP="00C7273C">
      <w:pPr>
        <w:jc w:val="both"/>
      </w:pPr>
      <w:r w:rsidRPr="00C7273C">
        <w:t xml:space="preserve">Table 3. </w:t>
      </w:r>
      <w:r w:rsidRPr="00C7273C">
        <w:rPr>
          <w:sz w:val="16"/>
        </w:rPr>
        <w:t>Genotypic correlation with seed yield</w:t>
      </w:r>
    </w:p>
    <w:tbl>
      <w:tblPr>
        <w:tblStyle w:val="TableGrid"/>
        <w:tblW w:w="0" w:type="auto"/>
        <w:jc w:val="center"/>
        <w:tblLook w:val="04A0" w:firstRow="1" w:lastRow="0" w:firstColumn="1" w:lastColumn="0" w:noHBand="0" w:noVBand="1"/>
      </w:tblPr>
      <w:tblGrid>
        <w:gridCol w:w="3312"/>
        <w:gridCol w:w="3312"/>
        <w:gridCol w:w="3312"/>
      </w:tblGrid>
      <w:tr w:rsidR="00160943" w14:paraId="55A0C6C7" w14:textId="77777777">
        <w:trPr>
          <w:jc w:val="center"/>
        </w:trPr>
        <w:tc>
          <w:tcPr>
            <w:tcW w:w="3312" w:type="dxa"/>
          </w:tcPr>
          <w:p w14:paraId="0DD510FB" w14:textId="77777777" w:rsidR="00160943" w:rsidRDefault="00B1626B" w:rsidP="00C7273C">
            <w:pPr>
              <w:jc w:val="both"/>
            </w:pPr>
            <w:r>
              <w:rPr>
                <w:b/>
                <w:sz w:val="16"/>
              </w:rPr>
              <w:t>Trait</w:t>
            </w:r>
          </w:p>
        </w:tc>
        <w:tc>
          <w:tcPr>
            <w:tcW w:w="3312" w:type="dxa"/>
          </w:tcPr>
          <w:p w14:paraId="41F937D0" w14:textId="77777777" w:rsidR="00160943" w:rsidRDefault="00B1626B" w:rsidP="00C7273C">
            <w:pPr>
              <w:jc w:val="both"/>
            </w:pPr>
            <w:r>
              <w:rPr>
                <w:b/>
                <w:sz w:val="16"/>
              </w:rPr>
              <w:t>Genotypic correlation with seed yield</w:t>
            </w:r>
          </w:p>
        </w:tc>
        <w:tc>
          <w:tcPr>
            <w:tcW w:w="3312" w:type="dxa"/>
          </w:tcPr>
          <w:p w14:paraId="10DEFD1C" w14:textId="77777777" w:rsidR="00160943" w:rsidRDefault="00B1626B" w:rsidP="00C7273C">
            <w:pPr>
              <w:jc w:val="both"/>
            </w:pPr>
            <w:r>
              <w:rPr>
                <w:b/>
                <w:sz w:val="16"/>
              </w:rPr>
              <w:t>Direction</w:t>
            </w:r>
          </w:p>
        </w:tc>
      </w:tr>
      <w:tr w:rsidR="00160943" w14:paraId="3B89788D" w14:textId="77777777">
        <w:trPr>
          <w:jc w:val="center"/>
        </w:trPr>
        <w:tc>
          <w:tcPr>
            <w:tcW w:w="3312" w:type="dxa"/>
            <w:vAlign w:val="center"/>
          </w:tcPr>
          <w:p w14:paraId="13F6B58F" w14:textId="77777777" w:rsidR="00160943" w:rsidRDefault="00B1626B" w:rsidP="00C7273C">
            <w:pPr>
              <w:jc w:val="both"/>
            </w:pPr>
            <w:r>
              <w:rPr>
                <w:sz w:val="16"/>
              </w:rPr>
              <w:t>Days to 50% flowering</w:t>
            </w:r>
          </w:p>
        </w:tc>
        <w:tc>
          <w:tcPr>
            <w:tcW w:w="3312" w:type="dxa"/>
            <w:vAlign w:val="center"/>
          </w:tcPr>
          <w:p w14:paraId="7A9FECB0" w14:textId="77777777" w:rsidR="00160943" w:rsidRDefault="00B1626B" w:rsidP="00C7273C">
            <w:pPr>
              <w:jc w:val="both"/>
            </w:pPr>
            <w:r>
              <w:rPr>
                <w:sz w:val="16"/>
              </w:rPr>
              <w:t>−0.1379</w:t>
            </w:r>
          </w:p>
        </w:tc>
        <w:tc>
          <w:tcPr>
            <w:tcW w:w="3312" w:type="dxa"/>
            <w:vAlign w:val="center"/>
          </w:tcPr>
          <w:p w14:paraId="64480F8D" w14:textId="77777777" w:rsidR="00160943" w:rsidRDefault="00B1626B" w:rsidP="00C7273C">
            <w:pPr>
              <w:jc w:val="both"/>
            </w:pPr>
            <w:r>
              <w:rPr>
                <w:sz w:val="16"/>
              </w:rPr>
              <w:t>Negative</w:t>
            </w:r>
          </w:p>
        </w:tc>
      </w:tr>
      <w:tr w:rsidR="00160943" w14:paraId="70C5616B" w14:textId="77777777">
        <w:trPr>
          <w:jc w:val="center"/>
        </w:trPr>
        <w:tc>
          <w:tcPr>
            <w:tcW w:w="3312" w:type="dxa"/>
            <w:vAlign w:val="center"/>
          </w:tcPr>
          <w:p w14:paraId="23E29B61" w14:textId="77777777" w:rsidR="00160943" w:rsidRDefault="00B1626B" w:rsidP="00C7273C">
            <w:pPr>
              <w:jc w:val="both"/>
            </w:pPr>
            <w:r>
              <w:rPr>
                <w:sz w:val="16"/>
              </w:rPr>
              <w:t>Days to maturity</w:t>
            </w:r>
          </w:p>
        </w:tc>
        <w:tc>
          <w:tcPr>
            <w:tcW w:w="3312" w:type="dxa"/>
            <w:vAlign w:val="center"/>
          </w:tcPr>
          <w:p w14:paraId="476FB021" w14:textId="77777777" w:rsidR="00160943" w:rsidRDefault="00B1626B" w:rsidP="00C7273C">
            <w:pPr>
              <w:jc w:val="both"/>
            </w:pPr>
            <w:r>
              <w:rPr>
                <w:sz w:val="16"/>
              </w:rPr>
              <w:t>−0.2823</w:t>
            </w:r>
          </w:p>
        </w:tc>
        <w:tc>
          <w:tcPr>
            <w:tcW w:w="3312" w:type="dxa"/>
            <w:vAlign w:val="center"/>
          </w:tcPr>
          <w:p w14:paraId="22C4BE4D" w14:textId="77777777" w:rsidR="00160943" w:rsidRDefault="00B1626B" w:rsidP="00C7273C">
            <w:pPr>
              <w:jc w:val="both"/>
            </w:pPr>
            <w:r>
              <w:rPr>
                <w:sz w:val="16"/>
              </w:rPr>
              <w:t>Negative</w:t>
            </w:r>
          </w:p>
        </w:tc>
      </w:tr>
      <w:tr w:rsidR="00160943" w14:paraId="3740FBF7" w14:textId="77777777">
        <w:trPr>
          <w:jc w:val="center"/>
        </w:trPr>
        <w:tc>
          <w:tcPr>
            <w:tcW w:w="3312" w:type="dxa"/>
            <w:vAlign w:val="center"/>
          </w:tcPr>
          <w:p w14:paraId="5F3730B8" w14:textId="77777777" w:rsidR="00160943" w:rsidRDefault="00B1626B" w:rsidP="00C7273C">
            <w:pPr>
              <w:jc w:val="both"/>
            </w:pPr>
            <w:r>
              <w:rPr>
                <w:sz w:val="16"/>
              </w:rPr>
              <w:t>Plant height</w:t>
            </w:r>
          </w:p>
        </w:tc>
        <w:tc>
          <w:tcPr>
            <w:tcW w:w="3312" w:type="dxa"/>
            <w:vAlign w:val="center"/>
          </w:tcPr>
          <w:p w14:paraId="6354DD95" w14:textId="77777777" w:rsidR="00160943" w:rsidRDefault="00B1626B" w:rsidP="00C7273C">
            <w:pPr>
              <w:jc w:val="both"/>
            </w:pPr>
            <w:r>
              <w:rPr>
                <w:sz w:val="16"/>
              </w:rPr>
              <w:t>0.0073</w:t>
            </w:r>
          </w:p>
        </w:tc>
        <w:tc>
          <w:tcPr>
            <w:tcW w:w="3312" w:type="dxa"/>
            <w:vAlign w:val="center"/>
          </w:tcPr>
          <w:p w14:paraId="49C575B2" w14:textId="77777777" w:rsidR="00160943" w:rsidRDefault="00B1626B" w:rsidP="00C7273C">
            <w:pPr>
              <w:jc w:val="both"/>
            </w:pPr>
            <w:r>
              <w:rPr>
                <w:sz w:val="16"/>
              </w:rPr>
              <w:t>Very weak positive</w:t>
            </w:r>
          </w:p>
        </w:tc>
      </w:tr>
      <w:tr w:rsidR="00160943" w14:paraId="324EC731" w14:textId="77777777">
        <w:trPr>
          <w:jc w:val="center"/>
        </w:trPr>
        <w:tc>
          <w:tcPr>
            <w:tcW w:w="3312" w:type="dxa"/>
            <w:vAlign w:val="center"/>
          </w:tcPr>
          <w:p w14:paraId="530F0573" w14:textId="77777777" w:rsidR="00160943" w:rsidRDefault="00B1626B" w:rsidP="00C7273C">
            <w:pPr>
              <w:jc w:val="both"/>
            </w:pPr>
            <w:r>
              <w:rPr>
                <w:sz w:val="16"/>
              </w:rPr>
              <w:t>Number of branches per plant</w:t>
            </w:r>
          </w:p>
        </w:tc>
        <w:tc>
          <w:tcPr>
            <w:tcW w:w="3312" w:type="dxa"/>
            <w:vAlign w:val="center"/>
          </w:tcPr>
          <w:p w14:paraId="0250FB00" w14:textId="77777777" w:rsidR="00160943" w:rsidRDefault="00B1626B" w:rsidP="00C7273C">
            <w:pPr>
              <w:jc w:val="both"/>
            </w:pPr>
            <w:r>
              <w:rPr>
                <w:sz w:val="16"/>
              </w:rPr>
              <w:t>0.7118</w:t>
            </w:r>
          </w:p>
        </w:tc>
        <w:tc>
          <w:tcPr>
            <w:tcW w:w="3312" w:type="dxa"/>
            <w:vAlign w:val="center"/>
          </w:tcPr>
          <w:p w14:paraId="77B9E9E4" w14:textId="77777777" w:rsidR="00160943" w:rsidRDefault="00B1626B" w:rsidP="00C7273C">
            <w:pPr>
              <w:jc w:val="both"/>
            </w:pPr>
            <w:r>
              <w:rPr>
                <w:sz w:val="16"/>
              </w:rPr>
              <w:t>Strong positive</w:t>
            </w:r>
          </w:p>
        </w:tc>
      </w:tr>
      <w:tr w:rsidR="00160943" w14:paraId="13C045F1" w14:textId="77777777">
        <w:trPr>
          <w:jc w:val="center"/>
        </w:trPr>
        <w:tc>
          <w:tcPr>
            <w:tcW w:w="3312" w:type="dxa"/>
            <w:vAlign w:val="center"/>
          </w:tcPr>
          <w:p w14:paraId="133C7AD8" w14:textId="77777777" w:rsidR="00160943" w:rsidRDefault="00B1626B" w:rsidP="00C7273C">
            <w:pPr>
              <w:jc w:val="both"/>
            </w:pPr>
            <w:r>
              <w:rPr>
                <w:sz w:val="16"/>
              </w:rPr>
              <w:t>Number of capsules per plant</w:t>
            </w:r>
          </w:p>
        </w:tc>
        <w:tc>
          <w:tcPr>
            <w:tcW w:w="3312" w:type="dxa"/>
            <w:vAlign w:val="center"/>
          </w:tcPr>
          <w:p w14:paraId="1241745B" w14:textId="77777777" w:rsidR="00160943" w:rsidRDefault="00B1626B" w:rsidP="00C7273C">
            <w:pPr>
              <w:jc w:val="both"/>
            </w:pPr>
            <w:r>
              <w:rPr>
                <w:sz w:val="16"/>
              </w:rPr>
              <w:t>0.7044</w:t>
            </w:r>
          </w:p>
        </w:tc>
        <w:tc>
          <w:tcPr>
            <w:tcW w:w="3312" w:type="dxa"/>
            <w:vAlign w:val="center"/>
          </w:tcPr>
          <w:p w14:paraId="74199043" w14:textId="77777777" w:rsidR="00160943" w:rsidRDefault="00B1626B" w:rsidP="00C7273C">
            <w:pPr>
              <w:jc w:val="both"/>
            </w:pPr>
            <w:r>
              <w:rPr>
                <w:sz w:val="16"/>
              </w:rPr>
              <w:t>Strong positive</w:t>
            </w:r>
          </w:p>
        </w:tc>
      </w:tr>
      <w:tr w:rsidR="00160943" w14:paraId="24E4CCB5" w14:textId="77777777">
        <w:trPr>
          <w:jc w:val="center"/>
        </w:trPr>
        <w:tc>
          <w:tcPr>
            <w:tcW w:w="3312" w:type="dxa"/>
            <w:vAlign w:val="center"/>
          </w:tcPr>
          <w:p w14:paraId="5247DBBB" w14:textId="77777777" w:rsidR="00160943" w:rsidRDefault="00B1626B" w:rsidP="00C7273C">
            <w:pPr>
              <w:jc w:val="both"/>
            </w:pPr>
            <w:r>
              <w:rPr>
                <w:sz w:val="16"/>
              </w:rPr>
              <w:t>Number of seeds per capsule</w:t>
            </w:r>
          </w:p>
        </w:tc>
        <w:tc>
          <w:tcPr>
            <w:tcW w:w="3312" w:type="dxa"/>
            <w:vAlign w:val="center"/>
          </w:tcPr>
          <w:p w14:paraId="29C58314" w14:textId="77777777" w:rsidR="00160943" w:rsidRDefault="00B1626B" w:rsidP="00C7273C">
            <w:pPr>
              <w:jc w:val="both"/>
            </w:pPr>
            <w:r>
              <w:rPr>
                <w:sz w:val="16"/>
              </w:rPr>
              <w:t>0.7265</w:t>
            </w:r>
          </w:p>
        </w:tc>
        <w:tc>
          <w:tcPr>
            <w:tcW w:w="3312" w:type="dxa"/>
            <w:vAlign w:val="center"/>
          </w:tcPr>
          <w:p w14:paraId="1942708F" w14:textId="77777777" w:rsidR="00160943" w:rsidRDefault="00B1626B" w:rsidP="00C7273C">
            <w:pPr>
              <w:jc w:val="both"/>
            </w:pPr>
            <w:r>
              <w:rPr>
                <w:sz w:val="16"/>
              </w:rPr>
              <w:t>Strong positive</w:t>
            </w:r>
          </w:p>
        </w:tc>
      </w:tr>
      <w:tr w:rsidR="00160943" w14:paraId="49F6E341" w14:textId="77777777">
        <w:trPr>
          <w:jc w:val="center"/>
        </w:trPr>
        <w:tc>
          <w:tcPr>
            <w:tcW w:w="3312" w:type="dxa"/>
            <w:vAlign w:val="center"/>
          </w:tcPr>
          <w:p w14:paraId="788DFC6A" w14:textId="77777777" w:rsidR="00160943" w:rsidRDefault="00B1626B" w:rsidP="00C7273C">
            <w:pPr>
              <w:jc w:val="both"/>
            </w:pPr>
            <w:r>
              <w:rPr>
                <w:sz w:val="16"/>
              </w:rPr>
              <w:t>1000-seed weight</w:t>
            </w:r>
          </w:p>
        </w:tc>
        <w:tc>
          <w:tcPr>
            <w:tcW w:w="3312" w:type="dxa"/>
            <w:vAlign w:val="center"/>
          </w:tcPr>
          <w:p w14:paraId="7A196557" w14:textId="77777777" w:rsidR="00160943" w:rsidRDefault="00B1626B" w:rsidP="00C7273C">
            <w:pPr>
              <w:jc w:val="both"/>
            </w:pPr>
            <w:r>
              <w:rPr>
                <w:sz w:val="16"/>
              </w:rPr>
              <w:t>0.0141</w:t>
            </w:r>
          </w:p>
        </w:tc>
        <w:tc>
          <w:tcPr>
            <w:tcW w:w="3312" w:type="dxa"/>
            <w:vAlign w:val="center"/>
          </w:tcPr>
          <w:p w14:paraId="3B51BE1B" w14:textId="77777777" w:rsidR="00160943" w:rsidRDefault="00B1626B" w:rsidP="00C7273C">
            <w:pPr>
              <w:jc w:val="both"/>
            </w:pPr>
            <w:r>
              <w:rPr>
                <w:sz w:val="16"/>
              </w:rPr>
              <w:t>Very weak positive</w:t>
            </w:r>
          </w:p>
        </w:tc>
      </w:tr>
      <w:tr w:rsidR="00160943" w14:paraId="4D1C41E5" w14:textId="77777777">
        <w:trPr>
          <w:jc w:val="center"/>
        </w:trPr>
        <w:tc>
          <w:tcPr>
            <w:tcW w:w="3312" w:type="dxa"/>
            <w:vAlign w:val="center"/>
          </w:tcPr>
          <w:p w14:paraId="1F791F77" w14:textId="77777777" w:rsidR="00160943" w:rsidRDefault="00B1626B" w:rsidP="00C7273C">
            <w:pPr>
              <w:jc w:val="both"/>
            </w:pPr>
            <w:r>
              <w:rPr>
                <w:sz w:val="16"/>
              </w:rPr>
              <w:t>Oil content</w:t>
            </w:r>
          </w:p>
        </w:tc>
        <w:tc>
          <w:tcPr>
            <w:tcW w:w="3312" w:type="dxa"/>
            <w:vAlign w:val="center"/>
          </w:tcPr>
          <w:p w14:paraId="04B8CC76" w14:textId="77777777" w:rsidR="00160943" w:rsidRDefault="00B1626B" w:rsidP="00C7273C">
            <w:pPr>
              <w:jc w:val="both"/>
            </w:pPr>
            <w:r>
              <w:rPr>
                <w:sz w:val="16"/>
              </w:rPr>
              <w:t>−0.0845</w:t>
            </w:r>
          </w:p>
        </w:tc>
        <w:tc>
          <w:tcPr>
            <w:tcW w:w="3312" w:type="dxa"/>
            <w:vAlign w:val="center"/>
          </w:tcPr>
          <w:p w14:paraId="40886F22" w14:textId="77777777" w:rsidR="00160943" w:rsidRDefault="00B1626B" w:rsidP="00C7273C">
            <w:pPr>
              <w:jc w:val="both"/>
            </w:pPr>
            <w:r>
              <w:rPr>
                <w:sz w:val="16"/>
              </w:rPr>
              <w:t>Negative</w:t>
            </w:r>
          </w:p>
        </w:tc>
      </w:tr>
      <w:tr w:rsidR="00160943" w14:paraId="273A7E78" w14:textId="77777777">
        <w:trPr>
          <w:jc w:val="center"/>
        </w:trPr>
        <w:tc>
          <w:tcPr>
            <w:tcW w:w="3312" w:type="dxa"/>
            <w:vAlign w:val="center"/>
          </w:tcPr>
          <w:p w14:paraId="5018C02A" w14:textId="77777777" w:rsidR="00160943" w:rsidRDefault="00B1626B" w:rsidP="00C7273C">
            <w:pPr>
              <w:jc w:val="both"/>
            </w:pPr>
            <w:r>
              <w:rPr>
                <w:sz w:val="16"/>
              </w:rPr>
              <w:t>Harvest index</w:t>
            </w:r>
          </w:p>
        </w:tc>
        <w:tc>
          <w:tcPr>
            <w:tcW w:w="3312" w:type="dxa"/>
            <w:vAlign w:val="center"/>
          </w:tcPr>
          <w:p w14:paraId="6090DA28" w14:textId="77777777" w:rsidR="00160943" w:rsidRDefault="00B1626B" w:rsidP="00C7273C">
            <w:pPr>
              <w:jc w:val="both"/>
            </w:pPr>
            <w:r>
              <w:rPr>
                <w:sz w:val="16"/>
              </w:rPr>
              <w:t>−0.0069</w:t>
            </w:r>
          </w:p>
        </w:tc>
        <w:tc>
          <w:tcPr>
            <w:tcW w:w="3312" w:type="dxa"/>
            <w:vAlign w:val="center"/>
          </w:tcPr>
          <w:p w14:paraId="300E14A3" w14:textId="77777777" w:rsidR="00160943" w:rsidRDefault="00B1626B" w:rsidP="00C7273C">
            <w:pPr>
              <w:jc w:val="both"/>
            </w:pPr>
            <w:r>
              <w:rPr>
                <w:sz w:val="16"/>
              </w:rPr>
              <w:t>Very weak negative</w:t>
            </w:r>
          </w:p>
        </w:tc>
      </w:tr>
    </w:tbl>
    <w:p w14:paraId="0A127F7D" w14:textId="77777777" w:rsidR="00160943" w:rsidRDefault="00B1626B" w:rsidP="00C7273C">
      <w:pPr>
        <w:jc w:val="both"/>
      </w:pPr>
      <w:r>
        <w:lastRenderedPageBreak/>
        <w:t>t</w:t>
      </w:r>
    </w:p>
    <w:p w14:paraId="02B1933D" w14:textId="77777777" w:rsidR="00160943" w:rsidRDefault="00B1626B" w:rsidP="00C7273C">
      <w:pPr>
        <w:jc w:val="both"/>
      </w:pPr>
      <w:r>
        <w:t>Note: The complete genotypic and phenotypic correlation matrices were not available in the supplied manuscript. Only the reported seed-yield correlations are reproduced here; a complete matrix should be inserted from the original statistical output.</w:t>
      </w:r>
    </w:p>
    <w:p w14:paraId="716A40CE" w14:textId="77777777" w:rsidR="00160943" w:rsidRDefault="00B1626B" w:rsidP="00C7273C">
      <w:pPr>
        <w:pStyle w:val="Heading2"/>
        <w:jc w:val="both"/>
      </w:pPr>
      <w:r>
        <w:t>3.5 Path coefficient analysis</w:t>
      </w:r>
    </w:p>
    <w:p w14:paraId="14452124" w14:textId="77777777" w:rsidR="00160943" w:rsidRDefault="00B1626B" w:rsidP="00C7273C">
      <w:pPr>
        <w:jc w:val="both"/>
      </w:pPr>
      <w:r>
        <w:t>Path coefficient analysis provided additional information on the contribution of individual traits to seed yield. At the genotypic level, number of seeds per capsule recorded the highest reported positive direct effect (0.8083), followed by number of capsules per plant (0.3397). Days to 50% flowering had a negative direct effect (−0.0740). At the phenotypic level, number of branches per plant showed a high positive direct effect (1.6152).</w:t>
      </w:r>
    </w:p>
    <w:p w14:paraId="3B1527B0" w14:textId="77777777" w:rsidR="00160943" w:rsidRDefault="00B1626B" w:rsidP="00C7273C">
      <w:pPr>
        <w:jc w:val="both"/>
      </w:pPr>
      <w:r>
        <w:t>The positive direct effects of number of seeds per capsule and number of capsules per plant at the genotypic level, together with their strong positive correlations with seed yield, indicate that these traits may be useful selection criteria. Similarly, the high positive phenotypic direct effect of branch number supports its importance in yield improvement. Selection should nevertheless be based on combined evidence from variability, correlation and path analysis rather than on a single statistic.</w:t>
      </w:r>
    </w:p>
    <w:p w14:paraId="35A05AF6" w14:textId="77777777" w:rsidR="00C7273C" w:rsidRPr="00C7273C" w:rsidRDefault="00C7273C" w:rsidP="00C7273C">
      <w:pPr>
        <w:pStyle w:val="Heading2"/>
        <w:jc w:val="both"/>
        <w:rPr>
          <w:b w:val="0"/>
          <w:bCs w:val="0"/>
        </w:rPr>
      </w:pPr>
      <w:r>
        <w:t xml:space="preserve">Table 4. </w:t>
      </w:r>
      <w:r w:rsidRPr="00C7273C">
        <w:rPr>
          <w:b w:val="0"/>
          <w:bCs w:val="0"/>
        </w:rPr>
        <w:t>Path coefficient analysis</w:t>
      </w:r>
    </w:p>
    <w:p w14:paraId="63CE68E8" w14:textId="77777777" w:rsidR="00E36509" w:rsidRDefault="00E36509" w:rsidP="00C7273C">
      <w:pPr>
        <w:jc w:val="both"/>
      </w:pPr>
    </w:p>
    <w:tbl>
      <w:tblPr>
        <w:tblStyle w:val="TableGrid"/>
        <w:tblW w:w="0" w:type="auto"/>
        <w:jc w:val="center"/>
        <w:tblLook w:val="04A0" w:firstRow="1" w:lastRow="0" w:firstColumn="1" w:lastColumn="0" w:noHBand="0" w:noVBand="1"/>
      </w:tblPr>
      <w:tblGrid>
        <w:gridCol w:w="2484"/>
        <w:gridCol w:w="2484"/>
        <w:gridCol w:w="2484"/>
        <w:gridCol w:w="2484"/>
      </w:tblGrid>
      <w:tr w:rsidR="00160943" w14:paraId="2FDB07A9" w14:textId="77777777">
        <w:trPr>
          <w:jc w:val="center"/>
        </w:trPr>
        <w:tc>
          <w:tcPr>
            <w:tcW w:w="2484" w:type="dxa"/>
          </w:tcPr>
          <w:p w14:paraId="009B6872" w14:textId="77777777" w:rsidR="00160943" w:rsidRDefault="00B1626B" w:rsidP="00C7273C">
            <w:pPr>
              <w:jc w:val="both"/>
            </w:pPr>
            <w:r>
              <w:rPr>
                <w:b/>
                <w:sz w:val="16"/>
              </w:rPr>
              <w:t>Level</w:t>
            </w:r>
          </w:p>
        </w:tc>
        <w:tc>
          <w:tcPr>
            <w:tcW w:w="2484" w:type="dxa"/>
          </w:tcPr>
          <w:p w14:paraId="6502A0EC" w14:textId="77777777" w:rsidR="00160943" w:rsidRDefault="00B1626B" w:rsidP="00C7273C">
            <w:pPr>
              <w:jc w:val="both"/>
            </w:pPr>
            <w:r>
              <w:rPr>
                <w:b/>
                <w:sz w:val="16"/>
              </w:rPr>
              <w:t>Trait</w:t>
            </w:r>
          </w:p>
        </w:tc>
        <w:tc>
          <w:tcPr>
            <w:tcW w:w="2484" w:type="dxa"/>
          </w:tcPr>
          <w:p w14:paraId="30E470D4" w14:textId="77777777" w:rsidR="00160943" w:rsidRDefault="00B1626B" w:rsidP="00C7273C">
            <w:pPr>
              <w:jc w:val="both"/>
            </w:pPr>
            <w:r>
              <w:rPr>
                <w:b/>
                <w:sz w:val="16"/>
              </w:rPr>
              <w:t>Direct effect</w:t>
            </w:r>
          </w:p>
        </w:tc>
        <w:tc>
          <w:tcPr>
            <w:tcW w:w="2484" w:type="dxa"/>
          </w:tcPr>
          <w:p w14:paraId="46C933F5" w14:textId="77777777" w:rsidR="00160943" w:rsidRDefault="00B1626B" w:rsidP="00C7273C">
            <w:pPr>
              <w:jc w:val="both"/>
            </w:pPr>
            <w:r>
              <w:rPr>
                <w:b/>
                <w:sz w:val="16"/>
              </w:rPr>
              <w:t>Interpretation</w:t>
            </w:r>
          </w:p>
        </w:tc>
      </w:tr>
      <w:tr w:rsidR="00160943" w14:paraId="08F47072" w14:textId="77777777">
        <w:trPr>
          <w:jc w:val="center"/>
        </w:trPr>
        <w:tc>
          <w:tcPr>
            <w:tcW w:w="2484" w:type="dxa"/>
            <w:vAlign w:val="center"/>
          </w:tcPr>
          <w:p w14:paraId="00C1A714" w14:textId="77777777" w:rsidR="00160943" w:rsidRDefault="00B1626B" w:rsidP="00C7273C">
            <w:pPr>
              <w:jc w:val="both"/>
            </w:pPr>
            <w:r>
              <w:rPr>
                <w:sz w:val="16"/>
              </w:rPr>
              <w:t>Genotypic</w:t>
            </w:r>
          </w:p>
        </w:tc>
        <w:tc>
          <w:tcPr>
            <w:tcW w:w="2484" w:type="dxa"/>
            <w:vAlign w:val="center"/>
          </w:tcPr>
          <w:p w14:paraId="20336516" w14:textId="77777777" w:rsidR="00160943" w:rsidRDefault="00B1626B" w:rsidP="00C7273C">
            <w:pPr>
              <w:jc w:val="both"/>
            </w:pPr>
            <w:r>
              <w:rPr>
                <w:sz w:val="16"/>
              </w:rPr>
              <w:t>Number of seeds per capsule</w:t>
            </w:r>
          </w:p>
        </w:tc>
        <w:tc>
          <w:tcPr>
            <w:tcW w:w="2484" w:type="dxa"/>
            <w:vAlign w:val="center"/>
          </w:tcPr>
          <w:p w14:paraId="6EB9C705" w14:textId="77777777" w:rsidR="00160943" w:rsidRDefault="00B1626B" w:rsidP="00C7273C">
            <w:pPr>
              <w:jc w:val="both"/>
            </w:pPr>
            <w:r>
              <w:rPr>
                <w:sz w:val="16"/>
              </w:rPr>
              <w:t>0.8083</w:t>
            </w:r>
          </w:p>
        </w:tc>
        <w:tc>
          <w:tcPr>
            <w:tcW w:w="2484" w:type="dxa"/>
            <w:vAlign w:val="center"/>
          </w:tcPr>
          <w:p w14:paraId="681501D6" w14:textId="77777777" w:rsidR="00160943" w:rsidRDefault="00B1626B" w:rsidP="00C7273C">
            <w:pPr>
              <w:jc w:val="both"/>
            </w:pPr>
            <w:r>
              <w:rPr>
                <w:sz w:val="16"/>
              </w:rPr>
              <w:t>Positive; highest reported</w:t>
            </w:r>
          </w:p>
        </w:tc>
      </w:tr>
      <w:tr w:rsidR="00160943" w14:paraId="2B999D2D" w14:textId="77777777">
        <w:trPr>
          <w:jc w:val="center"/>
        </w:trPr>
        <w:tc>
          <w:tcPr>
            <w:tcW w:w="2484" w:type="dxa"/>
            <w:vAlign w:val="center"/>
          </w:tcPr>
          <w:p w14:paraId="248A8900" w14:textId="77777777" w:rsidR="00160943" w:rsidRDefault="00B1626B" w:rsidP="00C7273C">
            <w:pPr>
              <w:jc w:val="both"/>
            </w:pPr>
            <w:r>
              <w:rPr>
                <w:sz w:val="16"/>
              </w:rPr>
              <w:t>Genotypic</w:t>
            </w:r>
          </w:p>
        </w:tc>
        <w:tc>
          <w:tcPr>
            <w:tcW w:w="2484" w:type="dxa"/>
            <w:vAlign w:val="center"/>
          </w:tcPr>
          <w:p w14:paraId="71B698B1" w14:textId="77777777" w:rsidR="00160943" w:rsidRDefault="00B1626B" w:rsidP="00C7273C">
            <w:pPr>
              <w:jc w:val="both"/>
            </w:pPr>
            <w:r>
              <w:rPr>
                <w:sz w:val="16"/>
              </w:rPr>
              <w:t>Number of capsules per plant</w:t>
            </w:r>
          </w:p>
        </w:tc>
        <w:tc>
          <w:tcPr>
            <w:tcW w:w="2484" w:type="dxa"/>
            <w:vAlign w:val="center"/>
          </w:tcPr>
          <w:p w14:paraId="050CBA63" w14:textId="77777777" w:rsidR="00160943" w:rsidRDefault="00B1626B" w:rsidP="00C7273C">
            <w:pPr>
              <w:jc w:val="both"/>
            </w:pPr>
            <w:r>
              <w:rPr>
                <w:sz w:val="16"/>
              </w:rPr>
              <w:t>0.3397</w:t>
            </w:r>
          </w:p>
        </w:tc>
        <w:tc>
          <w:tcPr>
            <w:tcW w:w="2484" w:type="dxa"/>
            <w:vAlign w:val="center"/>
          </w:tcPr>
          <w:p w14:paraId="545713A6" w14:textId="77777777" w:rsidR="00160943" w:rsidRDefault="00B1626B" w:rsidP="00C7273C">
            <w:pPr>
              <w:jc w:val="both"/>
            </w:pPr>
            <w:r>
              <w:rPr>
                <w:sz w:val="16"/>
              </w:rPr>
              <w:t>Positive</w:t>
            </w:r>
          </w:p>
        </w:tc>
      </w:tr>
      <w:tr w:rsidR="00160943" w14:paraId="7BE77637" w14:textId="77777777">
        <w:trPr>
          <w:jc w:val="center"/>
        </w:trPr>
        <w:tc>
          <w:tcPr>
            <w:tcW w:w="2484" w:type="dxa"/>
            <w:vAlign w:val="center"/>
          </w:tcPr>
          <w:p w14:paraId="3F2F80F8" w14:textId="77777777" w:rsidR="00160943" w:rsidRDefault="00B1626B" w:rsidP="00C7273C">
            <w:pPr>
              <w:jc w:val="both"/>
            </w:pPr>
            <w:r>
              <w:rPr>
                <w:sz w:val="16"/>
              </w:rPr>
              <w:t>Genotypic</w:t>
            </w:r>
          </w:p>
        </w:tc>
        <w:tc>
          <w:tcPr>
            <w:tcW w:w="2484" w:type="dxa"/>
            <w:vAlign w:val="center"/>
          </w:tcPr>
          <w:p w14:paraId="1C7377B9" w14:textId="77777777" w:rsidR="00160943" w:rsidRDefault="00B1626B" w:rsidP="00C7273C">
            <w:pPr>
              <w:jc w:val="both"/>
            </w:pPr>
            <w:r>
              <w:rPr>
                <w:sz w:val="16"/>
              </w:rPr>
              <w:t>Days to 50% flowering</w:t>
            </w:r>
          </w:p>
        </w:tc>
        <w:tc>
          <w:tcPr>
            <w:tcW w:w="2484" w:type="dxa"/>
            <w:vAlign w:val="center"/>
          </w:tcPr>
          <w:p w14:paraId="14C4AE94" w14:textId="77777777" w:rsidR="00160943" w:rsidRDefault="00B1626B" w:rsidP="00C7273C">
            <w:pPr>
              <w:jc w:val="both"/>
            </w:pPr>
            <w:r>
              <w:rPr>
                <w:sz w:val="16"/>
              </w:rPr>
              <w:t>−0.0740</w:t>
            </w:r>
          </w:p>
        </w:tc>
        <w:tc>
          <w:tcPr>
            <w:tcW w:w="2484" w:type="dxa"/>
            <w:vAlign w:val="center"/>
          </w:tcPr>
          <w:p w14:paraId="586A2A59" w14:textId="77777777" w:rsidR="00160943" w:rsidRDefault="00B1626B" w:rsidP="00C7273C">
            <w:pPr>
              <w:jc w:val="both"/>
            </w:pPr>
            <w:r>
              <w:rPr>
                <w:sz w:val="16"/>
              </w:rPr>
              <w:t>Negative</w:t>
            </w:r>
          </w:p>
        </w:tc>
      </w:tr>
      <w:tr w:rsidR="00160943" w14:paraId="04397EBB" w14:textId="77777777">
        <w:trPr>
          <w:jc w:val="center"/>
        </w:trPr>
        <w:tc>
          <w:tcPr>
            <w:tcW w:w="2484" w:type="dxa"/>
            <w:vAlign w:val="center"/>
          </w:tcPr>
          <w:p w14:paraId="79AF0CAB" w14:textId="77777777" w:rsidR="00160943" w:rsidRDefault="00B1626B" w:rsidP="00C7273C">
            <w:pPr>
              <w:jc w:val="both"/>
            </w:pPr>
            <w:r>
              <w:rPr>
                <w:sz w:val="16"/>
              </w:rPr>
              <w:t>Phenotypic</w:t>
            </w:r>
          </w:p>
        </w:tc>
        <w:tc>
          <w:tcPr>
            <w:tcW w:w="2484" w:type="dxa"/>
            <w:vAlign w:val="center"/>
          </w:tcPr>
          <w:p w14:paraId="4B860384" w14:textId="77777777" w:rsidR="00160943" w:rsidRDefault="00B1626B" w:rsidP="00C7273C">
            <w:pPr>
              <w:jc w:val="both"/>
            </w:pPr>
            <w:r>
              <w:rPr>
                <w:sz w:val="16"/>
              </w:rPr>
              <w:t>Number of branches per plant</w:t>
            </w:r>
          </w:p>
        </w:tc>
        <w:tc>
          <w:tcPr>
            <w:tcW w:w="2484" w:type="dxa"/>
            <w:vAlign w:val="center"/>
          </w:tcPr>
          <w:p w14:paraId="6F41C17B" w14:textId="77777777" w:rsidR="00160943" w:rsidRDefault="00B1626B" w:rsidP="00C7273C">
            <w:pPr>
              <w:jc w:val="both"/>
            </w:pPr>
            <w:r>
              <w:rPr>
                <w:sz w:val="16"/>
              </w:rPr>
              <w:t>1.6152</w:t>
            </w:r>
          </w:p>
        </w:tc>
        <w:tc>
          <w:tcPr>
            <w:tcW w:w="2484" w:type="dxa"/>
            <w:vAlign w:val="center"/>
          </w:tcPr>
          <w:p w14:paraId="48A8866A" w14:textId="77777777" w:rsidR="00160943" w:rsidRDefault="00B1626B" w:rsidP="00C7273C">
            <w:pPr>
              <w:jc w:val="both"/>
            </w:pPr>
            <w:r>
              <w:rPr>
                <w:sz w:val="16"/>
              </w:rPr>
              <w:t>Positive; high direct effect</w:t>
            </w:r>
          </w:p>
        </w:tc>
      </w:tr>
    </w:tbl>
    <w:p w14:paraId="2CBF86D4" w14:textId="77777777" w:rsidR="00160943" w:rsidRDefault="00E36509" w:rsidP="00C7273C">
      <w:pPr>
        <w:jc w:val="both"/>
      </w:pPr>
      <w:r>
        <w:t>t</w:t>
      </w:r>
    </w:p>
    <w:p w14:paraId="4AA44403" w14:textId="77777777" w:rsidR="00160943" w:rsidRDefault="00B1626B" w:rsidP="00C7273C">
      <w:pPr>
        <w:jc w:val="both"/>
      </w:pPr>
      <w:r>
        <w:t xml:space="preserve">Note: The supplied manuscript did not contain the complete indirect-effect matrix </w:t>
      </w:r>
      <w:r>
        <w:rPr>
          <w:highlight w:val="yellow"/>
        </w:rPr>
        <w:t>or the residual effect.</w:t>
      </w:r>
      <w:r>
        <w:t xml:space="preserve"> These values have therefore not been fabricated.</w:t>
      </w:r>
    </w:p>
    <w:p w14:paraId="1AD20E7E" w14:textId="77777777" w:rsidR="00160943" w:rsidRDefault="00B1626B" w:rsidP="00C7273C">
      <w:pPr>
        <w:pStyle w:val="Heading2"/>
        <w:jc w:val="both"/>
      </w:pPr>
      <w:r>
        <w:t>3.6 Selection strategy</w:t>
      </w:r>
    </w:p>
    <w:p w14:paraId="0782C4BB" w14:textId="77777777" w:rsidR="00160943" w:rsidRDefault="00B1626B" w:rsidP="00C7273C">
      <w:pPr>
        <w:jc w:val="both"/>
      </w:pPr>
      <w:r>
        <w:t xml:space="preserve">Based on the combined results, number of branches per plant, number of capsules per plant and number of seeds per capsule can be given greater emphasis during preliminary selection for higher seed yield in the tested material. Traits showing high variability and high heritability with appreciable genetic advance, particularly branch number, 1000-seed weight, capsule number, seeds per capsule and seed yield, also offer scope for selection. The selection strategy should be validated over additional seasons and locations before being </w:t>
      </w:r>
      <w:r>
        <w:rPr>
          <w:highlight w:val="yellow"/>
        </w:rPr>
        <w:t>generalised</w:t>
      </w:r>
      <w:r>
        <w:t>.</w:t>
      </w:r>
    </w:p>
    <w:p w14:paraId="3EC1DBF4" w14:textId="77777777" w:rsidR="00160943" w:rsidRDefault="00B1626B" w:rsidP="00C7273C">
      <w:pPr>
        <w:pStyle w:val="Heading1"/>
        <w:jc w:val="both"/>
      </w:pPr>
      <w:r>
        <w:t>4. CONCLUSION</w:t>
      </w:r>
    </w:p>
    <w:p w14:paraId="2E1FE4F3" w14:textId="77777777" w:rsidR="00160943" w:rsidRDefault="00B1626B" w:rsidP="00C7273C">
      <w:pPr>
        <w:jc w:val="both"/>
      </w:pPr>
      <w:r>
        <w:t xml:space="preserve">The present study revealed significant genetic variation among 40 linseed genotypes for all ten quantitative characters. The corrected estimates indicated relatively high variability for number of branches per plant, oil content, 1000-seed weight, seed yield per plant, number of capsules per plant and number of seeds per capsule. High broad-sense heritability and appreciable genetic advance were observed for several important traits. Number of branches per plant, number of capsules per plant and number of seeds per capsule showed </w:t>
      </w:r>
      <w:proofErr w:type="spellStart"/>
      <w:r>
        <w:t>favourable</w:t>
      </w:r>
      <w:proofErr w:type="spellEnd"/>
      <w:r>
        <w:t xml:space="preserve"> relationships with seed yield, while the reported path analysis identified positive direct effects for number of seeds per capsule and number of capsules per plant at the genotypic level and for number of branches per plant at the phenotypic level. These traits may therefore be considered important selection criteria for improving seed yield in the present material. The genotypes R-4076, R-4266, R-4203 and R-4275 were identified as promising </w:t>
      </w:r>
      <w:r>
        <w:lastRenderedPageBreak/>
        <w:t>in the original manuscript, but their genotype-wise means and statistical comparison were not supplied; hence, their superiority should be confirmed before making a definitive recommendation. Since the present experiment was conducted at one location in one season, multi-location and multi-season testing is required to assess the consistency of the results.</w:t>
      </w:r>
    </w:p>
    <w:p w14:paraId="189F18CB" w14:textId="77777777" w:rsidR="00160943" w:rsidRDefault="00B1626B" w:rsidP="00C7273C">
      <w:pPr>
        <w:pStyle w:val="Heading1"/>
        <w:jc w:val="both"/>
      </w:pPr>
      <w:r>
        <w:t>5. LIMITATIONS OF THE STUDY</w:t>
      </w:r>
    </w:p>
    <w:p w14:paraId="14D337F2" w14:textId="77777777" w:rsidR="007C66C9" w:rsidRDefault="007C66C9" w:rsidP="00C7273C">
      <w:pPr>
        <w:pStyle w:val="Heading1"/>
        <w:jc w:val="both"/>
        <w:rPr>
          <w:rFonts w:ascii="Times New Roman" w:eastAsiaTheme="minorEastAsia" w:hAnsi="Times New Roman" w:cstheme="minorBidi"/>
          <w:b w:val="0"/>
          <w:bCs w:val="0"/>
          <w:color w:val="auto"/>
          <w:sz w:val="22"/>
          <w:szCs w:val="22"/>
        </w:rPr>
      </w:pPr>
      <w:r w:rsidRPr="007C66C9">
        <w:rPr>
          <w:rFonts w:ascii="Times New Roman" w:eastAsiaTheme="minorEastAsia" w:hAnsi="Times New Roman" w:cstheme="minorBidi"/>
          <w:b w:val="0"/>
          <w:bCs w:val="0"/>
          <w:color w:val="auto"/>
          <w:sz w:val="22"/>
          <w:szCs w:val="22"/>
        </w:rPr>
        <w:t xml:space="preserve">The study was conducted at a single location during one rabi season with two replications. Consequently, genotype × environment interaction, stability, yield plasticity, and climate resilience could not be evaluated. The findings therefore represent trait relationships and selection information specific to the tested material and environment. Multi-location and multi-season evaluation is required to determine the consistency of the observed genetic parameters, correlations, and path effects before broader application in linseed improvement </w:t>
      </w:r>
      <w:proofErr w:type="spellStart"/>
      <w:r w:rsidRPr="007C66C9">
        <w:rPr>
          <w:rFonts w:ascii="Times New Roman" w:eastAsiaTheme="minorEastAsia" w:hAnsi="Times New Roman" w:cstheme="minorBidi"/>
          <w:b w:val="0"/>
          <w:bCs w:val="0"/>
          <w:color w:val="auto"/>
          <w:sz w:val="22"/>
          <w:szCs w:val="22"/>
        </w:rPr>
        <w:t>programmes</w:t>
      </w:r>
      <w:proofErr w:type="spellEnd"/>
      <w:r w:rsidRPr="007C66C9">
        <w:rPr>
          <w:rFonts w:ascii="Times New Roman" w:eastAsiaTheme="minorEastAsia" w:hAnsi="Times New Roman" w:cstheme="minorBidi"/>
          <w:b w:val="0"/>
          <w:bCs w:val="0"/>
          <w:color w:val="auto"/>
          <w:sz w:val="22"/>
          <w:szCs w:val="22"/>
        </w:rPr>
        <w:t>.</w:t>
      </w:r>
    </w:p>
    <w:p w14:paraId="14685B73" w14:textId="49AD34E6" w:rsidR="00160943" w:rsidRDefault="00B1626B" w:rsidP="00C7273C">
      <w:pPr>
        <w:pStyle w:val="Heading1"/>
        <w:jc w:val="both"/>
      </w:pPr>
      <w:r>
        <w:t>ACKNOWLEDGEMENTS</w:t>
      </w:r>
    </w:p>
    <w:p w14:paraId="0288F604" w14:textId="77777777" w:rsidR="00160943" w:rsidRDefault="00B1626B" w:rsidP="00C7273C">
      <w:pPr>
        <w:jc w:val="both"/>
      </w:pPr>
      <w:r>
        <w:t xml:space="preserve">The authors gratefully acknowledge the College of Agriculture, Latur and VNMKV, </w:t>
      </w:r>
      <w:proofErr w:type="spellStart"/>
      <w:r>
        <w:t>Parbhani</w:t>
      </w:r>
      <w:proofErr w:type="spellEnd"/>
      <w:r>
        <w:t xml:space="preserve"> for providing the facilities and support required for the conduct of the experiment.</w:t>
      </w:r>
    </w:p>
    <w:p w14:paraId="5B52A382" w14:textId="77777777" w:rsidR="00160943" w:rsidRDefault="00B1626B" w:rsidP="00C7273C">
      <w:pPr>
        <w:pStyle w:val="Heading1"/>
        <w:jc w:val="both"/>
      </w:pPr>
      <w:r>
        <w:t>COMPETING INTERESTS</w:t>
      </w:r>
    </w:p>
    <w:p w14:paraId="0C57AAF1" w14:textId="77777777" w:rsidR="00160943" w:rsidRDefault="00B1626B" w:rsidP="00C7273C">
      <w:pPr>
        <w:jc w:val="both"/>
      </w:pPr>
      <w:r>
        <w:t>The authors declare that they have no competing interests.</w:t>
      </w:r>
    </w:p>
    <w:p w14:paraId="1A459B92" w14:textId="77777777" w:rsidR="00160943" w:rsidRDefault="00B1626B" w:rsidP="00C7273C">
      <w:pPr>
        <w:pStyle w:val="Heading1"/>
        <w:jc w:val="both"/>
      </w:pPr>
      <w:r>
        <w:t>AUTHORS’ CONTRIBUTIONS</w:t>
      </w:r>
    </w:p>
    <w:p w14:paraId="7B6DF678" w14:textId="77777777" w:rsidR="00160943" w:rsidRDefault="00B1626B" w:rsidP="00C7273C">
      <w:pPr>
        <w:jc w:val="both"/>
      </w:pPr>
      <w:r>
        <w:t xml:space="preserve">All authors contributed to the experimental study, </w:t>
      </w:r>
      <w:r>
        <w:rPr>
          <w:highlight w:val="yellow"/>
        </w:rPr>
        <w:t>data analysis, interpretation, and the preparation and revision of the manuscript.</w:t>
      </w:r>
    </w:p>
    <w:p w14:paraId="1483D9C6" w14:textId="77777777" w:rsidR="009C7EA4" w:rsidRDefault="009C7EA4" w:rsidP="00C7273C">
      <w:pPr>
        <w:jc w:val="both"/>
      </w:pPr>
    </w:p>
    <w:p w14:paraId="0D40F5BE" w14:textId="77777777" w:rsidR="009C5044" w:rsidRPr="009C5044" w:rsidRDefault="009C5044" w:rsidP="00C7273C">
      <w:pPr>
        <w:spacing w:after="160" w:line="259" w:lineRule="auto"/>
        <w:jc w:val="both"/>
        <w:rPr>
          <w:rFonts w:ascii="Arial" w:eastAsia="Calibri" w:hAnsi="Arial" w:cs="Arial"/>
          <w:b/>
          <w:bCs/>
          <w:kern w:val="2"/>
          <w:lang w:val="en-IN"/>
          <w14:ligatures w14:val="standardContextual"/>
        </w:rPr>
      </w:pPr>
      <w:r w:rsidRPr="009C5044">
        <w:rPr>
          <w:rFonts w:ascii="Arial" w:eastAsia="Calibri" w:hAnsi="Arial" w:cs="Arial"/>
          <w:b/>
          <w:bCs/>
          <w:kern w:val="2"/>
          <w:lang w:val="en-IN"/>
          <w14:ligatures w14:val="standardContextual"/>
        </w:rPr>
        <w:t>Declaration of AI Use</w:t>
      </w:r>
    </w:p>
    <w:p w14:paraId="10203E96" w14:textId="77777777" w:rsidR="009C5044" w:rsidRPr="009C5044" w:rsidRDefault="009C5044" w:rsidP="00C7273C">
      <w:pPr>
        <w:spacing w:after="160" w:line="259" w:lineRule="auto"/>
        <w:jc w:val="both"/>
        <w:rPr>
          <w:rFonts w:ascii="Arial" w:eastAsia="Calibri" w:hAnsi="Arial" w:cs="Arial"/>
          <w:kern w:val="2"/>
          <w:lang w:val="en-IN"/>
          <w14:ligatures w14:val="standardContextual"/>
        </w:rPr>
      </w:pPr>
      <w:r w:rsidRPr="009C5044">
        <w:rPr>
          <w:rFonts w:ascii="Arial" w:eastAsia="Calibri" w:hAnsi="Arial" w:cs="Arial"/>
          <w:kern w:val="2"/>
          <w:lang w:val="en-IN"/>
          <w14:ligatures w14:val="standardContextu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00DBBB0" w14:textId="77777777" w:rsidR="009C5044" w:rsidRDefault="009C5044" w:rsidP="00C7273C">
      <w:pPr>
        <w:jc w:val="both"/>
      </w:pPr>
    </w:p>
    <w:p w14:paraId="69E61571" w14:textId="77777777" w:rsidR="00160943" w:rsidRDefault="00B1626B" w:rsidP="00C7273C">
      <w:pPr>
        <w:pStyle w:val="Heading1"/>
        <w:jc w:val="both"/>
      </w:pPr>
      <w:r>
        <w:t>REFERENCES</w:t>
      </w:r>
    </w:p>
    <w:p w14:paraId="3AD18D55" w14:textId="77777777" w:rsidR="003809A1" w:rsidRDefault="003809A1" w:rsidP="003809A1">
      <w:pPr>
        <w:pStyle w:val="pdq2pgselectionanchorcontainer"/>
      </w:pPr>
      <w:r>
        <w:t xml:space="preserve">Akbar, M., Mahmood, T., Anwar, M., Ali, M., Shafiq, M., &amp; Salim, J. (2003). Linseed improvement through genetic variability, correlation and path coefficient analysis. </w:t>
      </w:r>
      <w:r>
        <w:rPr>
          <w:rStyle w:val="Emphasis"/>
        </w:rPr>
        <w:t>International Journal of Agriculture &amp; Biology, 5</w:t>
      </w:r>
      <w:r>
        <w:t xml:space="preserve">(3), 303–305. </w:t>
      </w:r>
      <w:hyperlink r:id="rId6" w:tgtFrame="_blank" w:history="1">
        <w:r>
          <w:rPr>
            <w:rStyle w:val="Hyperlink"/>
          </w:rPr>
          <w:t>https://www.fspublishers.org/published_papers/96734_..pdf</w:t>
        </w:r>
      </w:hyperlink>
    </w:p>
    <w:p w14:paraId="1427C455" w14:textId="77777777" w:rsidR="003809A1" w:rsidRDefault="003809A1" w:rsidP="003809A1">
      <w:pPr>
        <w:pStyle w:val="NormalWeb"/>
      </w:pPr>
      <w:r>
        <w:lastRenderedPageBreak/>
        <w:t>Awasthi, S. K., &amp; Rao, S. S. (2005). Selection parameters for yield and it’s components in linseed (</w:t>
      </w:r>
      <w:r>
        <w:rPr>
          <w:rStyle w:val="Emphasis"/>
        </w:rPr>
        <w:t xml:space="preserve">Linum </w:t>
      </w:r>
      <w:proofErr w:type="spellStart"/>
      <w:r>
        <w:rPr>
          <w:rStyle w:val="Emphasis"/>
        </w:rPr>
        <w:t>usitatissimum</w:t>
      </w:r>
      <w:proofErr w:type="spellEnd"/>
      <w:r>
        <w:t xml:space="preserve"> L.). </w:t>
      </w:r>
      <w:r>
        <w:rPr>
          <w:rStyle w:val="Emphasis"/>
        </w:rPr>
        <w:t>Indian Journal of Genetics and Plant Breeding, 65</w:t>
      </w:r>
      <w:r>
        <w:t xml:space="preserve">(4), 323–324. </w:t>
      </w:r>
      <w:hyperlink r:id="rId7" w:tgtFrame="_blank" w:history="1">
        <w:r>
          <w:rPr>
            <w:rStyle w:val="Hyperlink"/>
          </w:rPr>
          <w:t>https://www.isgpb.org/journal/index.php/IJGPB/article/view/1705</w:t>
        </w:r>
      </w:hyperlink>
    </w:p>
    <w:p w14:paraId="54A3AB2C" w14:textId="77777777" w:rsidR="003809A1" w:rsidRDefault="003809A1" w:rsidP="003809A1">
      <w:pPr>
        <w:pStyle w:val="NormalWeb"/>
      </w:pPr>
      <w:r>
        <w:t>Burton, G. W., &amp; DeVane, E. H. (1953). Estimating heritability in tall fescue (</w:t>
      </w:r>
      <w:r>
        <w:rPr>
          <w:rStyle w:val="Emphasis"/>
        </w:rPr>
        <w:t>Festuca arundinacea</w:t>
      </w:r>
      <w:r>
        <w:t xml:space="preserve">) from replicated clonal material. </w:t>
      </w:r>
      <w:r>
        <w:rPr>
          <w:rStyle w:val="Emphasis"/>
        </w:rPr>
        <w:t>Agronomy Journal, 45</w:t>
      </w:r>
      <w:r>
        <w:t xml:space="preserve">(10), 478–481. </w:t>
      </w:r>
      <w:r>
        <w:rPr>
          <w:rStyle w:val="contents"/>
        </w:rPr>
        <w:t>https://doi.org/10.2134/agronj1953.00021962004500100005x</w:t>
      </w:r>
    </w:p>
    <w:p w14:paraId="25EA9CF7" w14:textId="77777777" w:rsidR="003809A1" w:rsidRDefault="003809A1" w:rsidP="003809A1">
      <w:pPr>
        <w:pStyle w:val="NormalWeb"/>
      </w:pPr>
      <w:r>
        <w:t>Chandrawati, Singh, N., Yadav, V. K., Kumar, R., Kumar, S., &amp; Yadav, H. K. (2016). Genetic variability and interrelationship among morphological and yield traits in linseed (</w:t>
      </w:r>
      <w:r>
        <w:rPr>
          <w:rStyle w:val="Emphasis"/>
        </w:rPr>
        <w:t xml:space="preserve">Linum </w:t>
      </w:r>
      <w:proofErr w:type="spellStart"/>
      <w:r>
        <w:rPr>
          <w:rStyle w:val="Emphasis"/>
        </w:rPr>
        <w:t>usitatissimum</w:t>
      </w:r>
      <w:proofErr w:type="spellEnd"/>
      <w:r>
        <w:t xml:space="preserve"> L.). </w:t>
      </w:r>
      <w:proofErr w:type="spellStart"/>
      <w:r>
        <w:rPr>
          <w:rStyle w:val="Emphasis"/>
        </w:rPr>
        <w:t>Genetika</w:t>
      </w:r>
      <w:proofErr w:type="spellEnd"/>
      <w:r>
        <w:rPr>
          <w:rStyle w:val="Emphasis"/>
        </w:rPr>
        <w:t>, 48</w:t>
      </w:r>
      <w:r>
        <w:t xml:space="preserve">(3), 881–892. </w:t>
      </w:r>
      <w:r>
        <w:rPr>
          <w:rStyle w:val="contents"/>
        </w:rPr>
        <w:t>https://doi.org/10.2298/GENSR1603881C</w:t>
      </w:r>
    </w:p>
    <w:p w14:paraId="34946B60" w14:textId="77777777" w:rsidR="003809A1" w:rsidRDefault="003809A1" w:rsidP="003809A1">
      <w:pPr>
        <w:pStyle w:val="NormalWeb"/>
      </w:pPr>
      <w:r>
        <w:t xml:space="preserve">Dewey, D. R., &amp; Lu, K. H. (1959). A correlation and path-coefficient analysis of components of crested wheatgrass seed production. </w:t>
      </w:r>
      <w:r>
        <w:rPr>
          <w:rStyle w:val="Emphasis"/>
        </w:rPr>
        <w:t>Agronomy Journal, 51</w:t>
      </w:r>
      <w:r>
        <w:t xml:space="preserve">(9), 515–518. </w:t>
      </w:r>
      <w:r>
        <w:rPr>
          <w:rStyle w:val="contents"/>
        </w:rPr>
        <w:t>https://doi.org/10.2134/agronj1959.00021962005100090002x</w:t>
      </w:r>
    </w:p>
    <w:p w14:paraId="3CE80BD4" w14:textId="77777777" w:rsidR="003809A1" w:rsidRDefault="003809A1" w:rsidP="003809A1">
      <w:pPr>
        <w:pStyle w:val="NormalWeb"/>
      </w:pPr>
      <w:r>
        <w:t xml:space="preserve">Johnson, H. W., Robinson, H. F., &amp; Comstock, R. E. (1955). Estimates of genetic and environmental variability in soybeans. </w:t>
      </w:r>
      <w:r>
        <w:rPr>
          <w:rStyle w:val="Emphasis"/>
        </w:rPr>
        <w:t>Agronomy Journal, 47</w:t>
      </w:r>
      <w:r>
        <w:t xml:space="preserve">(7), 314–318. </w:t>
      </w:r>
      <w:r>
        <w:rPr>
          <w:rStyle w:val="contents"/>
        </w:rPr>
        <w:t>https://doi.org/10.2134/agronj1955.00021962004700070009x</w:t>
      </w:r>
    </w:p>
    <w:p w14:paraId="2D1AA892" w14:textId="77777777" w:rsidR="003809A1" w:rsidRDefault="003809A1" w:rsidP="003809A1">
      <w:pPr>
        <w:pStyle w:val="NormalWeb"/>
      </w:pPr>
      <w:r>
        <w:t>Kanwar, R. R., Saxena, R. R., &amp; Ekka, R. E. (2014). Variability, heritability and genetic advance for yield and some yield related traits in linseed (</w:t>
      </w:r>
      <w:r>
        <w:rPr>
          <w:rStyle w:val="Emphasis"/>
        </w:rPr>
        <w:t xml:space="preserve">Linum </w:t>
      </w:r>
      <w:proofErr w:type="spellStart"/>
      <w:r>
        <w:rPr>
          <w:rStyle w:val="Emphasis"/>
        </w:rPr>
        <w:t>usitatissimum</w:t>
      </w:r>
      <w:proofErr w:type="spellEnd"/>
      <w:r>
        <w:t xml:space="preserve"> L.). </w:t>
      </w:r>
      <w:r>
        <w:rPr>
          <w:rStyle w:val="Emphasis"/>
        </w:rPr>
        <w:t>Agricultural Science Digest, 34</w:t>
      </w:r>
      <w:r>
        <w:t xml:space="preserve">(2), 154–156. </w:t>
      </w:r>
      <w:r>
        <w:rPr>
          <w:rStyle w:val="contents"/>
        </w:rPr>
        <w:t>https://doi.org/10.5958/0976-0547.2014.00038.X</w:t>
      </w:r>
    </w:p>
    <w:p w14:paraId="72C1B9BC" w14:textId="77777777" w:rsidR="00156E02" w:rsidRDefault="00C12015">
      <w:pPr>
        <w:pStyle w:val="NormalWeb"/>
      </w:pPr>
      <w:r>
        <w:rPr>
          <w:b/>
          <w:highlight w:val="yellow"/>
        </w:rPr>
        <w:t>Kaur, V., Gomashe, S. S., Aravind, J., Yadav, S. K., Sheela, Singh, D., Chauhan, S. S., Kumar, V., Jat, B., Tayade, N. R., Saroha, A., Kaushik, N., Langyan, S., Singh, M., Wankhede, D. P., Singh, K., Kumar, A., &amp; Singh, G. P. (2023). Multi-environment phenotyping of linseed (</w:t>
      </w:r>
      <w:r>
        <w:rPr>
          <w:b/>
          <w:i/>
          <w:iCs/>
          <w:highlight w:val="yellow"/>
        </w:rPr>
        <w:t>Linum usitatissimum</w:t>
      </w:r>
      <w:r>
        <w:rPr>
          <w:b/>
          <w:highlight w:val="yellow"/>
        </w:rPr>
        <w:t xml:space="preserve"> L.) germplasm for morphological and seed quality traits to assemble a core collection. </w:t>
      </w:r>
      <w:r>
        <w:rPr>
          <w:b/>
          <w:i/>
          <w:iCs/>
          <w:highlight w:val="yellow"/>
        </w:rPr>
        <w:t>Industrial Crops and Products, 206</w:t>
      </w:r>
      <w:r>
        <w:rPr>
          <w:b/>
          <w:highlight w:val="yellow"/>
        </w:rPr>
        <w:t>, 117657. https://doi.org/10.1016/j.indcrop.2023.117657</w:t>
      </w:r>
    </w:p>
    <w:p w14:paraId="0CFF5331" w14:textId="77777777" w:rsidR="00156E02" w:rsidRDefault="00C12015">
      <w:pPr>
        <w:pStyle w:val="NormalWeb"/>
      </w:pPr>
      <w:r>
        <w:rPr>
          <w:b/>
          <w:highlight w:val="yellow"/>
        </w:rPr>
        <w:t xml:space="preserve">Mahmoud, D. I., Hashem, O. S. M., Mariey, S. A., &amp; Abd Al-Sadek, M. S. (2022). Physiological and agronomic behavior of some new flax genotypes under different environmental conditions. </w:t>
      </w:r>
      <w:r>
        <w:rPr>
          <w:b/>
          <w:i/>
          <w:iCs/>
          <w:highlight w:val="yellow"/>
        </w:rPr>
        <w:t>Asian Journal of Agriculture and Allied Sciences, 5</w:t>
      </w:r>
      <w:r>
        <w:rPr>
          <w:b/>
          <w:highlight w:val="yellow"/>
        </w:rPr>
        <w:t>(1), 69–88. https://doi.org/10.56557/ajaas/2022/v5i118</w:t>
      </w:r>
    </w:p>
    <w:p w14:paraId="3A2735E0" w14:textId="77777777" w:rsidR="003809A1" w:rsidRDefault="003809A1" w:rsidP="003809A1">
      <w:pPr>
        <w:pStyle w:val="NormalWeb"/>
      </w:pPr>
      <w:r>
        <w:t>Nakhate, V. M., Wadikar, P. B., Kulkarni, P. D., &amp; Patel, A. Y. (2025). Study on genetic variability for yield and yield contributing traits in linseed (</w:t>
      </w:r>
      <w:r>
        <w:rPr>
          <w:rStyle w:val="Emphasis"/>
        </w:rPr>
        <w:t xml:space="preserve">Linum </w:t>
      </w:r>
      <w:proofErr w:type="spellStart"/>
      <w:r>
        <w:rPr>
          <w:rStyle w:val="Emphasis"/>
        </w:rPr>
        <w:t>usitatissimum</w:t>
      </w:r>
      <w:proofErr w:type="spellEnd"/>
      <w:r>
        <w:t xml:space="preserve"> L.). </w:t>
      </w:r>
      <w:r>
        <w:rPr>
          <w:rStyle w:val="Emphasis"/>
        </w:rPr>
        <w:t>International Journal of Plant &amp; Soil Science, 37</w:t>
      </w:r>
      <w:r>
        <w:t xml:space="preserve">(7), 549–556. </w:t>
      </w:r>
      <w:r>
        <w:rPr>
          <w:rStyle w:val="contents"/>
        </w:rPr>
        <w:t>https://doi.org/10.9734/ijpss/2025/v37i75600</w:t>
      </w:r>
    </w:p>
    <w:p w14:paraId="0D4A9943" w14:textId="77777777" w:rsidR="00156E02" w:rsidRDefault="00C12015">
      <w:pPr>
        <w:pStyle w:val="NormalWeb"/>
      </w:pPr>
      <w:r>
        <w:rPr>
          <w:b/>
          <w:highlight w:val="yellow"/>
        </w:rPr>
        <w:t>Negash, K., Tesso, B., Mohammed, W., &amp; Tesfaye, M. (2026). Genetic variability and associations among yield and yield-related traits in Ethiopian linseed (</w:t>
      </w:r>
      <w:r>
        <w:rPr>
          <w:b/>
          <w:i/>
          <w:iCs/>
          <w:highlight w:val="yellow"/>
        </w:rPr>
        <w:t>Linum usitatissimum</w:t>
      </w:r>
      <w:r>
        <w:rPr>
          <w:b/>
          <w:highlight w:val="yellow"/>
        </w:rPr>
        <w:t xml:space="preserve"> L.) landraces. </w:t>
      </w:r>
      <w:r>
        <w:rPr>
          <w:b/>
          <w:i/>
          <w:iCs/>
          <w:highlight w:val="yellow"/>
        </w:rPr>
        <w:t>Agrosystems, Geosciences &amp; Environment, 9</w:t>
      </w:r>
      <w:r>
        <w:rPr>
          <w:b/>
          <w:highlight w:val="yellow"/>
        </w:rPr>
        <w:t>, e70327. https://doi.org/10.1002/agg2.70327</w:t>
      </w:r>
    </w:p>
    <w:p w14:paraId="01E64C60" w14:textId="77777777" w:rsidR="003809A1" w:rsidRDefault="003809A1" w:rsidP="003809A1">
      <w:pPr>
        <w:pStyle w:val="NormalWeb"/>
      </w:pPr>
      <w:r>
        <w:t xml:space="preserve">Panse, V. G., &amp; </w:t>
      </w:r>
      <w:proofErr w:type="spellStart"/>
      <w:r>
        <w:t>Sukhatme</w:t>
      </w:r>
      <w:proofErr w:type="spellEnd"/>
      <w:r>
        <w:t xml:space="preserve">, P. V. (1978). </w:t>
      </w:r>
      <w:r>
        <w:rPr>
          <w:rStyle w:val="Emphasis"/>
        </w:rPr>
        <w:t>Statistical methods for agricultural workers</w:t>
      </w:r>
      <w:r>
        <w:t xml:space="preserve"> (3rd rev. ed.). Indian Council of Agricultural Research. </w:t>
      </w:r>
      <w:hyperlink r:id="rId8" w:tgtFrame="_blank" w:history="1">
        <w:r>
          <w:rPr>
            <w:rStyle w:val="Hyperlink"/>
          </w:rPr>
          <w:t>https://agris.fao.org/search/en/providers/122535/records/65ddd65b7c7033e84be8472c</w:t>
        </w:r>
      </w:hyperlink>
    </w:p>
    <w:p w14:paraId="7B0CB8B7" w14:textId="77777777" w:rsidR="003809A1" w:rsidRDefault="003809A1" w:rsidP="003809A1">
      <w:pPr>
        <w:pStyle w:val="NormalWeb"/>
      </w:pPr>
      <w:r>
        <w:lastRenderedPageBreak/>
        <w:t xml:space="preserve">Reddy, M. P., Reddy, B. R., </w:t>
      </w:r>
      <w:proofErr w:type="spellStart"/>
      <w:r>
        <w:t>Arsul</w:t>
      </w:r>
      <w:proofErr w:type="spellEnd"/>
      <w:r>
        <w:t xml:space="preserve">, B. T., &amp; Maheshwari, J. J. (2013). Character association and path coefficient studies in linseed. </w:t>
      </w:r>
      <w:r>
        <w:rPr>
          <w:rStyle w:val="Emphasis"/>
        </w:rPr>
        <w:t>International Journal of Current Microbiology and Applied Sciences, 2</w:t>
      </w:r>
      <w:r>
        <w:t xml:space="preserve">(9), 250–254. </w:t>
      </w:r>
      <w:hyperlink r:id="rId9" w:tgtFrame="_blank" w:history="1">
        <w:r>
          <w:rPr>
            <w:rStyle w:val="Hyperlink"/>
          </w:rPr>
          <w:t>https://www.ijcmas.com/Archives-10.php</w:t>
        </w:r>
      </w:hyperlink>
    </w:p>
    <w:p w14:paraId="32174D61" w14:textId="77777777" w:rsidR="00156E02" w:rsidRDefault="00C12015">
      <w:pPr>
        <w:pStyle w:val="NormalWeb"/>
      </w:pPr>
      <w:r>
        <w:rPr>
          <w:b/>
          <w:highlight w:val="yellow"/>
        </w:rPr>
        <w:t>Shankar, K., Suresh, G., Tiwari, N., &amp; Ajmera, S. (2024). Trait interactions and yield enhancement in linseed (</w:t>
      </w:r>
      <w:r>
        <w:rPr>
          <w:b/>
          <w:i/>
          <w:iCs/>
          <w:highlight w:val="yellow"/>
        </w:rPr>
        <w:t>Linum usitatissimum</w:t>
      </w:r>
      <w:r>
        <w:rPr>
          <w:b/>
          <w:highlight w:val="yellow"/>
        </w:rPr>
        <w:t xml:space="preserve"> L.): Insights from correlation and path analysis. </w:t>
      </w:r>
      <w:r>
        <w:rPr>
          <w:b/>
          <w:i/>
          <w:iCs/>
          <w:highlight w:val="yellow"/>
        </w:rPr>
        <w:t>Journal of Advances in Biology &amp; Biotechnology, 27</w:t>
      </w:r>
      <w:r>
        <w:rPr>
          <w:b/>
          <w:highlight w:val="yellow"/>
        </w:rPr>
        <w:t>(11), 324–331. https://doi.org/10.9734/jabb/2024/v27i111617</w:t>
      </w:r>
    </w:p>
    <w:p w14:paraId="4300473F" w14:textId="77777777" w:rsidR="003809A1" w:rsidRDefault="003809A1" w:rsidP="003809A1">
      <w:pPr>
        <w:pStyle w:val="NormalWeb"/>
      </w:pPr>
      <w:r>
        <w:t>Thakur, G., Paul, S., Chandel, U., &amp; Thakur, R. (2022). Studies on correlation and path analysis in linseed (</w:t>
      </w:r>
      <w:r>
        <w:rPr>
          <w:rStyle w:val="Emphasis"/>
        </w:rPr>
        <w:t xml:space="preserve">Linum </w:t>
      </w:r>
      <w:proofErr w:type="spellStart"/>
      <w:r>
        <w:rPr>
          <w:rStyle w:val="Emphasis"/>
        </w:rPr>
        <w:t>usitatissimum</w:t>
      </w:r>
      <w:proofErr w:type="spellEnd"/>
      <w:r>
        <w:t xml:space="preserve"> L.) over locations in mid-hills of North-Western Himalayas. </w:t>
      </w:r>
      <w:r>
        <w:rPr>
          <w:rStyle w:val="Emphasis"/>
        </w:rPr>
        <w:t>Indian Journal of Agricultural Research, 56</w:t>
      </w:r>
      <w:r>
        <w:t xml:space="preserve">(5), 509–515. </w:t>
      </w:r>
      <w:r>
        <w:rPr>
          <w:rStyle w:val="contents"/>
        </w:rPr>
        <w:t>https://doi.org/10.18805/IJARe.A-5863</w:t>
      </w:r>
    </w:p>
    <w:p w14:paraId="7CBA20E3" w14:textId="77777777" w:rsidR="003809A1" w:rsidRDefault="003809A1" w:rsidP="003809A1">
      <w:pPr>
        <w:pStyle w:val="NormalWeb"/>
      </w:pPr>
      <w:r>
        <w:t xml:space="preserve">Washimkar, G. S., Rathod, S. T., Sarode, S. B., </w:t>
      </w:r>
      <w:proofErr w:type="spellStart"/>
      <w:r>
        <w:t>Hatkar</w:t>
      </w:r>
      <w:proofErr w:type="spellEnd"/>
      <w:r>
        <w:t xml:space="preserve">, R. M., &amp; </w:t>
      </w:r>
      <w:proofErr w:type="spellStart"/>
      <w:r>
        <w:t>Wadikar</w:t>
      </w:r>
      <w:proofErr w:type="spellEnd"/>
      <w:r>
        <w:t>, P. B. (2025). Genetic variability studies for yield and yield contributing traits in linseed (</w:t>
      </w:r>
      <w:r>
        <w:rPr>
          <w:rStyle w:val="Emphasis"/>
        </w:rPr>
        <w:t xml:space="preserve">Linum </w:t>
      </w:r>
      <w:proofErr w:type="spellStart"/>
      <w:r>
        <w:rPr>
          <w:rStyle w:val="Emphasis"/>
        </w:rPr>
        <w:t>usitatissimum</w:t>
      </w:r>
      <w:proofErr w:type="spellEnd"/>
      <w:r>
        <w:t xml:space="preserve"> L.). </w:t>
      </w:r>
      <w:r>
        <w:rPr>
          <w:rStyle w:val="Emphasis"/>
        </w:rPr>
        <w:t>International Journal of Plant &amp; Soil Science, 37</w:t>
      </w:r>
      <w:r>
        <w:t xml:space="preserve">(7), 565–573. </w:t>
      </w:r>
      <w:r>
        <w:rPr>
          <w:rStyle w:val="contents"/>
        </w:rPr>
        <w:t>https://doi.org/10.9734/ijpss/2025/v37i75602</w:t>
      </w:r>
    </w:p>
    <w:p w14:paraId="0B8C9EFA" w14:textId="77777777" w:rsidR="003809A1" w:rsidRDefault="003809A1" w:rsidP="003809A1">
      <w:pPr>
        <w:pStyle w:val="NormalWeb"/>
      </w:pPr>
      <w:r>
        <w:t xml:space="preserve">Wright, S. (1921). Correlation and causation. </w:t>
      </w:r>
      <w:r>
        <w:rPr>
          <w:rStyle w:val="Emphasis"/>
        </w:rPr>
        <w:t>Journal of Agricultural Research, 20</w:t>
      </w:r>
      <w:r>
        <w:t xml:space="preserve">(7), 557–585. </w:t>
      </w:r>
      <w:hyperlink r:id="rId10" w:tgtFrame="_blank" w:history="1">
        <w:r>
          <w:rPr>
            <w:rStyle w:val="Hyperlink"/>
          </w:rPr>
          <w:t>https://www.govinfo.gov/content/pkg/GOVPUB-A-91c059ab490c9abbbd5e4b30f8ff1712/pdf/GOVPUB-A-91c059ab490c9abbbd5e4b30f8ff1712.pdf</w:t>
        </w:r>
      </w:hyperlink>
    </w:p>
    <w:p w14:paraId="2CBB8FB3" w14:textId="77777777" w:rsidR="00156E02" w:rsidRDefault="00C12015">
      <w:pPr>
        <w:pStyle w:val="NormalWeb"/>
      </w:pPr>
      <w:r>
        <w:rPr>
          <w:b/>
          <w:highlight w:val="yellow"/>
        </w:rPr>
        <w:t>Yadav, S. K., Singh, N., &amp; Yadav, H. K. (2024). Genetic variability and trait association analysis in linseed (</w:t>
      </w:r>
      <w:r>
        <w:rPr>
          <w:b/>
          <w:i/>
          <w:iCs/>
          <w:highlight w:val="yellow"/>
        </w:rPr>
        <w:t>Linum usitatissimum</w:t>
      </w:r>
      <w:r>
        <w:rPr>
          <w:b/>
          <w:highlight w:val="yellow"/>
        </w:rPr>
        <w:t xml:space="preserve"> L.) for yield and related traits. </w:t>
      </w:r>
      <w:r>
        <w:rPr>
          <w:b/>
          <w:i/>
          <w:iCs/>
          <w:highlight w:val="yellow"/>
        </w:rPr>
        <w:t>Oil Crop Science, 9</w:t>
      </w:r>
      <w:r>
        <w:rPr>
          <w:b/>
          <w:highlight w:val="yellow"/>
        </w:rPr>
        <w:t>(3), 151–159. https://doi.org/10.1016/j.ocsci.2024.06.003</w:t>
      </w:r>
    </w:p>
    <w:p w14:paraId="32848651" w14:textId="77777777" w:rsidR="003809A1" w:rsidRDefault="003809A1" w:rsidP="00C7273C">
      <w:pPr>
        <w:pStyle w:val="Heading1"/>
        <w:jc w:val="both"/>
      </w:pPr>
    </w:p>
    <w:p w14:paraId="22D3EB77" w14:textId="47B4C419" w:rsidR="00160943" w:rsidRDefault="00160943" w:rsidP="00C7273C">
      <w:pPr>
        <w:jc w:val="both"/>
      </w:pPr>
    </w:p>
    <w:sectPr w:rsidR="00160943"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atha">
    <w:panose1 w:val="02000400000000000000"/>
    <w:charset w:val="00"/>
    <w:family w:val="swiss"/>
    <w:pitch w:val="variable"/>
    <w:sig w:usb0="001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69431570">
    <w:abstractNumId w:val="8"/>
  </w:num>
  <w:num w:numId="2" w16cid:durableId="1055078503">
    <w:abstractNumId w:val="6"/>
  </w:num>
  <w:num w:numId="3" w16cid:durableId="1484008772">
    <w:abstractNumId w:val="5"/>
  </w:num>
  <w:num w:numId="4" w16cid:durableId="1713143087">
    <w:abstractNumId w:val="4"/>
  </w:num>
  <w:num w:numId="5" w16cid:durableId="373896755">
    <w:abstractNumId w:val="7"/>
  </w:num>
  <w:num w:numId="6" w16cid:durableId="807825038">
    <w:abstractNumId w:val="3"/>
  </w:num>
  <w:num w:numId="7" w16cid:durableId="1359508586">
    <w:abstractNumId w:val="2"/>
  </w:num>
  <w:num w:numId="8" w16cid:durableId="507646364">
    <w:abstractNumId w:val="1"/>
  </w:num>
  <w:num w:numId="9" w16cid:durableId="614405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SzsDA3MzUwNbW0NDVU0lEKTi0uzszPAykwqgUAkg8XACwAAAA="/>
  </w:docVars>
  <w:rsids>
    <w:rsidRoot w:val="00B47730"/>
    <w:rsid w:val="00034616"/>
    <w:rsid w:val="0006063C"/>
    <w:rsid w:val="00080F47"/>
    <w:rsid w:val="0015074B"/>
    <w:rsid w:val="001552E0"/>
    <w:rsid w:val="00156E02"/>
    <w:rsid w:val="00160943"/>
    <w:rsid w:val="001B4CBD"/>
    <w:rsid w:val="001E3A0B"/>
    <w:rsid w:val="002866B8"/>
    <w:rsid w:val="0029639D"/>
    <w:rsid w:val="00326F90"/>
    <w:rsid w:val="003809A1"/>
    <w:rsid w:val="003E3018"/>
    <w:rsid w:val="00401633"/>
    <w:rsid w:val="005A2155"/>
    <w:rsid w:val="00602862"/>
    <w:rsid w:val="007C66C9"/>
    <w:rsid w:val="00875325"/>
    <w:rsid w:val="009C5044"/>
    <w:rsid w:val="009C7EA4"/>
    <w:rsid w:val="00AA1D8D"/>
    <w:rsid w:val="00B10EF3"/>
    <w:rsid w:val="00B1626B"/>
    <w:rsid w:val="00B47730"/>
    <w:rsid w:val="00BA0FBC"/>
    <w:rsid w:val="00C431C0"/>
    <w:rsid w:val="00C7273C"/>
    <w:rsid w:val="00CB0664"/>
    <w:rsid w:val="00CE2371"/>
    <w:rsid w:val="00E365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a-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5D1041"/>
  <w14:defaultImageDpi w14:val="300"/>
  <w15:docId w15:val="{3E536E8D-E152-4C01-ACEE-4C063EC32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E36509"/>
    <w:rPr>
      <w:sz w:val="16"/>
      <w:szCs w:val="16"/>
    </w:rPr>
  </w:style>
  <w:style w:type="paragraph" w:styleId="CommentText">
    <w:name w:val="annotation text"/>
    <w:basedOn w:val="Normal"/>
    <w:link w:val="CommentTextChar"/>
    <w:uiPriority w:val="99"/>
    <w:semiHidden/>
    <w:unhideWhenUsed/>
    <w:rsid w:val="00E36509"/>
    <w:pPr>
      <w:spacing w:line="240" w:lineRule="auto"/>
    </w:pPr>
    <w:rPr>
      <w:sz w:val="20"/>
      <w:szCs w:val="20"/>
    </w:rPr>
  </w:style>
  <w:style w:type="character" w:customStyle="1" w:styleId="CommentTextChar">
    <w:name w:val="Comment Text Char"/>
    <w:basedOn w:val="DefaultParagraphFont"/>
    <w:link w:val="CommentText"/>
    <w:uiPriority w:val="99"/>
    <w:semiHidden/>
    <w:rsid w:val="00E3650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36509"/>
    <w:rPr>
      <w:b/>
      <w:bCs/>
    </w:rPr>
  </w:style>
  <w:style w:type="character" w:customStyle="1" w:styleId="CommentSubjectChar">
    <w:name w:val="Comment Subject Char"/>
    <w:basedOn w:val="CommentTextChar"/>
    <w:link w:val="CommentSubject"/>
    <w:uiPriority w:val="99"/>
    <w:semiHidden/>
    <w:rsid w:val="00E36509"/>
    <w:rPr>
      <w:rFonts w:ascii="Times New Roman" w:hAnsi="Times New Roman"/>
      <w:b/>
      <w:bCs/>
      <w:sz w:val="20"/>
      <w:szCs w:val="20"/>
    </w:rPr>
  </w:style>
  <w:style w:type="paragraph" w:styleId="BalloonText">
    <w:name w:val="Balloon Text"/>
    <w:basedOn w:val="Normal"/>
    <w:link w:val="BalloonTextChar"/>
    <w:uiPriority w:val="99"/>
    <w:semiHidden/>
    <w:unhideWhenUsed/>
    <w:rsid w:val="00E365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6509"/>
    <w:rPr>
      <w:rFonts w:ascii="Tahoma" w:hAnsi="Tahoma" w:cs="Tahoma"/>
      <w:sz w:val="16"/>
      <w:szCs w:val="16"/>
    </w:rPr>
  </w:style>
  <w:style w:type="paragraph" w:customStyle="1" w:styleId="pdq2pgselectionanchorcontainer">
    <w:name w:val="pdq2pg_selectionanchorcontainer"/>
    <w:basedOn w:val="Normal"/>
    <w:rsid w:val="003809A1"/>
    <w:pPr>
      <w:spacing w:before="100" w:beforeAutospacing="1" w:afterAutospacing="1" w:line="240" w:lineRule="auto"/>
    </w:pPr>
    <w:rPr>
      <w:rFonts w:eastAsia="Times New Roman" w:cs="Times New Roman"/>
      <w:sz w:val="24"/>
      <w:szCs w:val="24"/>
    </w:rPr>
  </w:style>
  <w:style w:type="character" w:customStyle="1" w:styleId="contents">
    <w:name w:val="contents"/>
    <w:basedOn w:val="DefaultParagraphFont"/>
    <w:rsid w:val="003809A1"/>
  </w:style>
  <w:style w:type="character" w:styleId="Hyperlink">
    <w:name w:val="Hyperlink"/>
    <w:basedOn w:val="DefaultParagraphFont"/>
    <w:uiPriority w:val="99"/>
    <w:semiHidden/>
    <w:unhideWhenUsed/>
    <w:rsid w:val="003809A1"/>
    <w:rPr>
      <w:color w:val="0000FF"/>
      <w:u w:val="single"/>
    </w:rPr>
  </w:style>
  <w:style w:type="paragraph" w:styleId="NormalWeb">
    <w:name w:val="Normal (Web)"/>
    <w:basedOn w:val="Normal"/>
    <w:uiPriority w:val="99"/>
    <w:semiHidden/>
    <w:unhideWhenUsed/>
    <w:rsid w:val="003809A1"/>
    <w:pPr>
      <w:spacing w:before="100" w:beforeAutospacing="1" w:afterAutospacing="1" w:line="240" w:lineRule="auto"/>
    </w:pPr>
    <w:rPr>
      <w:rFonts w:eastAsia="Times New Roman" w:cs="Times New Roman"/>
      <w:sz w:val="24"/>
      <w:szCs w:val="24"/>
    </w:rPr>
  </w:style>
  <w:style w:type="paragraph" w:styleId="Revision">
    <w:name w:val="Revision"/>
    <w:hidden/>
    <w:uiPriority w:val="99"/>
    <w:semiHidden/>
    <w:rsid w:val="00B10EF3"/>
    <w:pPr>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92389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agris.fao.org/search/en/providers/122535/records/65ddd65b7c7033e84be8472c?utm_source=chatgpt.com" TargetMode="External"/><Relationship Id="rId3" Type="http://schemas.openxmlformats.org/officeDocument/2006/relationships/styles" Target="styles.xml"/><Relationship Id="rId7" Type="http://schemas.openxmlformats.org/officeDocument/2006/relationships/hyperlink" Target="https://www.isgpb.org/journal/index.php/IJGPB/article/view/1705?utm_source=chatgpt.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fspublishers.org/published_papers/96734_..pdf?utm_source=chatgpt.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govinfo.gov/content/pkg/GOVPUB-A-91c059ab490c9abbbd5e4b30f8ff1712/pdf/GOVPUB-A-91c059ab490c9abbbd5e4b30f8ff1712.pdf?utm_source=chatgpt.com" TargetMode="External"/><Relationship Id="rId4" Type="http://schemas.openxmlformats.org/officeDocument/2006/relationships/settings" Target="settings.xml"/><Relationship Id="rId9" Type="http://schemas.openxmlformats.org/officeDocument/2006/relationships/hyperlink" Target="https://www.ijcmas.com/Archives-10.php?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DC5B67-6822-4AB4-9B3D-578A96C8E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Pages>
  <Words>3541</Words>
  <Characters>20187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23681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1186</cp:lastModifiedBy>
  <cp:revision>18</cp:revision>
  <dcterms:created xsi:type="dcterms:W3CDTF">2013-12-23T23:15:00Z</dcterms:created>
  <dcterms:modified xsi:type="dcterms:W3CDTF">2026-08-22T05:14:00Z</dcterms:modified>
  <cp:category/>
</cp:coreProperties>
</file>