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8AD77" w14:textId="77777777" w:rsidR="009D20E1" w:rsidRPr="007E16DF" w:rsidRDefault="009D20E1" w:rsidP="009D20E1">
      <w:pPr>
        <w:spacing w:after="240"/>
        <w:jc w:val="center"/>
      </w:pPr>
      <w:r w:rsidRPr="007E16DF">
        <w:rPr>
          <w:b/>
          <w:sz w:val="28"/>
        </w:rPr>
        <w:t xml:space="preserve">Comparative GC-MS Phytochemical Profiling and Compatibility Analysis of </w:t>
      </w:r>
      <w:r w:rsidRPr="007E16DF">
        <w:rPr>
          <w:b/>
          <w:i/>
          <w:sz w:val="28"/>
        </w:rPr>
        <w:t>Nigella sativa</w:t>
      </w:r>
      <w:r w:rsidRPr="007E16DF">
        <w:rPr>
          <w:b/>
          <w:sz w:val="28"/>
        </w:rPr>
        <w:t xml:space="preserve"> Seeds, </w:t>
      </w:r>
      <w:proofErr w:type="spellStart"/>
      <w:r w:rsidRPr="007E16DF">
        <w:rPr>
          <w:b/>
          <w:sz w:val="28"/>
        </w:rPr>
        <w:t>Sphagneticola</w:t>
      </w:r>
      <w:proofErr w:type="spellEnd"/>
      <w:r w:rsidRPr="007E16DF">
        <w:rPr>
          <w:b/>
          <w:sz w:val="28"/>
        </w:rPr>
        <w:t xml:space="preserve"> </w:t>
      </w:r>
      <w:proofErr w:type="spellStart"/>
      <w:r w:rsidRPr="007E16DF">
        <w:rPr>
          <w:b/>
          <w:sz w:val="28"/>
        </w:rPr>
        <w:t>calendulacea</w:t>
      </w:r>
      <w:proofErr w:type="spellEnd"/>
      <w:r w:rsidRPr="007E16DF">
        <w:rPr>
          <w:b/>
          <w:sz w:val="28"/>
        </w:rPr>
        <w:t xml:space="preserve"> Leaves, and Their Combined Co-Extract</w:t>
      </w:r>
    </w:p>
    <w:p w14:paraId="2D13799C" w14:textId="77777777" w:rsidR="009D20E1" w:rsidRPr="007E16DF" w:rsidRDefault="009D20E1" w:rsidP="009D20E1">
      <w:pPr>
        <w:spacing w:before="240"/>
      </w:pPr>
      <w:r w:rsidRPr="007E16DF">
        <w:rPr>
          <w:b/>
          <w:sz w:val="24"/>
        </w:rPr>
        <w:t>Abstract</w:t>
      </w:r>
    </w:p>
    <w:p w14:paraId="5F2D252B" w14:textId="77777777" w:rsidR="009D20E1" w:rsidRPr="007E16DF" w:rsidRDefault="009D20E1" w:rsidP="009D20E1">
      <w:pPr>
        <w:jc w:val="both"/>
      </w:pPr>
      <w:r w:rsidRPr="007E16DF">
        <w:t xml:space="preserve">Multi-component natural formulations are increasingly being investigated as alternative matrices for therapeutic validation. However, establishing chemical compatibility and profiling secondary metabolites without chemical degradation remain analytical challenges. This study presents a comparative gas chromatography-mass spectrometry (GC-MS) investigation of individual extracts of </w:t>
      </w:r>
      <w:r w:rsidRPr="007E16DF">
        <w:rPr>
          <w:i/>
        </w:rPr>
        <w:t>Nigella sativa</w:t>
      </w:r>
      <w:r w:rsidRPr="007E16DF">
        <w:t xml:space="preserve"> (NS) seeds, </w:t>
      </w:r>
      <w:r w:rsidRPr="007E16DF">
        <w:rPr>
          <w:i/>
        </w:rPr>
        <w:t>Sphagneticola calendulacea</w:t>
      </w:r>
      <w:r w:rsidRPr="007E16DF">
        <w:t xml:space="preserve"> (SC) leaves, and their combined co-extract (NS-SC), prepared using a simultaneous cold-extraction process. The total ion chromatograms mapped highly distinctive molecular profiles for each matrix. The NS profile was characterised by the volatile therapeutic quinone thymoquinone (1.44% at 12.239 min), alongside a dense fatty-acid environment comprising hexadecanoic acid (20.95%) and major unsaturated octadecadienoate derivatives (&gt;54%). Conversely, the SC extract yielded substantial phenolic fractions (11.47%) and 1-(+)-ascorbic acid 2,6-dihexadecanoate (8.19% at 29.710 min). Notably, the combined co-extract (NS-SC) preserved active parent markers, including thymoquinone (1.96% at 12.243 min) and core phenolic compounds, while exhibiting an increased relative peak area for the ascorbic acid derivative (14.18% at 29.830 min) within a stable fatty-acid matrix. Relative percentage values were determined using total peak-area normalisation, and chemical identities were putatively assigned by mass-spectral library matching. The absence of newly generated baseline fragments or destructive cross-reactivity indicates chemical compatibility under the extraction conditions used. These findings establish a baseline phytochemical profile for the NS-SC combination matrix and support its use in future biological evaluation.</w:t>
      </w:r>
    </w:p>
    <w:p w14:paraId="61F7D81B" w14:textId="77777777" w:rsidR="009D20E1" w:rsidRPr="007E16DF" w:rsidRDefault="009D20E1" w:rsidP="009D20E1">
      <w:pPr>
        <w:jc w:val="both"/>
      </w:pPr>
      <w:r w:rsidRPr="007E16DF">
        <w:t xml:space="preserve">Keywords: GC-MS profiling, </w:t>
      </w:r>
      <w:r w:rsidRPr="007E16DF">
        <w:rPr>
          <w:i/>
        </w:rPr>
        <w:t>Nigella sativa</w:t>
      </w:r>
      <w:r w:rsidRPr="007E16DF">
        <w:t xml:space="preserve">, </w:t>
      </w:r>
      <w:r w:rsidRPr="007E16DF">
        <w:rPr>
          <w:i/>
        </w:rPr>
        <w:t>Sphagneticola calendulacea</w:t>
      </w:r>
      <w:r w:rsidRPr="007E16DF">
        <w:t>, phytochemical compatibility, thymoquinone, secondary metabolites.</w:t>
      </w:r>
    </w:p>
    <w:p w14:paraId="7C2A7CD0" w14:textId="77777777" w:rsidR="009D20E1" w:rsidRPr="007E16DF" w:rsidRDefault="009D20E1" w:rsidP="009D20E1">
      <w:pPr>
        <w:spacing w:before="240"/>
      </w:pPr>
      <w:r w:rsidRPr="007E16DF">
        <w:rPr>
          <w:b/>
          <w:sz w:val="24"/>
        </w:rPr>
        <w:t>1. Introduction</w:t>
      </w:r>
    </w:p>
    <w:p w14:paraId="0503452E" w14:textId="77777777" w:rsidR="009D20E1" w:rsidRPr="007E16DF" w:rsidRDefault="009D20E1" w:rsidP="009D20E1">
      <w:pPr>
        <w:jc w:val="both"/>
      </w:pPr>
      <w:r w:rsidRPr="007E16DF">
        <w:t>The investigation of botanical mixtures and multi-target secondary-metabolite complexes has gained significant momentum in contemporary pharmacological research [1, 2]. Traditional herbal practices frequently utilise combinations of distinct plant matrices to achieve a broader spectrum of phytochemical coverage [3]. However, from an analytical perspective, combining separate botanical matrices can lead to chemical degradation, precipitation, or unpredictable reactions during processing [4, 5]. Therefore, establishing robust analytical workflows to verify chemical compatibility, track compound retention, and map molecular profiles is critical before biological or toxicological evaluation can be undertaken [6, 7].</w:t>
      </w:r>
    </w:p>
    <w:p w14:paraId="6981B4E0" w14:textId="77777777" w:rsidR="009D20E1" w:rsidRPr="007E16DF" w:rsidRDefault="009D20E1" w:rsidP="009D20E1">
      <w:pPr>
        <w:jc w:val="both"/>
      </w:pPr>
      <w:r w:rsidRPr="007E16DF">
        <w:rPr>
          <w:i/>
        </w:rPr>
        <w:t>Nigella sativa</w:t>
      </w:r>
      <w:r w:rsidRPr="007E16DF">
        <w:t xml:space="preserve"> (NS), widely known as black seed, has a well-documented phytochemical profile rich in essential lipids, structural proteins, and volatile constituents [8, 9]. Its principal active volatile monoterpene, thymoquinone, has been extensively characterised for its physicochemical properties and chemical stability in lipid carriers [10, 11]. In parallel, </w:t>
      </w:r>
      <w:r w:rsidRPr="007E16DF">
        <w:rPr>
          <w:i/>
        </w:rPr>
        <w:t>Sphagneticola calendulacea</w:t>
      </w:r>
      <w:r w:rsidRPr="007E16DF">
        <w:t xml:space="preserve"> (SC) is valued in indigenous systems for its accumulation of polar phenols, flavonoid complexes, coumarins, and specialised organic fatty-acid derivatives [12, 13]. Although extracts of these individual botanical materials have been widely studied using gas-chromatographic approaches [14, 15], evaluation of their simultaneous co-extraction remains relevant for understanding metabolite interactions, dissolution kinetics, and structural stability within a shared matrix [16, 17].</w:t>
      </w:r>
    </w:p>
    <w:p w14:paraId="3004D3F0" w14:textId="77777777" w:rsidR="00243568" w:rsidRPr="007E16DF" w:rsidRDefault="002F2B7E">
      <w:pPr>
        <w:jc w:val="both"/>
      </w:pPr>
      <w:r w:rsidRPr="007E16DF">
        <w:lastRenderedPageBreak/>
        <w:t xml:space="preserve">Recent analytical studies have continued to characterise </w:t>
      </w:r>
      <w:r w:rsidRPr="007E16DF">
        <w:rPr>
          <w:i/>
        </w:rPr>
        <w:t>Nigella sativa</w:t>
      </w:r>
      <w:r w:rsidRPr="007E16DF">
        <w:t xml:space="preserve"> seed matrices using GC- or GC-MS-based approaches, including the identification of thymoquinone and related phytochemical constituents [72, 73, 75], while a complementary analytical study quantified thymoquinone in </w:t>
      </w:r>
      <w:r w:rsidRPr="007E16DF">
        <w:rPr>
          <w:i/>
        </w:rPr>
        <w:t>N. sativa</w:t>
      </w:r>
      <w:r w:rsidRPr="007E16DF">
        <w:t xml:space="preserve"> oil products, with results cross-validated by HPLC [74]. A recent phytochemical study of a multi-botanical formulation containing </w:t>
      </w:r>
      <w:r w:rsidRPr="007E16DF">
        <w:rPr>
          <w:i/>
        </w:rPr>
        <w:t>N. sativa</w:t>
      </w:r>
      <w:r w:rsidRPr="007E16DF">
        <w:t xml:space="preserve"> also provides a constituent-level example of evaluating this species within a combined plant matrix [71].</w:t>
      </w:r>
    </w:p>
    <w:p w14:paraId="44435A81" w14:textId="77777777" w:rsidR="009D20E1" w:rsidRPr="007E16DF" w:rsidRDefault="009D20E1" w:rsidP="009D20E1">
      <w:pPr>
        <w:jc w:val="both"/>
      </w:pPr>
      <w:r w:rsidRPr="007E16DF">
        <w:t xml:space="preserve">This study provides a detailed comparative biochemical analysis designed to evaluate the extraction characteristics of this dual-botanical matrix. Comparative gas chromatography-mass spectrometry (GC-MS) profiling was performed on separate cold extracts of </w:t>
      </w:r>
      <w:r w:rsidRPr="007E16DF">
        <w:rPr>
          <w:i/>
        </w:rPr>
        <w:t>N. sativa</w:t>
      </w:r>
      <w:r w:rsidRPr="007E16DF">
        <w:t xml:space="preserve"> seeds, </w:t>
      </w:r>
      <w:r w:rsidRPr="007E16DF">
        <w:rPr>
          <w:i/>
        </w:rPr>
        <w:t>S. calendulacea</w:t>
      </w:r>
      <w:r w:rsidRPr="007E16DF">
        <w:t xml:space="preserve"> leaves, and their corresponding combined co-extract (NS-SC) [18, 19]. The primary analytical objective was to monitor retention-time (RT) metrics, evaluate relative peak-area distributions, and screen for potential destructive cross-reactions or baseline anomalies [20, 21]. Ultimately, this study aims to establish a chemical basis for evaluating the integrity and compatibility of these combined plant extracts [22, 23].</w:t>
      </w:r>
    </w:p>
    <w:p w14:paraId="66F3E92B" w14:textId="77777777" w:rsidR="00243568" w:rsidRPr="007E16DF" w:rsidRDefault="002F2B7E">
      <w:pPr>
        <w:jc w:val="both"/>
      </w:pPr>
      <w:r w:rsidRPr="007E16DF">
        <w:t xml:space="preserve">Research gap: Within the scope of this manuscript, direct comparative GC-MS evidence for the simultaneous cold ethanolic co-extraction of </w:t>
      </w:r>
      <w:r w:rsidRPr="007E16DF">
        <w:rPr>
          <w:i/>
        </w:rPr>
        <w:t>N. sativa</w:t>
      </w:r>
      <w:r w:rsidRPr="007E16DF">
        <w:t xml:space="preserve"> seeds and </w:t>
      </w:r>
      <w:r w:rsidRPr="007E16DF">
        <w:rPr>
          <w:i/>
        </w:rPr>
        <w:t>S. calendulacea</w:t>
      </w:r>
      <w:r w:rsidRPr="007E16DF">
        <w:t xml:space="preserve"> leaves remains insufficiently established, particularly with regard to the retention of recognisable parent markers and the absence of evident destructive chromatographic changes in the combined matrix.</w:t>
      </w:r>
    </w:p>
    <w:p w14:paraId="3644FC73" w14:textId="77777777" w:rsidR="00243568" w:rsidRPr="007E16DF" w:rsidRDefault="002F2B7E">
      <w:pPr>
        <w:jc w:val="both"/>
      </w:pPr>
      <w:r w:rsidRPr="007E16DF">
        <w:t xml:space="preserve">Objective: Accordingly, the objective of this study is to comparatively profile individual cold extracts of </w:t>
      </w:r>
      <w:r w:rsidRPr="007E16DF">
        <w:rPr>
          <w:i/>
        </w:rPr>
        <w:t>N. sativa</w:t>
      </w:r>
      <w:r w:rsidRPr="007E16DF">
        <w:t xml:space="preserve"> seeds and </w:t>
      </w:r>
      <w:r w:rsidRPr="007E16DF">
        <w:rPr>
          <w:i/>
        </w:rPr>
        <w:t>S. calendulacea</w:t>
      </w:r>
      <w:r w:rsidRPr="007E16DF">
        <w:t xml:space="preserve"> leaves and their combined NS-SC co-extract by GC-MS, with emphasis on retention time, relative peak-area distributions, preservation of key parent markers, and evidence of destructive chromatographic anomalies under the specified extraction conditions.</w:t>
      </w:r>
    </w:p>
    <w:p w14:paraId="0F959BDA" w14:textId="77777777" w:rsidR="009D20E1" w:rsidRPr="007E16DF" w:rsidRDefault="009D20E1" w:rsidP="009D20E1">
      <w:pPr>
        <w:spacing w:before="240"/>
      </w:pPr>
      <w:r w:rsidRPr="007E16DF">
        <w:rPr>
          <w:b/>
          <w:sz w:val="24"/>
        </w:rPr>
        <w:t>2. Materials and Methods</w:t>
      </w:r>
    </w:p>
    <w:p w14:paraId="7988A606" w14:textId="77777777" w:rsidR="009D20E1" w:rsidRPr="007E16DF" w:rsidRDefault="009D20E1" w:rsidP="009D20E1">
      <w:pPr>
        <w:spacing w:before="120" w:after="80"/>
      </w:pPr>
      <w:r w:rsidRPr="007E16DF">
        <w:rPr>
          <w:b/>
        </w:rPr>
        <w:t>2.1 Plant Collection and Authentication</w:t>
      </w:r>
    </w:p>
    <w:p w14:paraId="0A563E5A" w14:textId="77777777" w:rsidR="009D20E1" w:rsidRPr="007E16DF" w:rsidRDefault="009D20E1" w:rsidP="009D20E1">
      <w:pPr>
        <w:jc w:val="both"/>
      </w:pPr>
      <w:r w:rsidRPr="007E16DF">
        <w:t xml:space="preserve">Fresh leaf tissues of </w:t>
      </w:r>
      <w:r w:rsidRPr="007E16DF">
        <w:rPr>
          <w:i/>
        </w:rPr>
        <w:t>Sphagneticola calendulacea</w:t>
      </w:r>
      <w:r w:rsidRPr="007E16DF">
        <w:t xml:space="preserve"> (L.) Pruski were harvested from natural habitats in Thaneerkulam, Thiruvallur district, Tamil Nadu, India [24]. The collected botanical specimens were processed using standard herbarium protocols, submitted to the Southern Regional Centre of the Botanical Survey of India (BSI) in Coimbatore, and formally authenticated, with an official Plant Authentication Voucher Certificate (BSI/SRC/5/23/Tech.-1042) issued [25]. High-quality dried seeds of genuine </w:t>
      </w:r>
      <w:r w:rsidRPr="007E16DF">
        <w:rPr>
          <w:i/>
        </w:rPr>
        <w:t>Nigella sativa</w:t>
      </w:r>
      <w:r w:rsidRPr="007E16DF">
        <w:t xml:space="preserve"> L. were sourced from established traditional repositories in Chennai, Tamil Nadu, and verified against certified morphological taxonomies and standard pharmacological reference manuals [26].</w:t>
      </w:r>
    </w:p>
    <w:p w14:paraId="29A2B413" w14:textId="77777777" w:rsidR="009D20E1" w:rsidRPr="007E16DF" w:rsidRDefault="009D20E1" w:rsidP="009D20E1">
      <w:pPr>
        <w:spacing w:before="120" w:after="80"/>
      </w:pPr>
      <w:r w:rsidRPr="007E16DF">
        <w:rPr>
          <w:b/>
        </w:rPr>
        <w:t>2.2 Extraction Procedures</w:t>
      </w:r>
    </w:p>
    <w:p w14:paraId="61E30B47" w14:textId="77777777" w:rsidR="009D20E1" w:rsidRPr="007E16DF" w:rsidRDefault="009D20E1" w:rsidP="009D20E1">
      <w:pPr>
        <w:jc w:val="both"/>
      </w:pPr>
      <w:r w:rsidRPr="007E16DF">
        <w:t xml:space="preserve">The respective botanical materials were shade-dried under regulated humidity conditions (25±2°C) and mechanically ground into fine, uniform powders using a laboratory mill [27]. For individual baseline profiles, 50 g of each powder was processed by maceration-based cold extraction using 99.9% analytical-grade ethanol as the extraction solvent at a constant solvent-to-sample ratio of 10:1 (v/w) [28, 29]. Extraction was performed over three independent sequential cycles (24 hours per cycle) at room temperature (25°C) to prevent thermal degradation of volatile monoterpenes and thermolabile oils [30]. For the combined co-extract formulation (NS-SC), equal portions (1:1 w/w; 25 g each) of </w:t>
      </w:r>
      <w:r w:rsidRPr="007E16DF">
        <w:rPr>
          <w:i/>
        </w:rPr>
        <w:t>N. sativa</w:t>
      </w:r>
      <w:r w:rsidRPr="007E16DF">
        <w:t xml:space="preserve"> seed powder and </w:t>
      </w:r>
      <w:r w:rsidRPr="007E16DF">
        <w:rPr>
          <w:i/>
        </w:rPr>
        <w:t>S. calendulacea</w:t>
      </w:r>
      <w:r w:rsidRPr="007E16DF">
        <w:t xml:space="preserve"> leaf powder were thoroughly homogenised under dry conditions before the extraction solvent was introduced under identical extraction volumes, temperatures, and durations [31]. This simultaneous co-extraction approach was selected to facilitate potential structural integration and molecular interaction of secondary metabolites during the liquid-</w:t>
      </w:r>
      <w:r w:rsidRPr="007E16DF">
        <w:lastRenderedPageBreak/>
        <w:t>dissolution phase [32]. The collected supernatant solutions from all three preparations were filtered using Whatman No. 1 membranes and concentrated under vacuum using a rotary evaporator at a regulated temperature of 40°C until dry crude extracts were obtained [33].</w:t>
      </w:r>
    </w:p>
    <w:p w14:paraId="5E347C7B" w14:textId="77777777" w:rsidR="009D20E1" w:rsidRPr="007E16DF" w:rsidRDefault="009D20E1" w:rsidP="009D20E1">
      <w:pPr>
        <w:spacing w:before="120" w:after="80"/>
      </w:pPr>
      <w:r w:rsidRPr="007E16DF">
        <w:rPr>
          <w:b/>
        </w:rPr>
        <w:t>2.3 Gas Chromatography-Mass Spectrometry (GC-MS) Parameters</w:t>
      </w:r>
    </w:p>
    <w:p w14:paraId="1E9864C9" w14:textId="77777777" w:rsidR="009D20E1" w:rsidRPr="007E16DF" w:rsidRDefault="009D20E1" w:rsidP="009D20E1">
      <w:pPr>
        <w:jc w:val="both"/>
      </w:pPr>
      <w:r w:rsidRPr="007E16DF">
        <w:t>Phytochemical separation and mass-spectral mapping were performed using an Agilent 7890B gas chromatography system coupled with an Agilent 5977B Mass Selective Detector [34]. The instrument was configured with an HP-5MS fused-silica capillary column measuring 30 m in length, with an internal diameter of 0.25 mm and a film thickness of 0.25 µm [35]. High-purity helium (99.999%) served as the carrier gas and was maintained at a constant flow rate of 1.0 mL/min [36]. The injector temperature was set to 250°C, and the instrument was operated in splitless mode with an injection volume of 1.0 µL [37]. The GC column oven temperature programme was initiated at 40°C, held isothermally for 2.0 minutes, and then increased at 10°C/min to 250°C, followed by a secondary ramp of 5°C/min to a maximum plateau of 320°C, where it was held for 10.0 minutes [38]. The mass spectrometer was operated in electron-ionisation (EI) mode at 70 eV, with an ion-source temperature of 230°C and a transfer-line temperature of 280°C [39]. Mass spectra were acquired over a continuous scan range of 50-550 m/z [40]. Individual chemical components were putatively identified by correlating their characteristic mass-fragmentation peaks and specific retention times (RTs) with reference profiles in the National Institute of Standards and Technology (NIST20) and Wiley spectral libraries [41]. All analytical profiles were obtained in independent triplicates to assess the reproducibility of retention times and peak distributions [42].</w:t>
      </w:r>
    </w:p>
    <w:p w14:paraId="575F2E49" w14:textId="77777777" w:rsidR="009D20E1" w:rsidRPr="007E16DF" w:rsidRDefault="009D20E1" w:rsidP="009D20E1">
      <w:pPr>
        <w:spacing w:before="240"/>
      </w:pPr>
      <w:r w:rsidRPr="007E16DF">
        <w:rPr>
          <w:b/>
          <w:sz w:val="24"/>
        </w:rPr>
        <w:t>3. Results and Discussion</w:t>
      </w:r>
    </w:p>
    <w:p w14:paraId="797F9A5B" w14:textId="77777777" w:rsidR="009D20E1" w:rsidRPr="007E16DF" w:rsidRDefault="009D20E1" w:rsidP="009D20E1">
      <w:pPr>
        <w:spacing w:before="120" w:after="80"/>
      </w:pPr>
      <w:r w:rsidRPr="007E16DF">
        <w:rPr>
          <w:b/>
        </w:rPr>
        <w:t xml:space="preserve">3.1 Phytochemical Review of </w:t>
      </w:r>
      <w:r w:rsidRPr="007E16DF">
        <w:rPr>
          <w:b/>
          <w:i/>
        </w:rPr>
        <w:t>Nigella sativa</w:t>
      </w:r>
      <w:r w:rsidRPr="007E16DF">
        <w:rPr>
          <w:b/>
        </w:rPr>
        <w:t xml:space="preserve"> (NS)</w:t>
      </w:r>
    </w:p>
    <w:p w14:paraId="2F518E38" w14:textId="77777777" w:rsidR="009D20E1" w:rsidRPr="007E16DF" w:rsidRDefault="009D20E1" w:rsidP="009D20E1">
      <w:pPr>
        <w:jc w:val="both"/>
      </w:pPr>
      <w:r w:rsidRPr="007E16DF">
        <w:t xml:space="preserve">Baseline GC-MS analysis of the individual </w:t>
      </w:r>
      <w:r w:rsidRPr="007E16DF">
        <w:rPr>
          <w:i/>
        </w:rPr>
        <w:t>Nigella sativa</w:t>
      </w:r>
      <w:r w:rsidRPr="007E16DF">
        <w:t xml:space="preserve"> (NS) seed extract revealed a chemical profile dominated by lipophilic constituents, essential fatty acids, and volatile monoterpenes [43]. Most notably, the principal volatile compound thymoquinone was resolved at a retention time (RT) of 12.239 minutes, accounting for a relative peak-area percentage of 1.44% [44]. A major fatty-acid component was observed at 29.920 minutes and identified as hexadecanoic acid (palmitic acid), which constituted 20.95% of the total recorded peak area [45]. Furthermore, a dense cluster of essential fatty-acid derivatives was resolved around the 32-minute mark, led by 9,12-octadecadienoic acid ethyl ester (18.81%), 9-octadecenoic acid (Z)-ethyl ester (12.52%), and 9,12-octadecadienoic acid (</w:t>
      </w:r>
      <w:proofErr w:type="gramStart"/>
      <w:r w:rsidRPr="007E16DF">
        <w:t>Z,Z</w:t>
      </w:r>
      <w:proofErr w:type="gramEnd"/>
      <w:r w:rsidRPr="007E16DF">
        <w:t>)- (23.15%) [46]. Together, these unsaturated fatty acids and esters formed the principal matrix background, comprising more than 54% of the total integrated chromatographic profile, consistent with established botanical lipid baselines [47].</w:t>
      </w:r>
    </w:p>
    <w:p w14:paraId="66C9C93E" w14:textId="77777777" w:rsidR="007523AF" w:rsidRDefault="002F2B7E">
      <w:pPr>
        <w:jc w:val="both"/>
      </w:pPr>
      <w:r>
        <w:rPr>
          <w:b/>
        </w:rPr>
        <w:t xml:space="preserve">The detection of thymoquinone in the NS chromatogram is consistent with metabolite-mapping work showing thymoquinone among the characteristic volatile monoterpenoid constituents of </w:t>
      </w:r>
      <w:r>
        <w:rPr>
          <w:b/>
          <w:i/>
        </w:rPr>
        <w:t>N. sativa</w:t>
      </w:r>
      <w:r>
        <w:rPr>
          <w:b/>
        </w:rPr>
        <w:t xml:space="preserve"> seeds [76].</w:t>
      </w:r>
    </w:p>
    <w:p w14:paraId="663A33A0" w14:textId="77777777" w:rsidR="009D20E1" w:rsidRPr="007E16DF" w:rsidRDefault="009D20E1" w:rsidP="009D20E1">
      <w:pPr>
        <w:spacing w:before="120" w:after="80"/>
      </w:pPr>
      <w:r w:rsidRPr="007E16DF">
        <w:rPr>
          <w:b/>
        </w:rPr>
        <w:t xml:space="preserve">3.2 Phytochemical Review of </w:t>
      </w:r>
      <w:proofErr w:type="spellStart"/>
      <w:r w:rsidRPr="007E16DF">
        <w:rPr>
          <w:b/>
        </w:rPr>
        <w:t>Sphagneticola</w:t>
      </w:r>
      <w:proofErr w:type="spellEnd"/>
      <w:r w:rsidRPr="007E16DF">
        <w:rPr>
          <w:b/>
        </w:rPr>
        <w:t xml:space="preserve"> </w:t>
      </w:r>
      <w:proofErr w:type="spellStart"/>
      <w:r w:rsidRPr="007E16DF">
        <w:rPr>
          <w:b/>
        </w:rPr>
        <w:t>calendulacea</w:t>
      </w:r>
      <w:proofErr w:type="spellEnd"/>
      <w:r w:rsidRPr="007E16DF">
        <w:rPr>
          <w:b/>
        </w:rPr>
        <w:t xml:space="preserve"> (SC)</w:t>
      </w:r>
    </w:p>
    <w:p w14:paraId="61DB74BD" w14:textId="77777777" w:rsidR="009D20E1" w:rsidRPr="007E16DF" w:rsidRDefault="009D20E1" w:rsidP="009D20E1">
      <w:pPr>
        <w:jc w:val="both"/>
      </w:pPr>
      <w:r w:rsidRPr="007E16DF">
        <w:t xml:space="preserve">Screening of the individual </w:t>
      </w:r>
      <w:r w:rsidRPr="007E16DF">
        <w:rPr>
          <w:i/>
        </w:rPr>
        <w:t>Sphagneticola calendulacea</w:t>
      </w:r>
      <w:r w:rsidRPr="007E16DF">
        <w:t xml:space="preserve"> (SC) leaf extract showed a distinct, highly polar chemical profile centred on phenolic fractions and antioxidant-associated compounds. The prominence of phenolic-associated features is consistent with prior chemical and pharmacognostic descriptions of this species and related material [48, 49, 50]. The extract yielded substantial relative fractions of phenolic molecules, including phenol at 5.070 minutes (9.79%) and phenol, 5-methyl-2-(1-methylethyl)- at 13.892 minutes (1.68%), amounting to a total phenolic presence of more than 11.47%. A prominent molecular feature was observed at 29.710 minutes and was putatively identified as 1-(+)-ascorbic acid 2,6-dihexadecanoate (8.19%); use of retention-index information alongside mass spectra can strengthen such tentative GC-MS assignments [51]. The remaining spectral profile was distributed among long-chain hydrocarbons, phytosterols, and </w:t>
      </w:r>
      <w:r w:rsidRPr="007E16DF">
        <w:t>specialised fatty-acid esters, while the broader chemistry reported for this botanical taxon includes diterpene and benzofuran/coumestan constituents [52, 53].</w:t>
      </w:r>
    </w:p>
    <w:p w14:paraId="3B1A5AEA" w14:textId="77777777" w:rsidR="007523AF" w:rsidRDefault="002F2B7E">
      <w:pPr>
        <w:jc w:val="both"/>
      </w:pPr>
      <w:r>
        <w:rPr>
          <w:b/>
        </w:rPr>
        <w:t xml:space="preserve">The observed phenolic character of the SC extract is independently supported by a peer-reviewed study of methanolic </w:t>
      </w:r>
      <w:r>
        <w:rPr>
          <w:b/>
          <w:i/>
        </w:rPr>
        <w:t>S. calendulacea</w:t>
      </w:r>
      <w:r>
        <w:rPr>
          <w:b/>
        </w:rPr>
        <w:t xml:space="preserve"> leaf extract that quantified appreciable total phenolic and flavonoid contents [77].</w:t>
      </w:r>
    </w:p>
    <w:p w14:paraId="7D1E9E31" w14:textId="77777777" w:rsidR="009D20E1" w:rsidRPr="007E16DF" w:rsidRDefault="009D20E1" w:rsidP="009D20E1">
      <w:pPr>
        <w:spacing w:before="120" w:after="80"/>
      </w:pPr>
      <w:r w:rsidRPr="007E16DF">
        <w:rPr>
          <w:b/>
        </w:rPr>
        <w:t>3.3 Phytochemical Comparison and Compatibility Evaluation of the Co-Extract (NS-SC)</w:t>
      </w:r>
    </w:p>
    <w:p w14:paraId="1AA7C02E" w14:textId="77777777" w:rsidR="009D20E1" w:rsidRPr="007E16DF" w:rsidRDefault="009D20E1" w:rsidP="009D20E1">
      <w:pPr>
        <w:jc w:val="both"/>
      </w:pPr>
      <w:r w:rsidRPr="007E16DF">
        <w:t xml:space="preserve">The analytical focus of this investigation centres on comparative evaluation of the joint NS-SC chromatogram to assess chemical compatibility, an approach consistent with studies evaluating how herbal combination alters constituent dissolution and relative composition [54]. The resulting data demonstrate an integrated chemical profile rather than an unresolvable or degraded spectral pattern; combined-preparation studies likewise show that preparation can selectively alter, rather than simply erase, constituent profiles [55]. Importantly, key phytochemical markers from both individual parent plants were preserved and co-recovered within the shared solvent system, which is a useful comparative criterion in multicomponent chromatographic profiling [56]. Thymoquinone was resolved at RT 12.243 minutes with a relative area percentage of 1.96%, indicating that the volatile component of </w:t>
      </w:r>
      <w:r w:rsidRPr="007E16DF">
        <w:rPr>
          <w:i/>
        </w:rPr>
        <w:t>N. sativa</w:t>
      </w:r>
      <w:r w:rsidRPr="007E16DF">
        <w:t xml:space="preserve"> was retained throughout dual-matrix processing; solvent-dependent thymoquinone stability and recovery have been demonstrated analytically [57]. Simultaneously, the principal phenolic compounds from SC were recovered at RT 5.071 minutes (4.36%) and RT 13.894 minutes (0.47%). Their preservation is compatible with the established occurrence of bioactive coumestan-type chemistry in this plant [58].</w:t>
      </w:r>
    </w:p>
    <w:p w14:paraId="30845A49" w14:textId="77777777" w:rsidR="007523AF" w:rsidRDefault="002F2B7E">
      <w:pPr>
        <w:jc w:val="both"/>
      </w:pPr>
      <w:r>
        <w:rPr>
          <w:b/>
        </w:rPr>
        <w:t>From an analytical-quality perspective, preservation of recognizable parent-marker features within an integrated herbal chromatographic profile is consistent with established chromatographic-fingerprinting practice, which uses whole-profile patterns to assess the identity, quality, consistency, and stability of herbal products [78].</w:t>
      </w:r>
    </w:p>
    <w:p w14:paraId="6088777D" w14:textId="77777777" w:rsidR="009D20E1" w:rsidRPr="007E16DF" w:rsidRDefault="009D20E1" w:rsidP="009D20E1">
      <w:pPr>
        <w:jc w:val="both"/>
      </w:pPr>
      <w:r w:rsidRPr="007E16DF">
        <w:t>The co-extract profile also showed a prominent relative peak-area distribution for 1-(+)-ascorbic acid 2,6-dihexadecanoate, which was 14.18% at RT 29.830 minutes; because this identity derives from library matching, it should remain a tentative annotation without confirmation by an authentic standard [59]. In parallel, the shared fatty-acid environment showed major peaks around the 32-minute mark, led by n-propyl 9,12-octadecadienoate (23.50%) and 9-octadecenoic acid (Z)-ethyl ester (27.33%), together accounting for more than 50.8% of the total integrated chromatographic area; fatty-acid-rich profiles are well documented in black cumin seed oils [60]. Because the relative peak values represent percentage contributions to the total integrated area rather than absolute quantitative measurements, these shifts reflect changes in relative chromatographic composition under co-extraction conditions [61]. Comparable multi-herb studies demonstrate that combined preparation can preserve some markers while changing the relative abundance or dissolution of others [62, 63]. Accordingly, the retention of the distinct parent peaks and the absence of newly generated baseline fragments or unexpected peak degradation in this study support chemical compatibility only under the specified extraction and analytical conditions.</w:t>
      </w:r>
    </w:p>
    <w:p w14:paraId="6E5CCF7F" w14:textId="77777777" w:rsidR="00AA3AFE" w:rsidRPr="007E16DF" w:rsidRDefault="00AA3AFE" w:rsidP="00AA3AFE">
      <w:pPr>
        <w:keepNext/>
        <w:spacing w:before="160"/>
        <w:jc w:val="both"/>
      </w:pPr>
      <w:r w:rsidRPr="007E16DF">
        <w:rPr>
          <w:b/>
          <w:color w:val="0C2340"/>
          <w:sz w:val="20"/>
        </w:rPr>
        <w:t>Table 1: Comparative Phytochemical Screening of Key Bioactive Markers in NS, SC, and Combined NS-SC Co-Extracts via GC-MS</w:t>
      </w:r>
    </w:p>
    <w:p w14:paraId="79913A36" w14:textId="77777777" w:rsidR="00AA3AFE" w:rsidRPr="007E16DF" w:rsidRDefault="00AA3AFE" w:rsidP="009D20E1">
      <w:pPr>
        <w:jc w:val="both"/>
      </w:pPr>
    </w:p>
    <w:tbl>
      <w:tblPr>
        <w:tblStyle w:val="LightShading-Accent1"/>
        <w:tblW w:w="0" w:type="auto"/>
        <w:tblLook w:val="04A0" w:firstRow="1" w:lastRow="0" w:firstColumn="1" w:lastColumn="0" w:noHBand="0" w:noVBand="1"/>
      </w:tblPr>
      <w:tblGrid>
        <w:gridCol w:w="1829"/>
        <w:gridCol w:w="1728"/>
        <w:gridCol w:w="1728"/>
        <w:gridCol w:w="1728"/>
        <w:gridCol w:w="1728"/>
      </w:tblGrid>
      <w:tr w:rsidR="009D20E1" w:rsidRPr="007E16DF" w14:paraId="03D7F8AB" w14:textId="77777777" w:rsidTr="00EF4447">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728" w:type="dxa"/>
          </w:tcPr>
          <w:p w14:paraId="53732C37" w14:textId="77777777" w:rsidR="009D20E1" w:rsidRPr="007E16DF" w:rsidRDefault="009D20E1" w:rsidP="00EF4447">
            <w:r w:rsidRPr="007E16DF">
              <w:t>Peak Reference Compound</w:t>
            </w:r>
          </w:p>
        </w:tc>
        <w:tc>
          <w:tcPr>
            <w:tcW w:w="1728" w:type="dxa"/>
          </w:tcPr>
          <w:p w14:paraId="04742AE7" w14:textId="77777777" w:rsidR="009D20E1" w:rsidRPr="007E16DF" w:rsidRDefault="009D20E1" w:rsidP="00EF4447">
            <w:pPr>
              <w:cnfStyle w:val="100000000000" w:firstRow="1" w:lastRow="0" w:firstColumn="0" w:lastColumn="0" w:oddVBand="0" w:evenVBand="0" w:oddHBand="0" w:evenHBand="0" w:firstRowFirstColumn="0" w:firstRowLastColumn="0" w:lastRowFirstColumn="0" w:lastRowLastColumn="0"/>
            </w:pPr>
            <w:r w:rsidRPr="007E16DF">
              <w:t>Primary Bio-Source</w:t>
            </w:r>
          </w:p>
        </w:tc>
        <w:tc>
          <w:tcPr>
            <w:tcW w:w="1728" w:type="dxa"/>
          </w:tcPr>
          <w:p w14:paraId="779E8920" w14:textId="77777777" w:rsidR="009D20E1" w:rsidRPr="007E16DF" w:rsidRDefault="009D20E1" w:rsidP="00EF4447">
            <w:pPr>
              <w:cnfStyle w:val="100000000000" w:firstRow="1" w:lastRow="0" w:firstColumn="0" w:lastColumn="0" w:oddVBand="0" w:evenVBand="0" w:oddHBand="0" w:evenHBand="0" w:firstRowFirstColumn="0" w:firstRowLastColumn="0" w:lastRowFirstColumn="0" w:lastRowLastColumn="0"/>
            </w:pPr>
            <w:r w:rsidRPr="007E16DF">
              <w:t>NS Area (%)</w:t>
            </w:r>
          </w:p>
        </w:tc>
        <w:tc>
          <w:tcPr>
            <w:tcW w:w="1728" w:type="dxa"/>
          </w:tcPr>
          <w:p w14:paraId="17FF8D15" w14:textId="77777777" w:rsidR="009D20E1" w:rsidRPr="007E16DF" w:rsidRDefault="009D20E1" w:rsidP="00EF4447">
            <w:pPr>
              <w:cnfStyle w:val="100000000000" w:firstRow="1" w:lastRow="0" w:firstColumn="0" w:lastColumn="0" w:oddVBand="0" w:evenVBand="0" w:oddHBand="0" w:evenHBand="0" w:firstRowFirstColumn="0" w:firstRowLastColumn="0" w:lastRowFirstColumn="0" w:lastRowLastColumn="0"/>
            </w:pPr>
            <w:r w:rsidRPr="007E16DF">
              <w:t>SC Area (%)</w:t>
            </w:r>
          </w:p>
        </w:tc>
        <w:tc>
          <w:tcPr>
            <w:tcW w:w="1728" w:type="dxa"/>
          </w:tcPr>
          <w:p w14:paraId="41D42D3B" w14:textId="77777777" w:rsidR="009D20E1" w:rsidRPr="007E16DF" w:rsidRDefault="009D20E1" w:rsidP="00EF4447">
            <w:pPr>
              <w:cnfStyle w:val="100000000000" w:firstRow="1" w:lastRow="0" w:firstColumn="0" w:lastColumn="0" w:oddVBand="0" w:evenVBand="0" w:oddHBand="0" w:evenHBand="0" w:firstRowFirstColumn="0" w:firstRowLastColumn="0" w:lastRowFirstColumn="0" w:lastRowLastColumn="0"/>
            </w:pPr>
            <w:r w:rsidRPr="007E16DF">
              <w:t>NS-SC Area (%)</w:t>
            </w:r>
          </w:p>
        </w:tc>
      </w:tr>
      <w:tr w:rsidR="009D20E1" w:rsidRPr="007E16DF" w14:paraId="369684C9" w14:textId="77777777" w:rsidTr="00EF444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728" w:type="dxa"/>
          </w:tcPr>
          <w:p w14:paraId="0F6B6F7F" w14:textId="77777777" w:rsidR="009D20E1" w:rsidRPr="007E16DF" w:rsidRDefault="009D20E1" w:rsidP="00EF4447">
            <w:r w:rsidRPr="007E16DF">
              <w:t>Thymoquinone</w:t>
            </w:r>
          </w:p>
        </w:tc>
        <w:tc>
          <w:tcPr>
            <w:tcW w:w="1728" w:type="dxa"/>
          </w:tcPr>
          <w:p w14:paraId="27A11788"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rPr>
                <w:i/>
              </w:rPr>
              <w:t>Nigella sativa</w:t>
            </w:r>
          </w:p>
        </w:tc>
        <w:tc>
          <w:tcPr>
            <w:tcW w:w="1728" w:type="dxa"/>
          </w:tcPr>
          <w:p w14:paraId="6A107F51"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1.44%</w:t>
            </w:r>
          </w:p>
        </w:tc>
        <w:tc>
          <w:tcPr>
            <w:tcW w:w="1728" w:type="dxa"/>
          </w:tcPr>
          <w:p w14:paraId="15F12823"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Not Detected</w:t>
            </w:r>
          </w:p>
        </w:tc>
        <w:tc>
          <w:tcPr>
            <w:tcW w:w="1728" w:type="dxa"/>
          </w:tcPr>
          <w:p w14:paraId="5F9D74CB"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1.96%</w:t>
            </w:r>
          </w:p>
        </w:tc>
      </w:tr>
      <w:tr w:rsidR="009D20E1" w:rsidRPr="007E16DF" w14:paraId="1FA7AFF7" w14:textId="77777777" w:rsidTr="00EF4447">
        <w:trPr>
          <w:cantSplit/>
        </w:trPr>
        <w:tc>
          <w:tcPr>
            <w:cnfStyle w:val="001000000000" w:firstRow="0" w:lastRow="0" w:firstColumn="1" w:lastColumn="0" w:oddVBand="0" w:evenVBand="0" w:oddHBand="0" w:evenHBand="0" w:firstRowFirstColumn="0" w:firstRowLastColumn="0" w:lastRowFirstColumn="0" w:lastRowLastColumn="0"/>
            <w:tcW w:w="1728" w:type="dxa"/>
          </w:tcPr>
          <w:p w14:paraId="4770E238" w14:textId="77777777" w:rsidR="009D20E1" w:rsidRPr="007E16DF" w:rsidRDefault="009D20E1" w:rsidP="00EF4447">
            <w:r w:rsidRPr="007E16DF">
              <w:t>Phenol / Phenolic Derivatives</w:t>
            </w:r>
          </w:p>
        </w:tc>
        <w:tc>
          <w:tcPr>
            <w:tcW w:w="1728" w:type="dxa"/>
          </w:tcPr>
          <w:p w14:paraId="50A357F5"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proofErr w:type="spellStart"/>
            <w:r w:rsidRPr="007E16DF">
              <w:t>Sphagneticola</w:t>
            </w:r>
            <w:proofErr w:type="spellEnd"/>
          </w:p>
        </w:tc>
        <w:tc>
          <w:tcPr>
            <w:tcW w:w="1728" w:type="dxa"/>
          </w:tcPr>
          <w:p w14:paraId="25723523"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Not Detected</w:t>
            </w:r>
          </w:p>
        </w:tc>
        <w:tc>
          <w:tcPr>
            <w:tcW w:w="1728" w:type="dxa"/>
          </w:tcPr>
          <w:p w14:paraId="296D3F1B"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9.79%</w:t>
            </w:r>
          </w:p>
        </w:tc>
        <w:tc>
          <w:tcPr>
            <w:tcW w:w="1728" w:type="dxa"/>
          </w:tcPr>
          <w:p w14:paraId="5F1ABBE9"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4.36%</w:t>
            </w:r>
          </w:p>
        </w:tc>
      </w:tr>
      <w:tr w:rsidR="009D20E1" w:rsidRPr="007E16DF" w14:paraId="023DA881" w14:textId="77777777" w:rsidTr="00EF444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728" w:type="dxa"/>
          </w:tcPr>
          <w:p w14:paraId="7F1653CB" w14:textId="77777777" w:rsidR="009D20E1" w:rsidRPr="007E16DF" w:rsidRDefault="009D20E1" w:rsidP="00EF4447">
            <w:r w:rsidRPr="007E16DF">
              <w:t>Phenol, 5-methyl-2-(1-methylethyl)-</w:t>
            </w:r>
          </w:p>
        </w:tc>
        <w:tc>
          <w:tcPr>
            <w:tcW w:w="1728" w:type="dxa"/>
          </w:tcPr>
          <w:p w14:paraId="16999460"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proofErr w:type="spellStart"/>
            <w:r w:rsidRPr="007E16DF">
              <w:t>Sphagneticola</w:t>
            </w:r>
            <w:proofErr w:type="spellEnd"/>
          </w:p>
        </w:tc>
        <w:tc>
          <w:tcPr>
            <w:tcW w:w="1728" w:type="dxa"/>
          </w:tcPr>
          <w:p w14:paraId="1CDDE3A5"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Not Detected</w:t>
            </w:r>
          </w:p>
        </w:tc>
        <w:tc>
          <w:tcPr>
            <w:tcW w:w="1728" w:type="dxa"/>
          </w:tcPr>
          <w:p w14:paraId="0772F056"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1.68%</w:t>
            </w:r>
          </w:p>
        </w:tc>
        <w:tc>
          <w:tcPr>
            <w:tcW w:w="1728" w:type="dxa"/>
          </w:tcPr>
          <w:p w14:paraId="5F7AB9FB"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0.47%</w:t>
            </w:r>
          </w:p>
        </w:tc>
      </w:tr>
      <w:tr w:rsidR="009D20E1" w:rsidRPr="007E16DF" w14:paraId="02709BD3" w14:textId="77777777" w:rsidTr="00EF4447">
        <w:trPr>
          <w:cantSplit/>
        </w:trPr>
        <w:tc>
          <w:tcPr>
            <w:cnfStyle w:val="001000000000" w:firstRow="0" w:lastRow="0" w:firstColumn="1" w:lastColumn="0" w:oddVBand="0" w:evenVBand="0" w:oddHBand="0" w:evenHBand="0" w:firstRowFirstColumn="0" w:firstRowLastColumn="0" w:lastRowFirstColumn="0" w:lastRowLastColumn="0"/>
            <w:tcW w:w="1728" w:type="dxa"/>
          </w:tcPr>
          <w:p w14:paraId="127619EF" w14:textId="77777777" w:rsidR="009D20E1" w:rsidRPr="007E16DF" w:rsidRDefault="009D20E1" w:rsidP="00EF4447">
            <w:r w:rsidRPr="007E16DF">
              <w:t>1-(+)-Ascorbic acid 2,6-dihexadecanoate</w:t>
            </w:r>
          </w:p>
        </w:tc>
        <w:tc>
          <w:tcPr>
            <w:tcW w:w="1728" w:type="dxa"/>
          </w:tcPr>
          <w:p w14:paraId="57CD9ABA"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proofErr w:type="spellStart"/>
            <w:r w:rsidRPr="007E16DF">
              <w:t>Sphagneticola</w:t>
            </w:r>
            <w:proofErr w:type="spellEnd"/>
          </w:p>
        </w:tc>
        <w:tc>
          <w:tcPr>
            <w:tcW w:w="1728" w:type="dxa"/>
          </w:tcPr>
          <w:p w14:paraId="05B5A532"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Not Detected</w:t>
            </w:r>
          </w:p>
        </w:tc>
        <w:tc>
          <w:tcPr>
            <w:tcW w:w="1728" w:type="dxa"/>
          </w:tcPr>
          <w:p w14:paraId="248F178D"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8.19%</w:t>
            </w:r>
          </w:p>
        </w:tc>
        <w:tc>
          <w:tcPr>
            <w:tcW w:w="1728" w:type="dxa"/>
          </w:tcPr>
          <w:p w14:paraId="20875264"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14.18%</w:t>
            </w:r>
          </w:p>
        </w:tc>
      </w:tr>
      <w:tr w:rsidR="009D20E1" w:rsidRPr="007E16DF" w14:paraId="771D41BC" w14:textId="77777777" w:rsidTr="00EF444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728" w:type="dxa"/>
          </w:tcPr>
          <w:p w14:paraId="3516AACB" w14:textId="77777777" w:rsidR="009D20E1" w:rsidRPr="007E16DF" w:rsidRDefault="009D20E1" w:rsidP="00EF4447">
            <w:proofErr w:type="spellStart"/>
            <w:r w:rsidRPr="007E16DF">
              <w:lastRenderedPageBreak/>
              <w:t>Hexadecanoic</w:t>
            </w:r>
            <w:proofErr w:type="spellEnd"/>
            <w:r w:rsidRPr="007E16DF">
              <w:t xml:space="preserve"> acid (Palmitic acid)</w:t>
            </w:r>
          </w:p>
        </w:tc>
        <w:tc>
          <w:tcPr>
            <w:tcW w:w="1728" w:type="dxa"/>
          </w:tcPr>
          <w:p w14:paraId="41A30FFB"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rPr>
                <w:i/>
              </w:rPr>
              <w:t>Nigella sativa</w:t>
            </w:r>
          </w:p>
        </w:tc>
        <w:tc>
          <w:tcPr>
            <w:tcW w:w="1728" w:type="dxa"/>
          </w:tcPr>
          <w:p w14:paraId="27A8DFAF"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20.95%</w:t>
            </w:r>
          </w:p>
        </w:tc>
        <w:tc>
          <w:tcPr>
            <w:tcW w:w="1728" w:type="dxa"/>
          </w:tcPr>
          <w:p w14:paraId="149A0BB4"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Not Detected</w:t>
            </w:r>
          </w:p>
        </w:tc>
        <w:tc>
          <w:tcPr>
            <w:tcW w:w="1728" w:type="dxa"/>
          </w:tcPr>
          <w:p w14:paraId="74BFA4AC"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4.12%</w:t>
            </w:r>
          </w:p>
        </w:tc>
      </w:tr>
      <w:tr w:rsidR="009D20E1" w:rsidRPr="007E16DF" w14:paraId="023F4D2F" w14:textId="77777777" w:rsidTr="00EF4447">
        <w:trPr>
          <w:cantSplit/>
        </w:trPr>
        <w:tc>
          <w:tcPr>
            <w:cnfStyle w:val="001000000000" w:firstRow="0" w:lastRow="0" w:firstColumn="1" w:lastColumn="0" w:oddVBand="0" w:evenVBand="0" w:oddHBand="0" w:evenHBand="0" w:firstRowFirstColumn="0" w:firstRowLastColumn="0" w:lastRowFirstColumn="0" w:lastRowLastColumn="0"/>
            <w:tcW w:w="1728" w:type="dxa"/>
          </w:tcPr>
          <w:p w14:paraId="386FAED3" w14:textId="77777777" w:rsidR="009D20E1" w:rsidRPr="007E16DF" w:rsidRDefault="009D20E1" w:rsidP="00EF4447">
            <w:r w:rsidRPr="007E16DF">
              <w:t>n-Propyl 9,12-octadecadienoate</w:t>
            </w:r>
          </w:p>
        </w:tc>
        <w:tc>
          <w:tcPr>
            <w:tcW w:w="1728" w:type="dxa"/>
          </w:tcPr>
          <w:p w14:paraId="2F92B34A"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Shared Matrix</w:t>
            </w:r>
          </w:p>
        </w:tc>
        <w:tc>
          <w:tcPr>
            <w:tcW w:w="1728" w:type="dxa"/>
          </w:tcPr>
          <w:p w14:paraId="29F4E12C"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Not Detected</w:t>
            </w:r>
          </w:p>
        </w:tc>
        <w:tc>
          <w:tcPr>
            <w:tcW w:w="1728" w:type="dxa"/>
          </w:tcPr>
          <w:p w14:paraId="326F0CCF"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15.13% (Total)</w:t>
            </w:r>
          </w:p>
        </w:tc>
        <w:tc>
          <w:tcPr>
            <w:tcW w:w="1728" w:type="dxa"/>
          </w:tcPr>
          <w:p w14:paraId="694B2109" w14:textId="77777777" w:rsidR="009D20E1" w:rsidRPr="007E16DF" w:rsidRDefault="009D20E1" w:rsidP="00EF4447">
            <w:pPr>
              <w:cnfStyle w:val="000000000000" w:firstRow="0" w:lastRow="0" w:firstColumn="0" w:lastColumn="0" w:oddVBand="0" w:evenVBand="0" w:oddHBand="0" w:evenHBand="0" w:firstRowFirstColumn="0" w:firstRowLastColumn="0" w:lastRowFirstColumn="0" w:lastRowLastColumn="0"/>
            </w:pPr>
            <w:r w:rsidRPr="007E16DF">
              <w:t>23.50%</w:t>
            </w:r>
          </w:p>
        </w:tc>
      </w:tr>
      <w:tr w:rsidR="009D20E1" w:rsidRPr="007E16DF" w14:paraId="0998E52A" w14:textId="77777777" w:rsidTr="00EF444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728" w:type="dxa"/>
          </w:tcPr>
          <w:p w14:paraId="5180C1AA" w14:textId="77777777" w:rsidR="009D20E1" w:rsidRPr="007E16DF" w:rsidRDefault="009D20E1" w:rsidP="00EF4447">
            <w:r w:rsidRPr="007E16DF">
              <w:t>9-Octadecenoic acid (Z)-, ethyl ester</w:t>
            </w:r>
          </w:p>
        </w:tc>
        <w:tc>
          <w:tcPr>
            <w:tcW w:w="1728" w:type="dxa"/>
          </w:tcPr>
          <w:p w14:paraId="53927C70"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rPr>
                <w:i/>
              </w:rPr>
              <w:t>Nigella sativa</w:t>
            </w:r>
          </w:p>
        </w:tc>
        <w:tc>
          <w:tcPr>
            <w:tcW w:w="1728" w:type="dxa"/>
          </w:tcPr>
          <w:p w14:paraId="35BCB1D3"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12.52%</w:t>
            </w:r>
          </w:p>
        </w:tc>
        <w:tc>
          <w:tcPr>
            <w:tcW w:w="1728" w:type="dxa"/>
          </w:tcPr>
          <w:p w14:paraId="22FEBD07"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Not Detected</w:t>
            </w:r>
          </w:p>
        </w:tc>
        <w:tc>
          <w:tcPr>
            <w:tcW w:w="1728" w:type="dxa"/>
          </w:tcPr>
          <w:p w14:paraId="21A67310" w14:textId="77777777" w:rsidR="009D20E1" w:rsidRPr="007E16DF" w:rsidRDefault="009D20E1" w:rsidP="00EF4447">
            <w:pPr>
              <w:cnfStyle w:val="000000100000" w:firstRow="0" w:lastRow="0" w:firstColumn="0" w:lastColumn="0" w:oddVBand="0" w:evenVBand="0" w:oddHBand="1" w:evenHBand="0" w:firstRowFirstColumn="0" w:firstRowLastColumn="0" w:lastRowFirstColumn="0" w:lastRowLastColumn="0"/>
            </w:pPr>
            <w:r w:rsidRPr="007E16DF">
              <w:t>27.33%</w:t>
            </w:r>
          </w:p>
        </w:tc>
      </w:tr>
    </w:tbl>
    <w:p w14:paraId="499C2026" w14:textId="77777777" w:rsidR="009D20E1" w:rsidRPr="007E16DF" w:rsidRDefault="009D20E1" w:rsidP="009D20E1"/>
    <w:p w14:paraId="058A2BDF" w14:textId="77777777" w:rsidR="009D20E1" w:rsidRPr="007E16DF" w:rsidRDefault="009D20E1" w:rsidP="009D20E1">
      <w:pPr>
        <w:spacing w:before="240"/>
      </w:pPr>
      <w:r w:rsidRPr="007E16DF">
        <w:rPr>
          <w:b/>
          <w:sz w:val="24"/>
        </w:rPr>
        <w:t>4. Conclusion</w:t>
      </w:r>
    </w:p>
    <w:p w14:paraId="20C1CA3A" w14:textId="77777777" w:rsidR="009D20E1" w:rsidRPr="007E16DF" w:rsidRDefault="007223E8" w:rsidP="009D20E1">
      <w:pPr>
        <w:jc w:val="both"/>
      </w:pPr>
      <w:r w:rsidRPr="007E16DF">
        <w:t xml:space="preserve">Comparative GC-MS profiling showed that the combined cold ethanolic co-extract of Nigella sativa seeds and </w:t>
      </w:r>
      <w:proofErr w:type="spellStart"/>
      <w:r w:rsidRPr="007E16DF">
        <w:t>Sphagneticola</w:t>
      </w:r>
      <w:proofErr w:type="spellEnd"/>
      <w:r w:rsidRPr="007E16DF">
        <w:t xml:space="preserve"> </w:t>
      </w:r>
      <w:proofErr w:type="spellStart"/>
      <w:r w:rsidRPr="007E16DF">
        <w:t>calendulacea</w:t>
      </w:r>
      <w:proofErr w:type="spellEnd"/>
      <w:r w:rsidRPr="007E16DF">
        <w:t xml:space="preserve"> leaves retained major phytochemical markers detected in the corresponding individual extracts. Thymoquinone remained detectable in the combined matrix at a retention time closely comparable with that observed in the N. sativa extract, while phenolic constituents associated with the S. </w:t>
      </w:r>
      <w:proofErr w:type="spellStart"/>
      <w:r w:rsidRPr="007E16DF">
        <w:t>calendulacea</w:t>
      </w:r>
      <w:proofErr w:type="spellEnd"/>
      <w:r w:rsidRPr="007E16DF">
        <w:t xml:space="preserve"> extract were also retained. The co-extract further showed a prominent relative peak area for 1-(+)-ascorbic acid 2,6-dihexadecanoate and a fatty-acid-rich chromatographic profile dominated by n-propyl 9,12-octadecadienoate and 9-octadecenoic acid (Z)-ethyl ester. Because the reported values represent relative peak-area percentages rather than absolute concentrations, differences among the chromatograms should be interpreted as changes in relative composition. Within the analytical conditions used, the absence of newly generated baseline fragments or evident peak degradation supports chemical compatibility of the combined extract. These results establish a baseline for subsequent quantitative confirmation and further biological assessment.</w:t>
      </w:r>
    </w:p>
    <w:p w14:paraId="4577E019" w14:textId="77777777" w:rsidR="009D20E1" w:rsidRPr="007E16DF" w:rsidRDefault="009D20E1" w:rsidP="009D20E1">
      <w:pPr>
        <w:spacing w:before="240"/>
      </w:pPr>
      <w:r w:rsidRPr="007E16DF">
        <w:rPr>
          <w:b/>
          <w:sz w:val="24"/>
        </w:rPr>
        <w:t>5. Limitations and Future Recommendations</w:t>
      </w:r>
    </w:p>
    <w:p w14:paraId="22DCEE6F" w14:textId="77777777" w:rsidR="009D20E1" w:rsidRDefault="009D20E1" w:rsidP="009D20E1">
      <w:pPr>
        <w:jc w:val="both"/>
      </w:pPr>
      <w:r w:rsidRPr="007E16DF">
        <w:t>Although this investigation establishes a baseline for the chemical composition and compatibility of the NS-SC co-extract, several limitations should be noted, particularly in relation to minimum reporting and identification standards for metabolomics-style chemical analysis [64]. First, the compound identifications reported herein are based primarily on gas chromatography-mass spectrometry library matching and retention indices, which provide putative or tentative identifications rather than absolute chemical confirmation using reference standards [65]. Second, the reported peak areas reflect relative percentage compositions within the total ion chromatogram and do not represent absolute quantitative concentrations [66]. Most importantly, this research is limited to analytical chemical characterisation; natural-product development requires biological and pharmacological validation beyond compositional profiling [67, 68]. No biological models, in vitro cell-culture assays, enzyme-inhibition assays, antioxidant or anti-inflammatory evaluations, toxicity screens, or functional in vivo animal studies were performed. Consequently, no definitive claims regarding biological efficacy or pharmacological mechanisms can be made from these data. Future work should focus on validating quantitative HPLC procedures according to accepted analytical-validation principles [69], performing rigorous in vitro free-radical-scavenging and cellular-safety assays, and conducting dose-dependent in vivo studies to investigate potential biological properties and safety before specific therapeutic applications are explored [70].</w:t>
      </w:r>
    </w:p>
    <w:p w14:paraId="65A8F003" w14:textId="77777777" w:rsidR="00C26BAC" w:rsidRDefault="00C26BAC" w:rsidP="009D20E1">
      <w:pPr>
        <w:jc w:val="both"/>
      </w:pPr>
    </w:p>
    <w:p w14:paraId="728E67CA" w14:textId="77777777" w:rsidR="00C26BAC" w:rsidRPr="00C26BAC" w:rsidRDefault="00C26BAC" w:rsidP="00C26BAC">
      <w:pPr>
        <w:spacing w:after="160" w:line="278" w:lineRule="auto"/>
        <w:rPr>
          <w:rFonts w:ascii="Calibri" w:eastAsia="Calibri" w:hAnsi="Calibri" w:cs="Times New Roman"/>
          <w:b/>
          <w:bCs/>
          <w:color w:val="auto"/>
          <w:kern w:val="2"/>
          <w:sz w:val="24"/>
          <w:szCs w:val="24"/>
          <w14:ligatures w14:val="standardContextual"/>
        </w:rPr>
      </w:pPr>
      <w:r w:rsidRPr="00C26BAC">
        <w:rPr>
          <w:rFonts w:ascii="Calibri" w:eastAsia="Calibri" w:hAnsi="Calibri" w:cs="Times New Roman"/>
          <w:b/>
          <w:bCs/>
          <w:color w:val="auto"/>
          <w:kern w:val="2"/>
          <w:sz w:val="24"/>
          <w:szCs w:val="24"/>
          <w14:ligatures w14:val="standardContextual"/>
        </w:rPr>
        <w:t>Declaration of AI Use</w:t>
      </w:r>
    </w:p>
    <w:p w14:paraId="5C30B561" w14:textId="77777777" w:rsidR="00C26BAC" w:rsidRPr="00C26BAC" w:rsidRDefault="00C26BAC" w:rsidP="00C26BAC">
      <w:pPr>
        <w:spacing w:after="160" w:line="278" w:lineRule="auto"/>
        <w:jc w:val="both"/>
        <w:rPr>
          <w:rFonts w:ascii="Calibri" w:eastAsia="Calibri" w:hAnsi="Calibri" w:cs="Times New Roman"/>
          <w:color w:val="auto"/>
          <w:kern w:val="2"/>
          <w:sz w:val="24"/>
          <w:szCs w:val="24"/>
          <w14:ligatures w14:val="standardContextual"/>
        </w:rPr>
      </w:pPr>
      <w:r w:rsidRPr="00C26BAC">
        <w:rPr>
          <w:rFonts w:ascii="Calibri" w:eastAsia="Calibri" w:hAnsi="Calibri" w:cs="Times New Roman"/>
          <w:color w:val="auto"/>
          <w:kern w:val="2"/>
          <w:sz w:val="24"/>
          <w:szCs w:val="24"/>
          <w14:ligatures w14:val="standardContextual"/>
        </w:rPr>
        <w:t xml:space="preserve">This manuscript was prepared through the combined contributions of all </w:t>
      </w:r>
      <w:proofErr w:type="gramStart"/>
      <w:r w:rsidRPr="00C26BAC">
        <w:rPr>
          <w:rFonts w:ascii="Calibri" w:eastAsia="Calibri" w:hAnsi="Calibri" w:cs="Times New Roman"/>
          <w:color w:val="auto"/>
          <w:kern w:val="2"/>
          <w:sz w:val="24"/>
          <w:szCs w:val="24"/>
          <w14:ligatures w14:val="standardContextual"/>
        </w:rPr>
        <w:t>author(s)</w:t>
      </w:r>
      <w:proofErr w:type="gramEnd"/>
      <w:r w:rsidRPr="00C26BAC">
        <w:rPr>
          <w:rFonts w:ascii="Calibri" w:eastAsia="Calibri" w:hAnsi="Calibri" w:cs="Times New Roman"/>
          <w:color w:val="auto"/>
          <w:kern w:val="2"/>
          <w:sz w:val="24"/>
          <w:szCs w:val="24"/>
          <w14:ligatures w14:val="standardContextual"/>
        </w:rPr>
        <w:t xml:space="preserve">, including contributions to the study design, data, content development, results, interpretation, and related scholarly work. The author(s) acknowledge the use of Grammarly and ChatGPT to </w:t>
      </w:r>
      <w:r w:rsidRPr="00C26BAC">
        <w:rPr>
          <w:rFonts w:ascii="Calibri" w:eastAsia="Calibri" w:hAnsi="Calibri" w:cs="Times New Roman"/>
          <w:color w:val="auto"/>
          <w:kern w:val="2"/>
          <w:sz w:val="24"/>
          <w:szCs w:val="24"/>
          <w14:ligatures w14:val="standardContextual"/>
        </w:rPr>
        <w:lastRenderedPageBreak/>
        <w:t>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03E4FF58" w14:textId="77777777" w:rsidR="00C26BAC" w:rsidRPr="007E16DF" w:rsidRDefault="00C26BAC" w:rsidP="009D20E1">
      <w:pPr>
        <w:jc w:val="both"/>
      </w:pPr>
    </w:p>
    <w:p w14:paraId="10B3D984" w14:textId="77777777" w:rsidR="009D20E1" w:rsidRPr="007E16DF" w:rsidRDefault="009D20E1" w:rsidP="009D20E1">
      <w:pPr>
        <w:spacing w:before="240"/>
      </w:pPr>
      <w:r w:rsidRPr="007E16DF">
        <w:rPr>
          <w:b/>
          <w:sz w:val="24"/>
        </w:rPr>
        <w:t>6. References</w:t>
      </w:r>
    </w:p>
    <w:p w14:paraId="5EAC517A" w14:textId="77777777" w:rsidR="009D20E1" w:rsidRPr="007E16DF" w:rsidRDefault="009D20E1" w:rsidP="009D20E1">
      <w:pPr>
        <w:spacing w:after="80" w:line="240" w:lineRule="auto"/>
        <w:ind w:left="720" w:hanging="720"/>
      </w:pPr>
      <w:r>
        <w:t xml:space="preserve">[1] Wagner, H., &amp; Ulrich-Merzenich, G. (2009). </w:t>
      </w:r>
      <w:r>
        <w:rPr>
          <w:b w:val="0"/>
        </w:rPr>
        <w:t>Synergy research: Approaching a new generation of phytopharmaceuticals.</w:t>
      </w:r>
      <w:r>
        <w:t xml:space="preserve"> </w:t>
      </w:r>
      <w:r>
        <w:rPr>
          <w:i/>
        </w:rPr>
        <w:t>Phytomedicine</w:t>
      </w:r>
      <w:r>
        <w:t xml:space="preserve">, </w:t>
      </w:r>
      <w:r>
        <w:rPr>
          <w:i/>
        </w:rPr>
        <w:t>16</w:t>
      </w:r>
      <w:r>
        <w:t>(2–3)</w:t>
      </w:r>
      <w:r>
        <w:t>, 97–110.</w:t>
      </w:r>
      <w:r>
        <w:t xml:space="preserve"> </w:t>
      </w:r>
      <w:hyperlink r:id="rId19">
        <w:r>
          <w:rPr>
            <w:color w:val="0563C1"/>
            <w:u w:val="single"/>
          </w:rPr>
          <w:t xml:space="preserve">https://doi.org/10.1016/j.phymed.2008.12.018</w:t>
        </w:r>
      </w:hyperlink>
    </w:p>
    <w:p w14:paraId="13BE9BD3" w14:textId="77777777" w:rsidR="009D20E1" w:rsidRPr="007E16DF" w:rsidRDefault="009D20E1" w:rsidP="009D20E1">
      <w:pPr>
        <w:spacing w:after="80" w:line="240" w:lineRule="auto"/>
        <w:ind w:left="720" w:hanging="720"/>
      </w:pPr>
      <w:r>
        <w:t xml:space="preserve">[2] Parasuraman, S., Thing, G. S., &amp; Dhanaraj, S. A. (2014). </w:t>
      </w:r>
      <w:r>
        <w:rPr>
          <w:b w:val="0"/>
        </w:rPr>
        <w:t>Polyherbal formulation: Concept of Ayurveda.</w:t>
      </w:r>
      <w:r>
        <w:t xml:space="preserve"> </w:t>
      </w:r>
      <w:r>
        <w:rPr>
          <w:i/>
        </w:rPr>
        <w:t>Pharmacognosy Reviews</w:t>
      </w:r>
      <w:r>
        <w:t xml:space="preserve">, </w:t>
      </w:r>
      <w:r>
        <w:rPr>
          <w:i/>
        </w:rPr>
        <w:t>8</w:t>
      </w:r>
      <w:r>
        <w:t>(16)</w:t>
      </w:r>
      <w:r>
        <w:t>, 73–80.</w:t>
      </w:r>
      <w:r>
        <w:t xml:space="preserve"> </w:t>
      </w:r>
      <w:hyperlink r:id="rId20">
        <w:r>
          <w:rPr>
            <w:color w:val="0563C1"/>
            <w:u w:val="single"/>
          </w:rPr>
          <w:t xml:space="preserve">https://doi.org/10.4103/0973-7847.134229</w:t>
        </w:r>
      </w:hyperlink>
    </w:p>
    <w:p w14:paraId="126CB3B7" w14:textId="77777777" w:rsidR="009D20E1" w:rsidRPr="007E16DF" w:rsidRDefault="009D20E1" w:rsidP="009D20E1">
      <w:pPr>
        <w:spacing w:after="80" w:line="240" w:lineRule="auto"/>
        <w:ind w:left="720" w:hanging="720"/>
      </w:pPr>
      <w:r>
        <w:t xml:space="preserve">[3] Caesar, L. K., &amp; Cech, N. B. (2019). </w:t>
      </w:r>
      <w:r>
        <w:rPr>
          <w:b w:val="0"/>
        </w:rPr>
        <w:t>Synergy and antagonism in natural product extracts: When 1 + 1 does not equal 2.</w:t>
      </w:r>
      <w:r>
        <w:t xml:space="preserve"> </w:t>
      </w:r>
      <w:r>
        <w:rPr>
          <w:i/>
        </w:rPr>
        <w:t>Natural Product Reports</w:t>
      </w:r>
      <w:r>
        <w:t xml:space="preserve">, </w:t>
      </w:r>
      <w:r>
        <w:rPr>
          <w:i/>
        </w:rPr>
        <w:t>36</w:t>
      </w:r>
      <w:r>
        <w:t>(6)</w:t>
      </w:r>
      <w:r>
        <w:t>, 869–888.</w:t>
      </w:r>
      <w:r>
        <w:t xml:space="preserve"> </w:t>
      </w:r>
      <w:hyperlink r:id="rId21">
        <w:r>
          <w:rPr>
            <w:color w:val="0563C1"/>
            <w:u w:val="single"/>
          </w:rPr>
          <w:t xml:space="preserve">https://doi.org/10.1039/C9NP00011A</w:t>
        </w:r>
      </w:hyperlink>
    </w:p>
    <w:p w14:paraId="6F372096" w14:textId="77777777" w:rsidR="009D20E1" w:rsidRPr="007E16DF" w:rsidRDefault="009D20E1" w:rsidP="009D20E1">
      <w:pPr>
        <w:spacing w:after="80" w:line="240" w:lineRule="auto"/>
        <w:ind w:left="720" w:hanging="720"/>
      </w:pPr>
      <w:r>
        <w:t xml:space="preserve">[4] Liang, Y.-Z., Xie, P., &amp; Chan, K. (2004). </w:t>
      </w:r>
      <w:r>
        <w:rPr>
          <w:b w:val="0"/>
        </w:rPr>
        <w:t>Quality control of herbal medicines.</w:t>
      </w:r>
      <w:r>
        <w:t xml:space="preserve"> </w:t>
      </w:r>
      <w:r>
        <w:rPr>
          <w:i/>
        </w:rPr>
        <w:t>Journal of Chromatography B</w:t>
      </w:r>
      <w:r>
        <w:t xml:space="preserve">, </w:t>
      </w:r>
      <w:r>
        <w:rPr>
          <w:i/>
        </w:rPr>
        <w:t>812</w:t>
      </w:r>
      <w:r>
        <w:t>(1–2)</w:t>
      </w:r>
      <w:r>
        <w:t>, 53–70.</w:t>
      </w:r>
      <w:r>
        <w:t xml:space="preserve"> </w:t>
      </w:r>
      <w:hyperlink r:id="rId22">
        <w:r>
          <w:rPr>
            <w:color w:val="0563C1"/>
            <w:u w:val="single"/>
          </w:rPr>
          <w:t xml:space="preserve">https://doi.org/10.1016/j.jchromb.2004.08.041</w:t>
        </w:r>
      </w:hyperlink>
    </w:p>
    <w:p w14:paraId="30EA01AB" w14:textId="77777777" w:rsidR="009D20E1" w:rsidRPr="007E16DF" w:rsidRDefault="009D20E1" w:rsidP="009D20E1">
      <w:pPr>
        <w:spacing w:after="80" w:line="240" w:lineRule="auto"/>
        <w:ind w:left="720" w:hanging="720"/>
      </w:pPr>
      <w:r>
        <w:t xml:space="preserve">[5] Li, B.-Y., Hu, Y., Liang, Y.-Z., Huang, L.-F., Xu, C.-J., &amp; Xie, P.-S. (2004). </w:t>
      </w:r>
      <w:r>
        <w:rPr>
          <w:b w:val="0"/>
        </w:rPr>
        <w:t>Spectral correlative chromatography and its application to analysis of chromatographic fingerprints of herbal medicines.</w:t>
      </w:r>
      <w:r>
        <w:t xml:space="preserve"> </w:t>
      </w:r>
      <w:r>
        <w:rPr>
          <w:i/>
        </w:rPr>
        <w:t>Journal of Separation Science</w:t>
      </w:r>
      <w:r>
        <w:t xml:space="preserve">, </w:t>
      </w:r>
      <w:r>
        <w:rPr>
          <w:i/>
        </w:rPr>
        <w:t>27</w:t>
      </w:r>
      <w:r>
        <w:t>(7–8)</w:t>
      </w:r>
      <w:r>
        <w:t>, 581–588.</w:t>
      </w:r>
      <w:r>
        <w:t xml:space="preserve"> </w:t>
      </w:r>
      <w:hyperlink r:id="rId23">
        <w:r>
          <w:rPr>
            <w:color w:val="0563C1"/>
            <w:u w:val="single"/>
          </w:rPr>
          <w:t xml:space="preserve">https://doi.org/10.1002/jssc.200301660</w:t>
        </w:r>
      </w:hyperlink>
    </w:p>
    <w:p w14:paraId="1C4EDB9C" w14:textId="77777777" w:rsidR="009D20E1" w:rsidRPr="007E16DF" w:rsidRDefault="009D20E1" w:rsidP="009D20E1">
      <w:pPr>
        <w:spacing w:after="80" w:line="240" w:lineRule="auto"/>
        <w:ind w:left="720" w:hanging="720"/>
      </w:pPr>
      <w:r>
        <w:t xml:space="preserve">[6] Ulrich-Merzenich, G., Zeitler, H., Jobst, D., Panek, D., Vetter, H., &amp; Wagner, H. (2007). </w:t>
      </w:r>
      <w:r>
        <w:rPr>
          <w:b w:val="0"/>
        </w:rPr>
        <w:t>Application of the “-Omic-” technologies in phytomedicine.</w:t>
      </w:r>
      <w:r>
        <w:t xml:space="preserve"> </w:t>
      </w:r>
      <w:r>
        <w:rPr>
          <w:i/>
        </w:rPr>
        <w:t>Phytomedicine</w:t>
      </w:r>
      <w:r>
        <w:t xml:space="preserve">, </w:t>
      </w:r>
      <w:r>
        <w:rPr>
          <w:i/>
        </w:rPr>
        <w:t>14</w:t>
      </w:r>
      <w:r>
        <w:t>(1)</w:t>
      </w:r>
      <w:r>
        <w:t>, 70–82.</w:t>
      </w:r>
      <w:r>
        <w:t xml:space="preserve"> </w:t>
      </w:r>
      <w:hyperlink r:id="rId24">
        <w:r>
          <w:rPr>
            <w:color w:val="0563C1"/>
            <w:u w:val="single"/>
          </w:rPr>
          <w:t xml:space="preserve">https://doi.org/10.1016/j.phymed.2006.11.011</w:t>
        </w:r>
      </w:hyperlink>
    </w:p>
    <w:p w14:paraId="184BA506" w14:textId="77777777" w:rsidR="009D20E1" w:rsidRPr="007E16DF" w:rsidRDefault="009D20E1" w:rsidP="009D20E1">
      <w:pPr>
        <w:spacing w:after="80" w:line="240" w:lineRule="auto"/>
        <w:ind w:left="720" w:hanging="720"/>
      </w:pPr>
      <w:r>
        <w:t xml:space="preserve">[7] Drasar, P., &amp; Moravcova, J. (2004). </w:t>
      </w:r>
      <w:r>
        <w:rPr>
          <w:b w:val="0"/>
        </w:rPr>
        <w:t>Recent advances in analysis of Chinese medical plants and traditional medicines.</w:t>
      </w:r>
      <w:r>
        <w:t xml:space="preserve"> </w:t>
      </w:r>
      <w:r>
        <w:rPr>
          <w:i/>
        </w:rPr>
        <w:t>Journal of Chromatography B</w:t>
      </w:r>
      <w:r>
        <w:t xml:space="preserve">, </w:t>
      </w:r>
      <w:r>
        <w:rPr>
          <w:i/>
        </w:rPr>
        <w:t>812</w:t>
      </w:r>
      <w:r>
        <w:t>(1–2)</w:t>
      </w:r>
      <w:r>
        <w:t>, 3–21.</w:t>
      </w:r>
      <w:r>
        <w:t xml:space="preserve"> </w:t>
      </w:r>
      <w:hyperlink r:id="rId25">
        <w:r>
          <w:rPr>
            <w:color w:val="0563C1"/>
            <w:u w:val="single"/>
          </w:rPr>
          <w:t xml:space="preserve">https://doi.org/10.1016/j.jchromb.2004.09.037</w:t>
        </w:r>
      </w:hyperlink>
    </w:p>
    <w:p w14:paraId="2906973F" w14:textId="77777777" w:rsidR="009D20E1" w:rsidRPr="007E16DF" w:rsidRDefault="009D20E1" w:rsidP="009D20E1">
      <w:pPr>
        <w:spacing w:after="80" w:line="240" w:lineRule="auto"/>
        <w:ind w:left="720" w:hanging="720"/>
      </w:pPr>
      <w:r>
        <w:t xml:space="preserve">[8] Ramadan, M. F. (2007). </w:t>
      </w:r>
      <w:r>
        <w:rPr>
          <w:b w:val="0"/>
        </w:rPr>
        <w:t>Nutritional value, functional properties and nutraceutical applications of black cumin (</w:t>
      </w:r>
      <w:r>
        <w:rPr>
          <w:b w:val="0"/>
          <w:i/>
        </w:rPr>
        <w:t>Nigella sativa L.</w:t>
      </w:r>
      <w:r>
        <w:rPr>
          <w:b w:val="0"/>
        </w:rPr>
        <w:t>): An overview.</w:t>
      </w:r>
      <w:r>
        <w:t xml:space="preserve"> </w:t>
      </w:r>
      <w:r>
        <w:rPr>
          <w:i/>
        </w:rPr>
        <w:t>International Journal of Food Science &amp; Technology</w:t>
      </w:r>
      <w:r>
        <w:t xml:space="preserve">, </w:t>
      </w:r>
      <w:r>
        <w:rPr>
          <w:i/>
        </w:rPr>
        <w:t>42</w:t>
      </w:r>
      <w:r>
        <w:t>(10)</w:t>
      </w:r>
      <w:r>
        <w:t>, 1208–1218.</w:t>
      </w:r>
      <w:r>
        <w:t xml:space="preserve"> </w:t>
      </w:r>
      <w:hyperlink r:id="rId26">
        <w:r>
          <w:rPr>
            <w:color w:val="0563C1"/>
            <w:u w:val="single"/>
          </w:rPr>
          <w:t xml:space="preserve">https://doi.org/10.1111/j.1365-2621.2006.01417.x</w:t>
        </w:r>
      </w:hyperlink>
    </w:p>
    <w:p w14:paraId="7CE50AF9" w14:textId="77777777" w:rsidR="009D20E1" w:rsidRPr="007E16DF" w:rsidRDefault="009D20E1" w:rsidP="009D20E1">
      <w:pPr>
        <w:spacing w:after="80" w:line="240" w:lineRule="auto"/>
        <w:ind w:left="720" w:hanging="720"/>
      </w:pPr>
      <w:r>
        <w:t xml:space="preserve">[9] Ahmad, A., Husain, A., Mujeeb, M., Khan, S. A., Najmi, A. K., Siddique, N. A., Damanhouri, Z. A., &amp; Anwar, F. (2013). </w:t>
      </w:r>
      <w:r>
        <w:rPr>
          <w:b w:val="0"/>
        </w:rPr>
        <w:t xml:space="preserve">A review on therapeutic potential of </w:t>
      </w:r>
      <w:r>
        <w:rPr>
          <w:b w:val="0"/>
          <w:i/>
        </w:rPr>
        <w:t>Nigella sativa</w:t>
      </w:r>
      <w:r>
        <w:rPr>
          <w:b w:val="0"/>
        </w:rPr>
        <w:t>: A miracle herb.</w:t>
      </w:r>
      <w:r>
        <w:t xml:space="preserve"> </w:t>
      </w:r>
      <w:r>
        <w:rPr>
          <w:i/>
        </w:rPr>
        <w:t>Asian Pacific Journal of Tropical Biomedicine</w:t>
      </w:r>
      <w:r>
        <w:t xml:space="preserve">, </w:t>
      </w:r>
      <w:r>
        <w:rPr>
          <w:i/>
        </w:rPr>
        <w:t>3</w:t>
      </w:r>
      <w:r>
        <w:t>(5)</w:t>
      </w:r>
      <w:r>
        <w:t>, 337–352.</w:t>
      </w:r>
      <w:r>
        <w:t xml:space="preserve"> </w:t>
      </w:r>
      <w:hyperlink r:id="rId27">
        <w:r>
          <w:rPr>
            <w:color w:val="0563C1"/>
            <w:u w:val="single"/>
          </w:rPr>
          <w:t xml:space="preserve">https://doi.org/10.1016/S2221-1691(13)60075-1</w:t>
        </w:r>
      </w:hyperlink>
    </w:p>
    <w:p w14:paraId="79E2F069" w14:textId="77777777" w:rsidR="009D20E1" w:rsidRPr="007E16DF" w:rsidRDefault="009D20E1" w:rsidP="009D20E1">
      <w:pPr>
        <w:spacing w:after="80" w:line="240" w:lineRule="auto"/>
        <w:ind w:left="720" w:hanging="720"/>
      </w:pPr>
      <w:r>
        <w:t xml:space="preserve">[10] Khader, M., &amp; Eckl, P. M. (2014). </w:t>
      </w:r>
      <w:r>
        <w:rPr>
          <w:b w:val="0"/>
        </w:rPr>
        <w:t>Thymoquinone: An emerging natural drug with a wide range of medical applications.</w:t>
      </w:r>
      <w:r>
        <w:t xml:space="preserve"> </w:t>
      </w:r>
      <w:r>
        <w:rPr>
          <w:i/>
        </w:rPr>
        <w:t>Iranian Journal of Basic Medical Sciences</w:t>
      </w:r>
      <w:r>
        <w:t xml:space="preserve">, </w:t>
      </w:r>
      <w:r>
        <w:rPr>
          <w:i/>
        </w:rPr>
        <w:t>17</w:t>
      </w:r>
      <w:r>
        <w:t>(12)</w:t>
      </w:r>
      <w:r>
        <w:t>, 950–957.</w:t>
      </w:r>
      <w:r>
        <w:t xml:space="preserve"> </w:t>
      </w:r>
      <w:hyperlink r:id="rId28">
        <w:r>
          <w:rPr>
            <w:color w:val="0563C1"/>
            <w:u w:val="single"/>
          </w:rPr>
          <w:t xml:space="preserve">https://ijbms.mums.ac.ir/article_3851_7e801f10f74a3b58333ccf9b3e562f5b.pdf</w:t>
        </w:r>
      </w:hyperlink>
    </w:p>
    <w:p w14:paraId="122DD306" w14:textId="77777777" w:rsidR="009D20E1" w:rsidRPr="007E16DF" w:rsidRDefault="009D20E1" w:rsidP="009D20E1">
      <w:pPr>
        <w:spacing w:after="80" w:line="240" w:lineRule="auto"/>
        <w:ind w:left="720" w:hanging="720"/>
      </w:pPr>
      <w:r>
        <w:t xml:space="preserve">[11] Al-Saleh, I. A., Billedo, G., &amp; El-Doush, I. I. (2006). </w:t>
      </w:r>
      <w:r>
        <w:rPr>
          <w:b w:val="0"/>
        </w:rPr>
        <w:t xml:space="preserve">Levels of selenium, dl-α-tocopherol, dl-γ-tocopherol, all-trans-retinol, thymoquinone and thymol in different brands of </w:t>
      </w:r>
      <w:r>
        <w:rPr>
          <w:b w:val="0"/>
          <w:i/>
        </w:rPr>
        <w:t>Nigella sativa</w:t>
      </w:r>
      <w:r>
        <w:rPr>
          <w:b w:val="0"/>
        </w:rPr>
        <w:t xml:space="preserve"> seeds.</w:t>
      </w:r>
      <w:r>
        <w:t xml:space="preserve"> </w:t>
      </w:r>
      <w:r>
        <w:rPr>
          <w:i/>
        </w:rPr>
        <w:t>Journal of Food Composition and Analysis</w:t>
      </w:r>
      <w:r>
        <w:t xml:space="preserve">, </w:t>
      </w:r>
      <w:r>
        <w:rPr>
          <w:i/>
        </w:rPr>
        <w:t>19</w:t>
      </w:r>
      <w:r>
        <w:t>(2–3)</w:t>
      </w:r>
      <w:r>
        <w:t>, 167–175.</w:t>
      </w:r>
      <w:r>
        <w:t xml:space="preserve"> </w:t>
      </w:r>
      <w:hyperlink r:id="rId29">
        <w:r>
          <w:rPr>
            <w:color w:val="0563C1"/>
            <w:u w:val="single"/>
          </w:rPr>
          <w:t xml:space="preserve">https://doi.org/10.1016/j.jfca.2005.04.011</w:t>
        </w:r>
      </w:hyperlink>
    </w:p>
    <w:p w14:paraId="03054FCC" w14:textId="77777777" w:rsidR="009D20E1" w:rsidRPr="007E16DF" w:rsidRDefault="009D20E1" w:rsidP="009D20E1">
      <w:pPr>
        <w:spacing w:after="80" w:line="240" w:lineRule="auto"/>
        <w:ind w:left="720" w:hanging="720"/>
      </w:pPr>
      <w:r>
        <w:t xml:space="preserve">[12] Li, X., Dong, M., Liu, Y., Shi, Q.-W., &amp; Kiyota, H. (2007). </w:t>
      </w:r>
      <w:r>
        <w:rPr>
          <w:b w:val="0"/>
        </w:rPr>
        <w:t>Structures and biological properties of the chemical constituents from the genus Wedelia.</w:t>
      </w:r>
      <w:r>
        <w:t xml:space="preserve"> </w:t>
      </w:r>
      <w:r>
        <w:rPr>
          <w:i/>
        </w:rPr>
        <w:t>Chemistry &amp; Biodiversity</w:t>
      </w:r>
      <w:r>
        <w:t xml:space="preserve">, </w:t>
      </w:r>
      <w:r>
        <w:rPr>
          <w:i/>
        </w:rPr>
        <w:t>4</w:t>
      </w:r>
      <w:r>
        <w:t>(5)</w:t>
      </w:r>
      <w:r>
        <w:t>, 823–836.</w:t>
      </w:r>
      <w:r>
        <w:t xml:space="preserve"> </w:t>
      </w:r>
      <w:hyperlink r:id="rId30">
        <w:r>
          <w:rPr>
            <w:color w:val="0563C1"/>
            <w:u w:val="single"/>
          </w:rPr>
          <w:t xml:space="preserve">https://doi.org/10.1002/cbdv.200790070</w:t>
        </w:r>
      </w:hyperlink>
    </w:p>
    <w:p w14:paraId="7DD2E493" w14:textId="77777777" w:rsidR="009D20E1" w:rsidRPr="007E16DF" w:rsidRDefault="009D20E1" w:rsidP="009D20E1">
      <w:pPr>
        <w:spacing w:after="80" w:line="240" w:lineRule="auto"/>
        <w:ind w:left="720" w:hanging="720"/>
      </w:pPr>
      <w:r>
        <w:t xml:space="preserve">[13] Govindachari, T. R., Nagarajan, K., &amp; Pai, B. R. (1956). </w:t>
      </w:r>
      <w:r>
        <w:rPr>
          <w:b w:val="0"/>
        </w:rPr>
        <w:t xml:space="preserve">Chemical examination of </w:t>
      </w:r>
      <w:r>
        <w:rPr>
          <w:b w:val="0"/>
          <w:i/>
        </w:rPr>
        <w:t>Wedelia calendulacea</w:t>
      </w:r>
      <w:r>
        <w:rPr>
          <w:b w:val="0"/>
        </w:rPr>
        <w:t>. Part I. Structure of wedelolactone.</w:t>
      </w:r>
      <w:r>
        <w:t xml:space="preserve"> </w:t>
      </w:r>
      <w:r>
        <w:rPr>
          <w:i/>
        </w:rPr>
        <w:t>Journal of the Chemical Society (Resumed)</w:t>
      </w:r>
      <w:r>
        <w:t>, 629–632.</w:t>
      </w:r>
      <w:r>
        <w:t xml:space="preserve"> </w:t>
      </w:r>
      <w:hyperlink r:id="rId31">
        <w:r>
          <w:rPr>
            <w:color w:val="0563C1"/>
            <w:u w:val="single"/>
          </w:rPr>
          <w:t xml:space="preserve">https://doi.org/10.1039/JR9560000629</w:t>
        </w:r>
      </w:hyperlink>
    </w:p>
    <w:p w14:paraId="1E97E6B3" w14:textId="77777777" w:rsidR="009D20E1" w:rsidRPr="007E16DF" w:rsidRDefault="009D20E1" w:rsidP="009D20E1">
      <w:pPr>
        <w:spacing w:after="80" w:line="240" w:lineRule="auto"/>
        <w:ind w:left="720" w:hanging="720"/>
      </w:pPr>
      <w:r>
        <w:t xml:space="preserve">[14] Singh, S., Das, S. S., Singh, G., Schuff, C., de Lampasona, M. P., &amp; Catalán, C. A. N. (2014). </w:t>
      </w:r>
      <w:r>
        <w:rPr>
          <w:b w:val="0"/>
        </w:rPr>
        <w:t>Composition, in vitro antioxidant and antimicrobial activities of essential oil and oleoresins obtained from black cumin seeds (</w:t>
      </w:r>
      <w:r>
        <w:rPr>
          <w:b w:val="0"/>
          <w:i/>
        </w:rPr>
        <w:t>Nigella sativa L.</w:t>
      </w:r>
      <w:r>
        <w:rPr>
          <w:b w:val="0"/>
        </w:rPr>
        <w:t>).</w:t>
      </w:r>
      <w:r>
        <w:t xml:space="preserve"> </w:t>
      </w:r>
      <w:r>
        <w:rPr>
          <w:i/>
        </w:rPr>
        <w:t>BioMed Research International</w:t>
      </w:r>
      <w:r>
        <w:t xml:space="preserve">, </w:t>
      </w:r>
      <w:r>
        <w:rPr>
          <w:i/>
        </w:rPr>
        <w:t>2014</w:t>
      </w:r>
      <w:r>
        <w:t>, 918209.</w:t>
      </w:r>
      <w:r>
        <w:t xml:space="preserve"> </w:t>
      </w:r>
      <w:hyperlink r:id="rId32">
        <w:r>
          <w:rPr>
            <w:color w:val="0563C1"/>
            <w:u w:val="single"/>
          </w:rPr>
          <w:t xml:space="preserve">https://doi.org/10.1155/2014/918209</w:t>
        </w:r>
      </w:hyperlink>
    </w:p>
    <w:p w14:paraId="447A1ED8" w14:textId="77777777" w:rsidR="009D20E1" w:rsidRPr="007E16DF" w:rsidRDefault="009D20E1" w:rsidP="009D20E1">
      <w:pPr>
        <w:spacing w:after="80" w:line="240" w:lineRule="auto"/>
        <w:ind w:left="720" w:hanging="720"/>
      </w:pPr>
      <w:r>
        <w:t xml:space="preserve">[15] Patil, A. A., Sachin, B. S., Wakte, P. S., &amp; Shinde, D. B. (2014). </w:t>
      </w:r>
      <w:r>
        <w:rPr>
          <w:b w:val="0"/>
        </w:rPr>
        <w:t xml:space="preserve">Optimization of supercritical fluid extraction and HPLC identification of wedelolactone from </w:t>
      </w:r>
      <w:r>
        <w:rPr>
          <w:b w:val="0"/>
          <w:i/>
        </w:rPr>
        <w:t>Wedelia calendulacea</w:t>
      </w:r>
      <w:r>
        <w:rPr>
          <w:b w:val="0"/>
        </w:rPr>
        <w:t xml:space="preserve"> by orthogonal array design.</w:t>
      </w:r>
      <w:r>
        <w:t xml:space="preserve"> </w:t>
      </w:r>
      <w:r>
        <w:rPr>
          <w:i/>
        </w:rPr>
        <w:t>Journal of Advanced Research</w:t>
      </w:r>
      <w:r>
        <w:t xml:space="preserve">, </w:t>
      </w:r>
      <w:r>
        <w:rPr>
          <w:i/>
        </w:rPr>
        <w:t>5</w:t>
      </w:r>
      <w:r>
        <w:t>(6)</w:t>
      </w:r>
      <w:r>
        <w:t>, 629–635.</w:t>
      </w:r>
      <w:r>
        <w:t xml:space="preserve"> </w:t>
      </w:r>
      <w:hyperlink r:id="rId33">
        <w:r>
          <w:rPr>
            <w:color w:val="0563C1"/>
            <w:u w:val="single"/>
          </w:rPr>
          <w:t xml:space="preserve">https://doi.org/10.1016/j.jare.2013.09.002</w:t>
        </w:r>
      </w:hyperlink>
    </w:p>
    <w:p w14:paraId="1BFE18B1" w14:textId="77777777" w:rsidR="009D20E1" w:rsidRPr="007E16DF" w:rsidRDefault="009D20E1" w:rsidP="009D20E1">
      <w:pPr>
        <w:spacing w:after="80" w:line="240" w:lineRule="auto"/>
        <w:ind w:left="720" w:hanging="720"/>
      </w:pPr>
      <w:r>
        <w:t xml:space="preserve">[16] Guo, K.-X., Yu, X.-Q., Tang, H., Wei, H.-Y., Li, Y.-F., Fan, S.-M., Huang, K.-E., &amp; Ke, X.-H. (2024). </w:t>
      </w:r>
      <w:r>
        <w:rPr>
          <w:b w:val="0"/>
        </w:rPr>
        <w:t>UPLC-Q-TOF/MS analysis of chemical components of single decoction and combined decoction of Qige decoction reveals the differences between various preparation processes.</w:t>
      </w:r>
      <w:r>
        <w:t xml:space="preserve"> </w:t>
      </w:r>
      <w:r>
        <w:rPr>
          <w:i/>
        </w:rPr>
        <w:t>Biomedical Chromatography</w:t>
      </w:r>
      <w:r>
        <w:t xml:space="preserve">, </w:t>
      </w:r>
      <w:r>
        <w:rPr>
          <w:i/>
        </w:rPr>
        <w:t>38</w:t>
      </w:r>
      <w:r>
        <w:t>(6)</w:t>
      </w:r>
      <w:r>
        <w:t>, e5865.</w:t>
      </w:r>
      <w:r>
        <w:t xml:space="preserve"> </w:t>
      </w:r>
      <w:hyperlink r:id="rId34">
        <w:r>
          <w:rPr>
            <w:color w:val="0563C1"/>
            <w:u w:val="single"/>
          </w:rPr>
          <w:t xml:space="preserve">https://doi.org/10.1002/bmc.5865</w:t>
        </w:r>
      </w:hyperlink>
    </w:p>
    <w:p w14:paraId="7E05F811" w14:textId="77777777" w:rsidR="009D20E1" w:rsidRPr="007E16DF" w:rsidRDefault="009D20E1" w:rsidP="009D20E1">
      <w:pPr>
        <w:spacing w:after="80" w:line="240" w:lineRule="auto"/>
        <w:ind w:left="720" w:hanging="720"/>
      </w:pPr>
      <w:r>
        <w:t xml:space="preserve">[17] Jang, D., Shin, S., Lee, S. M., Lee, S., Kim, C.-E., &amp; Jung, J. (2025). </w:t>
      </w:r>
      <w:r>
        <w:rPr>
          <w:b w:val="0"/>
        </w:rPr>
        <w:t>Combined decoction selectively modifies chemical composition of traditional Asian medicine: A systematic analysis on Palmijihwang-tang using theoretical additive model.</w:t>
      </w:r>
      <w:r>
        <w:t xml:space="preserve"> </w:t>
      </w:r>
      <w:r>
        <w:rPr>
          <w:i/>
        </w:rPr>
        <w:t>BMC Complementary Medicine and Therapies</w:t>
      </w:r>
      <w:r>
        <w:t xml:space="preserve">, </w:t>
      </w:r>
      <w:r>
        <w:rPr>
          <w:i/>
        </w:rPr>
        <w:t>25</w:t>
      </w:r>
      <w:r>
        <w:t>, 417.</w:t>
      </w:r>
      <w:r>
        <w:t xml:space="preserve"> </w:t>
      </w:r>
      <w:hyperlink r:id="rId35">
        <w:r>
          <w:rPr>
            <w:color w:val="0563C1"/>
            <w:u w:val="single"/>
          </w:rPr>
          <w:t xml:space="preserve">https://doi.org/10.1186/s12906-025-05153-w</w:t>
        </w:r>
      </w:hyperlink>
    </w:p>
    <w:p w14:paraId="460AA61A" w14:textId="77777777" w:rsidR="009D20E1" w:rsidRPr="007E16DF" w:rsidRDefault="009D20E1" w:rsidP="009D20E1">
      <w:pPr>
        <w:spacing w:after="80" w:line="240" w:lineRule="auto"/>
        <w:ind w:left="720" w:hanging="720"/>
      </w:pPr>
      <w:r>
        <w:t xml:space="preserve">[18] Noviana, E., Indrayanto, G., &amp; Rohman, A. (2022). </w:t>
      </w:r>
      <w:r>
        <w:rPr>
          <w:b w:val="0"/>
        </w:rPr>
        <w:t>Advances in fingerprint analysis for standardization and quality control of herbal medicines.</w:t>
      </w:r>
      <w:r>
        <w:t xml:space="preserve"> </w:t>
      </w:r>
      <w:r>
        <w:rPr>
          <w:i/>
        </w:rPr>
        <w:t>Frontiers in Pharmacology</w:t>
      </w:r>
      <w:r>
        <w:t xml:space="preserve">, </w:t>
      </w:r>
      <w:r>
        <w:rPr>
          <w:i/>
        </w:rPr>
        <w:t>13</w:t>
      </w:r>
      <w:r>
        <w:t>, 853023.</w:t>
      </w:r>
      <w:r>
        <w:t xml:space="preserve"> </w:t>
      </w:r>
      <w:hyperlink r:id="rId36">
        <w:r>
          <w:rPr>
            <w:color w:val="0563C1"/>
            <w:u w:val="single"/>
          </w:rPr>
          <w:t xml:space="preserve">https://doi.org/10.3389/fphar.2022.853023</w:t>
        </w:r>
      </w:hyperlink>
    </w:p>
    <w:p w14:paraId="21930C16" w14:textId="77777777" w:rsidR="009D20E1" w:rsidRPr="007E16DF" w:rsidRDefault="009D20E1" w:rsidP="009D20E1">
      <w:pPr>
        <w:spacing w:after="80" w:line="240" w:lineRule="auto"/>
        <w:ind w:left="720" w:hanging="720"/>
      </w:pPr>
      <w:r>
        <w:t xml:space="preserve">[19] van der Kooy, F., Maltese, F., Choi, Y. H., Kim, H. K., &amp; Verpoorte, R. (2009). </w:t>
      </w:r>
      <w:r>
        <w:rPr>
          <w:b w:val="0"/>
        </w:rPr>
        <w:t>Quality control of herbal material and phytopharmaceuticals with MS and NMR based metabolic fingerprinting.</w:t>
      </w:r>
      <w:r>
        <w:t xml:space="preserve"> </w:t>
      </w:r>
      <w:r>
        <w:rPr>
          <w:i/>
        </w:rPr>
        <w:t>Planta Medica</w:t>
      </w:r>
      <w:r>
        <w:t xml:space="preserve">, </w:t>
      </w:r>
      <w:r>
        <w:rPr>
          <w:i/>
        </w:rPr>
        <w:t>75</w:t>
      </w:r>
      <w:r>
        <w:t>(7)</w:t>
      </w:r>
      <w:r>
        <w:t>, 763–775.</w:t>
      </w:r>
      <w:r>
        <w:t xml:space="preserve"> </w:t>
      </w:r>
      <w:hyperlink r:id="rId37">
        <w:r>
          <w:rPr>
            <w:color w:val="0563C1"/>
            <w:u w:val="single"/>
          </w:rPr>
          <w:t xml:space="preserve">https://doi.org/10.1055/s-0029-1185450</w:t>
        </w:r>
      </w:hyperlink>
    </w:p>
    <w:p w14:paraId="21437D43" w14:textId="77777777" w:rsidR="009D20E1" w:rsidRPr="007E16DF" w:rsidRDefault="009D20E1" w:rsidP="009D20E1">
      <w:pPr>
        <w:spacing w:after="80" w:line="240" w:lineRule="auto"/>
        <w:ind w:left="720" w:hanging="720"/>
      </w:pPr>
      <w:r>
        <w:t xml:space="preserve">[20] Wei, X., Koo, I., Kim, S., &amp; Zhang, X. (2014). </w:t>
      </w:r>
      <w:r>
        <w:rPr>
          <w:b w:val="0"/>
        </w:rPr>
        <w:t>Compound identification in GC-MS by simultaneously evaluating the mass spectrum and retention index.</w:t>
      </w:r>
      <w:r>
        <w:t xml:space="preserve"> </w:t>
      </w:r>
      <w:r>
        <w:rPr>
          <w:i/>
        </w:rPr>
        <w:t>Analyst</w:t>
      </w:r>
      <w:r>
        <w:t xml:space="preserve">, </w:t>
      </w:r>
      <w:r>
        <w:rPr>
          <w:i/>
        </w:rPr>
        <w:t>139</w:t>
      </w:r>
      <w:r>
        <w:t>(10)</w:t>
      </w:r>
      <w:r>
        <w:t>, 2507–2514.</w:t>
      </w:r>
      <w:r>
        <w:t xml:space="preserve"> </w:t>
      </w:r>
      <w:hyperlink r:id="rId38">
        <w:r>
          <w:rPr>
            <w:color w:val="0563C1"/>
            <w:u w:val="single"/>
          </w:rPr>
          <w:t xml:space="preserve">https://doi.org/10.1039/C3AN02171H</w:t>
        </w:r>
      </w:hyperlink>
    </w:p>
    <w:p w14:paraId="352941F1" w14:textId="77777777" w:rsidR="009D20E1" w:rsidRPr="007E16DF" w:rsidRDefault="009D20E1" w:rsidP="009D20E1">
      <w:pPr>
        <w:spacing w:after="80" w:line="240" w:lineRule="auto"/>
        <w:ind w:left="720" w:hanging="720"/>
      </w:pPr>
      <w:r>
        <w:t xml:space="preserve">[21] Stein, S. E. (2012). </w:t>
      </w:r>
      <w:r>
        <w:rPr>
          <w:b w:val="0"/>
        </w:rPr>
        <w:t>Mass spectral reference libraries: An ever-expanding resource for chemical identification.</w:t>
      </w:r>
      <w:r>
        <w:t xml:space="preserve"> </w:t>
      </w:r>
      <w:r>
        <w:rPr>
          <w:i/>
        </w:rPr>
        <w:t>Analytical Chemistry</w:t>
      </w:r>
      <w:r>
        <w:t xml:space="preserve">, </w:t>
      </w:r>
      <w:r>
        <w:rPr>
          <w:i/>
        </w:rPr>
        <w:t>84</w:t>
      </w:r>
      <w:r>
        <w:t>(17)</w:t>
      </w:r>
      <w:r>
        <w:t>, 7274–7282.</w:t>
      </w:r>
      <w:r>
        <w:t xml:space="preserve"> </w:t>
      </w:r>
      <w:hyperlink r:id="rId39">
        <w:r>
          <w:rPr>
            <w:color w:val="0563C1"/>
            <w:u w:val="single"/>
          </w:rPr>
          <w:t xml:space="preserve">https://doi.org/10.1021/ac301205z</w:t>
        </w:r>
      </w:hyperlink>
    </w:p>
    <w:p w14:paraId="0AD382C9" w14:textId="77777777" w:rsidR="009D20E1" w:rsidRPr="007E16DF" w:rsidRDefault="009D20E1" w:rsidP="009D20E1">
      <w:pPr>
        <w:spacing w:after="80" w:line="240" w:lineRule="auto"/>
        <w:ind w:left="720" w:hanging="720"/>
      </w:pPr>
      <w:r>
        <w:t xml:space="preserve">[22] Klein-Junior, L. C., de Souza, M. R., Viaene, J., Bresolin, T. M. B., de Gasper, A. L., Henriques, A. T., &amp; Vander Heyden, Y. (2021). </w:t>
      </w:r>
      <w:r>
        <w:rPr>
          <w:b w:val="0"/>
        </w:rPr>
        <w:t>Quality control of herbal medicines: From traditional techniques to state-of-the-art approaches.</w:t>
      </w:r>
      <w:r>
        <w:t xml:space="preserve"> </w:t>
      </w:r>
      <w:r>
        <w:rPr>
          <w:i/>
        </w:rPr>
        <w:t>Planta Medica</w:t>
      </w:r>
      <w:r>
        <w:t xml:space="preserve">, </w:t>
      </w:r>
      <w:r>
        <w:rPr>
          <w:i/>
        </w:rPr>
        <w:t>87</w:t>
      </w:r>
      <w:r>
        <w:t>(12–13)</w:t>
      </w:r>
      <w:r>
        <w:t>, 964–988.</w:t>
      </w:r>
      <w:r>
        <w:t xml:space="preserve"> </w:t>
      </w:r>
      <w:hyperlink r:id="rId40">
        <w:r>
          <w:rPr>
            <w:color w:val="0563C1"/>
            <w:u w:val="single"/>
          </w:rPr>
          <w:t xml:space="preserve">https://doi.org/10.1055/a-1529-8339</w:t>
        </w:r>
      </w:hyperlink>
    </w:p>
    <w:p w14:paraId="6F4D1064" w14:textId="77777777" w:rsidR="009D20E1" w:rsidRPr="007E16DF" w:rsidRDefault="009D20E1" w:rsidP="009D20E1">
      <w:pPr>
        <w:spacing w:after="80" w:line="240" w:lineRule="auto"/>
        <w:ind w:left="720" w:hanging="720"/>
      </w:pPr>
      <w:r>
        <w:t xml:space="preserve">[23] Lu, G.-H., Chan, K., Liang, Y.-Z., Leung, K., Chan, C.-L., Jiang, Z.-H., &amp; Zhao, Z.-Z. (2005). </w:t>
      </w:r>
      <w:r>
        <w:rPr>
          <w:b w:val="0"/>
        </w:rPr>
        <w:t xml:space="preserve">Development of high-performance liquid chromatographic fingerprints for distinguishing Chinese </w:t>
      </w:r>
      <w:r>
        <w:rPr>
          <w:b w:val="0"/>
          <w:i/>
        </w:rPr>
        <w:t>Angelica</w:t>
      </w:r>
      <w:r>
        <w:rPr>
          <w:b w:val="0"/>
        </w:rPr>
        <w:t xml:space="preserve"> from related umbelliferae herbs.</w:t>
      </w:r>
      <w:r>
        <w:t xml:space="preserve"> </w:t>
      </w:r>
      <w:r>
        <w:rPr>
          <w:i/>
        </w:rPr>
        <w:t>Journal of Chromatography A</w:t>
      </w:r>
      <w:r>
        <w:t xml:space="preserve">, </w:t>
      </w:r>
      <w:r>
        <w:rPr>
          <w:i/>
        </w:rPr>
        <w:t>1073</w:t>
      </w:r>
      <w:r>
        <w:t>(1–2)</w:t>
      </w:r>
      <w:r>
        <w:t>, 383–392.</w:t>
      </w:r>
      <w:r>
        <w:t xml:space="preserve"> </w:t>
      </w:r>
      <w:hyperlink r:id="rId41">
        <w:r>
          <w:rPr>
            <w:color w:val="0563C1"/>
            <w:u w:val="single"/>
          </w:rPr>
          <w:t xml:space="preserve">https://doi.org/10.1016/j.chroma.2004.11.080</w:t>
        </w:r>
      </w:hyperlink>
    </w:p>
    <w:p w14:paraId="7A7AAF15" w14:textId="77777777" w:rsidR="009D20E1" w:rsidRPr="007E16DF" w:rsidRDefault="009D20E1" w:rsidP="009D20E1">
      <w:pPr>
        <w:spacing w:after="80" w:line="240" w:lineRule="auto"/>
        <w:ind w:left="720" w:hanging="720"/>
      </w:pPr>
      <w:r>
        <w:t xml:space="preserve">[24] Hildreth, J., Hrabeta-Robinson, E., Applequist, W., Betz, J., &amp; Miller, J. (2007). </w:t>
      </w:r>
      <w:r>
        <w:rPr>
          <w:b w:val="0"/>
        </w:rPr>
        <w:t>Standard operating procedure for the collection and preparation of voucher plant specimens for use in the nutraceutical industry.</w:t>
      </w:r>
      <w:r>
        <w:t xml:space="preserve"> </w:t>
      </w:r>
      <w:r>
        <w:rPr>
          <w:i/>
        </w:rPr>
        <w:t>Analytical and Bioanalytical Chemistry</w:t>
      </w:r>
      <w:r>
        <w:t xml:space="preserve">, </w:t>
      </w:r>
      <w:r>
        <w:rPr>
          <w:i/>
        </w:rPr>
        <w:t>389</w:t>
      </w:r>
      <w:r>
        <w:t>(1)</w:t>
      </w:r>
      <w:r>
        <w:t>, 13–17.</w:t>
      </w:r>
      <w:r>
        <w:t xml:space="preserve"> </w:t>
      </w:r>
      <w:hyperlink r:id="rId42">
        <w:r>
          <w:rPr>
            <w:color w:val="0563C1"/>
            <w:u w:val="single"/>
          </w:rPr>
          <w:t xml:space="preserve">https://doi.org/10.1007/s00216-007-1405-x</w:t>
        </w:r>
      </w:hyperlink>
    </w:p>
    <w:p w14:paraId="4F9BA20D" w14:textId="77777777" w:rsidR="009D20E1" w:rsidRPr="007E16DF" w:rsidRDefault="009D20E1" w:rsidP="009D20E1">
      <w:pPr>
        <w:spacing w:after="80" w:line="240" w:lineRule="auto"/>
        <w:ind w:left="720" w:hanging="720"/>
      </w:pPr>
      <w:r>
        <w:t xml:space="preserve">[25] Botanical Survey of India. (n.d.). </w:t>
      </w:r>
      <w:r>
        <w:rPr>
          <w:b w:val="0"/>
        </w:rPr>
        <w:t>Identification.</w:t>
      </w:r>
      <w:r>
        <w:t xml:space="preserve"> Ministry of Environment, Forest and Climate Change, Government of India.</w:t>
      </w:r>
      <w:r>
        <w:t xml:space="preserve"> </w:t>
      </w:r>
      <w:hyperlink r:id="rId43">
        <w:r>
          <w:rPr>
            <w:color w:val="0563C1"/>
            <w:u w:val="single"/>
          </w:rPr>
          <w:t xml:space="preserve">https://bsi.gov.in/page/en/identification</w:t>
        </w:r>
      </w:hyperlink>
    </w:p>
    <w:p w14:paraId="20A4BC71" w14:textId="77777777" w:rsidR="009D20E1" w:rsidRPr="007E16DF" w:rsidRDefault="009D20E1" w:rsidP="009D20E1">
      <w:pPr>
        <w:spacing w:after="80" w:line="240" w:lineRule="auto"/>
        <w:ind w:left="720" w:hanging="720"/>
      </w:pPr>
      <w:r>
        <w:t xml:space="preserve">[26] Rashid, S., Zafar, M., Ahmad, M., Lone, F. A., Shaheen, S., Sultana, S., Ashfaq, S., &amp; Shinwari, M. I. (2018). </w:t>
      </w:r>
      <w:r>
        <w:rPr>
          <w:b w:val="0"/>
        </w:rPr>
        <w:t xml:space="preserve">Microscopic investigations and pharmacognostic techniques used for the standardization of herbal drug </w:t>
      </w:r>
      <w:r>
        <w:rPr>
          <w:b w:val="0"/>
          <w:i/>
        </w:rPr>
        <w:t>Nigella sativa L.</w:t>
      </w:r>
      <w:r>
        <w:t xml:space="preserve"> </w:t>
      </w:r>
      <w:r>
        <w:rPr>
          <w:i/>
        </w:rPr>
        <w:t>Microscopy Research and Technique</w:t>
      </w:r>
      <w:r>
        <w:t xml:space="preserve">, </w:t>
      </w:r>
      <w:r>
        <w:rPr>
          <w:i/>
        </w:rPr>
        <w:t>81</w:t>
      </w:r>
      <w:r>
        <w:t>(12)</w:t>
      </w:r>
      <w:r>
        <w:t>, 1443–1450.</w:t>
      </w:r>
      <w:r>
        <w:t xml:space="preserve"> </w:t>
      </w:r>
      <w:hyperlink r:id="rId44">
        <w:r>
          <w:rPr>
            <w:color w:val="0563C1"/>
            <w:u w:val="single"/>
          </w:rPr>
          <w:t xml:space="preserve">https://doi.org/10.1002/jemt.23110</w:t>
        </w:r>
      </w:hyperlink>
    </w:p>
    <w:p w14:paraId="6ADE0E38" w14:textId="77777777" w:rsidR="009D20E1" w:rsidRPr="007E16DF" w:rsidRDefault="009D20E1" w:rsidP="009D20E1">
      <w:pPr>
        <w:spacing w:after="80" w:line="240" w:lineRule="auto"/>
        <w:ind w:left="720" w:hanging="720"/>
      </w:pPr>
      <w:r>
        <w:t xml:space="preserve">[27] Azmir, J., Zaidul, I. S. M., Rahman, M. M., Sharif, K. M., Mohamed, A., Sahena, F., Jahurul, M. H. A., Ghafoor, K., Norulaini, N. A. N., &amp; Omar, A. K. M. (2013). </w:t>
      </w:r>
      <w:r>
        <w:rPr>
          <w:b w:val="0"/>
        </w:rPr>
        <w:t>Techniques for extraction of bioactive compounds from plant materials: A review.</w:t>
      </w:r>
      <w:r>
        <w:t xml:space="preserve"> </w:t>
      </w:r>
      <w:r>
        <w:rPr>
          <w:i/>
        </w:rPr>
        <w:t>Journal of Food Engineering</w:t>
      </w:r>
      <w:r>
        <w:t xml:space="preserve">, </w:t>
      </w:r>
      <w:r>
        <w:rPr>
          <w:i/>
        </w:rPr>
        <w:t>117</w:t>
      </w:r>
      <w:r>
        <w:t>(4)</w:t>
      </w:r>
      <w:r>
        <w:t>, 426–436.</w:t>
      </w:r>
      <w:r>
        <w:t xml:space="preserve"> </w:t>
      </w:r>
      <w:hyperlink r:id="rId45">
        <w:r>
          <w:rPr>
            <w:color w:val="0563C1"/>
            <w:u w:val="single"/>
          </w:rPr>
          <w:t xml:space="preserve">https://doi.org/10.1016/j.jfoodeng.2013.01.014</w:t>
        </w:r>
      </w:hyperlink>
    </w:p>
    <w:p w14:paraId="63D46C02" w14:textId="77777777" w:rsidR="009D20E1" w:rsidRPr="007E16DF" w:rsidRDefault="009D20E1" w:rsidP="009D20E1">
      <w:pPr>
        <w:spacing w:after="80" w:line="240" w:lineRule="auto"/>
        <w:ind w:left="720" w:hanging="720"/>
      </w:pPr>
      <w:r>
        <w:t xml:space="preserve">[28] Handa, S. S., Khanuja, S. P. S., Longo, G., &amp; Rakesh, D. D. (Eds.). (2008). </w:t>
      </w:r>
      <w:r>
        <w:rPr>
          <w:b w:val="0"/>
          <w:i/>
        </w:rPr>
        <w:t>Extraction technologies for medicinal and aromatic plants.</w:t>
      </w:r>
      <w:r>
        <w:t xml:space="preserve"> International Centre for Science and High Technology, United Nations Industrial Development Organization.</w:t>
      </w:r>
      <w:r>
        <w:t xml:space="preserve"> </w:t>
      </w:r>
      <w:hyperlink r:id="rId46">
        <w:r>
          <w:rPr>
            <w:color w:val="0563C1"/>
            <w:u w:val="single"/>
          </w:rPr>
          <w:t xml:space="preserve">https://www.unido.org/sites/default/files/2009-10/Extraction_technologies_for_medicinal_and_aromatic_plants_0.pdf</w:t>
        </w:r>
      </w:hyperlink>
    </w:p>
    <w:p w14:paraId="674077B1" w14:textId="77777777" w:rsidR="009D20E1" w:rsidRPr="007E16DF" w:rsidRDefault="009D20E1" w:rsidP="009D20E1">
      <w:pPr>
        <w:spacing w:after="80" w:line="240" w:lineRule="auto"/>
        <w:ind w:left="720" w:hanging="720"/>
      </w:pPr>
      <w:r>
        <w:t xml:space="preserve">[29] Azwanida, N. N. (2015). </w:t>
      </w:r>
      <w:r>
        <w:rPr>
          <w:b w:val="0"/>
        </w:rPr>
        <w:t>A review on the extraction methods use in medicinal plants, principle, strength and limitation.</w:t>
      </w:r>
      <w:r>
        <w:t xml:space="preserve"> </w:t>
      </w:r>
      <w:r>
        <w:rPr>
          <w:i/>
        </w:rPr>
        <w:t>Medicinal &amp; Aromatic Plants</w:t>
      </w:r>
      <w:r>
        <w:t xml:space="preserve">, </w:t>
      </w:r>
      <w:r>
        <w:rPr>
          <w:i/>
        </w:rPr>
        <w:t>4</w:t>
      </w:r>
      <w:r>
        <w:t>(3)</w:t>
      </w:r>
      <w:r>
        <w:t>, 196.</w:t>
      </w:r>
      <w:r>
        <w:t xml:space="preserve"> </w:t>
      </w:r>
      <w:hyperlink r:id="rId47">
        <w:r>
          <w:rPr>
            <w:color w:val="0563C1"/>
            <w:u w:val="single"/>
          </w:rPr>
          <w:t xml:space="preserve">https://doi.org/10.4172/2167-0412.1000196</w:t>
        </w:r>
      </w:hyperlink>
    </w:p>
    <w:p w14:paraId="2F3CC1E1" w14:textId="77777777" w:rsidR="009D20E1" w:rsidRPr="007E16DF" w:rsidRDefault="009D20E1" w:rsidP="009D20E1">
      <w:pPr>
        <w:spacing w:after="80" w:line="240" w:lineRule="auto"/>
        <w:ind w:left="720" w:hanging="720"/>
      </w:pPr>
      <w:r>
        <w:t xml:space="preserve">[30] Zhang, Q. W., Lin, L. G., &amp; Ye, W. C. (2018). </w:t>
      </w:r>
      <w:r>
        <w:rPr>
          <w:b w:val="0"/>
        </w:rPr>
        <w:t>Techniques for extraction and isolation of natural products: A comprehensive review.</w:t>
      </w:r>
      <w:r>
        <w:t xml:space="preserve"> </w:t>
      </w:r>
      <w:r>
        <w:rPr>
          <w:i/>
        </w:rPr>
        <w:t>Chinese Medicine</w:t>
      </w:r>
      <w:r>
        <w:t xml:space="preserve">, </w:t>
      </w:r>
      <w:r>
        <w:rPr>
          <w:i/>
        </w:rPr>
        <w:t>13</w:t>
      </w:r>
      <w:r>
        <w:t>, 20.</w:t>
      </w:r>
      <w:r>
        <w:t xml:space="preserve"> </w:t>
      </w:r>
      <w:hyperlink r:id="rId48">
        <w:r>
          <w:rPr>
            <w:color w:val="0563C1"/>
            <w:u w:val="single"/>
          </w:rPr>
          <w:t xml:space="preserve">https://doi.org/10.1186/s13020-018-0177-x</w:t>
        </w:r>
      </w:hyperlink>
    </w:p>
    <w:p w14:paraId="48E6A2E3" w14:textId="77777777" w:rsidR="009D20E1" w:rsidRPr="007E16DF" w:rsidRDefault="009D20E1" w:rsidP="009D20E1">
      <w:pPr>
        <w:spacing w:after="80" w:line="240" w:lineRule="auto"/>
        <w:ind w:left="720" w:hanging="720"/>
      </w:pPr>
      <w:r>
        <w:t xml:space="preserve">[31] Abubakar, A. R., &amp; Haque, M. (2020). </w:t>
      </w:r>
      <w:r>
        <w:rPr>
          <w:b w:val="0"/>
        </w:rPr>
        <w:t>Preparation of medicinal plants: Basic extraction and fractionation procedures for experimental purposes.</w:t>
      </w:r>
      <w:r>
        <w:t xml:space="preserve"> </w:t>
      </w:r>
      <w:r>
        <w:rPr>
          <w:i/>
        </w:rPr>
        <w:t>Journal of Pharmacy &amp; Bioallied Sciences</w:t>
      </w:r>
      <w:r>
        <w:t xml:space="preserve">, </w:t>
      </w:r>
      <w:r>
        <w:rPr>
          <w:i/>
        </w:rPr>
        <w:t>12</w:t>
      </w:r>
      <w:r>
        <w:t>(1)</w:t>
      </w:r>
      <w:r>
        <w:t>, 1–10.</w:t>
      </w:r>
      <w:r>
        <w:t xml:space="preserve"> </w:t>
      </w:r>
      <w:hyperlink r:id="rId49">
        <w:r>
          <w:rPr>
            <w:color w:val="0563C1"/>
            <w:u w:val="single"/>
          </w:rPr>
          <w:t xml:space="preserve">https://doi.org/10.4103/jpbs.JPBS_175_19</w:t>
        </w:r>
      </w:hyperlink>
    </w:p>
    <w:p w14:paraId="5303C99D" w14:textId="77777777" w:rsidR="009D20E1" w:rsidRPr="007E16DF" w:rsidRDefault="009D20E1" w:rsidP="009D20E1">
      <w:pPr>
        <w:spacing w:after="80" w:line="240" w:lineRule="auto"/>
        <w:ind w:left="720" w:hanging="720"/>
      </w:pPr>
      <w:r>
        <w:t xml:space="preserve">[32] Bucar, F., Wube, A., &amp; Schmid, M. (2013). </w:t>
      </w:r>
      <w:r>
        <w:rPr>
          <w:b w:val="0"/>
        </w:rPr>
        <w:t>Natural product isolation – How to get from biological material to pure compounds.</w:t>
      </w:r>
      <w:r>
        <w:t xml:space="preserve"> </w:t>
      </w:r>
      <w:r>
        <w:rPr>
          <w:i/>
        </w:rPr>
        <w:t>Natural Product Reports</w:t>
      </w:r>
      <w:r>
        <w:t xml:space="preserve">, </w:t>
      </w:r>
      <w:r>
        <w:rPr>
          <w:i/>
        </w:rPr>
        <w:t>30</w:t>
      </w:r>
      <w:r>
        <w:t>(4)</w:t>
      </w:r>
      <w:r>
        <w:t>, 525–545.</w:t>
      </w:r>
      <w:r>
        <w:t xml:space="preserve"> </w:t>
      </w:r>
      <w:hyperlink r:id="rId50">
        <w:r>
          <w:rPr>
            <w:color w:val="0563C1"/>
            <w:u w:val="single"/>
          </w:rPr>
          <w:t xml:space="preserve">https://doi.org/10.1039/C3NP20106F</w:t>
        </w:r>
      </w:hyperlink>
    </w:p>
    <w:p w14:paraId="535A5C22" w14:textId="77777777" w:rsidR="009D20E1" w:rsidRPr="007E16DF" w:rsidRDefault="009D20E1" w:rsidP="009D20E1">
      <w:pPr>
        <w:spacing w:after="80" w:line="240" w:lineRule="auto"/>
        <w:ind w:left="720" w:hanging="720"/>
      </w:pPr>
      <w:r>
        <w:t xml:space="preserve">[33] Chuo, S. C., Mohd Nasir, H., Mohd-Setapar, S. H., Mohamed, S. F., Ahmad, A., Wani, W. A., Muddassir, M., &amp; Alarifi, A. (2022). </w:t>
      </w:r>
      <w:r>
        <w:rPr>
          <w:b w:val="0"/>
        </w:rPr>
        <w:t>A glimpse into the extraction methods of active compounds from plants.</w:t>
      </w:r>
      <w:r>
        <w:t xml:space="preserve"> </w:t>
      </w:r>
      <w:r>
        <w:rPr>
          <w:i/>
        </w:rPr>
        <w:t>Critical Reviews in Analytical Chemistry</w:t>
      </w:r>
      <w:r>
        <w:t xml:space="preserve">, </w:t>
      </w:r>
      <w:r>
        <w:rPr>
          <w:i/>
        </w:rPr>
        <w:t>52</w:t>
      </w:r>
      <w:r>
        <w:t>(4)</w:t>
      </w:r>
      <w:r>
        <w:t>, 667–696.</w:t>
      </w:r>
      <w:r>
        <w:t xml:space="preserve"> </w:t>
      </w:r>
      <w:hyperlink r:id="rId51">
        <w:r>
          <w:rPr>
            <w:color w:val="0563C1"/>
            <w:u w:val="single"/>
          </w:rPr>
          <w:t xml:space="preserve">https://doi.org/10.1080/10408347.2020.1820851</w:t>
        </w:r>
      </w:hyperlink>
    </w:p>
    <w:p w14:paraId="4C8D64DC" w14:textId="77777777" w:rsidR="009D20E1" w:rsidRPr="007E16DF" w:rsidRDefault="009D20E1" w:rsidP="009D20E1">
      <w:pPr>
        <w:spacing w:after="80" w:line="240" w:lineRule="auto"/>
        <w:ind w:left="720" w:hanging="720"/>
      </w:pPr>
      <w:r>
        <w:t xml:space="preserve">[34] Sparkman, O. D., Penton, Z. E., &amp; Kitson, F. G. (2011). </w:t>
      </w:r>
      <w:r>
        <w:rPr>
          <w:b w:val="0"/>
          <w:i/>
        </w:rPr>
        <w:t>Gas chromatography and mass spectrometry: A practical guide (2nd ed.).</w:t>
      </w:r>
      <w:r>
        <w:t xml:space="preserve"> Academic Press.</w:t>
      </w:r>
      <w:r>
        <w:t xml:space="preserve"> </w:t>
      </w:r>
      <w:hyperlink r:id="rId52">
        <w:r>
          <w:rPr>
            <w:color w:val="0563C1"/>
            <w:u w:val="single"/>
          </w:rPr>
          <w:t xml:space="preserve">https://doi.org/10.1016/C2009-0-17039-3</w:t>
        </w:r>
      </w:hyperlink>
    </w:p>
    <w:p w14:paraId="676323F6" w14:textId="77777777" w:rsidR="009D20E1" w:rsidRPr="007E16DF" w:rsidRDefault="009D20E1" w:rsidP="009D20E1">
      <w:pPr>
        <w:spacing w:after="80" w:line="240" w:lineRule="auto"/>
        <w:ind w:left="720" w:hanging="720"/>
      </w:pPr>
      <w:r>
        <w:t xml:space="preserve">[35] Grob, K. (2007). </w:t>
      </w:r>
      <w:r>
        <w:rPr>
          <w:b w:val="0"/>
          <w:i/>
        </w:rPr>
        <w:t>Split and splitless injection for quantitative gas chromatography: Concepts, processes, practical guidelines, sources of error (4th ed.).</w:t>
      </w:r>
      <w:r>
        <w:t xml:space="preserve"> Wiley-VCH.</w:t>
      </w:r>
      <w:r>
        <w:t xml:space="preserve"> </w:t>
      </w:r>
      <w:hyperlink r:id="rId53">
        <w:r>
          <w:rPr>
            <w:color w:val="0563C1"/>
            <w:u w:val="single"/>
          </w:rPr>
          <w:t xml:space="preserve">https://doi.org/10.1002/9783527612871</w:t>
        </w:r>
      </w:hyperlink>
    </w:p>
    <w:p w14:paraId="61677E9D" w14:textId="77777777" w:rsidR="009D20E1" w:rsidRPr="007E16DF" w:rsidRDefault="009D20E1" w:rsidP="009D20E1">
      <w:pPr>
        <w:spacing w:after="80" w:line="240" w:lineRule="auto"/>
        <w:ind w:left="720" w:hanging="720"/>
      </w:pPr>
      <w:r>
        <w:t xml:space="preserve">[36] McNair, H. M., &amp; Miller, J. M. (2009). </w:t>
      </w:r>
      <w:r>
        <w:rPr>
          <w:b w:val="0"/>
          <w:i/>
        </w:rPr>
        <w:t>Basic gas chromatography (2nd ed.).</w:t>
      </w:r>
      <w:r>
        <w:t xml:space="preserve"> Wiley.</w:t>
      </w:r>
      <w:r>
        <w:t xml:space="preserve"> </w:t>
      </w:r>
      <w:hyperlink r:id="rId54">
        <w:r>
          <w:rPr>
            <w:color w:val="0563C1"/>
            <w:u w:val="single"/>
          </w:rPr>
          <w:t xml:space="preserve">https://doi.org/10.1002/9780470480106</w:t>
        </w:r>
      </w:hyperlink>
    </w:p>
    <w:p w14:paraId="5A713C9A" w14:textId="77777777" w:rsidR="009D20E1" w:rsidRPr="007E16DF" w:rsidRDefault="009D20E1" w:rsidP="009D20E1">
      <w:pPr>
        <w:spacing w:after="80" w:line="240" w:lineRule="auto"/>
        <w:ind w:left="720" w:hanging="720"/>
      </w:pPr>
      <w:r>
        <w:t xml:space="preserve">[37] Hübschmann, H.-J. (2015). </w:t>
      </w:r>
      <w:r>
        <w:rPr>
          <w:b w:val="0"/>
          <w:i/>
        </w:rPr>
        <w:t>Handbook of GC-MS: Fundamentals and applications (3rd ed.).</w:t>
      </w:r>
      <w:r>
        <w:t xml:space="preserve"> Wiley-VCH.</w:t>
      </w:r>
      <w:r>
        <w:t xml:space="preserve"> </w:t>
      </w:r>
      <w:hyperlink r:id="rId55">
        <w:r>
          <w:rPr>
            <w:color w:val="0563C1"/>
            <w:u w:val="single"/>
          </w:rPr>
          <w:t xml:space="preserve">https://doi.org/10.1002/9783527674305</w:t>
        </w:r>
      </w:hyperlink>
    </w:p>
    <w:p w14:paraId="452ECB8B" w14:textId="77777777" w:rsidR="009D20E1" w:rsidRPr="007E16DF" w:rsidRDefault="009D20E1" w:rsidP="009D20E1">
      <w:pPr>
        <w:spacing w:after="80" w:line="240" w:lineRule="auto"/>
        <w:ind w:left="720" w:hanging="720"/>
      </w:pPr>
      <w:r>
        <w:t xml:space="preserve">[38] Fiehn, O. (2016). </w:t>
      </w:r>
      <w:r>
        <w:rPr>
          <w:b w:val="0"/>
        </w:rPr>
        <w:t>Metabolomics by gas chromatography-mass spectrometry: Combined targeted and untargeted profiling.</w:t>
      </w:r>
      <w:r>
        <w:t xml:space="preserve"> </w:t>
      </w:r>
      <w:r>
        <w:rPr>
          <w:i/>
        </w:rPr>
        <w:t>Current Protocols in Molecular Biology</w:t>
      </w:r>
      <w:r>
        <w:t xml:space="preserve">, </w:t>
      </w:r>
      <w:r>
        <w:rPr>
          <w:i/>
        </w:rPr>
        <w:t>114</w:t>
      </w:r>
      <w:r>
        <w:t>, 30.4.1–30.4.32.</w:t>
      </w:r>
      <w:r>
        <w:t xml:space="preserve"> </w:t>
      </w:r>
      <w:hyperlink r:id="rId56">
        <w:r>
          <w:rPr>
            <w:color w:val="0563C1"/>
            <w:u w:val="single"/>
          </w:rPr>
          <w:t xml:space="preserve">https://doi.org/10.1002/0471142727.mb3004s114</w:t>
        </w:r>
      </w:hyperlink>
    </w:p>
    <w:p w14:paraId="2F43670B" w14:textId="77777777" w:rsidR="009D20E1" w:rsidRPr="007E16DF" w:rsidRDefault="009D20E1" w:rsidP="009D20E1">
      <w:pPr>
        <w:spacing w:after="80" w:line="240" w:lineRule="auto"/>
        <w:ind w:left="720" w:hanging="720"/>
      </w:pPr>
      <w:r>
        <w:t xml:space="preserve">[39] Lisec, J., Schauer, N., Kopka, J., Willmitzer, L., &amp; Fernie, A. R. (2006). </w:t>
      </w:r>
      <w:r>
        <w:rPr>
          <w:b w:val="0"/>
        </w:rPr>
        <w:t>Gas chromatography mass spectrometry-based metabolite profiling in plants.</w:t>
      </w:r>
      <w:r>
        <w:t xml:space="preserve"> </w:t>
      </w:r>
      <w:r>
        <w:rPr>
          <w:i/>
        </w:rPr>
        <w:t>Nature Protocols</w:t>
      </w:r>
      <w:r>
        <w:t xml:space="preserve">, </w:t>
      </w:r>
      <w:r>
        <w:rPr>
          <w:i/>
        </w:rPr>
        <w:t>1</w:t>
      </w:r>
      <w:r>
        <w:t>, 387–396.</w:t>
      </w:r>
      <w:r>
        <w:t xml:space="preserve"> </w:t>
      </w:r>
      <w:hyperlink r:id="rId57">
        <w:r>
          <w:rPr>
            <w:color w:val="0563C1"/>
            <w:u w:val="single"/>
          </w:rPr>
          <w:t xml:space="preserve">https://doi.org/10.1038/nprot.2006.59</w:t>
        </w:r>
      </w:hyperlink>
    </w:p>
    <w:p w14:paraId="47D4D8C7" w14:textId="77777777" w:rsidR="009D20E1" w:rsidRPr="007E16DF" w:rsidRDefault="009D20E1" w:rsidP="009D20E1">
      <w:pPr>
        <w:spacing w:after="80" w:line="240" w:lineRule="auto"/>
        <w:ind w:left="720" w:hanging="720"/>
      </w:pPr>
      <w:r>
        <w:t xml:space="preserve">[40] Giebelhaus, R. T., Herold, M., Harynuk, J. J., Alonso, D. E., Amer, B., Broeckling, C. D., Charisiadis, P., Cumeras, R., de la Mata, A. P., Dunn, W., Franchina, F. A., Gika, H., Kirwan, J. A., Muti, I. H., Najdekr, L., Pujos-Guillot, E., Stefanuto, P.-H., Steininger-Mairinger, T., Thakker, A., &amp; Fiehn, O. (2026). </w:t>
      </w:r>
      <w:r>
        <w:rPr>
          <w:b w:val="0"/>
        </w:rPr>
        <w:t>Best practices in GC-MS and GC × GC-MS-based metabolomics and volatile analyses: An international survey.</w:t>
      </w:r>
      <w:r>
        <w:t xml:space="preserve"> </w:t>
      </w:r>
      <w:r>
        <w:rPr>
          <w:i/>
        </w:rPr>
        <w:t>Analytical Chemistry</w:t>
      </w:r>
      <w:r>
        <w:t xml:space="preserve">, </w:t>
      </w:r>
      <w:r>
        <w:rPr>
          <w:i/>
        </w:rPr>
        <w:t>98</w:t>
      </w:r>
      <w:r>
        <w:t>(18)</w:t>
      </w:r>
      <w:r>
        <w:t>, 13319–13327.</w:t>
      </w:r>
      <w:r>
        <w:t xml:space="preserve"> </w:t>
      </w:r>
      <w:hyperlink r:id="rId58">
        <w:r>
          <w:rPr>
            <w:color w:val="0563C1"/>
            <w:u w:val="single"/>
          </w:rPr>
          <w:t xml:space="preserve">https://doi.org/10.1021/acs.analchem.5c06918</w:t>
        </w:r>
      </w:hyperlink>
    </w:p>
    <w:p w14:paraId="4B8D2495" w14:textId="77777777" w:rsidR="009D20E1" w:rsidRPr="007E16DF" w:rsidRDefault="009D20E1" w:rsidP="009D20E1">
      <w:pPr>
        <w:spacing w:after="80" w:line="240" w:lineRule="auto"/>
        <w:ind w:left="720" w:hanging="720"/>
      </w:pPr>
      <w:r>
        <w:t xml:space="preserve">[41] National Institute of Standards and Technology. (2020). </w:t>
      </w:r>
      <w:r>
        <w:rPr>
          <w:b w:val="0"/>
        </w:rPr>
        <w:t>NIST/EPA/NIH Mass Spectral Library (NIST 20) [Database].</w:t>
      </w:r>
      <w:r>
        <w:t xml:space="preserve"> </w:t>
      </w:r>
      <w:hyperlink r:id="rId59">
        <w:r>
          <w:rPr>
            <w:color w:val="0563C1"/>
            <w:u w:val="single"/>
          </w:rPr>
          <w:t xml:space="preserve">https://shop.nist.gov/ccrz__CCPage?pageKey=NIST20R</w:t>
        </w:r>
      </w:hyperlink>
    </w:p>
    <w:p w14:paraId="00C13D40" w14:textId="77777777" w:rsidR="009D20E1" w:rsidRPr="007E16DF" w:rsidRDefault="009D20E1" w:rsidP="009D20E1">
      <w:pPr>
        <w:spacing w:after="80" w:line="240" w:lineRule="auto"/>
        <w:ind w:left="720" w:hanging="720"/>
      </w:pPr>
      <w:r>
        <w:t xml:space="preserve">[42] Dudzik, D., Barbas-Bernardos, C., García, A., &amp; Barbas, C. (2018). </w:t>
      </w:r>
      <w:r>
        <w:rPr>
          <w:b w:val="0"/>
        </w:rPr>
        <w:t>Quality assurance procedures for mass spectrometry untargeted metabolomics: A review.</w:t>
      </w:r>
      <w:r>
        <w:t xml:space="preserve"> </w:t>
      </w:r>
      <w:r>
        <w:rPr>
          <w:i/>
        </w:rPr>
        <w:t>Journal of Pharmaceutical and Biomedical Analysis</w:t>
      </w:r>
      <w:r>
        <w:t xml:space="preserve">, </w:t>
      </w:r>
      <w:r>
        <w:rPr>
          <w:i/>
        </w:rPr>
        <w:t>147</w:t>
      </w:r>
      <w:r>
        <w:t>, 149–173.</w:t>
      </w:r>
      <w:r>
        <w:t xml:space="preserve"> </w:t>
      </w:r>
      <w:hyperlink r:id="rId60">
        <w:r>
          <w:rPr>
            <w:color w:val="0563C1"/>
            <w:u w:val="single"/>
          </w:rPr>
          <w:t xml:space="preserve">https://doi.org/10.1016/j.jpba.2017.07.044</w:t>
        </w:r>
      </w:hyperlink>
    </w:p>
    <w:p w14:paraId="105780EB" w14:textId="77777777" w:rsidR="009D20E1" w:rsidRPr="007E16DF" w:rsidRDefault="009D20E1" w:rsidP="009D20E1">
      <w:pPr>
        <w:spacing w:after="80" w:line="240" w:lineRule="auto"/>
        <w:ind w:left="720" w:hanging="720"/>
      </w:pPr>
      <w:r>
        <w:t xml:space="preserve">[43] Cheikh-Rouhou, S., Besbes, S., Hentati, B., Blecker, C., Deroanne, C., &amp; Attia, H. (2007). </w:t>
      </w:r>
      <w:r>
        <w:rPr>
          <w:b w:val="0"/>
          <w:i/>
        </w:rPr>
        <w:t>Nigella sativa L.</w:t>
      </w:r>
      <w:r>
        <w:rPr>
          <w:b w:val="0"/>
        </w:rPr>
        <w:t>: Chemical composition and physicochemical characteristics of lipid fraction.</w:t>
      </w:r>
      <w:r>
        <w:t xml:space="preserve"> </w:t>
      </w:r>
      <w:r>
        <w:rPr>
          <w:i/>
        </w:rPr>
        <w:t>Food Chemistry</w:t>
      </w:r>
      <w:r>
        <w:t xml:space="preserve">, </w:t>
      </w:r>
      <w:r>
        <w:rPr>
          <w:i/>
        </w:rPr>
        <w:t>101</w:t>
      </w:r>
      <w:r>
        <w:t>(2)</w:t>
      </w:r>
      <w:r>
        <w:t>, 673–681.</w:t>
      </w:r>
      <w:r>
        <w:t xml:space="preserve"> </w:t>
      </w:r>
      <w:hyperlink r:id="rId61">
        <w:r>
          <w:rPr>
            <w:color w:val="0563C1"/>
            <w:u w:val="single"/>
          </w:rPr>
          <w:t xml:space="preserve">https://doi.org/10.1016/j.foodchem.2006.02.022</w:t>
        </w:r>
      </w:hyperlink>
    </w:p>
    <w:p w14:paraId="07F9617C" w14:textId="77777777" w:rsidR="009D20E1" w:rsidRPr="007E16DF" w:rsidRDefault="009D20E1" w:rsidP="009D20E1">
      <w:pPr>
        <w:spacing w:after="80" w:line="240" w:lineRule="auto"/>
        <w:ind w:left="720" w:hanging="720"/>
      </w:pPr>
      <w:r>
        <w:t xml:space="preserve">[44] Kabir, Y., Akasaka-Hashimoto, Y., Kubota, K., &amp; Komai, M. (2020). </w:t>
      </w:r>
      <w:r>
        <w:rPr>
          <w:b w:val="0"/>
        </w:rPr>
        <w:t>Volatile compounds of black cumin (</w:t>
      </w:r>
      <w:r>
        <w:rPr>
          <w:b w:val="0"/>
          <w:i/>
        </w:rPr>
        <w:t>Nigella sativa L.</w:t>
      </w:r>
      <w:r>
        <w:rPr>
          <w:b w:val="0"/>
        </w:rPr>
        <w:t>) seeds cultivated in Bangladesh and India.</w:t>
      </w:r>
      <w:r>
        <w:t xml:space="preserve"> </w:t>
      </w:r>
      <w:r>
        <w:rPr>
          <w:i/>
        </w:rPr>
        <w:t>Heliyon</w:t>
      </w:r>
      <w:r>
        <w:t xml:space="preserve">, </w:t>
      </w:r>
      <w:r>
        <w:rPr>
          <w:i/>
        </w:rPr>
        <w:t>6</w:t>
      </w:r>
      <w:r>
        <w:t>(10)</w:t>
      </w:r>
      <w:r>
        <w:t>, e05343.</w:t>
      </w:r>
      <w:r>
        <w:t xml:space="preserve"> </w:t>
      </w:r>
      <w:hyperlink r:id="rId62">
        <w:r>
          <w:rPr>
            <w:color w:val="0563C1"/>
            <w:u w:val="single"/>
          </w:rPr>
          <w:t xml:space="preserve">https://doi.org/10.1016/j.heliyon.2020.e05343</w:t>
        </w:r>
      </w:hyperlink>
    </w:p>
    <w:p w14:paraId="051D942D" w14:textId="77777777" w:rsidR="009D20E1" w:rsidRPr="007E16DF" w:rsidRDefault="009D20E1" w:rsidP="009D20E1">
      <w:pPr>
        <w:spacing w:after="80" w:line="240" w:lineRule="auto"/>
        <w:ind w:left="720" w:hanging="720"/>
      </w:pPr>
      <w:r>
        <w:t xml:space="preserve">[45] Nickavar, B., Mojab, F., Javidnia, K., &amp; Amoli, M. A. R. (2003). </w:t>
      </w:r>
      <w:r>
        <w:rPr>
          <w:b w:val="0"/>
        </w:rPr>
        <w:t xml:space="preserve">Chemical composition of the fixed and volatile oils of </w:t>
      </w:r>
      <w:r>
        <w:rPr>
          <w:b w:val="0"/>
          <w:i/>
        </w:rPr>
        <w:t>Nigella sativa L.</w:t>
      </w:r>
      <w:r>
        <w:rPr>
          <w:b w:val="0"/>
        </w:rPr>
        <w:t xml:space="preserve"> from Iran.</w:t>
      </w:r>
      <w:r>
        <w:t xml:space="preserve"> </w:t>
      </w:r>
      <w:r>
        <w:rPr>
          <w:i/>
        </w:rPr>
        <w:t>Zeitschrift für Naturforschung C</w:t>
      </w:r>
      <w:r>
        <w:t xml:space="preserve">, </w:t>
      </w:r>
      <w:r>
        <w:rPr>
          <w:i/>
        </w:rPr>
        <w:t>58</w:t>
      </w:r>
      <w:r>
        <w:t>(9–10)</w:t>
      </w:r>
      <w:r>
        <w:t>, 629–631.</w:t>
      </w:r>
      <w:r>
        <w:t xml:space="preserve"> </w:t>
      </w:r>
      <w:hyperlink r:id="rId63">
        <w:r>
          <w:rPr>
            <w:color w:val="0563C1"/>
            <w:u w:val="single"/>
          </w:rPr>
          <w:t xml:space="preserve">https://doi.org/10.1515/znc-2003-9-1004</w:t>
        </w:r>
      </w:hyperlink>
    </w:p>
    <w:p w14:paraId="5ACA2E11" w14:textId="77777777" w:rsidR="009D20E1" w:rsidRPr="007E16DF" w:rsidRDefault="009D20E1" w:rsidP="009D20E1">
      <w:pPr>
        <w:spacing w:after="80" w:line="240" w:lineRule="auto"/>
        <w:ind w:left="720" w:hanging="720"/>
      </w:pPr>
      <w:r>
        <w:t xml:space="preserve">[46] Atta, M. B. (2003). </w:t>
      </w:r>
      <w:r>
        <w:rPr>
          <w:b w:val="0"/>
        </w:rPr>
        <w:t>Some characteristics of nigella (</w:t>
      </w:r>
      <w:r>
        <w:rPr>
          <w:b w:val="0"/>
          <w:i/>
        </w:rPr>
        <w:t>Nigella sativa L.</w:t>
      </w:r>
      <w:r>
        <w:rPr>
          <w:b w:val="0"/>
        </w:rPr>
        <w:t>) seed cultivated in Egypt and its lipid profile.</w:t>
      </w:r>
      <w:r>
        <w:t xml:space="preserve"> </w:t>
      </w:r>
      <w:r>
        <w:rPr>
          <w:i/>
        </w:rPr>
        <w:t>Food Chemistry</w:t>
      </w:r>
      <w:r>
        <w:t xml:space="preserve">, </w:t>
      </w:r>
      <w:r>
        <w:rPr>
          <w:i/>
        </w:rPr>
        <w:t>83</w:t>
      </w:r>
      <w:r>
        <w:t>(1)</w:t>
      </w:r>
      <w:r>
        <w:t>, 63–68.</w:t>
      </w:r>
      <w:r>
        <w:t xml:space="preserve"> </w:t>
      </w:r>
      <w:hyperlink r:id="rId64">
        <w:r>
          <w:rPr>
            <w:color w:val="0563C1"/>
            <w:u w:val="single"/>
          </w:rPr>
          <w:t xml:space="preserve">https://doi.org/10.1016/S0308-8146(03)00038-4</w:t>
        </w:r>
      </w:hyperlink>
    </w:p>
    <w:p w14:paraId="19562EB6" w14:textId="77777777" w:rsidR="009D20E1" w:rsidRPr="007E16DF" w:rsidRDefault="009D20E1" w:rsidP="009D20E1">
      <w:pPr>
        <w:spacing w:after="80" w:line="240" w:lineRule="auto"/>
        <w:ind w:left="720" w:hanging="720"/>
      </w:pPr>
      <w:r>
        <w:t xml:space="preserve">[47] Dąbrowski, G., Czaplicki, S., &amp; Konopka, I. (2024). </w:t>
      </w:r>
      <w:r>
        <w:rPr>
          <w:b w:val="0"/>
        </w:rPr>
        <w:t xml:space="preserve">Variation in the composition and quality of </w:t>
      </w:r>
      <w:r>
        <w:rPr>
          <w:b w:val="0"/>
          <w:i/>
        </w:rPr>
        <w:t>Nigella sativa L.</w:t>
      </w:r>
      <w:r>
        <w:rPr>
          <w:b w:val="0"/>
        </w:rPr>
        <w:t xml:space="preserve"> seed oils—The underestimated impact on possible health-promoting properties.</w:t>
      </w:r>
      <w:r>
        <w:t xml:space="preserve"> </w:t>
      </w:r>
      <w:r>
        <w:rPr>
          <w:i/>
        </w:rPr>
        <w:t>Molecules</w:t>
      </w:r>
      <w:r>
        <w:t xml:space="preserve">, </w:t>
      </w:r>
      <w:r>
        <w:rPr>
          <w:i/>
        </w:rPr>
        <w:t>29</w:t>
      </w:r>
      <w:r>
        <w:t>(6)</w:t>
      </w:r>
      <w:r>
        <w:t>, 1360.</w:t>
      </w:r>
      <w:r>
        <w:t xml:space="preserve"> </w:t>
      </w:r>
      <w:hyperlink r:id="rId65">
        <w:r>
          <w:rPr>
            <w:color w:val="0563C1"/>
            <w:u w:val="single"/>
          </w:rPr>
          <w:t xml:space="preserve">https://doi.org/10.3390/molecules29061360</w:t>
        </w:r>
      </w:hyperlink>
    </w:p>
    <w:p w14:paraId="1A4AC6E6" w14:textId="77777777" w:rsidR="009D20E1" w:rsidRPr="007E16DF" w:rsidRDefault="009D20E1" w:rsidP="009D20E1">
      <w:pPr>
        <w:spacing w:after="80" w:line="240" w:lineRule="auto"/>
        <w:ind w:left="720" w:hanging="720"/>
      </w:pPr>
      <w:r>
        <w:t xml:space="preserve">[48] Lin, W.-C., Wen, C.-C., Chen, Y.-H., Hsiao, P.-W., Liao, J.-W., Peng, C.-I., &amp; Yang, N.-S. (2015). </w:t>
      </w:r>
      <w:r>
        <w:rPr>
          <w:b w:val="0"/>
        </w:rPr>
        <w:t>Integrative approach to analyze biodiversity and anti-inflammatory bioactivity of Wedelia medicinal plants.</w:t>
      </w:r>
      <w:r>
        <w:t xml:space="preserve"> </w:t>
      </w:r>
      <w:r>
        <w:rPr>
          <w:i/>
        </w:rPr>
        <w:t>PLOS ONE</w:t>
      </w:r>
      <w:r>
        <w:t xml:space="preserve">, </w:t>
      </w:r>
      <w:r>
        <w:rPr>
          <w:i/>
        </w:rPr>
        <w:t>10</w:t>
      </w:r>
      <w:r>
        <w:t>(6)</w:t>
      </w:r>
      <w:r>
        <w:t>, e0129067.</w:t>
      </w:r>
      <w:r>
        <w:t xml:space="preserve"> </w:t>
      </w:r>
      <w:hyperlink r:id="rId66">
        <w:r>
          <w:rPr>
            <w:color w:val="0563C1"/>
            <w:u w:val="single"/>
          </w:rPr>
          <w:t xml:space="preserve">https://doi.org/10.1371/journal.pone.0129067</w:t>
        </w:r>
      </w:hyperlink>
    </w:p>
    <w:p w14:paraId="41BD23AC" w14:textId="77777777" w:rsidR="009D20E1" w:rsidRPr="007E16DF" w:rsidRDefault="009D20E1" w:rsidP="009D20E1">
      <w:pPr>
        <w:spacing w:after="80" w:line="240" w:lineRule="auto"/>
        <w:ind w:left="720" w:hanging="720"/>
      </w:pPr>
      <w:r>
        <w:t xml:space="preserve">[49] Khandekar, R., &amp; Gopalkrishnan, B. (2022). </w:t>
      </w:r>
      <w:r>
        <w:rPr>
          <w:b w:val="0"/>
        </w:rPr>
        <w:t xml:space="preserve">Pharmacognostic evaluation of </w:t>
      </w:r>
      <w:r>
        <w:rPr>
          <w:b w:val="0"/>
          <w:i/>
        </w:rPr>
        <w:t>Sphagneticola calendulacea (L.) Pruski</w:t>
      </w:r>
      <w:r>
        <w:rPr>
          <w:b w:val="0"/>
        </w:rPr>
        <w:t>: Leaves.</w:t>
      </w:r>
      <w:r>
        <w:t xml:space="preserve"> </w:t>
      </w:r>
      <w:r>
        <w:rPr>
          <w:i/>
        </w:rPr>
        <w:t>Journal of Pharmacognosy and Phytochemistry</w:t>
      </w:r>
      <w:r>
        <w:t xml:space="preserve">, </w:t>
      </w:r>
      <w:r>
        <w:rPr>
          <w:i/>
        </w:rPr>
        <w:t>11</w:t>
      </w:r>
      <w:r>
        <w:t>(3)</w:t>
      </w:r>
      <w:r>
        <w:t>, 65–71.</w:t>
      </w:r>
      <w:r>
        <w:t xml:space="preserve"> </w:t>
      </w:r>
      <w:hyperlink r:id="rId67">
        <w:r>
          <w:rPr>
            <w:color w:val="0563C1"/>
            <w:u w:val="single"/>
          </w:rPr>
          <w:t xml:space="preserve">https://doi.org/10.22271/phyto.2022.v11.i3a.14425</w:t>
        </w:r>
      </w:hyperlink>
    </w:p>
    <w:p w14:paraId="100E4738" w14:textId="77777777" w:rsidR="009D20E1" w:rsidRPr="007E16DF" w:rsidRDefault="009D20E1" w:rsidP="009D20E1">
      <w:pPr>
        <w:spacing w:after="80" w:line="240" w:lineRule="auto"/>
        <w:ind w:left="720" w:hanging="720"/>
      </w:pPr>
      <w:r>
        <w:t xml:space="preserve">[50] Prakash, T., Kotresha, D., &amp; Nedendla, R. R. (2011). </w:t>
      </w:r>
      <w:r>
        <w:rPr>
          <w:b w:val="0"/>
        </w:rPr>
        <w:t xml:space="preserve">Neuroprotective activity of </w:t>
      </w:r>
      <w:r>
        <w:rPr>
          <w:b w:val="0"/>
          <w:i/>
        </w:rPr>
        <w:t>Wedelia calendulacea</w:t>
      </w:r>
      <w:r>
        <w:rPr>
          <w:b w:val="0"/>
        </w:rPr>
        <w:t xml:space="preserve"> on cerebral ischemia/reperfusion induced oxidative stress in rats.</w:t>
      </w:r>
      <w:r>
        <w:t xml:space="preserve"> </w:t>
      </w:r>
      <w:r>
        <w:rPr>
          <w:i/>
        </w:rPr>
        <w:t>Indian Journal of Pharmacology</w:t>
      </w:r>
      <w:r>
        <w:t xml:space="preserve">, </w:t>
      </w:r>
      <w:r>
        <w:rPr>
          <w:i/>
        </w:rPr>
        <w:t>43</w:t>
      </w:r>
      <w:r>
        <w:t>(6)</w:t>
      </w:r>
      <w:r>
        <w:t>, 676–682.</w:t>
      </w:r>
      <w:r>
        <w:t xml:space="preserve"> </w:t>
      </w:r>
      <w:hyperlink r:id="rId68">
        <w:r>
          <w:rPr>
            <w:color w:val="0563C1"/>
            <w:u w:val="single"/>
          </w:rPr>
          <w:t xml:space="preserve">https://doi.org/10.4103/0253-7613.89825</w:t>
        </w:r>
      </w:hyperlink>
    </w:p>
    <w:p w14:paraId="0ECED8A2" w14:textId="77777777" w:rsidR="009D20E1" w:rsidRPr="007E16DF" w:rsidRDefault="009D20E1" w:rsidP="009D20E1">
      <w:pPr>
        <w:spacing w:after="80" w:line="240" w:lineRule="auto"/>
        <w:ind w:left="720" w:hanging="720"/>
      </w:pPr>
      <w:r>
        <w:t xml:space="preserve">[51] Geer, L. Y., Stein, S. E., Mallard, W. G., &amp; Slotta, D. J. (2024). </w:t>
      </w:r>
      <w:r>
        <w:rPr>
          <w:b w:val="0"/>
        </w:rPr>
        <w:t>AIRI: Predicting retention indices and their uncertainties using artificial intelligence.</w:t>
      </w:r>
      <w:r>
        <w:t xml:space="preserve"> </w:t>
      </w:r>
      <w:r>
        <w:rPr>
          <w:i/>
        </w:rPr>
        <w:t>Journal of Chemical Information and Modeling</w:t>
      </w:r>
      <w:r>
        <w:t xml:space="preserve">, </w:t>
      </w:r>
      <w:r>
        <w:rPr>
          <w:i/>
        </w:rPr>
        <w:t>64</w:t>
      </w:r>
      <w:r>
        <w:t>(3)</w:t>
      </w:r>
      <w:r>
        <w:t>, 690–696.</w:t>
      </w:r>
      <w:r>
        <w:t xml:space="preserve"> </w:t>
      </w:r>
      <w:hyperlink r:id="rId69">
        <w:r>
          <w:rPr>
            <w:color w:val="0563C1"/>
            <w:u w:val="single"/>
          </w:rPr>
          <w:t xml:space="preserve">https://doi.org/10.1021/acs.jcim.3c01758</w:t>
        </w:r>
      </w:hyperlink>
    </w:p>
    <w:p w14:paraId="3059758D" w14:textId="77777777" w:rsidR="009D20E1" w:rsidRPr="007E16DF" w:rsidRDefault="009D20E1" w:rsidP="009D20E1">
      <w:pPr>
        <w:spacing w:after="80" w:line="240" w:lineRule="auto"/>
        <w:ind w:left="720" w:hanging="720"/>
      </w:pPr>
      <w:r>
        <w:t xml:space="preserve">[52] Haider, M. S., Chowdhury, R., Mottakin, A. K. M., Sohrab, M. H., Hasan, C. M., Rahman, A. H. M. M., &amp; Rashid, M. A. (2003). </w:t>
      </w:r>
      <w:r>
        <w:rPr>
          <w:b w:val="0"/>
        </w:rPr>
        <w:t xml:space="preserve">Kauren diterpenes from </w:t>
      </w:r>
      <w:r>
        <w:rPr>
          <w:b w:val="0"/>
          <w:i/>
        </w:rPr>
        <w:t>Wedelia calendulacea</w:t>
      </w:r>
      <w:r>
        <w:rPr>
          <w:b w:val="0"/>
        </w:rPr>
        <w:t>.</w:t>
      </w:r>
      <w:r>
        <w:t xml:space="preserve"> </w:t>
      </w:r>
      <w:r>
        <w:rPr>
          <w:i/>
        </w:rPr>
        <w:t>Biochemical Systematics and Ecology</w:t>
      </w:r>
      <w:r>
        <w:t xml:space="preserve">, </w:t>
      </w:r>
      <w:r>
        <w:rPr>
          <w:i/>
        </w:rPr>
        <w:t>31</w:t>
      </w:r>
      <w:r>
        <w:t>(5)</w:t>
      </w:r>
      <w:r>
        <w:t>, 539–540.</w:t>
      </w:r>
      <w:r>
        <w:t xml:space="preserve"> </w:t>
      </w:r>
      <w:hyperlink r:id="rId70">
        <w:r>
          <w:rPr>
            <w:color w:val="0563C1"/>
            <w:u w:val="single"/>
          </w:rPr>
          <w:t xml:space="preserve">https://doi.org/10.1016/S0305-1978(02)00181-3</w:t>
        </w:r>
      </w:hyperlink>
    </w:p>
    <w:p w14:paraId="72FF6CA0" w14:textId="77777777" w:rsidR="009D20E1" w:rsidRPr="007E16DF" w:rsidRDefault="009D20E1" w:rsidP="009D20E1">
      <w:pPr>
        <w:spacing w:after="80" w:line="240" w:lineRule="auto"/>
        <w:ind w:left="720" w:hanging="720"/>
      </w:pPr>
      <w:r>
        <w:t xml:space="preserve">[53] Govindachari, T. R., &amp; Premila, M. S. (1985). </w:t>
      </w:r>
      <w:r>
        <w:rPr>
          <w:b w:val="0"/>
        </w:rPr>
        <w:t xml:space="preserve">The benzofuran norwedelic acid from </w:t>
      </w:r>
      <w:r>
        <w:rPr>
          <w:b w:val="0"/>
          <w:i/>
        </w:rPr>
        <w:t>Wedelia calendulacea</w:t>
      </w:r>
      <w:r>
        <w:rPr>
          <w:b w:val="0"/>
        </w:rPr>
        <w:t>e.</w:t>
      </w:r>
      <w:r>
        <w:t xml:space="preserve"> </w:t>
      </w:r>
      <w:r>
        <w:rPr>
          <w:i/>
        </w:rPr>
        <w:t>Phytochemistry</w:t>
      </w:r>
      <w:r>
        <w:t xml:space="preserve">, </w:t>
      </w:r>
      <w:r>
        <w:rPr>
          <w:i/>
        </w:rPr>
        <w:t>24</w:t>
      </w:r>
      <w:r>
        <w:t>(12)</w:t>
      </w:r>
      <w:r>
        <w:t>, 3068–3069.</w:t>
      </w:r>
      <w:r>
        <w:t xml:space="preserve"> </w:t>
      </w:r>
      <w:hyperlink r:id="rId71">
        <w:r>
          <w:rPr>
            <w:color w:val="0563C1"/>
            <w:u w:val="single"/>
          </w:rPr>
          <w:t xml:space="preserve">https://doi.org/10.1016/0031-9422(85)80063-7</w:t>
        </w:r>
      </w:hyperlink>
    </w:p>
    <w:p w14:paraId="4BF71E20" w14:textId="77777777" w:rsidR="009D20E1" w:rsidRPr="007E16DF" w:rsidRDefault="009D20E1" w:rsidP="009D20E1">
      <w:pPr>
        <w:spacing w:after="80" w:line="240" w:lineRule="auto"/>
        <w:ind w:left="720" w:hanging="720"/>
      </w:pPr>
      <w:r>
        <w:t xml:space="preserve">[54] He, Y., Zhu, Y., Zhang, R., Ge, L., &amp; Wan, H. (2014). </w:t>
      </w:r>
      <w:r>
        <w:rPr>
          <w:b w:val="0"/>
        </w:rPr>
        <w:t>Simultaneous quantification of nine major active components in traditional Chinese prescription Mahuang decoction and the influence of herbal compatibility on their contents.</w:t>
      </w:r>
      <w:r>
        <w:t xml:space="preserve"> </w:t>
      </w:r>
      <w:r>
        <w:rPr>
          <w:i/>
        </w:rPr>
        <w:t>Pharmacognosy Magazine</w:t>
      </w:r>
      <w:r>
        <w:t xml:space="preserve">, </w:t>
      </w:r>
      <w:r>
        <w:rPr>
          <w:i/>
        </w:rPr>
        <w:t>10</w:t>
      </w:r>
      <w:r>
        <w:t>(Suppl. 1)</w:t>
      </w:r>
      <w:r>
        <w:t>, S72–S79.</w:t>
      </w:r>
      <w:r>
        <w:t xml:space="preserve"> </w:t>
      </w:r>
      <w:hyperlink r:id="rId72">
        <w:r>
          <w:rPr>
            <w:color w:val="0563C1"/>
            <w:u w:val="single"/>
          </w:rPr>
          <w:t xml:space="preserve">https://doi.org/10.4103/0973-1296.127346</w:t>
        </w:r>
      </w:hyperlink>
    </w:p>
    <w:p w14:paraId="624B8FF5" w14:textId="77777777" w:rsidR="009D20E1" w:rsidRPr="007E16DF" w:rsidRDefault="009D20E1" w:rsidP="009D20E1">
      <w:pPr>
        <w:spacing w:after="80" w:line="240" w:lineRule="auto"/>
        <w:ind w:left="720" w:hanging="720"/>
      </w:pPr>
      <w:r>
        <w:t xml:space="preserve">[55] Guo, H., Liu, X., Jiang, Y., He, J., Ge, W., Hao, H., Huang, T., He, Y., Wen, J., &amp; Zhou, T. (2023). </w:t>
      </w:r>
      <w:r>
        <w:rPr>
          <w:b w:val="0"/>
        </w:rPr>
        <w:t>Characterization and quantification of the Chinese medical formula Zhi-Zi-Chi decoction, a systematic strategy for the attenuation and synergy of compatibility mechanism.</w:t>
      </w:r>
      <w:r>
        <w:t xml:space="preserve"> </w:t>
      </w:r>
      <w:r>
        <w:rPr>
          <w:i/>
        </w:rPr>
        <w:t>Journal of Pharmaceutical and Biomedical Analysis</w:t>
      </w:r>
      <w:r>
        <w:t xml:space="preserve">, </w:t>
      </w:r>
      <w:r>
        <w:rPr>
          <w:i/>
        </w:rPr>
        <w:t>223</w:t>
      </w:r>
      <w:r>
        <w:t>, 115130.</w:t>
      </w:r>
      <w:r>
        <w:t xml:space="preserve"> </w:t>
      </w:r>
      <w:hyperlink r:id="rId73">
        <w:r>
          <w:rPr>
            <w:color w:val="0563C1"/>
            <w:u w:val="single"/>
          </w:rPr>
          <w:t xml:space="preserve">https://doi.org/10.1016/j.jpba.2022.115130</w:t>
        </w:r>
      </w:hyperlink>
    </w:p>
    <w:p w14:paraId="07DE9E26" w14:textId="77777777" w:rsidR="009D20E1" w:rsidRPr="007E16DF" w:rsidRDefault="009D20E1" w:rsidP="009D20E1">
      <w:pPr>
        <w:spacing w:after="80" w:line="240" w:lineRule="auto"/>
        <w:ind w:left="720" w:hanging="720"/>
      </w:pPr>
      <w:r>
        <w:t xml:space="preserve">[56] Li, Y., Wang, M., Zhang, Q., Tian, Y., Xu, F., &amp; Zhang, Z. (2014). </w:t>
      </w:r>
      <w:r>
        <w:rPr>
          <w:b w:val="0"/>
        </w:rPr>
        <w:t>Chemical differentiation of Da-Cheng-Qi decoction and its three analogous decoctions using UFLC-IT-TOF/MS-based chemomic and chemometric approach.</w:t>
      </w:r>
      <w:r>
        <w:t xml:space="preserve"> </w:t>
      </w:r>
      <w:r>
        <w:rPr>
          <w:i/>
        </w:rPr>
        <w:t>Analytical Methods</w:t>
      </w:r>
      <w:r>
        <w:t xml:space="preserve">, </w:t>
      </w:r>
      <w:r>
        <w:rPr>
          <w:i/>
        </w:rPr>
        <w:t>6</w:t>
      </w:r>
      <w:r>
        <w:t>(6)</w:t>
      </w:r>
      <w:r>
        <w:t>, 1720–1727.</w:t>
      </w:r>
      <w:r>
        <w:t xml:space="preserve"> </w:t>
      </w:r>
      <w:hyperlink r:id="rId74">
        <w:r>
          <w:rPr>
            <w:color w:val="0563C1"/>
            <w:u w:val="single"/>
          </w:rPr>
          <w:t xml:space="preserve">https://doi.org/10.1039/C3AY41986J</w:t>
        </w:r>
      </w:hyperlink>
    </w:p>
    <w:p w14:paraId="0265B9C0" w14:textId="77777777" w:rsidR="009D20E1" w:rsidRPr="007E16DF" w:rsidRDefault="009D20E1" w:rsidP="009D20E1">
      <w:pPr>
        <w:spacing w:after="80" w:line="240" w:lineRule="auto"/>
        <w:ind w:left="720" w:hanging="720"/>
      </w:pPr>
      <w:r>
        <w:t xml:space="preserve">[57] Iqbal, M. S., Ahmad, A., &amp; Pandey, B. (2018). </w:t>
      </w:r>
      <w:r>
        <w:rPr>
          <w:b w:val="0"/>
        </w:rPr>
        <w:t xml:space="preserve">Solvent based optimization for extraction and stability of thymoquinone from </w:t>
      </w:r>
      <w:r>
        <w:rPr>
          <w:b w:val="0"/>
          <w:i/>
        </w:rPr>
        <w:t>Nigella sativa Linn.</w:t>
      </w:r>
      <w:r>
        <w:rPr>
          <w:b w:val="0"/>
        </w:rPr>
        <w:t xml:space="preserve"> and its quantification using RP-HPLC.</w:t>
      </w:r>
      <w:r>
        <w:t xml:space="preserve"> </w:t>
      </w:r>
      <w:r>
        <w:rPr>
          <w:i/>
        </w:rPr>
        <w:t>Physiology and Molecular Biology of Plants</w:t>
      </w:r>
      <w:r>
        <w:t xml:space="preserve">, </w:t>
      </w:r>
      <w:r>
        <w:rPr>
          <w:i/>
        </w:rPr>
        <w:t>24</w:t>
      </w:r>
      <w:r>
        <w:t>(6)</w:t>
      </w:r>
      <w:r>
        <w:t>, 1209–1219.</w:t>
      </w:r>
      <w:r>
        <w:t xml:space="preserve"> </w:t>
      </w:r>
      <w:hyperlink r:id="rId75">
        <w:r>
          <w:rPr>
            <w:color w:val="0563C1"/>
            <w:u w:val="single"/>
          </w:rPr>
          <w:t xml:space="preserve">https://doi.org/10.1007/s12298-018-0593-5</w:t>
        </w:r>
      </w:hyperlink>
    </w:p>
    <w:p w14:paraId="1393B918" w14:textId="77777777" w:rsidR="009D20E1" w:rsidRPr="007E16DF" w:rsidRDefault="009D20E1" w:rsidP="009D20E1">
      <w:pPr>
        <w:spacing w:after="80" w:line="240" w:lineRule="auto"/>
        <w:ind w:left="720" w:hanging="720"/>
      </w:pPr>
      <w:r>
        <w:t xml:space="preserve">[58] Kumar, V., Sharma, K., Ahmed, B., Al-Abbasi, F. A., Anwar, F., &amp; Verma, A. (2018). </w:t>
      </w:r>
      <w:r>
        <w:rPr>
          <w:b w:val="0"/>
        </w:rPr>
        <w:t xml:space="preserve">Deconvoluting the dual hypoglycemic effect of wedelolactone isolated from </w:t>
      </w:r>
      <w:r>
        <w:rPr>
          <w:b w:val="0"/>
          <w:i/>
        </w:rPr>
        <w:t>Wedelia calendulacea</w:t>
      </w:r>
      <w:r>
        <w:rPr>
          <w:b w:val="0"/>
        </w:rPr>
        <w:t>: Investigation via experimental validation and molecular docking.</w:t>
      </w:r>
      <w:r>
        <w:t xml:space="preserve"> </w:t>
      </w:r>
      <w:r>
        <w:rPr>
          <w:i/>
        </w:rPr>
        <w:t>RSC Advances</w:t>
      </w:r>
      <w:r>
        <w:t xml:space="preserve">, </w:t>
      </w:r>
      <w:r>
        <w:rPr>
          <w:i/>
        </w:rPr>
        <w:t>8</w:t>
      </w:r>
      <w:r>
        <w:t>(32)</w:t>
      </w:r>
      <w:r>
        <w:t>, 18180–18196.</w:t>
      </w:r>
      <w:r>
        <w:t xml:space="preserve"> </w:t>
      </w:r>
      <w:hyperlink r:id="rId76">
        <w:r>
          <w:rPr>
            <w:color w:val="0563C1"/>
            <w:u w:val="single"/>
          </w:rPr>
          <w:t xml:space="preserve">https://doi.org/10.1039/C7RA12568B</w:t>
        </w:r>
      </w:hyperlink>
    </w:p>
    <w:p w14:paraId="253085FF" w14:textId="77777777" w:rsidR="009D20E1" w:rsidRPr="007E16DF" w:rsidRDefault="009D20E1" w:rsidP="009D20E1">
      <w:pPr>
        <w:spacing w:after="80" w:line="240" w:lineRule="auto"/>
        <w:ind w:left="720" w:hanging="720"/>
      </w:pPr>
      <w:r>
        <w:t xml:space="preserve">[59] Wallace, W. E., Ji, W., Tchekhovskoi, D. V., Phinney, K. W., &amp; Stein, S. E. (2017). </w:t>
      </w:r>
      <w:r>
        <w:rPr>
          <w:b w:val="0"/>
        </w:rPr>
        <w:t>Mass spectral library quality assurance by inter-library comparison.</w:t>
      </w:r>
      <w:r>
        <w:t xml:space="preserve"> </w:t>
      </w:r>
      <w:r>
        <w:rPr>
          <w:i/>
        </w:rPr>
        <w:t>Journal of the American Society for Mass Spectrometry</w:t>
      </w:r>
      <w:r>
        <w:t xml:space="preserve">, </w:t>
      </w:r>
      <w:r>
        <w:rPr>
          <w:i/>
        </w:rPr>
        <w:t>28</w:t>
      </w:r>
      <w:r>
        <w:t>, 733–738.</w:t>
      </w:r>
      <w:r>
        <w:t xml:space="preserve"> </w:t>
      </w:r>
      <w:hyperlink r:id="rId77">
        <w:r>
          <w:rPr>
            <w:color w:val="0563C1"/>
            <w:u w:val="single"/>
          </w:rPr>
          <w:t xml:space="preserve">https://doi.org/10.1007/s13361-016-1589-4</w:t>
        </w:r>
      </w:hyperlink>
    </w:p>
    <w:p w14:paraId="51913B90" w14:textId="77777777" w:rsidR="009D20E1" w:rsidRPr="007E16DF" w:rsidRDefault="009D20E1" w:rsidP="009D20E1">
      <w:pPr>
        <w:spacing w:after="80" w:line="240" w:lineRule="auto"/>
        <w:ind w:left="720" w:hanging="720"/>
      </w:pPr>
      <w:r>
        <w:t xml:space="preserve">[60] Khoddami, A., Ghazali, H. M., Yassoralipour, A., Ramakrishnan, Y., &amp; Ganjloo, A. (2011). </w:t>
      </w:r>
      <w:r>
        <w:rPr>
          <w:b w:val="0"/>
        </w:rPr>
        <w:t>Physicochemical characteristics of Nigella seed (</w:t>
      </w:r>
      <w:r>
        <w:rPr>
          <w:b w:val="0"/>
          <w:i/>
        </w:rPr>
        <w:t>Nigella sativa L.</w:t>
      </w:r>
      <w:r>
        <w:rPr>
          <w:b w:val="0"/>
        </w:rPr>
        <w:t>) oil as affected by different extraction methods.</w:t>
      </w:r>
      <w:r>
        <w:t xml:space="preserve"> </w:t>
      </w:r>
      <w:r>
        <w:rPr>
          <w:i/>
        </w:rPr>
        <w:t>Journal of the American Oil Chemists’ Society</w:t>
      </w:r>
      <w:r>
        <w:t xml:space="preserve">, </w:t>
      </w:r>
      <w:r>
        <w:rPr>
          <w:i/>
        </w:rPr>
        <w:t>88</w:t>
      </w:r>
      <w:r>
        <w:t>(4)</w:t>
      </w:r>
      <w:r>
        <w:t>, 533–540.</w:t>
      </w:r>
      <w:r>
        <w:t xml:space="preserve"> </w:t>
      </w:r>
      <w:hyperlink r:id="rId78">
        <w:r>
          <w:rPr>
            <w:color w:val="0563C1"/>
            <w:u w:val="single"/>
          </w:rPr>
          <w:t xml:space="preserve">https://doi.org/10.1007/s11746-010-1687-6</w:t>
        </w:r>
      </w:hyperlink>
    </w:p>
    <w:p w14:paraId="4BA6D86E" w14:textId="77777777" w:rsidR="009D20E1" w:rsidRPr="007E16DF" w:rsidRDefault="009D20E1" w:rsidP="009D20E1">
      <w:pPr>
        <w:spacing w:after="80" w:line="240" w:lineRule="auto"/>
        <w:ind w:left="720" w:hanging="720"/>
      </w:pPr>
      <w:r>
        <w:t xml:space="preserve">[61] Broadhurst, D., Goodacre, R., Reinke, S. N., Kuligowski, J., Wilson, I. D., Lewis, M. R., &amp; Dunn, W. B. (2018). </w:t>
      </w:r>
      <w:r>
        <w:rPr>
          <w:b w:val="0"/>
        </w:rPr>
        <w:t>Guidelines and considerations for the use of system suitability and quality control samples in mass spectrometry assays applied in untargeted clinical metabolomic studies.</w:t>
      </w:r>
      <w:r>
        <w:t xml:space="preserve"> </w:t>
      </w:r>
      <w:r>
        <w:rPr>
          <w:i/>
        </w:rPr>
        <w:t>Metabolomics</w:t>
      </w:r>
      <w:r>
        <w:t xml:space="preserve">, </w:t>
      </w:r>
      <w:r>
        <w:rPr>
          <w:i/>
        </w:rPr>
        <w:t>14</w:t>
      </w:r>
      <w:r>
        <w:t>, 72.</w:t>
      </w:r>
      <w:r>
        <w:t xml:space="preserve"> </w:t>
      </w:r>
      <w:hyperlink r:id="rId79">
        <w:r>
          <w:rPr>
            <w:color w:val="0563C1"/>
            <w:u w:val="single"/>
          </w:rPr>
          <w:t xml:space="preserve">https://doi.org/10.1007/s11306-018-1367-3</w:t>
        </w:r>
      </w:hyperlink>
    </w:p>
    <w:p w14:paraId="5AC9DAFC" w14:textId="77777777" w:rsidR="009D20E1" w:rsidRPr="007E16DF" w:rsidRDefault="009D20E1" w:rsidP="009D20E1">
      <w:pPr>
        <w:spacing w:after="80" w:line="240" w:lineRule="auto"/>
        <w:ind w:left="720" w:hanging="720"/>
      </w:pPr>
      <w:r>
        <w:t xml:space="preserve">[62] Wang, M., Li, Y., Huang, Y., Tian, Y., Xu, F., &amp; Zhang, Z. (2014). </w:t>
      </w:r>
      <w:r>
        <w:rPr>
          <w:b w:val="0"/>
        </w:rPr>
        <w:t>Chemomic and chemometric approach based on ultra-fast liquid chromatography with ion trap time-of-flight mass spectrometry to reveal the difference in the chemical composition between Da-Cheng-Qi decoction and its three constitutional herbal medicines.</w:t>
      </w:r>
      <w:r>
        <w:t xml:space="preserve"> </w:t>
      </w:r>
      <w:r>
        <w:rPr>
          <w:i/>
        </w:rPr>
        <w:t>Journal of Separation Science</w:t>
      </w:r>
      <w:r>
        <w:t xml:space="preserve">, </w:t>
      </w:r>
      <w:r>
        <w:rPr>
          <w:i/>
        </w:rPr>
        <w:t>37</w:t>
      </w:r>
      <w:r>
        <w:t>(9–10)</w:t>
      </w:r>
      <w:r>
        <w:t>, 1148–1154.</w:t>
      </w:r>
      <w:r>
        <w:t xml:space="preserve"> </w:t>
      </w:r>
      <w:hyperlink r:id="rId80">
        <w:r>
          <w:rPr>
            <w:color w:val="0563C1"/>
            <w:u w:val="single"/>
          </w:rPr>
          <w:t xml:space="preserve">https://doi.org/10.1002/jssc.201301378</w:t>
        </w:r>
      </w:hyperlink>
    </w:p>
    <w:p w14:paraId="0CE2EC63" w14:textId="77777777" w:rsidR="009D20E1" w:rsidRPr="007E16DF" w:rsidRDefault="009D20E1" w:rsidP="009D20E1">
      <w:pPr>
        <w:spacing w:after="80" w:line="240" w:lineRule="auto"/>
        <w:ind w:left="720" w:hanging="720"/>
      </w:pPr>
      <w:r>
        <w:t xml:space="preserve">[63] Lin, P., Wang, Q., Liu, Y., Jiang, H., Lv, W., Lan, T., Qin, Z., Yao, X., &amp; Yao, Z. (2021). </w:t>
      </w:r>
      <w:r>
        <w:rPr>
          <w:b w:val="0"/>
        </w:rPr>
        <w:t>Qualitative and quantitative analysis of the chemical profile for Gualou-Xiebai-Banxia decoction, a classical traditional Chinese medicine formula for the treatment of coronary heart disease, by UPLC-Q/TOF-MS combined with chemometric analysis.</w:t>
      </w:r>
      <w:r>
        <w:t xml:space="preserve"> </w:t>
      </w:r>
      <w:r>
        <w:rPr>
          <w:i/>
        </w:rPr>
        <w:t>Journal of Pharmaceutical and Biomedical Analysis</w:t>
      </w:r>
      <w:r>
        <w:t xml:space="preserve">, </w:t>
      </w:r>
      <w:r>
        <w:rPr>
          <w:i/>
        </w:rPr>
        <w:t>197</w:t>
      </w:r>
      <w:r>
        <w:t>, 113950.</w:t>
      </w:r>
      <w:r>
        <w:t xml:space="preserve"> </w:t>
      </w:r>
      <w:hyperlink r:id="rId81">
        <w:r>
          <w:rPr>
            <w:color w:val="0563C1"/>
            <w:u w:val="single"/>
          </w:rPr>
          <w:t xml:space="preserve">https://doi.org/10.1016/j.jpba.2021.113950</w:t>
        </w:r>
      </w:hyperlink>
    </w:p>
    <w:p w14:paraId="78934896" w14:textId="77777777" w:rsidR="009D20E1" w:rsidRPr="007E16DF" w:rsidRDefault="009D20E1" w:rsidP="009D20E1">
      <w:pPr>
        <w:spacing w:after="80" w:line="240" w:lineRule="auto"/>
        <w:ind w:left="720" w:hanging="720"/>
      </w:pPr>
      <w:r>
        <w:t xml:space="preserve">[64] Sumner, L. W., Amberg, A., Barrett, D., Beale, M. H., Beger, R., Daykin, C. A., Fan, T. W.-M., Fiehn, O., Goodacre, R., Griffin, J. L., Hankemeier, T., Hardy, N., Harnly, J., Higashi, R., Kopka, J., Lane, A. N., Lindon, J. C., Marriott, P., Nicholls, A. W., … Viant, M. R. (2007). </w:t>
      </w:r>
      <w:r>
        <w:rPr>
          <w:b w:val="0"/>
        </w:rPr>
        <w:t>Proposed minimum reporting standards for chemical analysis.</w:t>
      </w:r>
      <w:r>
        <w:t xml:space="preserve"> </w:t>
      </w:r>
      <w:r>
        <w:rPr>
          <w:i/>
        </w:rPr>
        <w:t>Metabolomics</w:t>
      </w:r>
      <w:r>
        <w:t xml:space="preserve">, </w:t>
      </w:r>
      <w:r>
        <w:rPr>
          <w:i/>
        </w:rPr>
        <w:t>3</w:t>
      </w:r>
      <w:r>
        <w:t>, 211–221.</w:t>
      </w:r>
      <w:r>
        <w:t xml:space="preserve"> </w:t>
      </w:r>
      <w:hyperlink r:id="rId82">
        <w:r>
          <w:rPr>
            <w:color w:val="0563C1"/>
            <w:u w:val="single"/>
          </w:rPr>
          <w:t xml:space="preserve">https://doi.org/10.1007/s11306-007-0082-2</w:t>
        </w:r>
      </w:hyperlink>
    </w:p>
    <w:p w14:paraId="45548C4A" w14:textId="77777777" w:rsidR="009D20E1" w:rsidRPr="007E16DF" w:rsidRDefault="009D20E1" w:rsidP="009D20E1">
      <w:pPr>
        <w:spacing w:after="80" w:line="240" w:lineRule="auto"/>
        <w:ind w:left="720" w:hanging="720"/>
      </w:pPr>
      <w:r>
        <w:t xml:space="preserve">[65] Schymanski, E. L., Jeon, J., Gulde, R., Fenner, K., Ruff, M., Singer, H. P., &amp; Hollender, J. (2014). </w:t>
      </w:r>
      <w:r>
        <w:rPr>
          <w:b w:val="0"/>
        </w:rPr>
        <w:t>Identifying small molecules via high resolution mass spectrometry: Communicating confidence.</w:t>
      </w:r>
      <w:r>
        <w:t xml:space="preserve"> </w:t>
      </w:r>
      <w:r>
        <w:rPr>
          <w:i/>
        </w:rPr>
        <w:t>Environmental Science &amp; Technology</w:t>
      </w:r>
      <w:r>
        <w:t xml:space="preserve">, </w:t>
      </w:r>
      <w:r>
        <w:rPr>
          <w:i/>
        </w:rPr>
        <w:t>48</w:t>
      </w:r>
      <w:r>
        <w:t>(4)</w:t>
      </w:r>
      <w:r>
        <w:t>, 2097–2098.</w:t>
      </w:r>
      <w:r>
        <w:t xml:space="preserve"> </w:t>
      </w:r>
      <w:hyperlink r:id="rId83">
        <w:r>
          <w:rPr>
            <w:color w:val="0563C1"/>
            <w:u w:val="single"/>
          </w:rPr>
          <w:t xml:space="preserve">https://doi.org/10.1021/es5002105</w:t>
        </w:r>
      </w:hyperlink>
    </w:p>
    <w:p w14:paraId="5796DF01" w14:textId="77777777" w:rsidR="009D20E1" w:rsidRPr="007E16DF" w:rsidRDefault="009D20E1" w:rsidP="009D20E1">
      <w:pPr>
        <w:spacing w:after="80" w:line="240" w:lineRule="auto"/>
        <w:ind w:left="720" w:hanging="720"/>
      </w:pPr>
      <w:r>
        <w:t xml:space="preserve">[66] Koek, M. M., Jellema, R. H., van der Greef, J., Tas, A. C., &amp; Hankemeier, T. (2011). </w:t>
      </w:r>
      <w:r>
        <w:rPr>
          <w:b w:val="0"/>
        </w:rPr>
        <w:t>Quantitative metabolomics based on gas chromatography mass spectrometry: Status and perspectives.</w:t>
      </w:r>
      <w:r>
        <w:t xml:space="preserve"> </w:t>
      </w:r>
      <w:r>
        <w:rPr>
          <w:i/>
        </w:rPr>
        <w:t>Metabolomics</w:t>
      </w:r>
      <w:r>
        <w:t xml:space="preserve">, </w:t>
      </w:r>
      <w:r>
        <w:rPr>
          <w:i/>
        </w:rPr>
        <w:t>7</w:t>
      </w:r>
      <w:r>
        <w:t>, 307–328.</w:t>
      </w:r>
      <w:r>
        <w:t xml:space="preserve"> </w:t>
      </w:r>
      <w:hyperlink r:id="rId84">
        <w:r>
          <w:rPr>
            <w:color w:val="0563C1"/>
            <w:u w:val="single"/>
          </w:rPr>
          <w:t xml:space="preserve">https://doi.org/10.1007/s11306-010-0254-3</w:t>
        </w:r>
      </w:hyperlink>
    </w:p>
    <w:p w14:paraId="51F60753" w14:textId="77777777" w:rsidR="009D20E1" w:rsidRPr="007E16DF" w:rsidRDefault="009D20E1" w:rsidP="009D20E1">
      <w:pPr>
        <w:spacing w:after="80" w:line="240" w:lineRule="auto"/>
        <w:ind w:left="720" w:hanging="720"/>
      </w:pPr>
      <w:r>
        <w:t xml:space="preserve">[67] Newman, D. J., &amp; Cragg, G. M. (2020). </w:t>
      </w:r>
      <w:r>
        <w:rPr>
          <w:b w:val="0"/>
        </w:rPr>
        <w:t>Natural products as sources of new drugs over the nearly four decades from 01/1981 to 09/2019.</w:t>
      </w:r>
      <w:r>
        <w:t xml:space="preserve"> </w:t>
      </w:r>
      <w:r>
        <w:rPr>
          <w:i/>
        </w:rPr>
        <w:t>Journal of Natural Products</w:t>
      </w:r>
      <w:r>
        <w:t xml:space="preserve">, </w:t>
      </w:r>
      <w:r>
        <w:rPr>
          <w:i/>
        </w:rPr>
        <w:t>83</w:t>
      </w:r>
      <w:r>
        <w:t>(3)</w:t>
      </w:r>
      <w:r>
        <w:t>, 770–803.</w:t>
      </w:r>
      <w:r>
        <w:t xml:space="preserve"> </w:t>
      </w:r>
      <w:hyperlink r:id="rId85">
        <w:r>
          <w:rPr>
            <w:color w:val="0563C1"/>
            <w:u w:val="single"/>
          </w:rPr>
          <w:t xml:space="preserve">https://doi.org/10.1021/acs.jnatprod.9b01285</w:t>
        </w:r>
      </w:hyperlink>
    </w:p>
    <w:p w14:paraId="6683CC73" w14:textId="77777777" w:rsidR="009D20E1" w:rsidRPr="007E16DF" w:rsidRDefault="009D20E1" w:rsidP="009D20E1">
      <w:pPr>
        <w:spacing w:after="80" w:line="240" w:lineRule="auto"/>
        <w:ind w:left="720" w:hanging="720"/>
      </w:pPr>
      <w:r>
        <w:t xml:space="preserve">[68] Harvey, A. L., Edrada-Ebel, R., &amp; Quinn, R. J. (2015). </w:t>
      </w:r>
      <w:r>
        <w:rPr>
          <w:b w:val="0"/>
        </w:rPr>
        <w:t>The re-emergence of natural products for drug discovery in the genomics era.</w:t>
      </w:r>
      <w:r>
        <w:t xml:space="preserve"> </w:t>
      </w:r>
      <w:r>
        <w:rPr>
          <w:i/>
        </w:rPr>
        <w:t>Nature Reviews Drug Discovery</w:t>
      </w:r>
      <w:r>
        <w:t xml:space="preserve">, </w:t>
      </w:r>
      <w:r>
        <w:rPr>
          <w:i/>
        </w:rPr>
        <w:t>14</w:t>
      </w:r>
      <w:r>
        <w:t>, 111–129.</w:t>
      </w:r>
      <w:r>
        <w:t xml:space="preserve"> </w:t>
      </w:r>
      <w:hyperlink r:id="rId86">
        <w:r>
          <w:rPr>
            <w:color w:val="0563C1"/>
            <w:u w:val="single"/>
          </w:rPr>
          <w:t xml:space="preserve">https://doi.org/10.1038/nrd4510</w:t>
        </w:r>
      </w:hyperlink>
    </w:p>
    <w:p w14:paraId="694734B0" w14:textId="77777777" w:rsidR="009D20E1" w:rsidRPr="007E16DF" w:rsidRDefault="009D20E1" w:rsidP="009D20E1">
      <w:pPr>
        <w:spacing w:after="80" w:line="240" w:lineRule="auto"/>
        <w:ind w:left="720" w:hanging="720"/>
      </w:pPr>
      <w:r>
        <w:t xml:space="preserve">[69] International Council for Harmonisation of Technical Requirements for Pharmaceuticals for Human Use. (2023). </w:t>
      </w:r>
      <w:r>
        <w:rPr>
          <w:b w:val="0"/>
        </w:rPr>
        <w:t>Validation of analytical procedures Q2(R2).</w:t>
      </w:r>
      <w:r>
        <w:t xml:space="preserve"> </w:t>
      </w:r>
      <w:hyperlink r:id="rId87">
        <w:r>
          <w:rPr>
            <w:color w:val="0563C1"/>
            <w:u w:val="single"/>
          </w:rPr>
          <w:t xml:space="preserve">https://database.ich.org/sites/default/files/ICH_Q2%28R2%29_Guideline_2023_1130.pdf</w:t>
        </w:r>
      </w:hyperlink>
    </w:p>
    <w:p w14:paraId="6BBD26C4" w14:textId="77777777" w:rsidR="009D20E1" w:rsidRPr="007E16DF" w:rsidRDefault="009D20E1" w:rsidP="009D20E1">
      <w:pPr>
        <w:spacing w:after="80" w:line="240" w:lineRule="auto"/>
        <w:ind w:left="720" w:hanging="720"/>
      </w:pPr>
      <w:r>
        <w:t xml:space="preserve">[70] Ekor, M. (2014). </w:t>
      </w:r>
      <w:r>
        <w:rPr>
          <w:b w:val="0"/>
        </w:rPr>
        <w:t>The growing use of herbal medicines: Issues relating to adverse reactions and challenges in monitoring safety.</w:t>
      </w:r>
      <w:r>
        <w:t xml:space="preserve"> </w:t>
      </w:r>
      <w:r>
        <w:rPr>
          <w:i/>
        </w:rPr>
        <w:t>Frontiers in Pharmacology</w:t>
      </w:r>
      <w:r>
        <w:t xml:space="preserve">, </w:t>
      </w:r>
      <w:r>
        <w:rPr>
          <w:i/>
        </w:rPr>
        <w:t>4</w:t>
      </w:r>
      <w:r>
        <w:t>, 177.</w:t>
      </w:r>
      <w:r>
        <w:t xml:space="preserve"> </w:t>
      </w:r>
      <w:hyperlink r:id="rId88">
        <w:r>
          <w:rPr>
            <w:color w:val="0563C1"/>
            <w:u w:val="single"/>
          </w:rPr>
          <w:t xml:space="preserve">https://doi.org/10.3389/fphar.2013.00177</w:t>
        </w:r>
      </w:hyperlink>
    </w:p>
    <w:p w14:paraId="52851D72" w14:textId="77777777" w:rsidR="00243568" w:rsidRPr="007E16DF" w:rsidRDefault="002F2B7E">
      <w:pPr>
        <w:spacing w:after="80" w:line="240" w:lineRule="auto"/>
        <w:ind w:left="720" w:hanging="720"/>
      </w:pPr>
      <w:r>
        <w:t xml:space="preserve">[71] Umar, P. K., Gautam, V., Jyoti, Jain, S., Vishvakarma, S., Gattani, A., Sharma, R. K., &amp; Jain, A. (2025). </w:t>
      </w:r>
      <w:r>
        <w:rPr>
          <w:b w:val="0"/>
        </w:rPr>
        <w:t xml:space="preserve">Phytochemical characterization of herbal formulation containing </w:t>
      </w:r>
      <w:r>
        <w:rPr>
          <w:b w:val="0"/>
          <w:i/>
        </w:rPr>
        <w:t>Nigella sativa</w:t>
      </w:r>
      <w:r>
        <w:rPr>
          <w:b w:val="0"/>
        </w:rPr>
        <w:t xml:space="preserve">, </w:t>
      </w:r>
      <w:r>
        <w:rPr>
          <w:b w:val="0"/>
          <w:i/>
        </w:rPr>
        <w:t>Terminalia arjuna</w:t>
      </w:r>
      <w:r>
        <w:rPr>
          <w:b w:val="0"/>
        </w:rPr>
        <w:t xml:space="preserve">, </w:t>
      </w:r>
      <w:r>
        <w:rPr>
          <w:b w:val="0"/>
          <w:i/>
        </w:rPr>
        <w:t>Withania somnifera</w:t>
      </w:r>
      <w:r>
        <w:rPr>
          <w:b w:val="0"/>
        </w:rPr>
        <w:t xml:space="preserve"> and </w:t>
      </w:r>
      <w:r>
        <w:rPr>
          <w:b w:val="0"/>
          <w:i/>
        </w:rPr>
        <w:t>Linum usitatissimum</w:t>
      </w:r>
      <w:r>
        <w:rPr>
          <w:b w:val="0"/>
        </w:rPr>
        <w:t>.</w:t>
      </w:r>
      <w:r>
        <w:t xml:space="preserve"> </w:t>
      </w:r>
      <w:r>
        <w:rPr>
          <w:i/>
        </w:rPr>
        <w:t>Journal of Advances in Biology &amp; Biotechnology</w:t>
      </w:r>
      <w:r>
        <w:t xml:space="preserve">, </w:t>
      </w:r>
      <w:r>
        <w:rPr>
          <w:i/>
        </w:rPr>
        <w:t>28</w:t>
      </w:r>
      <w:r>
        <w:t>(11)</w:t>
      </w:r>
      <w:r>
        <w:t>, 957–963.</w:t>
      </w:r>
      <w:r>
        <w:t xml:space="preserve"> </w:t>
      </w:r>
      <w:hyperlink r:id="rId89">
        <w:r>
          <w:rPr>
            <w:color w:val="0563C1"/>
            <w:u w:val="single"/>
          </w:rPr>
          <w:t xml:space="preserve">https://doi.org/10.9734/jabb/2025/v28i113290</w:t>
        </w:r>
      </w:hyperlink>
    </w:p>
    <w:p w14:paraId="57C77C26" w14:textId="77777777" w:rsidR="00243568" w:rsidRPr="007E16DF" w:rsidRDefault="002F2B7E">
      <w:pPr>
        <w:spacing w:after="80" w:line="240" w:lineRule="auto"/>
        <w:ind w:left="720" w:hanging="720"/>
      </w:pPr>
      <w:r>
        <w:t xml:space="preserve">[72] Farag, N. E. H., Ahmedani, E. I., Sheriff, M. M., Alsubaie, A. S., Alkhamis, Z. A., Almatari, S. S., Alsobhi, L. A., Alrefai, A. K., Saeed, E. E., Abdalla, L. O., Alharbi, B. S., Obaid, A. A. A., Elbahaie, M. A., Alghamdi, Y. A. M., &amp; Hazazi, O. A. H. (2024). </w:t>
      </w:r>
      <w:r>
        <w:rPr>
          <w:b w:val="0"/>
        </w:rPr>
        <w:t xml:space="preserve">Assessment of phytochemical properties of </w:t>
      </w:r>
      <w:r>
        <w:rPr>
          <w:b w:val="0"/>
          <w:i/>
        </w:rPr>
        <w:t>Nigella sativa</w:t>
      </w:r>
      <w:r>
        <w:rPr>
          <w:b w:val="0"/>
        </w:rPr>
        <w:t xml:space="preserve"> seeds essential oil and its potential antimicrobial activity against </w:t>
      </w:r>
      <w:r>
        <w:rPr>
          <w:b w:val="0"/>
          <w:i/>
        </w:rPr>
        <w:t>Staphylococcus aureus</w:t>
      </w:r>
      <w:r>
        <w:rPr>
          <w:b w:val="0"/>
        </w:rPr>
        <w:t xml:space="preserve"> in the context of safety profiles and therapeutic applications in neurosurgical interventions.</w:t>
      </w:r>
      <w:r>
        <w:t xml:space="preserve"> </w:t>
      </w:r>
      <w:r>
        <w:rPr>
          <w:i/>
        </w:rPr>
        <w:t>Uttar Pradesh Journal of Zoology</w:t>
      </w:r>
      <w:r>
        <w:t xml:space="preserve">, </w:t>
      </w:r>
      <w:r>
        <w:rPr>
          <w:i/>
        </w:rPr>
        <w:t>45</w:t>
      </w:r>
      <w:r>
        <w:t>(17)</w:t>
      </w:r>
      <w:r>
        <w:t>, 301–317.</w:t>
      </w:r>
      <w:r>
        <w:t xml:space="preserve"> </w:t>
      </w:r>
      <w:hyperlink r:id="rId90">
        <w:r>
          <w:rPr>
            <w:color w:val="0563C1"/>
            <w:u w:val="single"/>
          </w:rPr>
          <w:t xml:space="preserve">https://doi.org/10.56557/upjoz/2024/v45i174373</w:t>
        </w:r>
      </w:hyperlink>
    </w:p>
    <w:p w14:paraId="1AF2A090" w14:textId="77777777" w:rsidR="00243568" w:rsidRPr="007E16DF" w:rsidRDefault="002F2B7E">
      <w:pPr>
        <w:spacing w:after="80" w:line="240" w:lineRule="auto"/>
        <w:ind w:left="720" w:hanging="720"/>
      </w:pPr>
      <w:r>
        <w:t xml:space="preserve">[73] Rahman, A. U., Abdullah, A., Faisal, S., Mansour, B., &amp; Yahya, G. (2024). </w:t>
      </w:r>
      <w:r>
        <w:rPr>
          <w:b w:val="0"/>
        </w:rPr>
        <w:t xml:space="preserve">Unlocking the therapeutic potential of </w:t>
      </w:r>
      <w:r>
        <w:rPr>
          <w:b w:val="0"/>
          <w:i/>
        </w:rPr>
        <w:t>Nigella sativa</w:t>
      </w:r>
      <w:r>
        <w:rPr>
          <w:b w:val="0"/>
        </w:rPr>
        <w:t xml:space="preserve"> extract: Phytochemical analysis and revealing antimicrobial and antioxidant marvels.</w:t>
      </w:r>
      <w:r>
        <w:t xml:space="preserve"> </w:t>
      </w:r>
      <w:r>
        <w:rPr>
          <w:i/>
        </w:rPr>
        <w:t>BMC Complementary Medicine and Therapies</w:t>
      </w:r>
      <w:r>
        <w:t xml:space="preserve">, </w:t>
      </w:r>
      <w:r>
        <w:rPr>
          <w:i/>
        </w:rPr>
        <w:t>24</w:t>
      </w:r>
      <w:r>
        <w:t>, 266.</w:t>
      </w:r>
      <w:r>
        <w:t xml:space="preserve"> </w:t>
      </w:r>
      <w:hyperlink r:id="rId91">
        <w:r>
          <w:rPr>
            <w:color w:val="0563C1"/>
            <w:u w:val="single"/>
          </w:rPr>
          <w:t xml:space="preserve">https://doi.org/10.1186/s12906-024-04470-w</w:t>
        </w:r>
      </w:hyperlink>
    </w:p>
    <w:p w14:paraId="69067739" w14:textId="77777777" w:rsidR="00243568" w:rsidRPr="007E16DF" w:rsidRDefault="002F2B7E">
      <w:pPr>
        <w:spacing w:after="80" w:line="240" w:lineRule="auto"/>
        <w:ind w:left="720" w:hanging="720"/>
      </w:pPr>
      <w:r>
        <w:t xml:space="preserve">[74] Świderski, M., Koszelska, K., Guziejewski, D., Borowczyk, K., Chwatko, G., Ślot, M., Kowalczyk, P. J., &amp; Smarzewska, S. (2025). </w:t>
      </w:r>
      <w:r>
        <w:rPr>
          <w:b w:val="0"/>
        </w:rPr>
        <w:t xml:space="preserve">A voltammetric approach for the quantification of thymoquinone in </w:t>
      </w:r>
      <w:r>
        <w:rPr>
          <w:b w:val="0"/>
          <w:i/>
        </w:rPr>
        <w:t>Nigella sativa</w:t>
      </w:r>
      <w:r>
        <w:rPr>
          <w:b w:val="0"/>
        </w:rPr>
        <w:t xml:space="preserve"> products.</w:t>
      </w:r>
      <w:r>
        <w:t xml:space="preserve"> </w:t>
      </w:r>
      <w:r>
        <w:rPr>
          <w:i/>
        </w:rPr>
        <w:t>Scientific Reports</w:t>
      </w:r>
      <w:r>
        <w:t xml:space="preserve">, </w:t>
      </w:r>
      <w:r>
        <w:rPr>
          <w:i/>
        </w:rPr>
        <w:t>15</w:t>
      </w:r>
      <w:r>
        <w:t>, 18920.</w:t>
      </w:r>
      <w:r>
        <w:t xml:space="preserve"> </w:t>
      </w:r>
      <w:hyperlink r:id="rId92">
        <w:r>
          <w:rPr>
            <w:color w:val="0563C1"/>
            <w:u w:val="single"/>
          </w:rPr>
          <w:t xml:space="preserve">https://doi.org/10.1038/s41598-025-03347-3</w:t>
        </w:r>
      </w:hyperlink>
    </w:p>
    <w:p w14:paraId="3818A76A" w14:textId="77777777" w:rsidR="00243568" w:rsidRDefault="002F2B7E">
      <w:pPr>
        <w:spacing w:after="80" w:line="240" w:lineRule="auto"/>
        <w:ind w:left="720" w:hanging="720"/>
      </w:pPr>
      <w:r>
        <w:t xml:space="preserve">[75] Kaushik, N., &amp; Barmanray, A. (2025). </w:t>
      </w:r>
      <w:r>
        <w:rPr>
          <w:b w:val="0"/>
        </w:rPr>
        <w:t>Optimisation of ultrasound-assisted extraction conditions using response surface methodology and identification of thymoquinone from black cumin (</w:t>
      </w:r>
      <w:r>
        <w:rPr>
          <w:b w:val="0"/>
          <w:i/>
        </w:rPr>
        <w:t>Nigella sativa L.</w:t>
      </w:r>
      <w:r>
        <w:rPr>
          <w:b w:val="0"/>
        </w:rPr>
        <w:t>) seed extract.</w:t>
      </w:r>
      <w:r>
        <w:t xml:space="preserve"> </w:t>
      </w:r>
      <w:r>
        <w:rPr>
          <w:i/>
        </w:rPr>
        <w:t>Food Technology and Biotechnology</w:t>
      </w:r>
      <w:r>
        <w:t xml:space="preserve">, </w:t>
      </w:r>
      <w:r>
        <w:rPr>
          <w:i/>
        </w:rPr>
        <w:t>63</w:t>
      </w:r>
      <w:r>
        <w:t>(2)</w:t>
      </w:r>
      <w:r>
        <w:t>, 262–273.</w:t>
      </w:r>
      <w:r>
        <w:t xml:space="preserve"> </w:t>
      </w:r>
      <w:hyperlink r:id="rId93">
        <w:r>
          <w:rPr>
            <w:color w:val="0563C1"/>
            <w:u w:val="single"/>
          </w:rPr>
          <w:t xml:space="preserve">https://doi.org/10.17113/ftb.63.02.25.8560</w:t>
        </w:r>
      </w:hyperlink>
    </w:p>
    <w:p w14:paraId="24DB61F4" w14:textId="77777777" w:rsidR="007523AF" w:rsidRDefault="002F2B7E">
      <w:pPr>
        <w:spacing w:after="80" w:line="240" w:lineRule="auto"/>
        <w:ind w:left="720" w:hanging="720"/>
      </w:pPr>
      <w:r>
        <w:t xml:space="preserve">[76] Botnick, I., Xue, W., Bar, E., Ibdah, M., Schwartz, A., Joel, D. M., Lev, E., Fait, A., &amp; Lewinsohn, E. (2012). </w:t>
      </w:r>
      <w:r>
        <w:rPr>
          <w:b w:val="0"/>
        </w:rPr>
        <w:t xml:space="preserve">Distribution of primary and specialized metabolites in </w:t>
      </w:r>
      <w:r>
        <w:rPr>
          <w:b w:val="0"/>
          <w:i/>
        </w:rPr>
        <w:t>Nigella sativa</w:t>
      </w:r>
      <w:r>
        <w:rPr>
          <w:b w:val="0"/>
        </w:rPr>
        <w:t xml:space="preserve"> seeds, a spice with vast traditional and historical uses.</w:t>
      </w:r>
      <w:r>
        <w:t xml:space="preserve"> </w:t>
      </w:r>
      <w:r>
        <w:rPr>
          <w:i/>
        </w:rPr>
        <w:t>Molecules</w:t>
      </w:r>
      <w:r>
        <w:t xml:space="preserve">, </w:t>
      </w:r>
      <w:r>
        <w:rPr>
          <w:i/>
        </w:rPr>
        <w:t>17</w:t>
      </w:r>
      <w:r>
        <w:t>(9)</w:t>
      </w:r>
      <w:r>
        <w:t>, 10159–10177.</w:t>
      </w:r>
      <w:r>
        <w:t xml:space="preserve"> </w:t>
      </w:r>
      <w:hyperlink r:id="rId8">
        <w:r>
          <w:rPr>
            <w:color w:val="0563C1"/>
            <w:u w:val="single"/>
          </w:rPr>
          <w:t xml:space="preserve">https://doi.org/10.3390/molecules170910159</w:t>
        </w:r>
      </w:hyperlink>
    </w:p>
    <w:p w14:paraId="0F499C52" w14:textId="77777777" w:rsidR="007523AF" w:rsidRDefault="002F2B7E">
      <w:pPr>
        <w:spacing w:after="80" w:line="240" w:lineRule="auto"/>
        <w:ind w:left="720" w:hanging="720"/>
      </w:pPr>
      <w:r>
        <w:t xml:space="preserve">[77] Bari, M. W., Islam, A., Islam, M. M., Sultana, M. J., Afroz, R., Khan, M. M. R., Parul, S. S., Swaraz, A. M., Hossain, M. I., &amp; Islam, M. A. (2021). </w:t>
      </w:r>
      <w:r>
        <w:rPr>
          <w:b w:val="0"/>
        </w:rPr>
        <w:t xml:space="preserve">Determination of in vitro antioxidant activity and in vivo antineoplastic effects against Ehrlich ascites carcinoma of methanolic extract of </w:t>
      </w:r>
      <w:r>
        <w:rPr>
          <w:b w:val="0"/>
          <w:i/>
        </w:rPr>
        <w:t>Sphagneticola calendulacea (L.) Pruski</w:t>
      </w:r>
      <w:r>
        <w:rPr>
          <w:b w:val="0"/>
        </w:rPr>
        <w:t>.</w:t>
      </w:r>
      <w:r>
        <w:t xml:space="preserve"> </w:t>
      </w:r>
      <w:r>
        <w:rPr>
          <w:i/>
        </w:rPr>
        <w:t>Heliyon</w:t>
      </w:r>
      <w:r>
        <w:t xml:space="preserve">, </w:t>
      </w:r>
      <w:r>
        <w:rPr>
          <w:i/>
        </w:rPr>
        <w:t>7</w:t>
      </w:r>
      <w:r>
        <w:t>(6)</w:t>
      </w:r>
      <w:r>
        <w:t>, e07228.</w:t>
      </w:r>
      <w:r>
        <w:t xml:space="preserve"> </w:t>
      </w:r>
      <w:hyperlink r:id="rId9">
        <w:r>
          <w:rPr>
            <w:color w:val="0563C1"/>
            <w:u w:val="single"/>
          </w:rPr>
          <w:t xml:space="preserve">https://doi.org/10.1016/j.heliyon.2021.e07228</w:t>
        </w:r>
      </w:hyperlink>
    </w:p>
    <w:p w14:paraId="15FE9EA1" w14:textId="77777777" w:rsidR="007523AF" w:rsidRDefault="002F2B7E">
      <w:pPr>
        <w:spacing w:after="80" w:line="240" w:lineRule="auto"/>
        <w:ind w:left="720" w:hanging="720"/>
      </w:pPr>
      <w:r>
        <w:t xml:space="preserve">[78] Tistaert, C., Dejaegher, B., &amp; Vander Heyden, Y. (2011). </w:t>
      </w:r>
      <w:r>
        <w:rPr>
          <w:b w:val="0"/>
        </w:rPr>
        <w:t>Chromatographic separation techniques and data handling methods for herbal fingerprints: A review.</w:t>
      </w:r>
      <w:r>
        <w:t xml:space="preserve"> </w:t>
      </w:r>
      <w:r>
        <w:rPr>
          <w:i/>
        </w:rPr>
        <w:t>Analytica Chimica Acta</w:t>
      </w:r>
      <w:r>
        <w:t xml:space="preserve">, </w:t>
      </w:r>
      <w:r>
        <w:rPr>
          <w:i/>
        </w:rPr>
        <w:t>690</w:t>
      </w:r>
      <w:r>
        <w:t>(2)</w:t>
      </w:r>
      <w:r>
        <w:t>, 148–161.</w:t>
      </w:r>
      <w:r>
        <w:t xml:space="preserve"> </w:t>
      </w:r>
      <w:hyperlink r:id="rId10">
        <w:r>
          <w:rPr>
            <w:color w:val="0563C1"/>
            <w:u w:val="single"/>
          </w:rPr>
          <w:t xml:space="preserve">https://doi.org/10.1016/j.aca.2011.02.023</w:t>
        </w:r>
      </w:hyperlink>
    </w:p>
    <w:p w14:paraId="641839BD" w14:textId="77777777" w:rsidR="008740C0" w:rsidRPr="009D20E1" w:rsidRDefault="008740C0" w:rsidP="009D20E1"/>
    <w:sectPr w:rsidR="008740C0" w:rsidRPr="009D20E1" w:rsidSect="009D20E1">
      <w:headerReference w:type="even" r:id="rId11"/>
      <w:headerReference w:type="default" r:id="rId12"/>
      <w:footerReference w:type="even" r:id="rId13"/>
      <w:footerReference w:type="default" r:id="rId14"/>
      <w:headerReference w:type="first" r:id="rId15"/>
      <w:footerReference w:type="first" r:id="rId16"/>
      <w:type w:val="continuous"/>
      <w:pgSz w:w="11909" w:h="16834"/>
      <w:pgMar w:top="1440" w:right="1419" w:bottom="144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F523D" w14:textId="77777777" w:rsidR="002F2B7E" w:rsidRDefault="002F2B7E" w:rsidP="00F035AC">
      <w:pPr>
        <w:spacing w:after="0" w:line="240" w:lineRule="auto"/>
      </w:pPr>
      <w:r>
        <w:separator/>
      </w:r>
    </w:p>
  </w:endnote>
  <w:endnote w:type="continuationSeparator" w:id="0">
    <w:p w14:paraId="103B3FA0" w14:textId="77777777" w:rsidR="002F2B7E" w:rsidRDefault="002F2B7E" w:rsidP="00F03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atha">
    <w:panose1 w:val="02000400000000000000"/>
    <w:charset w:val="00"/>
    <w:family w:val="swiss"/>
    <w:pitch w:val="variable"/>
    <w:sig w:usb0="001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3713B" w14:textId="77777777" w:rsidR="00F035AC" w:rsidRDefault="00F035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4F921" w14:textId="77777777" w:rsidR="00F035AC" w:rsidRDefault="00F035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44244" w14:textId="77777777" w:rsidR="00F035AC" w:rsidRDefault="00F03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EBDF5" w14:textId="77777777" w:rsidR="002F2B7E" w:rsidRDefault="002F2B7E" w:rsidP="00F035AC">
      <w:pPr>
        <w:spacing w:after="0" w:line="240" w:lineRule="auto"/>
      </w:pPr>
      <w:r>
        <w:separator/>
      </w:r>
    </w:p>
  </w:footnote>
  <w:footnote w:type="continuationSeparator" w:id="0">
    <w:p w14:paraId="62FE404C" w14:textId="77777777" w:rsidR="002F2B7E" w:rsidRDefault="002F2B7E" w:rsidP="00F035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67B20" w14:textId="77777777" w:rsidR="00F035AC" w:rsidRDefault="002F2B7E">
    <w:pPr>
      <w:pStyle w:val="Header"/>
    </w:pPr>
    <w:r>
      <w:rPr>
        <w:noProof/>
      </w:rPr>
      <w:pict w14:anchorId="449638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8041469" o:spid="_x0000_s1026" type="#_x0000_t136" style="position:absolute;margin-left:0;margin-top:0;width:572.8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F0E02" w14:textId="77777777" w:rsidR="00F035AC" w:rsidRDefault="002F2B7E">
    <w:pPr>
      <w:pStyle w:val="Header"/>
    </w:pPr>
    <w:r>
      <w:rPr>
        <w:noProof/>
      </w:rPr>
      <w:pict w14:anchorId="4F98A8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8041470" o:spid="_x0000_s1027" type="#_x0000_t136" style="position:absolute;margin-left:0;margin-top:0;width:572.8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87622" w14:textId="77777777" w:rsidR="00F035AC" w:rsidRDefault="002F2B7E">
    <w:pPr>
      <w:pStyle w:val="Header"/>
    </w:pPr>
    <w:r>
      <w:rPr>
        <w:noProof/>
      </w:rPr>
      <w:pict w14:anchorId="4FD50F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8041468" o:spid="_x0000_s1025" type="#_x0000_t136" style="position:absolute;margin-left:0;margin-top:0;width:572.8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795364">
    <w:abstractNumId w:val="8"/>
  </w:num>
  <w:num w:numId="2" w16cid:durableId="1310401736">
    <w:abstractNumId w:val="6"/>
  </w:num>
  <w:num w:numId="3" w16cid:durableId="663166348">
    <w:abstractNumId w:val="5"/>
  </w:num>
  <w:num w:numId="4" w16cid:durableId="698627886">
    <w:abstractNumId w:val="4"/>
  </w:num>
  <w:num w:numId="5" w16cid:durableId="1521431368">
    <w:abstractNumId w:val="7"/>
  </w:num>
  <w:num w:numId="6" w16cid:durableId="767428200">
    <w:abstractNumId w:val="3"/>
  </w:num>
  <w:num w:numId="7" w16cid:durableId="1386219190">
    <w:abstractNumId w:val="2"/>
  </w:num>
  <w:num w:numId="8" w16cid:durableId="1608542670">
    <w:abstractNumId w:val="1"/>
  </w:num>
  <w:num w:numId="9" w16cid:durableId="2129883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wMDEzNTKzMDA1NbNQ0lEKTi0uzszPAykwrAUAGEac0CwAAAA="/>
  </w:docVars>
  <w:rsids>
    <w:rsidRoot w:val="00B47730"/>
    <w:rsid w:val="00034616"/>
    <w:rsid w:val="0006063C"/>
    <w:rsid w:val="00084E8C"/>
    <w:rsid w:val="000D4E18"/>
    <w:rsid w:val="000F7B3E"/>
    <w:rsid w:val="0015074B"/>
    <w:rsid w:val="00196E31"/>
    <w:rsid w:val="00204486"/>
    <w:rsid w:val="00243568"/>
    <w:rsid w:val="0029639D"/>
    <w:rsid w:val="002F2B7E"/>
    <w:rsid w:val="00326F90"/>
    <w:rsid w:val="005060D5"/>
    <w:rsid w:val="00520D83"/>
    <w:rsid w:val="005B75C6"/>
    <w:rsid w:val="00621486"/>
    <w:rsid w:val="00703CBC"/>
    <w:rsid w:val="007223E8"/>
    <w:rsid w:val="007523AF"/>
    <w:rsid w:val="00752FEA"/>
    <w:rsid w:val="007C50E3"/>
    <w:rsid w:val="007E16DF"/>
    <w:rsid w:val="007F458F"/>
    <w:rsid w:val="008740C0"/>
    <w:rsid w:val="008B1B2E"/>
    <w:rsid w:val="008E5834"/>
    <w:rsid w:val="009D20E1"/>
    <w:rsid w:val="00A17DAD"/>
    <w:rsid w:val="00AA1D8D"/>
    <w:rsid w:val="00AA3AFE"/>
    <w:rsid w:val="00AE53D0"/>
    <w:rsid w:val="00B47730"/>
    <w:rsid w:val="00BF328F"/>
    <w:rsid w:val="00C26BAC"/>
    <w:rsid w:val="00CB0664"/>
    <w:rsid w:val="00CE7E2D"/>
    <w:rsid w:val="00D96356"/>
    <w:rsid w:val="00D97483"/>
    <w:rsid w:val="00DD236C"/>
    <w:rsid w:val="00DF03EB"/>
    <w:rsid w:val="00F035AC"/>
    <w:rsid w:val="00FB55A8"/>
    <w:rsid w:val="00FC25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CE8BA"/>
  <w14:defaultImageDpi w14:val="300"/>
  <w15:docId w15:val="{453EDEFF-21EB-426A-9039-F279B95C2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color w:val="2D374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molecules170910159"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i.org/10.1016/j.aca.2011.02.023" TargetMode="External"/><Relationship Id="rId4" Type="http://schemas.openxmlformats.org/officeDocument/2006/relationships/settings" Target="settings.xml"/><Relationship Id="rId9" Type="http://schemas.openxmlformats.org/officeDocument/2006/relationships/hyperlink" Target="https://doi.org/10.1016/j.heliyon.2021.e07228" TargetMode="External"/><Relationship Id="rId14" Type="http://schemas.openxmlformats.org/officeDocument/2006/relationships/footer" Target="footer2.xml"/><Relationship Id="rId19" Type="http://schemas.openxmlformats.org/officeDocument/2006/relationships/hyperlink" Target="https://doi.org/10.1016/j.phymed.2008.12.018" TargetMode="External"/><Relationship Id="rId20" Type="http://schemas.openxmlformats.org/officeDocument/2006/relationships/hyperlink" Target="https://doi.org/10.4103/0973-7847.134229" TargetMode="External"/><Relationship Id="rId21" Type="http://schemas.openxmlformats.org/officeDocument/2006/relationships/hyperlink" Target="https://doi.org/10.1039/C9NP00011A" TargetMode="External"/><Relationship Id="rId22" Type="http://schemas.openxmlformats.org/officeDocument/2006/relationships/hyperlink" Target="https://doi.org/10.1016/j.jchromb.2004.08.041" TargetMode="External"/><Relationship Id="rId23" Type="http://schemas.openxmlformats.org/officeDocument/2006/relationships/hyperlink" Target="https://doi.org/10.1002/jssc.200301660" TargetMode="External"/><Relationship Id="rId24" Type="http://schemas.openxmlformats.org/officeDocument/2006/relationships/hyperlink" Target="https://doi.org/10.1016/j.phymed.2006.11.011" TargetMode="External"/><Relationship Id="rId25" Type="http://schemas.openxmlformats.org/officeDocument/2006/relationships/hyperlink" Target="https://doi.org/10.1016/j.jchromb.2004.09.037" TargetMode="External"/><Relationship Id="rId26" Type="http://schemas.openxmlformats.org/officeDocument/2006/relationships/hyperlink" Target="https://doi.org/10.1111/j.1365-2621.2006.01417.x" TargetMode="External"/><Relationship Id="rId27" Type="http://schemas.openxmlformats.org/officeDocument/2006/relationships/hyperlink" Target="https://doi.org/10.1016/S2221-1691(13)60075-1" TargetMode="External"/><Relationship Id="rId28" Type="http://schemas.openxmlformats.org/officeDocument/2006/relationships/hyperlink" Target="https://ijbms.mums.ac.ir/article_3851_7e801f10f74a3b58333ccf9b3e562f5b.pdf" TargetMode="External"/><Relationship Id="rId29" Type="http://schemas.openxmlformats.org/officeDocument/2006/relationships/hyperlink" Target="https://doi.org/10.1016/j.jfca.2005.04.011" TargetMode="External"/><Relationship Id="rId30" Type="http://schemas.openxmlformats.org/officeDocument/2006/relationships/hyperlink" Target="https://doi.org/10.1002/cbdv.200790070" TargetMode="External"/><Relationship Id="rId31" Type="http://schemas.openxmlformats.org/officeDocument/2006/relationships/hyperlink" Target="https://doi.org/10.1039/JR9560000629" TargetMode="External"/><Relationship Id="rId32" Type="http://schemas.openxmlformats.org/officeDocument/2006/relationships/hyperlink" Target="https://doi.org/10.1155/2014/918209" TargetMode="External"/><Relationship Id="rId33" Type="http://schemas.openxmlformats.org/officeDocument/2006/relationships/hyperlink" Target="https://doi.org/10.1016/j.jare.2013.09.002" TargetMode="External"/><Relationship Id="rId34" Type="http://schemas.openxmlformats.org/officeDocument/2006/relationships/hyperlink" Target="https://doi.org/10.1002/bmc.5865" TargetMode="External"/><Relationship Id="rId35" Type="http://schemas.openxmlformats.org/officeDocument/2006/relationships/hyperlink" Target="https://doi.org/10.1186/s12906-025-05153-w" TargetMode="External"/><Relationship Id="rId36" Type="http://schemas.openxmlformats.org/officeDocument/2006/relationships/hyperlink" Target="https://doi.org/10.3389/fphar.2022.853023" TargetMode="External"/><Relationship Id="rId37" Type="http://schemas.openxmlformats.org/officeDocument/2006/relationships/hyperlink" Target="https://doi.org/10.1055/s-0029-1185450" TargetMode="External"/><Relationship Id="rId38" Type="http://schemas.openxmlformats.org/officeDocument/2006/relationships/hyperlink" Target="https://doi.org/10.1039/C3AN02171H" TargetMode="External"/><Relationship Id="rId39" Type="http://schemas.openxmlformats.org/officeDocument/2006/relationships/hyperlink" Target="https://doi.org/10.1021/ac301205z" TargetMode="External"/><Relationship Id="rId40" Type="http://schemas.openxmlformats.org/officeDocument/2006/relationships/hyperlink" Target="https://doi.org/10.1055/a-1529-8339" TargetMode="External"/><Relationship Id="rId41" Type="http://schemas.openxmlformats.org/officeDocument/2006/relationships/hyperlink" Target="https://doi.org/10.1016/j.chroma.2004.11.080" TargetMode="External"/><Relationship Id="rId42" Type="http://schemas.openxmlformats.org/officeDocument/2006/relationships/hyperlink" Target="https://doi.org/10.1007/s00216-007-1405-x" TargetMode="External"/><Relationship Id="rId43" Type="http://schemas.openxmlformats.org/officeDocument/2006/relationships/hyperlink" Target="https://bsi.gov.in/page/en/identification" TargetMode="External"/><Relationship Id="rId44" Type="http://schemas.openxmlformats.org/officeDocument/2006/relationships/hyperlink" Target="https://doi.org/10.1002/jemt.23110" TargetMode="External"/><Relationship Id="rId45" Type="http://schemas.openxmlformats.org/officeDocument/2006/relationships/hyperlink" Target="https://doi.org/10.1016/j.jfoodeng.2013.01.014" TargetMode="External"/><Relationship Id="rId46" Type="http://schemas.openxmlformats.org/officeDocument/2006/relationships/hyperlink" Target="https://www.unido.org/sites/default/files/2009-10/Extraction_technologies_for_medicinal_and_aromatic_plants_0.pdf" TargetMode="External"/><Relationship Id="rId47" Type="http://schemas.openxmlformats.org/officeDocument/2006/relationships/hyperlink" Target="https://doi.org/10.4172/2167-0412.1000196" TargetMode="External"/><Relationship Id="rId48" Type="http://schemas.openxmlformats.org/officeDocument/2006/relationships/hyperlink" Target="https://doi.org/10.1186/s13020-018-0177-x" TargetMode="External"/><Relationship Id="rId49" Type="http://schemas.openxmlformats.org/officeDocument/2006/relationships/hyperlink" Target="https://doi.org/10.4103/jpbs.JPBS_175_19" TargetMode="External"/><Relationship Id="rId50" Type="http://schemas.openxmlformats.org/officeDocument/2006/relationships/hyperlink" Target="https://doi.org/10.1039/C3NP20106F" TargetMode="External"/><Relationship Id="rId51" Type="http://schemas.openxmlformats.org/officeDocument/2006/relationships/hyperlink" Target="https://doi.org/10.1080/10408347.2020.1820851" TargetMode="External"/><Relationship Id="rId52" Type="http://schemas.openxmlformats.org/officeDocument/2006/relationships/hyperlink" Target="https://doi.org/10.1016/C2009-0-17039-3" TargetMode="External"/><Relationship Id="rId53" Type="http://schemas.openxmlformats.org/officeDocument/2006/relationships/hyperlink" Target="https://doi.org/10.1002/9783527612871" TargetMode="External"/><Relationship Id="rId54" Type="http://schemas.openxmlformats.org/officeDocument/2006/relationships/hyperlink" Target="https://doi.org/10.1002/9780470480106" TargetMode="External"/><Relationship Id="rId55" Type="http://schemas.openxmlformats.org/officeDocument/2006/relationships/hyperlink" Target="https://doi.org/10.1002/9783527674305" TargetMode="External"/><Relationship Id="rId56" Type="http://schemas.openxmlformats.org/officeDocument/2006/relationships/hyperlink" Target="https://doi.org/10.1002/0471142727.mb3004s114" TargetMode="External"/><Relationship Id="rId57" Type="http://schemas.openxmlformats.org/officeDocument/2006/relationships/hyperlink" Target="https://doi.org/10.1038/nprot.2006.59" TargetMode="External"/><Relationship Id="rId58" Type="http://schemas.openxmlformats.org/officeDocument/2006/relationships/hyperlink" Target="https://doi.org/10.1021/acs.analchem.5c06918" TargetMode="External"/><Relationship Id="rId59" Type="http://schemas.openxmlformats.org/officeDocument/2006/relationships/hyperlink" Target="https://shop.nist.gov/ccrz__CCPage?pageKey=NIST20R" TargetMode="External"/><Relationship Id="rId60" Type="http://schemas.openxmlformats.org/officeDocument/2006/relationships/hyperlink" Target="https://doi.org/10.1016/j.jpba.2017.07.044" TargetMode="External"/><Relationship Id="rId61" Type="http://schemas.openxmlformats.org/officeDocument/2006/relationships/hyperlink" Target="https://doi.org/10.1016/j.foodchem.2006.02.022" TargetMode="External"/><Relationship Id="rId62" Type="http://schemas.openxmlformats.org/officeDocument/2006/relationships/hyperlink" Target="https://doi.org/10.1016/j.heliyon.2020.e05343" TargetMode="External"/><Relationship Id="rId63" Type="http://schemas.openxmlformats.org/officeDocument/2006/relationships/hyperlink" Target="https://doi.org/10.1515/znc-2003-9-1004" TargetMode="External"/><Relationship Id="rId64" Type="http://schemas.openxmlformats.org/officeDocument/2006/relationships/hyperlink" Target="https://doi.org/10.1016/S0308-8146(03)00038-4" TargetMode="External"/><Relationship Id="rId65" Type="http://schemas.openxmlformats.org/officeDocument/2006/relationships/hyperlink" Target="https://doi.org/10.3390/molecules29061360" TargetMode="External"/><Relationship Id="rId66" Type="http://schemas.openxmlformats.org/officeDocument/2006/relationships/hyperlink" Target="https://doi.org/10.1371/journal.pone.0129067" TargetMode="External"/><Relationship Id="rId67" Type="http://schemas.openxmlformats.org/officeDocument/2006/relationships/hyperlink" Target="https://doi.org/10.22271/phyto.2022.v11.i3a.14425" TargetMode="External"/><Relationship Id="rId68" Type="http://schemas.openxmlformats.org/officeDocument/2006/relationships/hyperlink" Target="https://doi.org/10.4103/0253-7613.89825" TargetMode="External"/><Relationship Id="rId69" Type="http://schemas.openxmlformats.org/officeDocument/2006/relationships/hyperlink" Target="https://doi.org/10.1021/acs.jcim.3c01758" TargetMode="External"/><Relationship Id="rId70" Type="http://schemas.openxmlformats.org/officeDocument/2006/relationships/hyperlink" Target="https://doi.org/10.1016/S0305-1978(02)00181-3" TargetMode="External"/><Relationship Id="rId71" Type="http://schemas.openxmlformats.org/officeDocument/2006/relationships/hyperlink" Target="https://doi.org/10.1016/0031-9422(85)80063-7" TargetMode="External"/><Relationship Id="rId72" Type="http://schemas.openxmlformats.org/officeDocument/2006/relationships/hyperlink" Target="https://doi.org/10.4103/0973-1296.127346" TargetMode="External"/><Relationship Id="rId73" Type="http://schemas.openxmlformats.org/officeDocument/2006/relationships/hyperlink" Target="https://doi.org/10.1016/j.jpba.2022.115130" TargetMode="External"/><Relationship Id="rId74" Type="http://schemas.openxmlformats.org/officeDocument/2006/relationships/hyperlink" Target="https://doi.org/10.1039/C3AY41986J" TargetMode="External"/><Relationship Id="rId75" Type="http://schemas.openxmlformats.org/officeDocument/2006/relationships/hyperlink" Target="https://doi.org/10.1007/s12298-018-0593-5" TargetMode="External"/><Relationship Id="rId76" Type="http://schemas.openxmlformats.org/officeDocument/2006/relationships/hyperlink" Target="https://doi.org/10.1039/C7RA12568B" TargetMode="External"/><Relationship Id="rId77" Type="http://schemas.openxmlformats.org/officeDocument/2006/relationships/hyperlink" Target="https://doi.org/10.1007/s13361-016-1589-4" TargetMode="External"/><Relationship Id="rId78" Type="http://schemas.openxmlformats.org/officeDocument/2006/relationships/hyperlink" Target="https://doi.org/10.1007/s11746-010-1687-6" TargetMode="External"/><Relationship Id="rId79" Type="http://schemas.openxmlformats.org/officeDocument/2006/relationships/hyperlink" Target="https://doi.org/10.1007/s11306-018-1367-3" TargetMode="External"/><Relationship Id="rId80" Type="http://schemas.openxmlformats.org/officeDocument/2006/relationships/hyperlink" Target="https://doi.org/10.1002/jssc.201301378" TargetMode="External"/><Relationship Id="rId81" Type="http://schemas.openxmlformats.org/officeDocument/2006/relationships/hyperlink" Target="https://doi.org/10.1016/j.jpba.2021.113950" TargetMode="External"/><Relationship Id="rId82" Type="http://schemas.openxmlformats.org/officeDocument/2006/relationships/hyperlink" Target="https://doi.org/10.1007/s11306-007-0082-2" TargetMode="External"/><Relationship Id="rId83" Type="http://schemas.openxmlformats.org/officeDocument/2006/relationships/hyperlink" Target="https://doi.org/10.1021/es5002105" TargetMode="External"/><Relationship Id="rId84" Type="http://schemas.openxmlformats.org/officeDocument/2006/relationships/hyperlink" Target="https://doi.org/10.1007/s11306-010-0254-3" TargetMode="External"/><Relationship Id="rId85" Type="http://schemas.openxmlformats.org/officeDocument/2006/relationships/hyperlink" Target="https://doi.org/10.1021/acs.jnatprod.9b01285" TargetMode="External"/><Relationship Id="rId86" Type="http://schemas.openxmlformats.org/officeDocument/2006/relationships/hyperlink" Target="https://doi.org/10.1038/nrd4510" TargetMode="External"/><Relationship Id="rId87" Type="http://schemas.openxmlformats.org/officeDocument/2006/relationships/hyperlink" Target="https://database.ich.org/sites/default/files/ICH_Q2%28R2%29_Guideline_2023_1130.pdf" TargetMode="External"/><Relationship Id="rId88" Type="http://schemas.openxmlformats.org/officeDocument/2006/relationships/hyperlink" Target="https://doi.org/10.3389/fphar.2013.00177" TargetMode="External"/><Relationship Id="rId89" Type="http://schemas.openxmlformats.org/officeDocument/2006/relationships/hyperlink" Target="https://doi.org/10.9734/jabb/2025/v28i113290" TargetMode="External"/><Relationship Id="rId90" Type="http://schemas.openxmlformats.org/officeDocument/2006/relationships/hyperlink" Target="https://doi.org/10.56557/upjoz/2024/v45i174373" TargetMode="External"/><Relationship Id="rId91" Type="http://schemas.openxmlformats.org/officeDocument/2006/relationships/hyperlink" Target="https://doi.org/10.1186/s12906-024-04470-w" TargetMode="External"/><Relationship Id="rId92" Type="http://schemas.openxmlformats.org/officeDocument/2006/relationships/hyperlink" Target="https://doi.org/10.1038/s41598-025-03347-3" TargetMode="External"/><Relationship Id="rId93" Type="http://schemas.openxmlformats.org/officeDocument/2006/relationships/hyperlink" Target="https://doi.org/10.17113/ftb.63.02.25.85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23F22-689B-42F3-9188-1E59B9B53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10</Pages>
  <Words>4960</Words>
  <Characters>28273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JOBI_15427 - Reference-corrected manuscript</dc:title>
  <dc:subject/>
  <dc:creator>python-docx</dc:creator>
  <cp:keywords/>
  <dc:description>generated by python-docx</dc:description>
  <cp:lastModifiedBy>SDI 1158</cp:lastModifiedBy>
  <cp:revision>22</cp:revision>
  <dcterms:created xsi:type="dcterms:W3CDTF">2013-12-23T23:15:00Z</dcterms:created>
  <dcterms:modified xsi:type="dcterms:W3CDTF">2026-08-13T09:18:00Z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75d50728-11ea-4478-9388-2dc01258312c</vt:lpwstr>
  </property>
</Properties>
</file>