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2F0" w:rsidRDefault="00AE12F0" w:rsidP="001B50D9">
      <w:pPr>
        <w:pStyle w:val="Title"/>
        <w:jc w:val="center"/>
        <w:rPr>
          <w:rFonts w:ascii="Times New Roman" w:hAnsi="Times New Roman" w:cs="Times New Roman"/>
        </w:rPr>
      </w:pPr>
      <w:r w:rsidRPr="007B1647">
        <w:rPr>
          <w:rFonts w:ascii="Times New Roman" w:hAnsi="Times New Roman" w:cs="Times New Roman"/>
          <w:sz w:val="20"/>
          <w:szCs w:val="20"/>
        </w:rPr>
        <w:t>Original Research Article</w:t>
      </w:r>
    </w:p>
    <w:p w:rsidR="00BC6DA2" w:rsidRPr="001B50D9" w:rsidRDefault="00CF0280" w:rsidP="001B50D9">
      <w:pPr>
        <w:pStyle w:val="Title"/>
        <w:jc w:val="center"/>
        <w:rPr>
          <w:rFonts w:ascii="Times New Roman" w:hAnsi="Times New Roman" w:cs="Times New Roman"/>
        </w:rPr>
      </w:pPr>
      <w:r w:rsidRPr="00813120">
        <w:rPr>
          <w:rFonts w:ascii="Times New Roman" w:hAnsi="Times New Roman" w:cs="Times New Roman"/>
        </w:rPr>
        <w:t xml:space="preserve">Phenotypic Diversity and Correlation Analysis of Morphological Traits in </w:t>
      </w:r>
      <w:r w:rsidR="00813120" w:rsidRPr="00813120">
        <w:rPr>
          <w:rFonts w:ascii="Times New Roman" w:hAnsi="Times New Roman" w:cs="Times New Roman"/>
        </w:rPr>
        <w:t>rice</w:t>
      </w:r>
      <w:r w:rsidRPr="00813120">
        <w:rPr>
          <w:rFonts w:ascii="Times New Roman" w:hAnsi="Times New Roman" w:cs="Times New Roman"/>
        </w:rPr>
        <w:t xml:space="preserve"> (</w:t>
      </w:r>
      <w:r w:rsidRPr="00813120">
        <w:rPr>
          <w:rFonts w:ascii="Times New Roman" w:hAnsi="Times New Roman" w:cs="Times New Roman"/>
          <w:i/>
        </w:rPr>
        <w:t>Oryza sativa</w:t>
      </w:r>
      <w:r w:rsidRPr="00813120">
        <w:rPr>
          <w:rFonts w:ascii="Times New Roman" w:hAnsi="Times New Roman" w:cs="Times New Roman"/>
        </w:rPr>
        <w:t xml:space="preserve"> L.)</w:t>
      </w:r>
    </w:p>
    <w:p w:rsidR="00B61CF4" w:rsidRDefault="00B61CF4" w:rsidP="00B02208">
      <w:pPr>
        <w:pStyle w:val="ListParagraph"/>
        <w:jc w:val="center"/>
        <w:rPr>
          <w:rFonts w:cs="Times New Roman"/>
          <w:b/>
          <w:bCs/>
          <w:sz w:val="22"/>
        </w:rPr>
      </w:pPr>
    </w:p>
    <w:p w:rsidR="00957871" w:rsidRDefault="00957871" w:rsidP="00B02208">
      <w:pPr>
        <w:pStyle w:val="ListParagraph"/>
        <w:jc w:val="center"/>
        <w:rPr>
          <w:rFonts w:cs="Times New Roman"/>
          <w:b/>
          <w:bCs/>
          <w:sz w:val="22"/>
        </w:rPr>
      </w:pPr>
    </w:p>
    <w:p w:rsidR="00BC6DA2" w:rsidRDefault="00CF0280">
      <w:pPr>
        <w:pStyle w:val="Heading1"/>
      </w:pPr>
      <w:r>
        <w:t>Abstract</w:t>
      </w:r>
    </w:p>
    <w:p w:rsidR="00BC6DA2" w:rsidRDefault="00CF0280">
      <w:pPr>
        <w:jc w:val="both"/>
      </w:pPr>
      <w:r>
        <w:t xml:space="preserve">Sixty rice genotypes were evaluated </w:t>
      </w:r>
      <w:r w:rsidR="00B41A59">
        <w:t>in</w:t>
      </w:r>
      <w:r w:rsidR="00675B0E">
        <w:t xml:space="preserve"> </w:t>
      </w:r>
      <w:r w:rsidR="006C280F" w:rsidRPr="006C280F">
        <w:t xml:space="preserve">kharif season of </w:t>
      </w:r>
      <w:r w:rsidR="006C280F">
        <w:t>2023</w:t>
      </w:r>
      <w:r w:rsidR="006C280F" w:rsidRPr="006C280F">
        <w:t xml:space="preserve"> at Norman E</w:t>
      </w:r>
      <w:r w:rsidR="006C280F">
        <w:t>.</w:t>
      </w:r>
      <w:r w:rsidR="006C280F" w:rsidRPr="006C280F">
        <w:t xml:space="preserve"> Borlaug Crop Research Centre (NEBCRC) of G.B. Pant University of Agriculture and Technology, Pantnagar (Uttarakhand)</w:t>
      </w:r>
      <w:r>
        <w:t xml:space="preserve"> in an alpha-lattice design with two replications to quantify phenotypic diversity and examine associations among 15 morphological and yield-related traits. The traits comprised plant height, flag-leaf length, flag-leaf breadth, leaf area, days to 50% flowering, number of panicles per plant, panicle length, number of grains per panicle, grain yield, biological yield, harvest index, grain length, grain breadth, grain length/breadth ratio and test weight. Pearson correlation analysis revealed that grain yield was strongly and positively associated with harvest index (r = 0.81, P &lt; 0.01) but negatively associated with biological yield (r = -0.35, P &lt; 0.01). Biological yield was positively associated with days to 50% flowering (r = 0.79, P &lt; 0.01), flag-leaf length (r = 0.69, P &lt; 0.01), leaf area (r = 0.68, P &lt; 0.01), grains per panicle (r = 0.36, P &lt; 0.01), plant height (r = 0.27, P &lt; 0.05) and panicle length (r = 0.27, P &lt; 0.05). Standardized Euclidean-distance-based hierarchical analysis partitioned the genotypes into five clusters containing 19, 8, 14, 10 and 9 entries, respectively. The greatest inter-cluster distance occurred between Clusters II and IV (6.885), while the smallest occurred between Clusters I and II (4.826). Cluster V showed the largest within-cluster distance (4.713), indicating comparatively high heterogeneity. Genotypes belonging to the widely separated Clusters II and IV constitute useful parental pools, provided their trait means and agronomic performance are also complementary. The results demonstrate appreciable morphological differentiation and identify trait relationships relevant to selection for rice improvement.</w:t>
      </w:r>
    </w:p>
    <w:p w:rsidR="00BC6DA2" w:rsidRDefault="00CF0280">
      <w:pPr>
        <w:jc w:val="both"/>
      </w:pPr>
      <w:r w:rsidRPr="000F21D7">
        <w:rPr>
          <w:b/>
          <w:bCs/>
        </w:rPr>
        <w:t>Keywords</w:t>
      </w:r>
      <w:r>
        <w:t>: agromorphological traits; cluster analysis; Euclidean distance; genetic resources; grain yield; Pearson correlation; rice germplasm</w:t>
      </w:r>
    </w:p>
    <w:p w:rsidR="00BC6DA2" w:rsidRDefault="00CF0280">
      <w:pPr>
        <w:pStyle w:val="Heading1"/>
      </w:pPr>
      <w:r>
        <w:t>1. Introduction</w:t>
      </w:r>
    </w:p>
    <w:p w:rsidR="00BC6DA2" w:rsidRDefault="00CF0280">
      <w:pPr>
        <w:jc w:val="both"/>
      </w:pPr>
      <w:r>
        <w:t>Rice (</w:t>
      </w:r>
      <w:r>
        <w:rPr>
          <w:i/>
        </w:rPr>
        <w:t>Oryza sativa</w:t>
      </w:r>
      <w:r>
        <w:t xml:space="preserve"> L.) is a principal staple food crop, and sustained genetic improvement is required to meet rising demand under </w:t>
      </w:r>
      <w:commentRangeStart w:id="0"/>
      <w:r>
        <w:t>increasingly</w:t>
      </w:r>
      <w:commentRangeEnd w:id="0"/>
      <w:r w:rsidR="0019212D">
        <w:rPr>
          <w:rStyle w:val="CommentReference"/>
        </w:rPr>
        <w:commentReference w:id="0"/>
      </w:r>
      <w:r>
        <w:t xml:space="preserve"> variable production environments. </w:t>
      </w:r>
      <w:commentRangeStart w:id="1"/>
      <w:r>
        <w:t>The</w:t>
      </w:r>
      <w:commentRangeEnd w:id="1"/>
      <w:r w:rsidR="0019212D">
        <w:rPr>
          <w:rStyle w:val="CommentReference"/>
        </w:rPr>
        <w:commentReference w:id="1"/>
      </w:r>
      <w:r>
        <w:t xml:space="preserve"> effectiveness of a breeding programme depends on the availability, characterization and purposeful use of diverse germplasm. Morphological evaluation remains a practical first step because it is inexpensive, directly connected with field performance and can identify contrasting parents for subsequent breeding and molecular characterization. Morphological characterization and the assessment of phenotypic variability are therefore valuable for identifying useful breeding material across both rice and other crop germplasm (Hien </w:t>
      </w:r>
      <w:r>
        <w:rPr>
          <w:i/>
        </w:rPr>
        <w:t>et al.</w:t>
      </w:r>
      <w:r>
        <w:t xml:space="preserve">, 2007; Kumar </w:t>
      </w:r>
      <w:r>
        <w:rPr>
          <w:i/>
        </w:rPr>
        <w:t>et al.</w:t>
      </w:r>
      <w:r>
        <w:t xml:space="preserve">, 2024; Kumari </w:t>
      </w:r>
      <w:r>
        <w:rPr>
          <w:i/>
        </w:rPr>
        <w:t>et al.</w:t>
      </w:r>
      <w:r>
        <w:t xml:space="preserve">, </w:t>
      </w:r>
      <w:commentRangeStart w:id="2"/>
      <w:r>
        <w:t>2023</w:t>
      </w:r>
      <w:commentRangeEnd w:id="2"/>
      <w:r w:rsidR="0019212D">
        <w:rPr>
          <w:rStyle w:val="CommentReference"/>
        </w:rPr>
        <w:commentReference w:id="2"/>
      </w:r>
      <w:r>
        <w:t>).</w:t>
      </w:r>
      <w:r w:rsidR="0019212D">
        <w:t xml:space="preserve"> </w:t>
      </w:r>
    </w:p>
    <w:p w:rsidR="00BC6DA2" w:rsidRDefault="00CF0280">
      <w:pPr>
        <w:jc w:val="both"/>
      </w:pPr>
      <w:r>
        <w:t xml:space="preserve">Yield is a complex quantitative trait determined by the joint action of component characters and the environment. Correlation analysis helps identify traits that vary together with grain yield, although correlation alone does not establish causation or a direct genetic effect. In rice, panicle attributes, seed number and seed weight have frequently shown useful associations with yield, and phenotypic and genotypic correlations have been used to identify potential selection criteria (Ashfaq </w:t>
      </w:r>
      <w:r>
        <w:rPr>
          <w:i/>
        </w:rPr>
        <w:t>et al.</w:t>
      </w:r>
      <w:r>
        <w:t>, 2012; Vanlalrinngama</w:t>
      </w:r>
      <w:r>
        <w:rPr>
          <w:i/>
        </w:rPr>
        <w:t>et al.</w:t>
      </w:r>
      <w:r>
        <w:t xml:space="preserve">, 2023a). Multivariate procedures complement pairwise correlation by summarizing simultaneous differences among genotypes. Morphology-based clustering and divergence analysis have successfully differentiated rice landraces and cultivars and identified contrasting parental groups (Kumari </w:t>
      </w:r>
      <w:r>
        <w:rPr>
          <w:i/>
        </w:rPr>
        <w:t>et al.</w:t>
      </w:r>
      <w:r>
        <w:t>, 2025; Sinha &amp; Mishra, 2013; Vanlalrinngama</w:t>
      </w:r>
      <w:r>
        <w:rPr>
          <w:i/>
        </w:rPr>
        <w:t>et al.</w:t>
      </w:r>
      <w:r>
        <w:t>, 2023b).</w:t>
      </w:r>
    </w:p>
    <w:p w:rsidR="00BC6DA2" w:rsidRDefault="00CF0280">
      <w:pPr>
        <w:jc w:val="both"/>
      </w:pPr>
      <w:r>
        <w:t>The present study was</w:t>
      </w:r>
      <w:commentRangeStart w:id="3"/>
      <w:r w:rsidRPr="00D465AB">
        <w:rPr>
          <w:strike/>
        </w:rPr>
        <w:t xml:space="preserve"> therefore</w:t>
      </w:r>
      <w:commentRangeEnd w:id="3"/>
      <w:r w:rsidR="0019212D" w:rsidRPr="00D465AB">
        <w:rPr>
          <w:rStyle w:val="CommentReference"/>
          <w:strike/>
        </w:rPr>
        <w:commentReference w:id="3"/>
      </w:r>
      <w:r w:rsidRPr="00D465AB">
        <w:rPr>
          <w:strike/>
        </w:rPr>
        <w:t xml:space="preserve"> </w:t>
      </w:r>
      <w:r>
        <w:t>undertaken to (i) assess phenotypic relationships among 15 morphological and yield-related traits in 60 rice genotypes, (ii)</w:t>
      </w:r>
      <w:commentRangeStart w:id="4"/>
      <w:r w:rsidRPr="00D465AB">
        <w:rPr>
          <w:strike/>
        </w:rPr>
        <w:t xml:space="preserve"> classify</w:t>
      </w:r>
      <w:r>
        <w:t xml:space="preserve"> </w:t>
      </w:r>
      <w:commentRangeEnd w:id="4"/>
      <w:r w:rsidR="00D465AB">
        <w:rPr>
          <w:rStyle w:val="CommentReference"/>
        </w:rPr>
        <w:commentReference w:id="4"/>
      </w:r>
      <w:r>
        <w:t>the genotypes according to multivariate phenotypic similarity, and (iii) identify divergent groups that may be useful in parental selection for rice improvement.</w:t>
      </w:r>
    </w:p>
    <w:p w:rsidR="00BC6DA2" w:rsidRDefault="00CF0280">
      <w:pPr>
        <w:pStyle w:val="Heading1"/>
      </w:pPr>
      <w:r>
        <w:lastRenderedPageBreak/>
        <w:t>2. Materials and methods</w:t>
      </w:r>
    </w:p>
    <w:p w:rsidR="00BC6DA2" w:rsidRDefault="00CF0280">
      <w:pPr>
        <w:pStyle w:val="Heading2"/>
      </w:pPr>
      <w:r>
        <w:t>2.1 Experimental material and field design</w:t>
      </w:r>
    </w:p>
    <w:p w:rsidR="00BC6DA2" w:rsidRDefault="00CF0280">
      <w:pPr>
        <w:jc w:val="both"/>
      </w:pPr>
      <w:r>
        <w:t xml:space="preserve">The experimental material consisted of 60 rice genotypes, including UPR and CGIL breeding lines and released or locally adapted cultivars (Table 1). The trial was conducted at Pantnagar, Uttarakhand, India, during the 2023 crop season. The genotypes were evaluated in an alpha-lattice design with two replications. Recommended agronomic practices were followed to raise a uniform crop. </w:t>
      </w:r>
    </w:p>
    <w:p w:rsidR="004F5704" w:rsidRDefault="00C644AD">
      <w:pPr>
        <w:keepNext/>
        <w:spacing w:before="120" w:after="80"/>
        <w:jc w:val="center"/>
      </w:pPr>
      <w:commentRangeStart w:id="5"/>
      <w:r>
        <w:rPr>
          <w:b/>
        </w:rPr>
        <w:t>Table 1. Rice genotypes evaluated at Pantnagar during the 2023 crop season.</w:t>
      </w:r>
      <w:commentRangeEnd w:id="5"/>
      <w:r w:rsidR="00675B0E">
        <w:rPr>
          <w:rStyle w:val="CommentReference"/>
        </w:rPr>
        <w:commentReference w:id="5"/>
      </w:r>
    </w:p>
    <w:tbl>
      <w:tblPr>
        <w:tblW w:w="0" w:type="auto"/>
        <w:jc w:val="center"/>
        <w:tblLayout w:type="fixed"/>
        <w:tblLook w:val="04A0"/>
      </w:tblPr>
      <w:tblGrid>
        <w:gridCol w:w="648"/>
        <w:gridCol w:w="4032"/>
        <w:gridCol w:w="648"/>
        <w:gridCol w:w="4032"/>
      </w:tblGrid>
      <w:tr w:rsidR="004F5704">
        <w:trPr>
          <w:tblHeader/>
          <w:jc w:val="center"/>
        </w:trPr>
        <w:tc>
          <w:tcPr>
            <w:tcW w:w="648" w:type="dxa"/>
            <w:shd w:val="clear" w:color="auto" w:fill="D9EAF2"/>
            <w:tcMar>
              <w:top w:w="45" w:type="dxa"/>
              <w:left w:w="70" w:type="dxa"/>
              <w:bottom w:w="45" w:type="dxa"/>
              <w:right w:w="70" w:type="dxa"/>
            </w:tcMar>
          </w:tcPr>
          <w:p w:rsidR="004F5704" w:rsidRDefault="00C644AD">
            <w:commentRangeStart w:id="6"/>
            <w:r>
              <w:rPr>
                <w:b/>
                <w:sz w:val="17"/>
              </w:rPr>
              <w:t>Code</w:t>
            </w:r>
            <w:commentRangeEnd w:id="6"/>
            <w:r w:rsidR="0019212D">
              <w:rPr>
                <w:rStyle w:val="CommentReference"/>
              </w:rPr>
              <w:commentReference w:id="6"/>
            </w:r>
          </w:p>
        </w:tc>
        <w:tc>
          <w:tcPr>
            <w:tcW w:w="4032" w:type="dxa"/>
            <w:shd w:val="clear" w:color="auto" w:fill="D9EAF2"/>
            <w:tcMar>
              <w:top w:w="45" w:type="dxa"/>
              <w:left w:w="70" w:type="dxa"/>
              <w:bottom w:w="45" w:type="dxa"/>
              <w:right w:w="70" w:type="dxa"/>
            </w:tcMar>
          </w:tcPr>
          <w:p w:rsidR="004F5704" w:rsidRDefault="00C644AD">
            <w:commentRangeStart w:id="7"/>
            <w:r>
              <w:rPr>
                <w:b/>
                <w:sz w:val="17"/>
              </w:rPr>
              <w:t>Genotype</w:t>
            </w:r>
            <w:commentRangeEnd w:id="7"/>
            <w:r w:rsidR="0019212D">
              <w:rPr>
                <w:rStyle w:val="CommentReference"/>
              </w:rPr>
              <w:commentReference w:id="7"/>
            </w:r>
          </w:p>
        </w:tc>
        <w:tc>
          <w:tcPr>
            <w:tcW w:w="648" w:type="dxa"/>
            <w:shd w:val="clear" w:color="auto" w:fill="D9EAF2"/>
            <w:tcMar>
              <w:top w:w="45" w:type="dxa"/>
              <w:left w:w="70" w:type="dxa"/>
              <w:bottom w:w="45" w:type="dxa"/>
              <w:right w:w="70" w:type="dxa"/>
            </w:tcMar>
          </w:tcPr>
          <w:p w:rsidR="004F5704" w:rsidRDefault="00C644AD">
            <w:r>
              <w:rPr>
                <w:b/>
                <w:sz w:val="17"/>
              </w:rPr>
              <w:t>Code</w:t>
            </w:r>
          </w:p>
        </w:tc>
        <w:tc>
          <w:tcPr>
            <w:tcW w:w="4032" w:type="dxa"/>
            <w:shd w:val="clear" w:color="auto" w:fill="D9EAF2"/>
            <w:tcMar>
              <w:top w:w="45" w:type="dxa"/>
              <w:left w:w="70" w:type="dxa"/>
              <w:bottom w:w="45" w:type="dxa"/>
              <w:right w:w="70" w:type="dxa"/>
            </w:tcMar>
          </w:tcPr>
          <w:p w:rsidR="004F5704" w:rsidRDefault="00C644AD">
            <w:r>
              <w:rPr>
                <w:b/>
                <w:sz w:val="17"/>
              </w:rPr>
              <w:t>Genotype</w:t>
            </w:r>
          </w:p>
        </w:tc>
      </w:tr>
      <w:tr w:rsidR="004F5704">
        <w:trPr>
          <w:jc w:val="center"/>
        </w:trPr>
        <w:tc>
          <w:tcPr>
            <w:tcW w:w="648" w:type="dxa"/>
            <w:tcMar>
              <w:top w:w="45" w:type="dxa"/>
              <w:left w:w="70" w:type="dxa"/>
              <w:bottom w:w="45" w:type="dxa"/>
              <w:right w:w="70" w:type="dxa"/>
            </w:tcMar>
            <w:vAlign w:val="center"/>
          </w:tcPr>
          <w:p w:rsidR="004F5704" w:rsidRDefault="00C644AD">
            <w:commentRangeStart w:id="8"/>
            <w:r>
              <w:rPr>
                <w:sz w:val="16"/>
              </w:rPr>
              <w:t>1</w:t>
            </w:r>
            <w:commentRangeEnd w:id="8"/>
            <w:r w:rsidR="0019212D">
              <w:rPr>
                <w:rStyle w:val="CommentReference"/>
              </w:rPr>
              <w:commentReference w:id="8"/>
            </w:r>
          </w:p>
        </w:tc>
        <w:tc>
          <w:tcPr>
            <w:tcW w:w="4032" w:type="dxa"/>
            <w:tcMar>
              <w:top w:w="45" w:type="dxa"/>
              <w:left w:w="70" w:type="dxa"/>
              <w:bottom w:w="45" w:type="dxa"/>
              <w:right w:w="70" w:type="dxa"/>
            </w:tcMar>
            <w:vAlign w:val="center"/>
          </w:tcPr>
          <w:p w:rsidR="004F5704" w:rsidRDefault="00C644AD">
            <w:r>
              <w:rPr>
                <w:sz w:val="16"/>
              </w:rPr>
              <w:t>UPR-4466-13-1-1-1</w:t>
            </w:r>
          </w:p>
        </w:tc>
        <w:tc>
          <w:tcPr>
            <w:tcW w:w="648" w:type="dxa"/>
            <w:tcMar>
              <w:top w:w="45" w:type="dxa"/>
              <w:left w:w="70" w:type="dxa"/>
              <w:bottom w:w="45" w:type="dxa"/>
              <w:right w:w="70" w:type="dxa"/>
            </w:tcMar>
            <w:vAlign w:val="center"/>
          </w:tcPr>
          <w:p w:rsidR="004F5704" w:rsidRDefault="00C644AD">
            <w:r>
              <w:rPr>
                <w:sz w:val="16"/>
              </w:rPr>
              <w:t>31</w:t>
            </w:r>
          </w:p>
        </w:tc>
        <w:tc>
          <w:tcPr>
            <w:tcW w:w="4032" w:type="dxa"/>
            <w:tcMar>
              <w:top w:w="45" w:type="dxa"/>
              <w:left w:w="70" w:type="dxa"/>
              <w:bottom w:w="45" w:type="dxa"/>
              <w:right w:w="70" w:type="dxa"/>
            </w:tcMar>
            <w:vAlign w:val="center"/>
          </w:tcPr>
          <w:p w:rsidR="004F5704" w:rsidRDefault="00C644AD">
            <w:r>
              <w:rPr>
                <w:sz w:val="16"/>
              </w:rPr>
              <w:t>CGIL-865-3</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2</w:t>
            </w:r>
          </w:p>
        </w:tc>
        <w:tc>
          <w:tcPr>
            <w:tcW w:w="4032" w:type="dxa"/>
            <w:tcMar>
              <w:top w:w="45" w:type="dxa"/>
              <w:left w:w="70" w:type="dxa"/>
              <w:bottom w:w="45" w:type="dxa"/>
              <w:right w:w="70" w:type="dxa"/>
            </w:tcMar>
            <w:vAlign w:val="center"/>
          </w:tcPr>
          <w:p w:rsidR="004F5704" w:rsidRDefault="00C644AD">
            <w:r>
              <w:rPr>
                <w:sz w:val="16"/>
              </w:rPr>
              <w:t>UPR-4572-3-1-1-1</w:t>
            </w:r>
          </w:p>
        </w:tc>
        <w:tc>
          <w:tcPr>
            <w:tcW w:w="648" w:type="dxa"/>
            <w:tcMar>
              <w:top w:w="45" w:type="dxa"/>
              <w:left w:w="70" w:type="dxa"/>
              <w:bottom w:w="45" w:type="dxa"/>
              <w:right w:w="70" w:type="dxa"/>
            </w:tcMar>
            <w:vAlign w:val="center"/>
          </w:tcPr>
          <w:p w:rsidR="004F5704" w:rsidRDefault="00C644AD">
            <w:r>
              <w:rPr>
                <w:sz w:val="16"/>
              </w:rPr>
              <w:t>32</w:t>
            </w:r>
          </w:p>
        </w:tc>
        <w:tc>
          <w:tcPr>
            <w:tcW w:w="4032" w:type="dxa"/>
            <w:tcMar>
              <w:top w:w="45" w:type="dxa"/>
              <w:left w:w="70" w:type="dxa"/>
              <w:bottom w:w="45" w:type="dxa"/>
              <w:right w:w="70" w:type="dxa"/>
            </w:tcMar>
            <w:vAlign w:val="center"/>
          </w:tcPr>
          <w:p w:rsidR="004F5704" w:rsidRDefault="00C644AD">
            <w:r>
              <w:rPr>
                <w:sz w:val="16"/>
              </w:rPr>
              <w:t>CGIL-1072-3</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3</w:t>
            </w:r>
          </w:p>
        </w:tc>
        <w:tc>
          <w:tcPr>
            <w:tcW w:w="4032" w:type="dxa"/>
            <w:tcMar>
              <w:top w:w="45" w:type="dxa"/>
              <w:left w:w="70" w:type="dxa"/>
              <w:bottom w:w="45" w:type="dxa"/>
              <w:right w:w="70" w:type="dxa"/>
            </w:tcMar>
            <w:vAlign w:val="center"/>
          </w:tcPr>
          <w:p w:rsidR="004F5704" w:rsidRDefault="00C644AD">
            <w:r>
              <w:rPr>
                <w:sz w:val="16"/>
              </w:rPr>
              <w:t>UPR-4574-3-1-1-1</w:t>
            </w:r>
          </w:p>
        </w:tc>
        <w:tc>
          <w:tcPr>
            <w:tcW w:w="648" w:type="dxa"/>
            <w:tcMar>
              <w:top w:w="45" w:type="dxa"/>
              <w:left w:w="70" w:type="dxa"/>
              <w:bottom w:w="45" w:type="dxa"/>
              <w:right w:w="70" w:type="dxa"/>
            </w:tcMar>
            <w:vAlign w:val="center"/>
          </w:tcPr>
          <w:p w:rsidR="004F5704" w:rsidRDefault="00C644AD">
            <w:r>
              <w:rPr>
                <w:sz w:val="16"/>
              </w:rPr>
              <w:t>33</w:t>
            </w:r>
          </w:p>
        </w:tc>
        <w:tc>
          <w:tcPr>
            <w:tcW w:w="4032" w:type="dxa"/>
            <w:tcMar>
              <w:top w:w="45" w:type="dxa"/>
              <w:left w:w="70" w:type="dxa"/>
              <w:bottom w:w="45" w:type="dxa"/>
              <w:right w:w="70" w:type="dxa"/>
            </w:tcMar>
            <w:vAlign w:val="center"/>
          </w:tcPr>
          <w:p w:rsidR="004F5704" w:rsidRDefault="00C644AD">
            <w:r>
              <w:rPr>
                <w:sz w:val="16"/>
              </w:rPr>
              <w:t>CGIL-718-2</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4</w:t>
            </w:r>
          </w:p>
        </w:tc>
        <w:tc>
          <w:tcPr>
            <w:tcW w:w="4032" w:type="dxa"/>
            <w:tcMar>
              <w:top w:w="45" w:type="dxa"/>
              <w:left w:w="70" w:type="dxa"/>
              <w:bottom w:w="45" w:type="dxa"/>
              <w:right w:w="70" w:type="dxa"/>
            </w:tcMar>
            <w:vAlign w:val="center"/>
          </w:tcPr>
          <w:p w:rsidR="004F5704" w:rsidRDefault="00C644AD">
            <w:r>
              <w:rPr>
                <w:sz w:val="16"/>
              </w:rPr>
              <w:t>UPR-4571-2-1-1-1</w:t>
            </w:r>
          </w:p>
        </w:tc>
        <w:tc>
          <w:tcPr>
            <w:tcW w:w="648" w:type="dxa"/>
            <w:tcMar>
              <w:top w:w="45" w:type="dxa"/>
              <w:left w:w="70" w:type="dxa"/>
              <w:bottom w:w="45" w:type="dxa"/>
              <w:right w:w="70" w:type="dxa"/>
            </w:tcMar>
            <w:vAlign w:val="center"/>
          </w:tcPr>
          <w:p w:rsidR="004F5704" w:rsidRDefault="00C644AD">
            <w:r>
              <w:rPr>
                <w:sz w:val="16"/>
              </w:rPr>
              <w:t>34</w:t>
            </w:r>
          </w:p>
        </w:tc>
        <w:tc>
          <w:tcPr>
            <w:tcW w:w="4032" w:type="dxa"/>
            <w:tcMar>
              <w:top w:w="45" w:type="dxa"/>
              <w:left w:w="70" w:type="dxa"/>
              <w:bottom w:w="45" w:type="dxa"/>
              <w:right w:w="70" w:type="dxa"/>
            </w:tcMar>
            <w:vAlign w:val="center"/>
          </w:tcPr>
          <w:p w:rsidR="004F5704" w:rsidRDefault="00C644AD">
            <w:r>
              <w:rPr>
                <w:sz w:val="16"/>
              </w:rPr>
              <w:t>CGIL-1419-1</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5</w:t>
            </w:r>
          </w:p>
        </w:tc>
        <w:tc>
          <w:tcPr>
            <w:tcW w:w="4032" w:type="dxa"/>
            <w:tcMar>
              <w:top w:w="45" w:type="dxa"/>
              <w:left w:w="70" w:type="dxa"/>
              <w:bottom w:w="45" w:type="dxa"/>
              <w:right w:w="70" w:type="dxa"/>
            </w:tcMar>
            <w:vAlign w:val="center"/>
          </w:tcPr>
          <w:p w:rsidR="004F5704" w:rsidRDefault="00C644AD">
            <w:r>
              <w:rPr>
                <w:sz w:val="16"/>
              </w:rPr>
              <w:t>UPR-4079-10-1-1-1</w:t>
            </w:r>
          </w:p>
        </w:tc>
        <w:tc>
          <w:tcPr>
            <w:tcW w:w="648" w:type="dxa"/>
            <w:tcMar>
              <w:top w:w="45" w:type="dxa"/>
              <w:left w:w="70" w:type="dxa"/>
              <w:bottom w:w="45" w:type="dxa"/>
              <w:right w:w="70" w:type="dxa"/>
            </w:tcMar>
            <w:vAlign w:val="center"/>
          </w:tcPr>
          <w:p w:rsidR="004F5704" w:rsidRDefault="00C644AD">
            <w:r>
              <w:rPr>
                <w:sz w:val="16"/>
              </w:rPr>
              <w:t>35</w:t>
            </w:r>
          </w:p>
        </w:tc>
        <w:tc>
          <w:tcPr>
            <w:tcW w:w="4032" w:type="dxa"/>
            <w:tcMar>
              <w:top w:w="45" w:type="dxa"/>
              <w:left w:w="70" w:type="dxa"/>
              <w:bottom w:w="45" w:type="dxa"/>
              <w:right w:w="70" w:type="dxa"/>
            </w:tcMar>
            <w:vAlign w:val="center"/>
          </w:tcPr>
          <w:p w:rsidR="004F5704" w:rsidRDefault="00C644AD">
            <w:r>
              <w:rPr>
                <w:sz w:val="16"/>
              </w:rPr>
              <w:t>CGIL-853-3</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6</w:t>
            </w:r>
          </w:p>
        </w:tc>
        <w:tc>
          <w:tcPr>
            <w:tcW w:w="4032" w:type="dxa"/>
            <w:tcMar>
              <w:top w:w="45" w:type="dxa"/>
              <w:left w:w="70" w:type="dxa"/>
              <w:bottom w:w="45" w:type="dxa"/>
              <w:right w:w="70" w:type="dxa"/>
            </w:tcMar>
            <w:vAlign w:val="center"/>
          </w:tcPr>
          <w:p w:rsidR="004F5704" w:rsidRDefault="00C644AD">
            <w:r>
              <w:rPr>
                <w:sz w:val="16"/>
              </w:rPr>
              <w:t>UPR-4084-14-1-1-1</w:t>
            </w:r>
          </w:p>
        </w:tc>
        <w:tc>
          <w:tcPr>
            <w:tcW w:w="648" w:type="dxa"/>
            <w:tcMar>
              <w:top w:w="45" w:type="dxa"/>
              <w:left w:w="70" w:type="dxa"/>
              <w:bottom w:w="45" w:type="dxa"/>
              <w:right w:w="70" w:type="dxa"/>
            </w:tcMar>
            <w:vAlign w:val="center"/>
          </w:tcPr>
          <w:p w:rsidR="004F5704" w:rsidRDefault="00C644AD">
            <w:r>
              <w:rPr>
                <w:sz w:val="16"/>
              </w:rPr>
              <w:t>36</w:t>
            </w:r>
          </w:p>
        </w:tc>
        <w:tc>
          <w:tcPr>
            <w:tcW w:w="4032" w:type="dxa"/>
            <w:tcMar>
              <w:top w:w="45" w:type="dxa"/>
              <w:left w:w="70" w:type="dxa"/>
              <w:bottom w:w="45" w:type="dxa"/>
              <w:right w:w="70" w:type="dxa"/>
            </w:tcMar>
            <w:vAlign w:val="center"/>
          </w:tcPr>
          <w:p w:rsidR="004F5704" w:rsidRDefault="00C644AD">
            <w:r>
              <w:rPr>
                <w:sz w:val="16"/>
              </w:rPr>
              <w:t>CGIL-644-2</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7</w:t>
            </w:r>
          </w:p>
        </w:tc>
        <w:tc>
          <w:tcPr>
            <w:tcW w:w="4032" w:type="dxa"/>
            <w:tcMar>
              <w:top w:w="45" w:type="dxa"/>
              <w:left w:w="70" w:type="dxa"/>
              <w:bottom w:w="45" w:type="dxa"/>
              <w:right w:w="70" w:type="dxa"/>
            </w:tcMar>
            <w:vAlign w:val="center"/>
          </w:tcPr>
          <w:p w:rsidR="004F5704" w:rsidRDefault="00C644AD">
            <w:r>
              <w:rPr>
                <w:sz w:val="16"/>
              </w:rPr>
              <w:t>UPR-4088-1-1-1</w:t>
            </w:r>
          </w:p>
        </w:tc>
        <w:tc>
          <w:tcPr>
            <w:tcW w:w="648" w:type="dxa"/>
            <w:tcMar>
              <w:top w:w="45" w:type="dxa"/>
              <w:left w:w="70" w:type="dxa"/>
              <w:bottom w:w="45" w:type="dxa"/>
              <w:right w:w="70" w:type="dxa"/>
            </w:tcMar>
            <w:vAlign w:val="center"/>
          </w:tcPr>
          <w:p w:rsidR="004F5704" w:rsidRDefault="00C644AD">
            <w:r>
              <w:rPr>
                <w:sz w:val="16"/>
              </w:rPr>
              <w:t>37</w:t>
            </w:r>
          </w:p>
        </w:tc>
        <w:tc>
          <w:tcPr>
            <w:tcW w:w="4032" w:type="dxa"/>
            <w:tcMar>
              <w:top w:w="45" w:type="dxa"/>
              <w:left w:w="70" w:type="dxa"/>
              <w:bottom w:w="45" w:type="dxa"/>
              <w:right w:w="70" w:type="dxa"/>
            </w:tcMar>
            <w:vAlign w:val="center"/>
          </w:tcPr>
          <w:p w:rsidR="004F5704" w:rsidRDefault="00C644AD">
            <w:r>
              <w:rPr>
                <w:sz w:val="16"/>
              </w:rPr>
              <w:t>CGIL-754-3</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8</w:t>
            </w:r>
          </w:p>
        </w:tc>
        <w:tc>
          <w:tcPr>
            <w:tcW w:w="4032" w:type="dxa"/>
            <w:tcMar>
              <w:top w:w="45" w:type="dxa"/>
              <w:left w:w="70" w:type="dxa"/>
              <w:bottom w:w="45" w:type="dxa"/>
              <w:right w:w="70" w:type="dxa"/>
            </w:tcMar>
            <w:vAlign w:val="center"/>
          </w:tcPr>
          <w:p w:rsidR="004F5704" w:rsidRDefault="00C644AD">
            <w:r>
              <w:rPr>
                <w:sz w:val="16"/>
              </w:rPr>
              <w:t>UPR-4218-17-1-1-2</w:t>
            </w:r>
          </w:p>
        </w:tc>
        <w:tc>
          <w:tcPr>
            <w:tcW w:w="648" w:type="dxa"/>
            <w:tcMar>
              <w:top w:w="45" w:type="dxa"/>
              <w:left w:w="70" w:type="dxa"/>
              <w:bottom w:w="45" w:type="dxa"/>
              <w:right w:w="70" w:type="dxa"/>
            </w:tcMar>
            <w:vAlign w:val="center"/>
          </w:tcPr>
          <w:p w:rsidR="004F5704" w:rsidRDefault="00C644AD">
            <w:r>
              <w:rPr>
                <w:sz w:val="16"/>
              </w:rPr>
              <w:t>38</w:t>
            </w:r>
          </w:p>
        </w:tc>
        <w:tc>
          <w:tcPr>
            <w:tcW w:w="4032" w:type="dxa"/>
            <w:tcMar>
              <w:top w:w="45" w:type="dxa"/>
              <w:left w:w="70" w:type="dxa"/>
              <w:bottom w:w="45" w:type="dxa"/>
              <w:right w:w="70" w:type="dxa"/>
            </w:tcMar>
            <w:vAlign w:val="center"/>
          </w:tcPr>
          <w:p w:rsidR="004F5704" w:rsidRDefault="00C644AD">
            <w:r>
              <w:rPr>
                <w:sz w:val="16"/>
              </w:rPr>
              <w:t>CGIL-908-3</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9</w:t>
            </w:r>
          </w:p>
        </w:tc>
        <w:tc>
          <w:tcPr>
            <w:tcW w:w="4032" w:type="dxa"/>
            <w:tcMar>
              <w:top w:w="45" w:type="dxa"/>
              <w:left w:w="70" w:type="dxa"/>
              <w:bottom w:w="45" w:type="dxa"/>
              <w:right w:w="70" w:type="dxa"/>
            </w:tcMar>
            <w:vAlign w:val="center"/>
          </w:tcPr>
          <w:p w:rsidR="004F5704" w:rsidRDefault="00C644AD">
            <w:r>
              <w:rPr>
                <w:sz w:val="16"/>
              </w:rPr>
              <w:t>UPR-4246-9-1-1-3</w:t>
            </w:r>
          </w:p>
        </w:tc>
        <w:tc>
          <w:tcPr>
            <w:tcW w:w="648" w:type="dxa"/>
            <w:tcMar>
              <w:top w:w="45" w:type="dxa"/>
              <w:left w:w="70" w:type="dxa"/>
              <w:bottom w:w="45" w:type="dxa"/>
              <w:right w:w="70" w:type="dxa"/>
            </w:tcMar>
            <w:vAlign w:val="center"/>
          </w:tcPr>
          <w:p w:rsidR="004F5704" w:rsidRDefault="00C644AD">
            <w:r>
              <w:rPr>
                <w:sz w:val="16"/>
              </w:rPr>
              <w:t>39</w:t>
            </w:r>
          </w:p>
        </w:tc>
        <w:tc>
          <w:tcPr>
            <w:tcW w:w="4032" w:type="dxa"/>
            <w:tcMar>
              <w:top w:w="45" w:type="dxa"/>
              <w:left w:w="70" w:type="dxa"/>
              <w:bottom w:w="45" w:type="dxa"/>
              <w:right w:w="70" w:type="dxa"/>
            </w:tcMar>
            <w:vAlign w:val="center"/>
          </w:tcPr>
          <w:p w:rsidR="004F5704" w:rsidRDefault="00C644AD">
            <w:r>
              <w:rPr>
                <w:sz w:val="16"/>
              </w:rPr>
              <w:t>CGIL-648-2</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10</w:t>
            </w:r>
          </w:p>
        </w:tc>
        <w:tc>
          <w:tcPr>
            <w:tcW w:w="4032" w:type="dxa"/>
            <w:tcMar>
              <w:top w:w="45" w:type="dxa"/>
              <w:left w:w="70" w:type="dxa"/>
              <w:bottom w:w="45" w:type="dxa"/>
              <w:right w:w="70" w:type="dxa"/>
            </w:tcMar>
            <w:vAlign w:val="center"/>
          </w:tcPr>
          <w:p w:rsidR="004F5704" w:rsidRDefault="00C644AD">
            <w:r>
              <w:rPr>
                <w:sz w:val="16"/>
              </w:rPr>
              <w:t>UPR-4257-8-1-1-1</w:t>
            </w:r>
          </w:p>
        </w:tc>
        <w:tc>
          <w:tcPr>
            <w:tcW w:w="648" w:type="dxa"/>
            <w:tcMar>
              <w:top w:w="45" w:type="dxa"/>
              <w:left w:w="70" w:type="dxa"/>
              <w:bottom w:w="45" w:type="dxa"/>
              <w:right w:w="70" w:type="dxa"/>
            </w:tcMar>
            <w:vAlign w:val="center"/>
          </w:tcPr>
          <w:p w:rsidR="004F5704" w:rsidRDefault="00C644AD">
            <w:r>
              <w:rPr>
                <w:sz w:val="16"/>
              </w:rPr>
              <w:t>40</w:t>
            </w:r>
          </w:p>
        </w:tc>
        <w:tc>
          <w:tcPr>
            <w:tcW w:w="4032" w:type="dxa"/>
            <w:tcMar>
              <w:top w:w="45" w:type="dxa"/>
              <w:left w:w="70" w:type="dxa"/>
              <w:bottom w:w="45" w:type="dxa"/>
              <w:right w:w="70" w:type="dxa"/>
            </w:tcMar>
            <w:vAlign w:val="center"/>
          </w:tcPr>
          <w:p w:rsidR="004F5704" w:rsidRDefault="00C644AD">
            <w:r>
              <w:rPr>
                <w:sz w:val="16"/>
              </w:rPr>
              <w:t>CGIL-936-1</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11</w:t>
            </w:r>
          </w:p>
        </w:tc>
        <w:tc>
          <w:tcPr>
            <w:tcW w:w="4032" w:type="dxa"/>
            <w:tcMar>
              <w:top w:w="45" w:type="dxa"/>
              <w:left w:w="70" w:type="dxa"/>
              <w:bottom w:w="45" w:type="dxa"/>
              <w:right w:w="70" w:type="dxa"/>
            </w:tcMar>
            <w:vAlign w:val="center"/>
          </w:tcPr>
          <w:p w:rsidR="004F5704" w:rsidRDefault="00C644AD">
            <w:r>
              <w:rPr>
                <w:sz w:val="16"/>
              </w:rPr>
              <w:t>UPR-4259-2-1-1-3</w:t>
            </w:r>
          </w:p>
        </w:tc>
        <w:tc>
          <w:tcPr>
            <w:tcW w:w="648" w:type="dxa"/>
            <w:tcMar>
              <w:top w:w="45" w:type="dxa"/>
              <w:left w:w="70" w:type="dxa"/>
              <w:bottom w:w="45" w:type="dxa"/>
              <w:right w:w="70" w:type="dxa"/>
            </w:tcMar>
            <w:vAlign w:val="center"/>
          </w:tcPr>
          <w:p w:rsidR="004F5704" w:rsidRDefault="00C644AD">
            <w:r>
              <w:rPr>
                <w:sz w:val="16"/>
              </w:rPr>
              <w:t>41</w:t>
            </w:r>
          </w:p>
        </w:tc>
        <w:tc>
          <w:tcPr>
            <w:tcW w:w="4032" w:type="dxa"/>
            <w:tcMar>
              <w:top w:w="45" w:type="dxa"/>
              <w:left w:w="70" w:type="dxa"/>
              <w:bottom w:w="45" w:type="dxa"/>
              <w:right w:w="70" w:type="dxa"/>
            </w:tcMar>
            <w:vAlign w:val="center"/>
          </w:tcPr>
          <w:p w:rsidR="004F5704" w:rsidRDefault="00C644AD">
            <w:r>
              <w:rPr>
                <w:sz w:val="16"/>
              </w:rPr>
              <w:t>CGIL-801-3</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12</w:t>
            </w:r>
          </w:p>
        </w:tc>
        <w:tc>
          <w:tcPr>
            <w:tcW w:w="4032" w:type="dxa"/>
            <w:tcMar>
              <w:top w:w="45" w:type="dxa"/>
              <w:left w:w="70" w:type="dxa"/>
              <w:bottom w:w="45" w:type="dxa"/>
              <w:right w:w="70" w:type="dxa"/>
            </w:tcMar>
            <w:vAlign w:val="center"/>
          </w:tcPr>
          <w:p w:rsidR="004F5704" w:rsidRDefault="00C644AD">
            <w:r>
              <w:rPr>
                <w:sz w:val="16"/>
              </w:rPr>
              <w:t>UPR-4259-9-1-1-2</w:t>
            </w:r>
          </w:p>
        </w:tc>
        <w:tc>
          <w:tcPr>
            <w:tcW w:w="648" w:type="dxa"/>
            <w:tcMar>
              <w:top w:w="45" w:type="dxa"/>
              <w:left w:w="70" w:type="dxa"/>
              <w:bottom w:w="45" w:type="dxa"/>
              <w:right w:w="70" w:type="dxa"/>
            </w:tcMar>
            <w:vAlign w:val="center"/>
          </w:tcPr>
          <w:p w:rsidR="004F5704" w:rsidRDefault="00C644AD">
            <w:r>
              <w:rPr>
                <w:sz w:val="16"/>
              </w:rPr>
              <w:t>42</w:t>
            </w:r>
          </w:p>
        </w:tc>
        <w:tc>
          <w:tcPr>
            <w:tcW w:w="4032" w:type="dxa"/>
            <w:tcMar>
              <w:top w:w="45" w:type="dxa"/>
              <w:left w:w="70" w:type="dxa"/>
              <w:bottom w:w="45" w:type="dxa"/>
              <w:right w:w="70" w:type="dxa"/>
            </w:tcMar>
            <w:vAlign w:val="center"/>
          </w:tcPr>
          <w:p w:rsidR="004F5704" w:rsidRDefault="00C644AD">
            <w:r>
              <w:rPr>
                <w:sz w:val="16"/>
              </w:rPr>
              <w:t>CGIL-919-3</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13</w:t>
            </w:r>
          </w:p>
        </w:tc>
        <w:tc>
          <w:tcPr>
            <w:tcW w:w="4032" w:type="dxa"/>
            <w:tcMar>
              <w:top w:w="45" w:type="dxa"/>
              <w:left w:w="70" w:type="dxa"/>
              <w:bottom w:w="45" w:type="dxa"/>
              <w:right w:w="70" w:type="dxa"/>
            </w:tcMar>
            <w:vAlign w:val="center"/>
          </w:tcPr>
          <w:p w:rsidR="004F5704" w:rsidRDefault="00C644AD">
            <w:r>
              <w:rPr>
                <w:sz w:val="16"/>
              </w:rPr>
              <w:t>UPR-4451-2-1-1-1</w:t>
            </w:r>
          </w:p>
        </w:tc>
        <w:tc>
          <w:tcPr>
            <w:tcW w:w="648" w:type="dxa"/>
            <w:tcMar>
              <w:top w:w="45" w:type="dxa"/>
              <w:left w:w="70" w:type="dxa"/>
              <w:bottom w:w="45" w:type="dxa"/>
              <w:right w:w="70" w:type="dxa"/>
            </w:tcMar>
            <w:vAlign w:val="center"/>
          </w:tcPr>
          <w:p w:rsidR="004F5704" w:rsidRDefault="00C644AD">
            <w:r>
              <w:rPr>
                <w:sz w:val="16"/>
              </w:rPr>
              <w:t>43</w:t>
            </w:r>
          </w:p>
        </w:tc>
        <w:tc>
          <w:tcPr>
            <w:tcW w:w="4032" w:type="dxa"/>
            <w:tcMar>
              <w:top w:w="45" w:type="dxa"/>
              <w:left w:w="70" w:type="dxa"/>
              <w:bottom w:w="45" w:type="dxa"/>
              <w:right w:w="70" w:type="dxa"/>
            </w:tcMar>
            <w:vAlign w:val="center"/>
          </w:tcPr>
          <w:p w:rsidR="004F5704" w:rsidRDefault="00C644AD">
            <w:r>
              <w:rPr>
                <w:sz w:val="16"/>
              </w:rPr>
              <w:t>CGIL-861-1</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14</w:t>
            </w:r>
          </w:p>
        </w:tc>
        <w:tc>
          <w:tcPr>
            <w:tcW w:w="4032" w:type="dxa"/>
            <w:tcMar>
              <w:top w:w="45" w:type="dxa"/>
              <w:left w:w="70" w:type="dxa"/>
              <w:bottom w:w="45" w:type="dxa"/>
              <w:right w:w="70" w:type="dxa"/>
            </w:tcMar>
            <w:vAlign w:val="center"/>
          </w:tcPr>
          <w:p w:rsidR="004F5704" w:rsidRDefault="00C644AD">
            <w:r>
              <w:rPr>
                <w:sz w:val="16"/>
              </w:rPr>
              <w:t>UPR-4451-7-1-1-1</w:t>
            </w:r>
          </w:p>
        </w:tc>
        <w:tc>
          <w:tcPr>
            <w:tcW w:w="648" w:type="dxa"/>
            <w:tcMar>
              <w:top w:w="45" w:type="dxa"/>
              <w:left w:w="70" w:type="dxa"/>
              <w:bottom w:w="45" w:type="dxa"/>
              <w:right w:w="70" w:type="dxa"/>
            </w:tcMar>
            <w:vAlign w:val="center"/>
          </w:tcPr>
          <w:p w:rsidR="004F5704" w:rsidRDefault="00C644AD">
            <w:r>
              <w:rPr>
                <w:sz w:val="16"/>
              </w:rPr>
              <w:t>44</w:t>
            </w:r>
          </w:p>
        </w:tc>
        <w:tc>
          <w:tcPr>
            <w:tcW w:w="4032" w:type="dxa"/>
            <w:tcMar>
              <w:top w:w="45" w:type="dxa"/>
              <w:left w:w="70" w:type="dxa"/>
              <w:bottom w:w="45" w:type="dxa"/>
              <w:right w:w="70" w:type="dxa"/>
            </w:tcMar>
            <w:vAlign w:val="center"/>
          </w:tcPr>
          <w:p w:rsidR="004F5704" w:rsidRDefault="00C644AD">
            <w:r>
              <w:rPr>
                <w:sz w:val="16"/>
              </w:rPr>
              <w:t>CGIL-918-3</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15</w:t>
            </w:r>
          </w:p>
        </w:tc>
        <w:tc>
          <w:tcPr>
            <w:tcW w:w="4032" w:type="dxa"/>
            <w:tcMar>
              <w:top w:w="45" w:type="dxa"/>
              <w:left w:w="70" w:type="dxa"/>
              <w:bottom w:w="45" w:type="dxa"/>
              <w:right w:w="70" w:type="dxa"/>
            </w:tcMar>
            <w:vAlign w:val="center"/>
          </w:tcPr>
          <w:p w:rsidR="004F5704" w:rsidRDefault="00C644AD">
            <w:r>
              <w:rPr>
                <w:sz w:val="16"/>
              </w:rPr>
              <w:t>UPR-4458-4-1-1-1</w:t>
            </w:r>
          </w:p>
        </w:tc>
        <w:tc>
          <w:tcPr>
            <w:tcW w:w="648" w:type="dxa"/>
            <w:tcMar>
              <w:top w:w="45" w:type="dxa"/>
              <w:left w:w="70" w:type="dxa"/>
              <w:bottom w:w="45" w:type="dxa"/>
              <w:right w:w="70" w:type="dxa"/>
            </w:tcMar>
            <w:vAlign w:val="center"/>
          </w:tcPr>
          <w:p w:rsidR="004F5704" w:rsidRDefault="00C644AD">
            <w:r>
              <w:rPr>
                <w:sz w:val="16"/>
              </w:rPr>
              <w:t>45</w:t>
            </w:r>
          </w:p>
        </w:tc>
        <w:tc>
          <w:tcPr>
            <w:tcW w:w="4032" w:type="dxa"/>
            <w:tcMar>
              <w:top w:w="45" w:type="dxa"/>
              <w:left w:w="70" w:type="dxa"/>
              <w:bottom w:w="45" w:type="dxa"/>
              <w:right w:w="70" w:type="dxa"/>
            </w:tcMar>
            <w:vAlign w:val="center"/>
          </w:tcPr>
          <w:p w:rsidR="004F5704" w:rsidRDefault="00C644AD">
            <w:r>
              <w:rPr>
                <w:sz w:val="16"/>
              </w:rPr>
              <w:t>PD 23</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16</w:t>
            </w:r>
          </w:p>
        </w:tc>
        <w:tc>
          <w:tcPr>
            <w:tcW w:w="4032" w:type="dxa"/>
            <w:tcMar>
              <w:top w:w="45" w:type="dxa"/>
              <w:left w:w="70" w:type="dxa"/>
              <w:bottom w:w="45" w:type="dxa"/>
              <w:right w:w="70" w:type="dxa"/>
            </w:tcMar>
            <w:vAlign w:val="center"/>
          </w:tcPr>
          <w:p w:rsidR="004F5704" w:rsidRDefault="00C644AD">
            <w:r>
              <w:rPr>
                <w:sz w:val="16"/>
              </w:rPr>
              <w:t>UPR-4707-7-1-1-1</w:t>
            </w:r>
          </w:p>
        </w:tc>
        <w:tc>
          <w:tcPr>
            <w:tcW w:w="648" w:type="dxa"/>
            <w:tcMar>
              <w:top w:w="45" w:type="dxa"/>
              <w:left w:w="70" w:type="dxa"/>
              <w:bottom w:w="45" w:type="dxa"/>
              <w:right w:w="70" w:type="dxa"/>
            </w:tcMar>
            <w:vAlign w:val="center"/>
          </w:tcPr>
          <w:p w:rsidR="004F5704" w:rsidRDefault="00C644AD">
            <w:r>
              <w:rPr>
                <w:sz w:val="16"/>
              </w:rPr>
              <w:t>46</w:t>
            </w:r>
          </w:p>
        </w:tc>
        <w:tc>
          <w:tcPr>
            <w:tcW w:w="4032" w:type="dxa"/>
            <w:tcMar>
              <w:top w:w="45" w:type="dxa"/>
              <w:left w:w="70" w:type="dxa"/>
              <w:bottom w:w="45" w:type="dxa"/>
              <w:right w:w="70" w:type="dxa"/>
            </w:tcMar>
            <w:vAlign w:val="center"/>
          </w:tcPr>
          <w:p w:rsidR="004F5704" w:rsidRDefault="00C644AD">
            <w:r>
              <w:rPr>
                <w:sz w:val="16"/>
              </w:rPr>
              <w:t>HANSRAJ</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17</w:t>
            </w:r>
          </w:p>
        </w:tc>
        <w:tc>
          <w:tcPr>
            <w:tcW w:w="4032" w:type="dxa"/>
            <w:tcMar>
              <w:top w:w="45" w:type="dxa"/>
              <w:left w:w="70" w:type="dxa"/>
              <w:bottom w:w="45" w:type="dxa"/>
              <w:right w:w="70" w:type="dxa"/>
            </w:tcMar>
            <w:vAlign w:val="center"/>
          </w:tcPr>
          <w:p w:rsidR="004F5704" w:rsidRDefault="00C644AD">
            <w:r>
              <w:rPr>
                <w:sz w:val="16"/>
              </w:rPr>
              <w:t>UPR-4707-9-1-1-1</w:t>
            </w:r>
          </w:p>
        </w:tc>
        <w:tc>
          <w:tcPr>
            <w:tcW w:w="648" w:type="dxa"/>
            <w:tcMar>
              <w:top w:w="45" w:type="dxa"/>
              <w:left w:w="70" w:type="dxa"/>
              <w:bottom w:w="45" w:type="dxa"/>
              <w:right w:w="70" w:type="dxa"/>
            </w:tcMar>
            <w:vAlign w:val="center"/>
          </w:tcPr>
          <w:p w:rsidR="004F5704" w:rsidRDefault="00C644AD">
            <w:r>
              <w:rPr>
                <w:sz w:val="16"/>
              </w:rPr>
              <w:t>47</w:t>
            </w:r>
          </w:p>
        </w:tc>
        <w:tc>
          <w:tcPr>
            <w:tcW w:w="4032" w:type="dxa"/>
            <w:tcMar>
              <w:top w:w="45" w:type="dxa"/>
              <w:left w:w="70" w:type="dxa"/>
              <w:bottom w:w="45" w:type="dxa"/>
              <w:right w:w="70" w:type="dxa"/>
            </w:tcMar>
            <w:vAlign w:val="center"/>
          </w:tcPr>
          <w:p w:rsidR="004F5704" w:rsidRDefault="00C644AD">
            <w:r>
              <w:rPr>
                <w:sz w:val="16"/>
              </w:rPr>
              <w:t>PRASAD</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18</w:t>
            </w:r>
          </w:p>
        </w:tc>
        <w:tc>
          <w:tcPr>
            <w:tcW w:w="4032" w:type="dxa"/>
            <w:tcMar>
              <w:top w:w="45" w:type="dxa"/>
              <w:left w:w="70" w:type="dxa"/>
              <w:bottom w:w="45" w:type="dxa"/>
              <w:right w:w="70" w:type="dxa"/>
            </w:tcMar>
            <w:vAlign w:val="center"/>
          </w:tcPr>
          <w:p w:rsidR="004F5704" w:rsidRDefault="00C644AD">
            <w:r>
              <w:rPr>
                <w:sz w:val="16"/>
              </w:rPr>
              <w:t>UPR-4706-1-1-1-1</w:t>
            </w:r>
          </w:p>
        </w:tc>
        <w:tc>
          <w:tcPr>
            <w:tcW w:w="648" w:type="dxa"/>
            <w:tcMar>
              <w:top w:w="45" w:type="dxa"/>
              <w:left w:w="70" w:type="dxa"/>
              <w:bottom w:w="45" w:type="dxa"/>
              <w:right w:w="70" w:type="dxa"/>
            </w:tcMar>
            <w:vAlign w:val="center"/>
          </w:tcPr>
          <w:p w:rsidR="004F5704" w:rsidRDefault="00C644AD">
            <w:r>
              <w:rPr>
                <w:sz w:val="16"/>
              </w:rPr>
              <w:t>48</w:t>
            </w:r>
          </w:p>
        </w:tc>
        <w:tc>
          <w:tcPr>
            <w:tcW w:w="4032" w:type="dxa"/>
            <w:tcMar>
              <w:top w:w="45" w:type="dxa"/>
              <w:left w:w="70" w:type="dxa"/>
              <w:bottom w:w="45" w:type="dxa"/>
              <w:right w:w="70" w:type="dxa"/>
            </w:tcMar>
            <w:vAlign w:val="center"/>
          </w:tcPr>
          <w:p w:rsidR="004F5704" w:rsidRDefault="00C644AD">
            <w:r>
              <w:rPr>
                <w:sz w:val="16"/>
              </w:rPr>
              <w:t>GOVIND BHOG</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19</w:t>
            </w:r>
          </w:p>
        </w:tc>
        <w:tc>
          <w:tcPr>
            <w:tcW w:w="4032" w:type="dxa"/>
            <w:tcMar>
              <w:top w:w="45" w:type="dxa"/>
              <w:left w:w="70" w:type="dxa"/>
              <w:bottom w:w="45" w:type="dxa"/>
              <w:right w:w="70" w:type="dxa"/>
            </w:tcMar>
            <w:vAlign w:val="center"/>
          </w:tcPr>
          <w:p w:rsidR="004F5704" w:rsidRDefault="00C644AD">
            <w:r>
              <w:rPr>
                <w:sz w:val="16"/>
              </w:rPr>
              <w:t>UPR-4715-9-1-1-1</w:t>
            </w:r>
          </w:p>
        </w:tc>
        <w:tc>
          <w:tcPr>
            <w:tcW w:w="648" w:type="dxa"/>
            <w:tcMar>
              <w:top w:w="45" w:type="dxa"/>
              <w:left w:w="70" w:type="dxa"/>
              <w:bottom w:w="45" w:type="dxa"/>
              <w:right w:w="70" w:type="dxa"/>
            </w:tcMar>
            <w:vAlign w:val="center"/>
          </w:tcPr>
          <w:p w:rsidR="004F5704" w:rsidRDefault="00C644AD">
            <w:r>
              <w:rPr>
                <w:sz w:val="16"/>
              </w:rPr>
              <w:t>49</w:t>
            </w:r>
          </w:p>
        </w:tc>
        <w:tc>
          <w:tcPr>
            <w:tcW w:w="4032" w:type="dxa"/>
            <w:tcMar>
              <w:top w:w="45" w:type="dxa"/>
              <w:left w:w="70" w:type="dxa"/>
              <w:bottom w:w="45" w:type="dxa"/>
              <w:right w:w="70" w:type="dxa"/>
            </w:tcMar>
            <w:vAlign w:val="center"/>
          </w:tcPr>
          <w:p w:rsidR="004F5704" w:rsidRDefault="00C644AD">
            <w:r>
              <w:rPr>
                <w:sz w:val="16"/>
              </w:rPr>
              <w:t>BINDATI</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20</w:t>
            </w:r>
          </w:p>
        </w:tc>
        <w:tc>
          <w:tcPr>
            <w:tcW w:w="4032" w:type="dxa"/>
            <w:tcMar>
              <w:top w:w="45" w:type="dxa"/>
              <w:left w:w="70" w:type="dxa"/>
              <w:bottom w:w="45" w:type="dxa"/>
              <w:right w:w="70" w:type="dxa"/>
            </w:tcMar>
            <w:vAlign w:val="center"/>
          </w:tcPr>
          <w:p w:rsidR="004F5704" w:rsidRDefault="00C644AD">
            <w:r>
              <w:rPr>
                <w:sz w:val="16"/>
              </w:rPr>
              <w:t>UPR-4712-6-2-1-1</w:t>
            </w:r>
          </w:p>
        </w:tc>
        <w:tc>
          <w:tcPr>
            <w:tcW w:w="648" w:type="dxa"/>
            <w:tcMar>
              <w:top w:w="45" w:type="dxa"/>
              <w:left w:w="70" w:type="dxa"/>
              <w:bottom w:w="45" w:type="dxa"/>
              <w:right w:w="70" w:type="dxa"/>
            </w:tcMar>
            <w:vAlign w:val="center"/>
          </w:tcPr>
          <w:p w:rsidR="004F5704" w:rsidRDefault="00C644AD">
            <w:r>
              <w:rPr>
                <w:sz w:val="16"/>
              </w:rPr>
              <w:t>50</w:t>
            </w:r>
          </w:p>
        </w:tc>
        <w:tc>
          <w:tcPr>
            <w:tcW w:w="4032" w:type="dxa"/>
            <w:tcMar>
              <w:top w:w="45" w:type="dxa"/>
              <w:left w:w="70" w:type="dxa"/>
              <w:bottom w:w="45" w:type="dxa"/>
              <w:right w:w="70" w:type="dxa"/>
            </w:tcMar>
            <w:vAlign w:val="center"/>
          </w:tcPr>
          <w:p w:rsidR="004F5704" w:rsidRDefault="00C644AD">
            <w:r>
              <w:rPr>
                <w:sz w:val="16"/>
              </w:rPr>
              <w:t>IR 64</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21</w:t>
            </w:r>
          </w:p>
        </w:tc>
        <w:tc>
          <w:tcPr>
            <w:tcW w:w="4032" w:type="dxa"/>
            <w:tcMar>
              <w:top w:w="45" w:type="dxa"/>
              <w:left w:w="70" w:type="dxa"/>
              <w:bottom w:w="45" w:type="dxa"/>
              <w:right w:w="70" w:type="dxa"/>
            </w:tcMar>
            <w:vAlign w:val="center"/>
          </w:tcPr>
          <w:p w:rsidR="004F5704" w:rsidRDefault="00C644AD">
            <w:r>
              <w:rPr>
                <w:sz w:val="16"/>
              </w:rPr>
              <w:t>UPR-4714-4-1-1-1</w:t>
            </w:r>
          </w:p>
        </w:tc>
        <w:tc>
          <w:tcPr>
            <w:tcW w:w="648" w:type="dxa"/>
            <w:tcMar>
              <w:top w:w="45" w:type="dxa"/>
              <w:left w:w="70" w:type="dxa"/>
              <w:bottom w:w="45" w:type="dxa"/>
              <w:right w:w="70" w:type="dxa"/>
            </w:tcMar>
            <w:vAlign w:val="center"/>
          </w:tcPr>
          <w:p w:rsidR="004F5704" w:rsidRDefault="00C644AD">
            <w:r>
              <w:rPr>
                <w:sz w:val="16"/>
              </w:rPr>
              <w:t>51</w:t>
            </w:r>
          </w:p>
        </w:tc>
        <w:tc>
          <w:tcPr>
            <w:tcW w:w="4032" w:type="dxa"/>
            <w:tcMar>
              <w:top w:w="45" w:type="dxa"/>
              <w:left w:w="70" w:type="dxa"/>
              <w:bottom w:w="45" w:type="dxa"/>
              <w:right w:w="70" w:type="dxa"/>
            </w:tcMar>
            <w:vAlign w:val="center"/>
          </w:tcPr>
          <w:p w:rsidR="004F5704" w:rsidRDefault="00C644AD">
            <w:r>
              <w:rPr>
                <w:sz w:val="16"/>
              </w:rPr>
              <w:t>GOVIND</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22</w:t>
            </w:r>
          </w:p>
        </w:tc>
        <w:tc>
          <w:tcPr>
            <w:tcW w:w="4032" w:type="dxa"/>
            <w:tcMar>
              <w:top w:w="45" w:type="dxa"/>
              <w:left w:w="70" w:type="dxa"/>
              <w:bottom w:w="45" w:type="dxa"/>
              <w:right w:w="70" w:type="dxa"/>
            </w:tcMar>
            <w:vAlign w:val="center"/>
          </w:tcPr>
          <w:p w:rsidR="004F5704" w:rsidRDefault="00C644AD">
            <w:r>
              <w:rPr>
                <w:sz w:val="16"/>
              </w:rPr>
              <w:t>UPR-4713-1-1-1-1</w:t>
            </w:r>
          </w:p>
        </w:tc>
        <w:tc>
          <w:tcPr>
            <w:tcW w:w="648" w:type="dxa"/>
            <w:tcMar>
              <w:top w:w="45" w:type="dxa"/>
              <w:left w:w="70" w:type="dxa"/>
              <w:bottom w:w="45" w:type="dxa"/>
              <w:right w:w="70" w:type="dxa"/>
            </w:tcMar>
            <w:vAlign w:val="center"/>
          </w:tcPr>
          <w:p w:rsidR="004F5704" w:rsidRDefault="00C644AD">
            <w:r>
              <w:rPr>
                <w:sz w:val="16"/>
              </w:rPr>
              <w:t>52</w:t>
            </w:r>
          </w:p>
        </w:tc>
        <w:tc>
          <w:tcPr>
            <w:tcW w:w="4032" w:type="dxa"/>
            <w:tcMar>
              <w:top w:w="45" w:type="dxa"/>
              <w:left w:w="70" w:type="dxa"/>
              <w:bottom w:w="45" w:type="dxa"/>
              <w:right w:w="70" w:type="dxa"/>
            </w:tcMar>
            <w:vAlign w:val="center"/>
          </w:tcPr>
          <w:p w:rsidR="004F5704" w:rsidRDefault="00C644AD">
            <w:r>
              <w:rPr>
                <w:sz w:val="16"/>
              </w:rPr>
              <w:t>IR 24</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23</w:t>
            </w:r>
          </w:p>
        </w:tc>
        <w:tc>
          <w:tcPr>
            <w:tcW w:w="4032" w:type="dxa"/>
            <w:tcMar>
              <w:top w:w="45" w:type="dxa"/>
              <w:left w:w="70" w:type="dxa"/>
              <w:bottom w:w="45" w:type="dxa"/>
              <w:right w:w="70" w:type="dxa"/>
            </w:tcMar>
            <w:vAlign w:val="center"/>
          </w:tcPr>
          <w:p w:rsidR="004F5704" w:rsidRDefault="00C644AD">
            <w:r>
              <w:rPr>
                <w:sz w:val="16"/>
              </w:rPr>
              <w:t>UPR-4724-10-2-1-1</w:t>
            </w:r>
          </w:p>
        </w:tc>
        <w:tc>
          <w:tcPr>
            <w:tcW w:w="648" w:type="dxa"/>
            <w:tcMar>
              <w:top w:w="45" w:type="dxa"/>
              <w:left w:w="70" w:type="dxa"/>
              <w:bottom w:w="45" w:type="dxa"/>
              <w:right w:w="70" w:type="dxa"/>
            </w:tcMar>
            <w:vAlign w:val="center"/>
          </w:tcPr>
          <w:p w:rsidR="004F5704" w:rsidRDefault="00C644AD">
            <w:r>
              <w:rPr>
                <w:sz w:val="16"/>
              </w:rPr>
              <w:t>53</w:t>
            </w:r>
          </w:p>
        </w:tc>
        <w:tc>
          <w:tcPr>
            <w:tcW w:w="4032" w:type="dxa"/>
            <w:tcMar>
              <w:top w:w="45" w:type="dxa"/>
              <w:left w:w="70" w:type="dxa"/>
              <w:bottom w:w="45" w:type="dxa"/>
              <w:right w:w="70" w:type="dxa"/>
            </w:tcMar>
            <w:vAlign w:val="center"/>
          </w:tcPr>
          <w:p w:rsidR="004F5704" w:rsidRDefault="00C644AD">
            <w:r>
              <w:rPr>
                <w:sz w:val="16"/>
              </w:rPr>
              <w:t>PSD 17</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24</w:t>
            </w:r>
          </w:p>
        </w:tc>
        <w:tc>
          <w:tcPr>
            <w:tcW w:w="4032" w:type="dxa"/>
            <w:tcMar>
              <w:top w:w="45" w:type="dxa"/>
              <w:left w:w="70" w:type="dxa"/>
              <w:bottom w:w="45" w:type="dxa"/>
              <w:right w:w="70" w:type="dxa"/>
            </w:tcMar>
            <w:vAlign w:val="center"/>
          </w:tcPr>
          <w:p w:rsidR="004F5704" w:rsidRDefault="00C644AD">
            <w:r>
              <w:rPr>
                <w:sz w:val="16"/>
              </w:rPr>
              <w:t>UPR-4707-1-1-1-1</w:t>
            </w:r>
          </w:p>
        </w:tc>
        <w:tc>
          <w:tcPr>
            <w:tcW w:w="648" w:type="dxa"/>
            <w:tcMar>
              <w:top w:w="45" w:type="dxa"/>
              <w:left w:w="70" w:type="dxa"/>
              <w:bottom w:w="45" w:type="dxa"/>
              <w:right w:w="70" w:type="dxa"/>
            </w:tcMar>
            <w:vAlign w:val="center"/>
          </w:tcPr>
          <w:p w:rsidR="004F5704" w:rsidRDefault="00C644AD">
            <w:r>
              <w:rPr>
                <w:sz w:val="16"/>
              </w:rPr>
              <w:t>54</w:t>
            </w:r>
          </w:p>
        </w:tc>
        <w:tc>
          <w:tcPr>
            <w:tcW w:w="4032" w:type="dxa"/>
            <w:tcMar>
              <w:top w:w="45" w:type="dxa"/>
              <w:left w:w="70" w:type="dxa"/>
              <w:bottom w:w="45" w:type="dxa"/>
              <w:right w:w="70" w:type="dxa"/>
            </w:tcMar>
            <w:vAlign w:val="center"/>
          </w:tcPr>
          <w:p w:rsidR="004F5704" w:rsidRDefault="00C644AD">
            <w:r>
              <w:rPr>
                <w:sz w:val="16"/>
              </w:rPr>
              <w:t>TRAORI</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25</w:t>
            </w:r>
          </w:p>
        </w:tc>
        <w:tc>
          <w:tcPr>
            <w:tcW w:w="4032" w:type="dxa"/>
            <w:tcMar>
              <w:top w:w="45" w:type="dxa"/>
              <w:left w:w="70" w:type="dxa"/>
              <w:bottom w:w="45" w:type="dxa"/>
              <w:right w:w="70" w:type="dxa"/>
            </w:tcMar>
            <w:vAlign w:val="center"/>
          </w:tcPr>
          <w:p w:rsidR="004F5704" w:rsidRDefault="00C644AD">
            <w:r>
              <w:rPr>
                <w:sz w:val="16"/>
              </w:rPr>
              <w:t>UPR-4466-2-1-1-1</w:t>
            </w:r>
          </w:p>
        </w:tc>
        <w:tc>
          <w:tcPr>
            <w:tcW w:w="648" w:type="dxa"/>
            <w:tcMar>
              <w:top w:w="45" w:type="dxa"/>
              <w:left w:w="70" w:type="dxa"/>
              <w:bottom w:w="45" w:type="dxa"/>
              <w:right w:w="70" w:type="dxa"/>
            </w:tcMar>
            <w:vAlign w:val="center"/>
          </w:tcPr>
          <w:p w:rsidR="004F5704" w:rsidRDefault="00C644AD">
            <w:r>
              <w:rPr>
                <w:sz w:val="16"/>
              </w:rPr>
              <w:t>55</w:t>
            </w:r>
          </w:p>
        </w:tc>
        <w:tc>
          <w:tcPr>
            <w:tcW w:w="4032" w:type="dxa"/>
            <w:tcMar>
              <w:top w:w="45" w:type="dxa"/>
              <w:left w:w="70" w:type="dxa"/>
              <w:bottom w:w="45" w:type="dxa"/>
              <w:right w:w="70" w:type="dxa"/>
            </w:tcMar>
            <w:vAlign w:val="center"/>
          </w:tcPr>
          <w:p w:rsidR="004F5704" w:rsidRDefault="00C644AD">
            <w:r>
              <w:rPr>
                <w:sz w:val="16"/>
              </w:rPr>
              <w:t>PD 28</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26</w:t>
            </w:r>
          </w:p>
        </w:tc>
        <w:tc>
          <w:tcPr>
            <w:tcW w:w="4032" w:type="dxa"/>
            <w:tcMar>
              <w:top w:w="45" w:type="dxa"/>
              <w:left w:w="70" w:type="dxa"/>
              <w:bottom w:w="45" w:type="dxa"/>
              <w:right w:w="70" w:type="dxa"/>
            </w:tcMar>
            <w:vAlign w:val="center"/>
          </w:tcPr>
          <w:p w:rsidR="004F5704" w:rsidRDefault="00C644AD">
            <w:r>
              <w:rPr>
                <w:sz w:val="16"/>
              </w:rPr>
              <w:t>UPR-4707-6-2-1-1</w:t>
            </w:r>
          </w:p>
        </w:tc>
        <w:tc>
          <w:tcPr>
            <w:tcW w:w="648" w:type="dxa"/>
            <w:tcMar>
              <w:top w:w="45" w:type="dxa"/>
              <w:left w:w="70" w:type="dxa"/>
              <w:bottom w:w="45" w:type="dxa"/>
              <w:right w:w="70" w:type="dxa"/>
            </w:tcMar>
            <w:vAlign w:val="center"/>
          </w:tcPr>
          <w:p w:rsidR="004F5704" w:rsidRDefault="00C644AD">
            <w:r>
              <w:rPr>
                <w:sz w:val="16"/>
              </w:rPr>
              <w:t>56</w:t>
            </w:r>
          </w:p>
        </w:tc>
        <w:tc>
          <w:tcPr>
            <w:tcW w:w="4032" w:type="dxa"/>
            <w:tcMar>
              <w:top w:w="45" w:type="dxa"/>
              <w:left w:w="70" w:type="dxa"/>
              <w:bottom w:w="45" w:type="dxa"/>
              <w:right w:w="70" w:type="dxa"/>
            </w:tcMar>
            <w:vAlign w:val="center"/>
          </w:tcPr>
          <w:p w:rsidR="004F5704" w:rsidRDefault="00C644AD">
            <w:r>
              <w:rPr>
                <w:sz w:val="16"/>
              </w:rPr>
              <w:t>PANT BAS 1</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27</w:t>
            </w:r>
          </w:p>
        </w:tc>
        <w:tc>
          <w:tcPr>
            <w:tcW w:w="4032" w:type="dxa"/>
            <w:tcMar>
              <w:top w:w="45" w:type="dxa"/>
              <w:left w:w="70" w:type="dxa"/>
              <w:bottom w:w="45" w:type="dxa"/>
              <w:right w:w="70" w:type="dxa"/>
            </w:tcMar>
            <w:vAlign w:val="center"/>
          </w:tcPr>
          <w:p w:rsidR="004F5704" w:rsidRDefault="00C644AD">
            <w:r>
              <w:rPr>
                <w:sz w:val="16"/>
              </w:rPr>
              <w:t>CGIL-1303-3</w:t>
            </w:r>
          </w:p>
        </w:tc>
        <w:tc>
          <w:tcPr>
            <w:tcW w:w="648" w:type="dxa"/>
            <w:tcMar>
              <w:top w:w="45" w:type="dxa"/>
              <w:left w:w="70" w:type="dxa"/>
              <w:bottom w:w="45" w:type="dxa"/>
              <w:right w:w="70" w:type="dxa"/>
            </w:tcMar>
            <w:vAlign w:val="center"/>
          </w:tcPr>
          <w:p w:rsidR="004F5704" w:rsidRDefault="00C644AD">
            <w:r>
              <w:rPr>
                <w:sz w:val="16"/>
              </w:rPr>
              <w:t>57</w:t>
            </w:r>
          </w:p>
        </w:tc>
        <w:tc>
          <w:tcPr>
            <w:tcW w:w="4032" w:type="dxa"/>
            <w:tcMar>
              <w:top w:w="45" w:type="dxa"/>
              <w:left w:w="70" w:type="dxa"/>
              <w:bottom w:w="45" w:type="dxa"/>
              <w:right w:w="70" w:type="dxa"/>
            </w:tcMar>
            <w:vAlign w:val="center"/>
          </w:tcPr>
          <w:p w:rsidR="004F5704" w:rsidRDefault="00C644AD">
            <w:r>
              <w:rPr>
                <w:sz w:val="16"/>
              </w:rPr>
              <w:t>PSD 27</w:t>
            </w:r>
          </w:p>
        </w:tc>
      </w:tr>
      <w:tr w:rsidR="004F5704">
        <w:trPr>
          <w:jc w:val="center"/>
        </w:trPr>
        <w:tc>
          <w:tcPr>
            <w:tcW w:w="648" w:type="dxa"/>
            <w:tcMar>
              <w:top w:w="45" w:type="dxa"/>
              <w:left w:w="70" w:type="dxa"/>
              <w:bottom w:w="45" w:type="dxa"/>
              <w:right w:w="70" w:type="dxa"/>
            </w:tcMar>
            <w:vAlign w:val="center"/>
          </w:tcPr>
          <w:p w:rsidR="004F5704" w:rsidRDefault="00C644AD">
            <w:r>
              <w:rPr>
                <w:sz w:val="16"/>
              </w:rPr>
              <w:lastRenderedPageBreak/>
              <w:t>28</w:t>
            </w:r>
          </w:p>
        </w:tc>
        <w:tc>
          <w:tcPr>
            <w:tcW w:w="4032" w:type="dxa"/>
            <w:tcMar>
              <w:top w:w="45" w:type="dxa"/>
              <w:left w:w="70" w:type="dxa"/>
              <w:bottom w:w="45" w:type="dxa"/>
              <w:right w:w="70" w:type="dxa"/>
            </w:tcMar>
            <w:vAlign w:val="center"/>
          </w:tcPr>
          <w:p w:rsidR="004F5704" w:rsidRDefault="00C644AD">
            <w:r>
              <w:rPr>
                <w:sz w:val="16"/>
              </w:rPr>
              <w:t>CGIL-803-1</w:t>
            </w:r>
          </w:p>
        </w:tc>
        <w:tc>
          <w:tcPr>
            <w:tcW w:w="648" w:type="dxa"/>
            <w:tcMar>
              <w:top w:w="45" w:type="dxa"/>
              <w:left w:w="70" w:type="dxa"/>
              <w:bottom w:w="45" w:type="dxa"/>
              <w:right w:w="70" w:type="dxa"/>
            </w:tcMar>
            <w:vAlign w:val="center"/>
          </w:tcPr>
          <w:p w:rsidR="004F5704" w:rsidRDefault="00C644AD">
            <w:r>
              <w:rPr>
                <w:sz w:val="16"/>
              </w:rPr>
              <w:t>58</w:t>
            </w:r>
          </w:p>
        </w:tc>
        <w:tc>
          <w:tcPr>
            <w:tcW w:w="4032" w:type="dxa"/>
            <w:tcMar>
              <w:top w:w="45" w:type="dxa"/>
              <w:left w:w="70" w:type="dxa"/>
              <w:bottom w:w="45" w:type="dxa"/>
              <w:right w:w="70" w:type="dxa"/>
            </w:tcMar>
            <w:vAlign w:val="center"/>
          </w:tcPr>
          <w:p w:rsidR="004F5704" w:rsidRDefault="00C644AD">
            <w:r>
              <w:rPr>
                <w:sz w:val="16"/>
              </w:rPr>
              <w:t>PD 24</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29</w:t>
            </w:r>
          </w:p>
        </w:tc>
        <w:tc>
          <w:tcPr>
            <w:tcW w:w="4032" w:type="dxa"/>
            <w:tcMar>
              <w:top w:w="45" w:type="dxa"/>
              <w:left w:w="70" w:type="dxa"/>
              <w:bottom w:w="45" w:type="dxa"/>
              <w:right w:w="70" w:type="dxa"/>
            </w:tcMar>
            <w:vAlign w:val="center"/>
          </w:tcPr>
          <w:p w:rsidR="004F5704" w:rsidRDefault="00C644AD">
            <w:r>
              <w:rPr>
                <w:sz w:val="16"/>
              </w:rPr>
              <w:t>CGIL-1065-3</w:t>
            </w:r>
          </w:p>
        </w:tc>
        <w:tc>
          <w:tcPr>
            <w:tcW w:w="648" w:type="dxa"/>
            <w:tcMar>
              <w:top w:w="45" w:type="dxa"/>
              <w:left w:w="70" w:type="dxa"/>
              <w:bottom w:w="45" w:type="dxa"/>
              <w:right w:w="70" w:type="dxa"/>
            </w:tcMar>
            <w:vAlign w:val="center"/>
          </w:tcPr>
          <w:p w:rsidR="004F5704" w:rsidRDefault="00C644AD">
            <w:r>
              <w:rPr>
                <w:sz w:val="16"/>
              </w:rPr>
              <w:t>59</w:t>
            </w:r>
          </w:p>
        </w:tc>
        <w:tc>
          <w:tcPr>
            <w:tcW w:w="4032" w:type="dxa"/>
            <w:tcMar>
              <w:top w:w="45" w:type="dxa"/>
              <w:left w:w="70" w:type="dxa"/>
              <w:bottom w:w="45" w:type="dxa"/>
              <w:right w:w="70" w:type="dxa"/>
            </w:tcMar>
            <w:vAlign w:val="center"/>
          </w:tcPr>
          <w:p w:rsidR="004F5704" w:rsidRDefault="00C644AD">
            <w:r>
              <w:rPr>
                <w:sz w:val="16"/>
              </w:rPr>
              <w:t>PUSA 44</w:t>
            </w:r>
          </w:p>
        </w:tc>
      </w:tr>
      <w:tr w:rsidR="004F5704">
        <w:trPr>
          <w:jc w:val="center"/>
        </w:trPr>
        <w:tc>
          <w:tcPr>
            <w:tcW w:w="648" w:type="dxa"/>
            <w:tcMar>
              <w:top w:w="45" w:type="dxa"/>
              <w:left w:w="70" w:type="dxa"/>
              <w:bottom w:w="45" w:type="dxa"/>
              <w:right w:w="70" w:type="dxa"/>
            </w:tcMar>
            <w:vAlign w:val="center"/>
          </w:tcPr>
          <w:p w:rsidR="004F5704" w:rsidRDefault="00C644AD">
            <w:r>
              <w:rPr>
                <w:sz w:val="16"/>
              </w:rPr>
              <w:t>30</w:t>
            </w:r>
          </w:p>
        </w:tc>
        <w:tc>
          <w:tcPr>
            <w:tcW w:w="4032" w:type="dxa"/>
            <w:tcMar>
              <w:top w:w="45" w:type="dxa"/>
              <w:left w:w="70" w:type="dxa"/>
              <w:bottom w:w="45" w:type="dxa"/>
              <w:right w:w="70" w:type="dxa"/>
            </w:tcMar>
            <w:vAlign w:val="center"/>
          </w:tcPr>
          <w:p w:rsidR="004F5704" w:rsidRDefault="00C644AD">
            <w:r>
              <w:rPr>
                <w:sz w:val="16"/>
              </w:rPr>
              <w:t>CGIL-96-2</w:t>
            </w:r>
          </w:p>
        </w:tc>
        <w:tc>
          <w:tcPr>
            <w:tcW w:w="648" w:type="dxa"/>
            <w:tcMar>
              <w:top w:w="45" w:type="dxa"/>
              <w:left w:w="70" w:type="dxa"/>
              <w:bottom w:w="45" w:type="dxa"/>
              <w:right w:w="70" w:type="dxa"/>
            </w:tcMar>
            <w:vAlign w:val="center"/>
          </w:tcPr>
          <w:p w:rsidR="004F5704" w:rsidRDefault="00C644AD">
            <w:r>
              <w:rPr>
                <w:sz w:val="16"/>
              </w:rPr>
              <w:t>60</w:t>
            </w:r>
          </w:p>
        </w:tc>
        <w:tc>
          <w:tcPr>
            <w:tcW w:w="4032" w:type="dxa"/>
            <w:tcMar>
              <w:top w:w="45" w:type="dxa"/>
              <w:left w:w="70" w:type="dxa"/>
              <w:bottom w:w="45" w:type="dxa"/>
              <w:right w:w="70" w:type="dxa"/>
            </w:tcMar>
            <w:vAlign w:val="center"/>
          </w:tcPr>
          <w:p w:rsidR="004F5704" w:rsidRDefault="00C644AD">
            <w:r>
              <w:rPr>
                <w:sz w:val="16"/>
              </w:rPr>
              <w:t>IET-4687-9-1-1-1</w:t>
            </w:r>
          </w:p>
        </w:tc>
      </w:tr>
    </w:tbl>
    <w:p w:rsidR="00BC6DA2" w:rsidRDefault="00CF0280">
      <w:pPr>
        <w:pStyle w:val="Heading2"/>
      </w:pPr>
      <w:r>
        <w:t>2.2 Traits recorded</w:t>
      </w:r>
    </w:p>
    <w:p w:rsidR="00BC6DA2" w:rsidRDefault="00CF0280">
      <w:pPr>
        <w:jc w:val="both"/>
      </w:pPr>
      <w:r>
        <w:t xml:space="preserve">Observations were recorded for 15 traits: plant height (PH), flag-leaf length (FLL), flag-leaf breadth (FLB), leaf area (LA), days to 50% flowering (DFF), number of panicles per plant (NPP), panicle length (PL), number of grains per panicle (NG/P), grain yield </w:t>
      </w:r>
      <w:r w:rsidR="0058405E">
        <w:t>per plant</w:t>
      </w:r>
      <w:r>
        <w:t xml:space="preserve">(GY), biological yield </w:t>
      </w:r>
      <w:r w:rsidR="0058405E">
        <w:t>per plant</w:t>
      </w:r>
      <w:r>
        <w:t xml:space="preserve">(BY), harvest index (HI), grain length (GL), grain breadth (GB), grain length/breadth ratio (L/B) and test weight (TW). </w:t>
      </w:r>
    </w:p>
    <w:p w:rsidR="00BC6DA2" w:rsidRDefault="00CF0280">
      <w:pPr>
        <w:pStyle w:val="Heading2"/>
      </w:pPr>
      <w:r>
        <w:t>2.3 Statistical analysis</w:t>
      </w:r>
    </w:p>
    <w:p w:rsidR="00002B48" w:rsidRDefault="00CF0280" w:rsidP="00DE4016">
      <w:pPr>
        <w:jc w:val="both"/>
      </w:pPr>
      <w:r>
        <w:t xml:space="preserve">Pearson product-moment correlation coefficients (r) were calculated among genotype means in R version 4.3.0, and the correlation matrix was visualized using the ggcorrplot and ggplot2 packages. The coefficient was calculated following Pearson (1895), and its recent application to phenotypic trait associations in rice is described by Islam </w:t>
      </w:r>
      <w:r>
        <w:rPr>
          <w:i/>
        </w:rPr>
        <w:t>et al.</w:t>
      </w:r>
      <w:r>
        <w:t xml:space="preserve"> (2025). Standardized morphological data were subjected to agglomerative hierarchical cluster analysis. Pairwise dissimilarities were calculated using Euclidean distance, and clusters were formed using Ward's linkage algorithm as implemented by the ward.D method in R (Murtagh &amp; Legendre, 2014).</w:t>
      </w:r>
    </w:p>
    <w:p w:rsidR="00BC6DA2" w:rsidRDefault="00CF0280">
      <w:pPr>
        <w:pStyle w:val="Heading1"/>
      </w:pPr>
      <w:r>
        <w:t>3. Results</w:t>
      </w:r>
    </w:p>
    <w:p w:rsidR="00BC6DA2" w:rsidRDefault="00CF0280">
      <w:pPr>
        <w:pStyle w:val="Heading2"/>
      </w:pPr>
      <w:r>
        <w:t>3.1 Correlation among traits</w:t>
      </w:r>
    </w:p>
    <w:p w:rsidR="00BC6DA2" w:rsidRDefault="00CF0280">
      <w:pPr>
        <w:jc w:val="both"/>
      </w:pPr>
      <w:r>
        <w:t xml:space="preserve">The correlation matrix showed coordinated variation among plant architecture, phenology, yield components and grain dimensions (Figure 1). Grain yield had a strong positive correlation with harvest index (r = 0.81, P &lt; 0.01), indicating that genotypes allocating a larger proportion of biomass to grain tended to yield more. In contrast, grain yield was negatively correlated with biological yield (r = -0.35, P &lt; 0.01). Grain yield showed no statistically significant correlation with the remaining measured traits </w:t>
      </w:r>
      <w:commentRangeStart w:id="9"/>
      <w:r w:rsidRPr="00D61F0C">
        <w:rPr>
          <w:strike/>
        </w:rPr>
        <w:t>in this dataset.</w:t>
      </w:r>
      <w:commentRangeEnd w:id="9"/>
      <w:r w:rsidR="00D61F0C">
        <w:rPr>
          <w:rStyle w:val="CommentReference"/>
        </w:rPr>
        <w:commentReference w:id="9"/>
      </w:r>
    </w:p>
    <w:p w:rsidR="00BC6DA2" w:rsidRDefault="00CF0280">
      <w:pPr>
        <w:jc w:val="both"/>
      </w:pPr>
      <w:r>
        <w:t>Biological yield was positively correlated with DFF (r = 0.79, P &lt; 0.01), FLL (r = 0.69, P &lt; 0.01), LA (r = 0.68, P &lt; 0.01), NG/P (r = 0.36, P &lt; 0.01), PH (r = 0.27, P &lt; 0.05) and PL (r = 0.27, P &lt; 0.05), but was negatively associated with HI (r = -0.81, P &lt; 0.01). Strong structural relationships included PH with PL (r = 0.95, P &lt; 0.01), FLL with DFF (r = 0.92, P &lt; 0.01), DFF with LA (r = 0.73, P &lt; 0.01), FLL with LA (r = 0.73, P &lt; 0.01), and FLB with LA (r = 0.69, P &lt; 0.01). PL was positively correlated with NG/P (r = 0.40, P &lt; 0.01). Grain dimensions were interdependent: GL correlated positively with L/B (r = 0.74, P &lt; 0.01) and TW (r = 0.31, P &lt; 0.05); GB correlated negatively with L/B (r = -0.80, P &lt; 0.01) but positively with TW (r = 0.74, P &lt; 0.01); and L/B correlated negatively with TW (r = -0.33, P &lt; 0.01).</w:t>
      </w:r>
    </w:p>
    <w:p w:rsidR="00BC6DA2" w:rsidRDefault="00CF0280">
      <w:pPr>
        <w:keepNext/>
        <w:jc w:val="center"/>
      </w:pPr>
      <w:r>
        <w:rPr>
          <w:b/>
          <w:sz w:val="18"/>
        </w:rPr>
        <w:lastRenderedPageBreak/>
        <w:t>Figure 1. Pearson correlation matrix among 15 traits evaluated in 60 rice genotypes at Pantnagar during 2023.</w:t>
      </w:r>
    </w:p>
    <w:p w:rsidR="00BC6DA2" w:rsidRDefault="00CF0280">
      <w:pPr>
        <w:jc w:val="center"/>
      </w:pPr>
      <w:r>
        <w:rPr>
          <w:noProof/>
        </w:rPr>
        <w:drawing>
          <wp:inline distT="0" distB="0" distL="0" distR="0">
            <wp:extent cx="6172200" cy="5554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elogram-1.png"/>
                    <pic:cNvPicPr/>
                  </pic:nvPicPr>
                  <pic:blipFill>
                    <a:blip r:embed="rId9"/>
                    <a:stretch>
                      <a:fillRect/>
                    </a:stretch>
                  </pic:blipFill>
                  <pic:spPr>
                    <a:xfrm>
                      <a:off x="0" y="0"/>
                      <a:ext cx="6172200" cy="5554980"/>
                    </a:xfrm>
                    <a:prstGeom prst="rect">
                      <a:avLst/>
                    </a:prstGeom>
                  </pic:spPr>
                </pic:pic>
              </a:graphicData>
            </a:graphic>
          </wp:inline>
        </w:drawing>
      </w:r>
    </w:p>
    <w:p w:rsidR="00BC6DA2" w:rsidRDefault="00CF0280">
      <w:pPr>
        <w:pStyle w:val="Caption"/>
      </w:pPr>
      <w:r>
        <w:t>PH, plant height; FLL, flag-leaf length; FLB, flag-leaf breadth; LA, leaf area; DFF, days to 50% flowering; NPP, number of panicles per plant; PL, panicle length; NG/P, grains per panicle; GYP/GY, grain yield per plant; BY, biological yield per plant; HI, harvest index; GL, grain length; GW/GB, grain breadth; L/B, length/breadth ratio; TW, test weight. *P &lt; 0.05; **P &lt; 0.01. “NA” attached to diagonal values is a plotting-label artefact and does not represent missing data.</w:t>
      </w:r>
    </w:p>
    <w:p w:rsidR="00BC6DA2" w:rsidRDefault="00CF0280">
      <w:pPr>
        <w:pStyle w:val="Heading2"/>
      </w:pPr>
      <w:r>
        <w:t>3.2 Phenotypic clustering and divergence</w:t>
      </w:r>
    </w:p>
    <w:p w:rsidR="00BC6DA2" w:rsidRDefault="00CF0280">
      <w:pPr>
        <w:jc w:val="both"/>
      </w:pPr>
      <w:r>
        <w:t xml:space="preserve">Hierarchical clustering </w:t>
      </w:r>
      <w:commentRangeStart w:id="10"/>
      <w:r>
        <w:t>resolved</w:t>
      </w:r>
      <w:commentRangeEnd w:id="10"/>
      <w:r w:rsidR="00D61F0C">
        <w:rPr>
          <w:rStyle w:val="CommentReference"/>
        </w:rPr>
        <w:commentReference w:id="10"/>
      </w:r>
      <w:r>
        <w:t xml:space="preserve"> the 60 genotypes into five groups (Figure 2; Table 2). Cluster I was the largest (19 genotypes), followed by Cluster III (14), Cluster IV (10), Cluster V (9) and Cluster II (8). The clusters contained mixtures of advanced breeding lines and named cultivars, showing that the observed phenotypic grouping was not determined solely by the genotype naming series.</w:t>
      </w:r>
    </w:p>
    <w:p w:rsidR="00BC6DA2" w:rsidRDefault="00CF0280">
      <w:pPr>
        <w:keepNext/>
        <w:jc w:val="center"/>
      </w:pPr>
      <w:r>
        <w:t>Table 2. Cluster composition and within-cluster distance of 60 rice genotypes.</w:t>
      </w:r>
    </w:p>
    <w:tbl>
      <w:tblPr>
        <w:tblW w:w="0" w:type="auto"/>
        <w:jc w:val="center"/>
        <w:tblLayout w:type="fixed"/>
        <w:tblLook w:val="04A0"/>
      </w:tblPr>
      <w:tblGrid>
        <w:gridCol w:w="792"/>
        <w:gridCol w:w="504"/>
        <w:gridCol w:w="1512"/>
        <w:gridCol w:w="7200"/>
      </w:tblGrid>
      <w:tr w:rsidR="00BC6DA2">
        <w:trPr>
          <w:jc w:val="center"/>
        </w:trPr>
        <w:tc>
          <w:tcPr>
            <w:tcW w:w="792" w:type="dxa"/>
            <w:shd w:val="clear" w:color="auto" w:fill="D9EAF2"/>
            <w:tcMar>
              <w:top w:w="80" w:type="dxa"/>
              <w:left w:w="100" w:type="dxa"/>
              <w:bottom w:w="80" w:type="dxa"/>
              <w:right w:w="100" w:type="dxa"/>
            </w:tcMar>
            <w:vAlign w:val="center"/>
          </w:tcPr>
          <w:p w:rsidR="00BC6DA2" w:rsidRDefault="00CF0280">
            <w:r>
              <w:rPr>
                <w:b/>
                <w:sz w:val="15"/>
              </w:rPr>
              <w:t>Cluster</w:t>
            </w:r>
          </w:p>
        </w:tc>
        <w:tc>
          <w:tcPr>
            <w:tcW w:w="504" w:type="dxa"/>
            <w:shd w:val="clear" w:color="auto" w:fill="D9EAF2"/>
            <w:tcMar>
              <w:top w:w="80" w:type="dxa"/>
              <w:left w:w="100" w:type="dxa"/>
              <w:bottom w:w="80" w:type="dxa"/>
              <w:right w:w="100" w:type="dxa"/>
            </w:tcMar>
            <w:vAlign w:val="center"/>
          </w:tcPr>
          <w:p w:rsidR="00BC6DA2" w:rsidRDefault="00CF0280">
            <w:r>
              <w:rPr>
                <w:b/>
                <w:sz w:val="15"/>
              </w:rPr>
              <w:t>n</w:t>
            </w:r>
          </w:p>
        </w:tc>
        <w:tc>
          <w:tcPr>
            <w:tcW w:w="1512" w:type="dxa"/>
            <w:shd w:val="clear" w:color="auto" w:fill="D9EAF2"/>
            <w:tcMar>
              <w:top w:w="80" w:type="dxa"/>
              <w:left w:w="100" w:type="dxa"/>
              <w:bottom w:w="80" w:type="dxa"/>
              <w:right w:w="100" w:type="dxa"/>
            </w:tcMar>
            <w:vAlign w:val="center"/>
          </w:tcPr>
          <w:p w:rsidR="00BC6DA2" w:rsidRDefault="00CF0280">
            <w:r>
              <w:rPr>
                <w:b/>
                <w:sz w:val="15"/>
              </w:rPr>
              <w:t>Intra-cluster distance</w:t>
            </w:r>
          </w:p>
        </w:tc>
        <w:tc>
          <w:tcPr>
            <w:tcW w:w="7200" w:type="dxa"/>
            <w:shd w:val="clear" w:color="auto" w:fill="D9EAF2"/>
            <w:tcMar>
              <w:top w:w="80" w:type="dxa"/>
              <w:left w:w="100" w:type="dxa"/>
              <w:bottom w:w="80" w:type="dxa"/>
              <w:right w:w="100" w:type="dxa"/>
            </w:tcMar>
            <w:vAlign w:val="center"/>
          </w:tcPr>
          <w:p w:rsidR="00BC6DA2" w:rsidRDefault="00CF0280">
            <w:r>
              <w:rPr>
                <w:b/>
                <w:sz w:val="15"/>
              </w:rPr>
              <w:t>Genotypes</w:t>
            </w:r>
          </w:p>
        </w:tc>
      </w:tr>
      <w:tr w:rsidR="00BC6DA2">
        <w:trPr>
          <w:jc w:val="center"/>
        </w:trPr>
        <w:tc>
          <w:tcPr>
            <w:tcW w:w="792" w:type="dxa"/>
            <w:tcMar>
              <w:top w:w="80" w:type="dxa"/>
              <w:left w:w="100" w:type="dxa"/>
              <w:bottom w:w="80" w:type="dxa"/>
              <w:right w:w="100" w:type="dxa"/>
            </w:tcMar>
            <w:vAlign w:val="center"/>
          </w:tcPr>
          <w:p w:rsidR="00BC6DA2" w:rsidRDefault="00CF0280">
            <w:r>
              <w:rPr>
                <w:sz w:val="15"/>
              </w:rPr>
              <w:t>1</w:t>
            </w:r>
          </w:p>
        </w:tc>
        <w:tc>
          <w:tcPr>
            <w:tcW w:w="504" w:type="dxa"/>
            <w:tcMar>
              <w:top w:w="80" w:type="dxa"/>
              <w:left w:w="100" w:type="dxa"/>
              <w:bottom w:w="80" w:type="dxa"/>
              <w:right w:w="100" w:type="dxa"/>
            </w:tcMar>
            <w:vAlign w:val="center"/>
          </w:tcPr>
          <w:p w:rsidR="00BC6DA2" w:rsidRDefault="00CF0280">
            <w:r>
              <w:rPr>
                <w:sz w:val="15"/>
              </w:rPr>
              <w:t>19</w:t>
            </w:r>
          </w:p>
        </w:tc>
        <w:tc>
          <w:tcPr>
            <w:tcW w:w="1512" w:type="dxa"/>
            <w:tcMar>
              <w:top w:w="80" w:type="dxa"/>
              <w:left w:w="100" w:type="dxa"/>
              <w:bottom w:w="80" w:type="dxa"/>
              <w:right w:w="100" w:type="dxa"/>
            </w:tcMar>
            <w:vAlign w:val="center"/>
          </w:tcPr>
          <w:p w:rsidR="00BC6DA2" w:rsidRDefault="00CF0280">
            <w:r>
              <w:rPr>
                <w:sz w:val="15"/>
              </w:rPr>
              <w:t>4.012</w:t>
            </w:r>
          </w:p>
        </w:tc>
        <w:tc>
          <w:tcPr>
            <w:tcW w:w="7200" w:type="dxa"/>
            <w:tcMar>
              <w:top w:w="80" w:type="dxa"/>
              <w:left w:w="100" w:type="dxa"/>
              <w:bottom w:w="80" w:type="dxa"/>
              <w:right w:w="100" w:type="dxa"/>
            </w:tcMar>
            <w:vAlign w:val="center"/>
          </w:tcPr>
          <w:p w:rsidR="00BC6DA2" w:rsidRDefault="00CF0280">
            <w:r>
              <w:rPr>
                <w:sz w:val="15"/>
              </w:rPr>
              <w:t>UPR-4466-13-1-1-1, UPR-4571-2-1-1-1, UPR-4079-10-1-1-1, UPR-4084-14-1-1-1, UPR-4246-9-1-1-3, UPR-4458-4-1-1-1, UPR-4706-1-1-1-1, UPR-4714-4-1-1-1, UPR-4466-2-1-1-1, CGIL-96-2, CGIL-1419-1, CGIL-754-3, CGIL-908-3, CGIL-918-3, BINDATI, PSD 17, TRAORI, PD 28, PSD 27</w:t>
            </w:r>
          </w:p>
        </w:tc>
      </w:tr>
      <w:tr w:rsidR="00BC6DA2">
        <w:trPr>
          <w:jc w:val="center"/>
        </w:trPr>
        <w:tc>
          <w:tcPr>
            <w:tcW w:w="792" w:type="dxa"/>
            <w:tcMar>
              <w:top w:w="80" w:type="dxa"/>
              <w:left w:w="100" w:type="dxa"/>
              <w:bottom w:w="80" w:type="dxa"/>
              <w:right w:w="100" w:type="dxa"/>
            </w:tcMar>
            <w:vAlign w:val="center"/>
          </w:tcPr>
          <w:p w:rsidR="00BC6DA2" w:rsidRDefault="00CF0280">
            <w:r>
              <w:rPr>
                <w:sz w:val="15"/>
              </w:rPr>
              <w:lastRenderedPageBreak/>
              <w:t>2</w:t>
            </w:r>
          </w:p>
        </w:tc>
        <w:tc>
          <w:tcPr>
            <w:tcW w:w="504" w:type="dxa"/>
            <w:tcMar>
              <w:top w:w="80" w:type="dxa"/>
              <w:left w:w="100" w:type="dxa"/>
              <w:bottom w:w="80" w:type="dxa"/>
              <w:right w:w="100" w:type="dxa"/>
            </w:tcMar>
            <w:vAlign w:val="center"/>
          </w:tcPr>
          <w:p w:rsidR="00BC6DA2" w:rsidRDefault="00CF0280">
            <w:r>
              <w:rPr>
                <w:sz w:val="15"/>
              </w:rPr>
              <w:t>8</w:t>
            </w:r>
          </w:p>
        </w:tc>
        <w:tc>
          <w:tcPr>
            <w:tcW w:w="1512" w:type="dxa"/>
            <w:tcMar>
              <w:top w:w="80" w:type="dxa"/>
              <w:left w:w="100" w:type="dxa"/>
              <w:bottom w:w="80" w:type="dxa"/>
              <w:right w:w="100" w:type="dxa"/>
            </w:tcMar>
            <w:vAlign w:val="center"/>
          </w:tcPr>
          <w:p w:rsidR="00BC6DA2" w:rsidRDefault="00CF0280">
            <w:r>
              <w:rPr>
                <w:sz w:val="15"/>
              </w:rPr>
              <w:t>3.667</w:t>
            </w:r>
          </w:p>
        </w:tc>
        <w:tc>
          <w:tcPr>
            <w:tcW w:w="7200" w:type="dxa"/>
            <w:tcMar>
              <w:top w:w="80" w:type="dxa"/>
              <w:left w:w="100" w:type="dxa"/>
              <w:bottom w:w="80" w:type="dxa"/>
              <w:right w:w="100" w:type="dxa"/>
            </w:tcMar>
            <w:vAlign w:val="center"/>
          </w:tcPr>
          <w:p w:rsidR="00BC6DA2" w:rsidRDefault="00CF0280">
            <w:r>
              <w:rPr>
                <w:sz w:val="15"/>
              </w:rPr>
              <w:t>UPR-4572-3-1-1-1, UPR-4574-3-1-1-1, UPR-4451-7-1-1-1, UPR-4715-9-1-1-1, CGIL-853-3, CGIL-861-1, HANSRAJ, IR 24</w:t>
            </w:r>
          </w:p>
        </w:tc>
      </w:tr>
      <w:tr w:rsidR="00BC6DA2">
        <w:trPr>
          <w:jc w:val="center"/>
        </w:trPr>
        <w:tc>
          <w:tcPr>
            <w:tcW w:w="792" w:type="dxa"/>
            <w:tcMar>
              <w:top w:w="80" w:type="dxa"/>
              <w:left w:w="100" w:type="dxa"/>
              <w:bottom w:w="80" w:type="dxa"/>
              <w:right w:w="100" w:type="dxa"/>
            </w:tcMar>
            <w:vAlign w:val="center"/>
          </w:tcPr>
          <w:p w:rsidR="00BC6DA2" w:rsidRDefault="00CF0280">
            <w:r>
              <w:rPr>
                <w:sz w:val="15"/>
              </w:rPr>
              <w:t>3</w:t>
            </w:r>
          </w:p>
        </w:tc>
        <w:tc>
          <w:tcPr>
            <w:tcW w:w="504" w:type="dxa"/>
            <w:tcMar>
              <w:top w:w="80" w:type="dxa"/>
              <w:left w:w="100" w:type="dxa"/>
              <w:bottom w:w="80" w:type="dxa"/>
              <w:right w:w="100" w:type="dxa"/>
            </w:tcMar>
            <w:vAlign w:val="center"/>
          </w:tcPr>
          <w:p w:rsidR="00BC6DA2" w:rsidRDefault="00CF0280">
            <w:r>
              <w:rPr>
                <w:sz w:val="15"/>
              </w:rPr>
              <w:t>14</w:t>
            </w:r>
          </w:p>
        </w:tc>
        <w:tc>
          <w:tcPr>
            <w:tcW w:w="1512" w:type="dxa"/>
            <w:tcMar>
              <w:top w:w="80" w:type="dxa"/>
              <w:left w:w="100" w:type="dxa"/>
              <w:bottom w:w="80" w:type="dxa"/>
              <w:right w:w="100" w:type="dxa"/>
            </w:tcMar>
            <w:vAlign w:val="center"/>
          </w:tcPr>
          <w:p w:rsidR="00BC6DA2" w:rsidRDefault="00CF0280">
            <w:r>
              <w:rPr>
                <w:sz w:val="15"/>
              </w:rPr>
              <w:t>4.063</w:t>
            </w:r>
          </w:p>
        </w:tc>
        <w:tc>
          <w:tcPr>
            <w:tcW w:w="7200" w:type="dxa"/>
            <w:tcMar>
              <w:top w:w="80" w:type="dxa"/>
              <w:left w:w="100" w:type="dxa"/>
              <w:bottom w:w="80" w:type="dxa"/>
              <w:right w:w="100" w:type="dxa"/>
            </w:tcMar>
            <w:vAlign w:val="center"/>
          </w:tcPr>
          <w:p w:rsidR="00BC6DA2" w:rsidRDefault="00CF0280">
            <w:r>
              <w:rPr>
                <w:sz w:val="15"/>
              </w:rPr>
              <w:t>UPR-4088-1-1-1, UPR-4259-2-1-1-3, UPR-4707-7-1-1-1, UPR-4707-6-2-1-1, CGIL-1303-3, CGIL-1065-3, CGIL-644-2, CGIL-648-2, CGIL-936-1, CGIL-801-3, PRASAD, IR 64, GOVIND, PD 24</w:t>
            </w:r>
          </w:p>
        </w:tc>
      </w:tr>
      <w:tr w:rsidR="00BC6DA2">
        <w:trPr>
          <w:jc w:val="center"/>
        </w:trPr>
        <w:tc>
          <w:tcPr>
            <w:tcW w:w="792" w:type="dxa"/>
            <w:tcMar>
              <w:top w:w="80" w:type="dxa"/>
              <w:left w:w="100" w:type="dxa"/>
              <w:bottom w:w="80" w:type="dxa"/>
              <w:right w:w="100" w:type="dxa"/>
            </w:tcMar>
            <w:vAlign w:val="center"/>
          </w:tcPr>
          <w:p w:rsidR="00BC6DA2" w:rsidRDefault="00CF0280">
            <w:r>
              <w:rPr>
                <w:sz w:val="15"/>
              </w:rPr>
              <w:t>4</w:t>
            </w:r>
          </w:p>
        </w:tc>
        <w:tc>
          <w:tcPr>
            <w:tcW w:w="504" w:type="dxa"/>
            <w:tcMar>
              <w:top w:w="80" w:type="dxa"/>
              <w:left w:w="100" w:type="dxa"/>
              <w:bottom w:w="80" w:type="dxa"/>
              <w:right w:w="100" w:type="dxa"/>
            </w:tcMar>
            <w:vAlign w:val="center"/>
          </w:tcPr>
          <w:p w:rsidR="00BC6DA2" w:rsidRDefault="00CF0280">
            <w:r>
              <w:rPr>
                <w:sz w:val="15"/>
              </w:rPr>
              <w:t>10</w:t>
            </w:r>
          </w:p>
        </w:tc>
        <w:tc>
          <w:tcPr>
            <w:tcW w:w="1512" w:type="dxa"/>
            <w:tcMar>
              <w:top w:w="80" w:type="dxa"/>
              <w:left w:w="100" w:type="dxa"/>
              <w:bottom w:w="80" w:type="dxa"/>
              <w:right w:w="100" w:type="dxa"/>
            </w:tcMar>
            <w:vAlign w:val="center"/>
          </w:tcPr>
          <w:p w:rsidR="00BC6DA2" w:rsidRDefault="00CF0280">
            <w:r>
              <w:rPr>
                <w:sz w:val="15"/>
              </w:rPr>
              <w:t>4.455</w:t>
            </w:r>
          </w:p>
        </w:tc>
        <w:tc>
          <w:tcPr>
            <w:tcW w:w="7200" w:type="dxa"/>
            <w:tcMar>
              <w:top w:w="80" w:type="dxa"/>
              <w:left w:w="100" w:type="dxa"/>
              <w:bottom w:w="80" w:type="dxa"/>
              <w:right w:w="100" w:type="dxa"/>
            </w:tcMar>
            <w:vAlign w:val="center"/>
          </w:tcPr>
          <w:p w:rsidR="00BC6DA2" w:rsidRDefault="00CF0280">
            <w:r>
              <w:rPr>
                <w:sz w:val="15"/>
              </w:rPr>
              <w:t>UPR-4218-17-1-1-2, UPR-4257-8-1-1-1, UPR-4259-9-1-1-2, UPR-4451-2-1-1-1, UPR-4707-9-1-1-1, UPR-4713-1-1-1-1, UPR-4707-1-1-1-1, CGIL-803-1, PD 23, GOVIND BHOG</w:t>
            </w:r>
          </w:p>
        </w:tc>
      </w:tr>
      <w:tr w:rsidR="00BC6DA2">
        <w:trPr>
          <w:jc w:val="center"/>
        </w:trPr>
        <w:tc>
          <w:tcPr>
            <w:tcW w:w="792" w:type="dxa"/>
            <w:tcMar>
              <w:top w:w="80" w:type="dxa"/>
              <w:left w:w="100" w:type="dxa"/>
              <w:bottom w:w="80" w:type="dxa"/>
              <w:right w:w="100" w:type="dxa"/>
            </w:tcMar>
            <w:vAlign w:val="center"/>
          </w:tcPr>
          <w:p w:rsidR="00BC6DA2" w:rsidRDefault="00CF0280">
            <w:r>
              <w:rPr>
                <w:sz w:val="15"/>
              </w:rPr>
              <w:t>5</w:t>
            </w:r>
          </w:p>
        </w:tc>
        <w:tc>
          <w:tcPr>
            <w:tcW w:w="504" w:type="dxa"/>
            <w:tcMar>
              <w:top w:w="80" w:type="dxa"/>
              <w:left w:w="100" w:type="dxa"/>
              <w:bottom w:w="80" w:type="dxa"/>
              <w:right w:w="100" w:type="dxa"/>
            </w:tcMar>
            <w:vAlign w:val="center"/>
          </w:tcPr>
          <w:p w:rsidR="00BC6DA2" w:rsidRDefault="00CF0280">
            <w:r>
              <w:rPr>
                <w:sz w:val="15"/>
              </w:rPr>
              <w:t>9</w:t>
            </w:r>
          </w:p>
        </w:tc>
        <w:tc>
          <w:tcPr>
            <w:tcW w:w="1512" w:type="dxa"/>
            <w:tcMar>
              <w:top w:w="80" w:type="dxa"/>
              <w:left w:w="100" w:type="dxa"/>
              <w:bottom w:w="80" w:type="dxa"/>
              <w:right w:w="100" w:type="dxa"/>
            </w:tcMar>
            <w:vAlign w:val="center"/>
          </w:tcPr>
          <w:p w:rsidR="00BC6DA2" w:rsidRDefault="00CF0280">
            <w:r>
              <w:rPr>
                <w:sz w:val="15"/>
              </w:rPr>
              <w:t>4.713</w:t>
            </w:r>
          </w:p>
        </w:tc>
        <w:tc>
          <w:tcPr>
            <w:tcW w:w="7200" w:type="dxa"/>
            <w:tcMar>
              <w:top w:w="80" w:type="dxa"/>
              <w:left w:w="100" w:type="dxa"/>
              <w:bottom w:w="80" w:type="dxa"/>
              <w:right w:w="100" w:type="dxa"/>
            </w:tcMar>
            <w:vAlign w:val="center"/>
          </w:tcPr>
          <w:p w:rsidR="00BC6DA2" w:rsidRDefault="00CF0280">
            <w:r>
              <w:rPr>
                <w:sz w:val="15"/>
              </w:rPr>
              <w:t>UPR-4712-6-2-1-1, UPR-4724-10-2-1-1, CGIL-865-3, CGIL-1072-3, CGIL-718-2, CGIL-919-3, PANT BAS 1, PUSA 44, IET-4687-9-1-1-1</w:t>
            </w:r>
          </w:p>
        </w:tc>
      </w:tr>
    </w:tbl>
    <w:p w:rsidR="00BC6DA2" w:rsidRDefault="00CF0280">
      <w:pPr>
        <w:jc w:val="both"/>
      </w:pPr>
      <w:r>
        <w:t>Within-cluster distance ranged from 3.667 in Cluster II to 4.713 in Cluster V. Thus, Cluster II was the most internally homogeneous group, whereas Cluster V showed the greatest dispersion among its members. Inter-cluster distances ranged from 4.826 to 6.885 (Table 3). The greatest separation was observed between Clusters II and IV (6.885), closely followed by Clusters II and III (6.851). The smallest distance occurred between Clusters I and II (4.826), suggesting comparatively greater phenotypic resemblance between these groups.</w:t>
      </w:r>
    </w:p>
    <w:p w:rsidR="00BC6DA2" w:rsidRDefault="00CF0280">
      <w:pPr>
        <w:keepNext/>
        <w:jc w:val="center"/>
      </w:pPr>
      <w:r>
        <w:t xml:space="preserve">Table 3. </w:t>
      </w:r>
      <w:commentRangeStart w:id="11"/>
      <w:r>
        <w:t>Intra- (diagonal) and inter-cluster Euclidean distances among five clusters.</w:t>
      </w:r>
      <w:commentRangeEnd w:id="11"/>
      <w:r w:rsidR="00D61F0C">
        <w:rPr>
          <w:rStyle w:val="CommentReference"/>
        </w:rPr>
        <w:commentReference w:id="11"/>
      </w:r>
    </w:p>
    <w:tbl>
      <w:tblPr>
        <w:tblW w:w="0" w:type="auto"/>
        <w:jc w:val="center"/>
        <w:tblLayout w:type="fixed"/>
        <w:tblLook w:val="04A0"/>
      </w:tblPr>
      <w:tblGrid>
        <w:gridCol w:w="1440"/>
        <w:gridCol w:w="1296"/>
        <w:gridCol w:w="1296"/>
        <w:gridCol w:w="1296"/>
        <w:gridCol w:w="1296"/>
        <w:gridCol w:w="1296"/>
      </w:tblGrid>
      <w:tr w:rsidR="00BC6DA2">
        <w:trPr>
          <w:jc w:val="center"/>
        </w:trPr>
        <w:tc>
          <w:tcPr>
            <w:tcW w:w="1440" w:type="dxa"/>
            <w:shd w:val="clear" w:color="auto" w:fill="D9EAF2"/>
            <w:tcMar>
              <w:top w:w="80" w:type="dxa"/>
              <w:left w:w="100" w:type="dxa"/>
              <w:bottom w:w="80" w:type="dxa"/>
              <w:right w:w="100" w:type="dxa"/>
            </w:tcMar>
            <w:vAlign w:val="center"/>
          </w:tcPr>
          <w:p w:rsidR="00BC6DA2" w:rsidRDefault="00CF0280">
            <w:commentRangeStart w:id="12"/>
            <w:r>
              <w:rPr>
                <w:b/>
                <w:sz w:val="18"/>
              </w:rPr>
              <w:t>Cluster</w:t>
            </w:r>
          </w:p>
        </w:tc>
        <w:tc>
          <w:tcPr>
            <w:tcW w:w="1296" w:type="dxa"/>
            <w:shd w:val="clear" w:color="auto" w:fill="D9EAF2"/>
            <w:tcMar>
              <w:top w:w="80" w:type="dxa"/>
              <w:left w:w="100" w:type="dxa"/>
              <w:bottom w:w="80" w:type="dxa"/>
              <w:right w:w="100" w:type="dxa"/>
            </w:tcMar>
            <w:vAlign w:val="center"/>
          </w:tcPr>
          <w:p w:rsidR="00BC6DA2" w:rsidRDefault="00CF0280">
            <w:r>
              <w:rPr>
                <w:b/>
                <w:sz w:val="18"/>
              </w:rPr>
              <w:t>I</w:t>
            </w:r>
          </w:p>
        </w:tc>
        <w:tc>
          <w:tcPr>
            <w:tcW w:w="1296" w:type="dxa"/>
            <w:shd w:val="clear" w:color="auto" w:fill="D9EAF2"/>
            <w:tcMar>
              <w:top w:w="80" w:type="dxa"/>
              <w:left w:w="100" w:type="dxa"/>
              <w:bottom w:w="80" w:type="dxa"/>
              <w:right w:w="100" w:type="dxa"/>
            </w:tcMar>
            <w:vAlign w:val="center"/>
          </w:tcPr>
          <w:p w:rsidR="00BC6DA2" w:rsidRDefault="00CF0280">
            <w:r>
              <w:rPr>
                <w:b/>
                <w:sz w:val="18"/>
              </w:rPr>
              <w:t>II</w:t>
            </w:r>
          </w:p>
        </w:tc>
        <w:tc>
          <w:tcPr>
            <w:tcW w:w="1296" w:type="dxa"/>
            <w:shd w:val="clear" w:color="auto" w:fill="D9EAF2"/>
            <w:tcMar>
              <w:top w:w="80" w:type="dxa"/>
              <w:left w:w="100" w:type="dxa"/>
              <w:bottom w:w="80" w:type="dxa"/>
              <w:right w:w="100" w:type="dxa"/>
            </w:tcMar>
            <w:vAlign w:val="center"/>
          </w:tcPr>
          <w:p w:rsidR="00BC6DA2" w:rsidRDefault="00CF0280">
            <w:r>
              <w:rPr>
                <w:b/>
                <w:sz w:val="18"/>
              </w:rPr>
              <w:t>III</w:t>
            </w:r>
          </w:p>
        </w:tc>
        <w:tc>
          <w:tcPr>
            <w:tcW w:w="1296" w:type="dxa"/>
            <w:shd w:val="clear" w:color="auto" w:fill="D9EAF2"/>
            <w:tcMar>
              <w:top w:w="80" w:type="dxa"/>
              <w:left w:w="100" w:type="dxa"/>
              <w:bottom w:w="80" w:type="dxa"/>
              <w:right w:w="100" w:type="dxa"/>
            </w:tcMar>
            <w:vAlign w:val="center"/>
          </w:tcPr>
          <w:p w:rsidR="00BC6DA2" w:rsidRDefault="00CF0280">
            <w:r>
              <w:rPr>
                <w:b/>
                <w:sz w:val="18"/>
              </w:rPr>
              <w:t>IV</w:t>
            </w:r>
          </w:p>
        </w:tc>
        <w:tc>
          <w:tcPr>
            <w:tcW w:w="1296" w:type="dxa"/>
            <w:shd w:val="clear" w:color="auto" w:fill="D9EAF2"/>
            <w:tcMar>
              <w:top w:w="80" w:type="dxa"/>
              <w:left w:w="100" w:type="dxa"/>
              <w:bottom w:w="80" w:type="dxa"/>
              <w:right w:w="100" w:type="dxa"/>
            </w:tcMar>
            <w:vAlign w:val="center"/>
          </w:tcPr>
          <w:p w:rsidR="00BC6DA2" w:rsidRDefault="00CF0280">
            <w:r>
              <w:rPr>
                <w:b/>
                <w:sz w:val="18"/>
              </w:rPr>
              <w:t>V</w:t>
            </w:r>
          </w:p>
        </w:tc>
      </w:tr>
      <w:tr w:rsidR="00BC6DA2">
        <w:trPr>
          <w:jc w:val="center"/>
        </w:trPr>
        <w:tc>
          <w:tcPr>
            <w:tcW w:w="1440" w:type="dxa"/>
            <w:tcMar>
              <w:top w:w="80" w:type="dxa"/>
              <w:left w:w="100" w:type="dxa"/>
              <w:bottom w:w="80" w:type="dxa"/>
              <w:right w:w="100" w:type="dxa"/>
            </w:tcMar>
            <w:vAlign w:val="center"/>
          </w:tcPr>
          <w:p w:rsidR="00BC6DA2" w:rsidRDefault="00CF0280">
            <w:r>
              <w:rPr>
                <w:sz w:val="18"/>
              </w:rPr>
              <w:t>I</w:t>
            </w:r>
          </w:p>
        </w:tc>
        <w:tc>
          <w:tcPr>
            <w:tcW w:w="1296" w:type="dxa"/>
            <w:tcMar>
              <w:top w:w="80" w:type="dxa"/>
              <w:left w:w="100" w:type="dxa"/>
              <w:bottom w:w="80" w:type="dxa"/>
              <w:right w:w="100" w:type="dxa"/>
            </w:tcMar>
            <w:vAlign w:val="center"/>
          </w:tcPr>
          <w:p w:rsidR="00BC6DA2" w:rsidRPr="002D3850" w:rsidRDefault="00CF0280">
            <w:pPr>
              <w:rPr>
                <w:strike/>
              </w:rPr>
            </w:pPr>
            <w:commentRangeStart w:id="13"/>
            <w:r w:rsidRPr="002D3850">
              <w:rPr>
                <w:strike/>
                <w:sz w:val="18"/>
              </w:rPr>
              <w:t>4.012</w:t>
            </w:r>
            <w:commentRangeEnd w:id="13"/>
            <w:r w:rsidR="002D3850">
              <w:rPr>
                <w:rStyle w:val="CommentReference"/>
              </w:rPr>
              <w:commentReference w:id="13"/>
            </w:r>
          </w:p>
        </w:tc>
        <w:tc>
          <w:tcPr>
            <w:tcW w:w="1296" w:type="dxa"/>
            <w:tcMar>
              <w:top w:w="80" w:type="dxa"/>
              <w:left w:w="100" w:type="dxa"/>
              <w:bottom w:w="80" w:type="dxa"/>
              <w:right w:w="100" w:type="dxa"/>
            </w:tcMar>
            <w:vAlign w:val="center"/>
          </w:tcPr>
          <w:p w:rsidR="00BC6DA2" w:rsidRDefault="00CF0280">
            <w:r>
              <w:rPr>
                <w:sz w:val="18"/>
              </w:rPr>
              <w:t>4.826</w:t>
            </w:r>
          </w:p>
        </w:tc>
        <w:tc>
          <w:tcPr>
            <w:tcW w:w="1296" w:type="dxa"/>
            <w:tcMar>
              <w:top w:w="80" w:type="dxa"/>
              <w:left w:w="100" w:type="dxa"/>
              <w:bottom w:w="80" w:type="dxa"/>
              <w:right w:w="100" w:type="dxa"/>
            </w:tcMar>
            <w:vAlign w:val="center"/>
          </w:tcPr>
          <w:p w:rsidR="00BC6DA2" w:rsidRDefault="00CF0280">
            <w:r>
              <w:rPr>
                <w:sz w:val="18"/>
              </w:rPr>
              <w:t>5.682</w:t>
            </w:r>
          </w:p>
        </w:tc>
        <w:tc>
          <w:tcPr>
            <w:tcW w:w="1296" w:type="dxa"/>
            <w:tcMar>
              <w:top w:w="80" w:type="dxa"/>
              <w:left w:w="100" w:type="dxa"/>
              <w:bottom w:w="80" w:type="dxa"/>
              <w:right w:w="100" w:type="dxa"/>
            </w:tcMar>
            <w:vAlign w:val="center"/>
          </w:tcPr>
          <w:p w:rsidR="00BC6DA2" w:rsidRDefault="00CF0280">
            <w:r>
              <w:rPr>
                <w:sz w:val="18"/>
              </w:rPr>
              <w:t>5.365</w:t>
            </w:r>
          </w:p>
        </w:tc>
        <w:tc>
          <w:tcPr>
            <w:tcW w:w="1296" w:type="dxa"/>
            <w:tcMar>
              <w:top w:w="80" w:type="dxa"/>
              <w:left w:w="100" w:type="dxa"/>
              <w:bottom w:w="80" w:type="dxa"/>
              <w:right w:w="100" w:type="dxa"/>
            </w:tcMar>
            <w:vAlign w:val="center"/>
          </w:tcPr>
          <w:p w:rsidR="00BC6DA2" w:rsidRDefault="00CF0280">
            <w:r>
              <w:rPr>
                <w:sz w:val="18"/>
              </w:rPr>
              <w:t>5.337</w:t>
            </w:r>
          </w:p>
        </w:tc>
      </w:tr>
      <w:tr w:rsidR="00BC6DA2">
        <w:trPr>
          <w:jc w:val="center"/>
        </w:trPr>
        <w:tc>
          <w:tcPr>
            <w:tcW w:w="1440" w:type="dxa"/>
            <w:tcMar>
              <w:top w:w="80" w:type="dxa"/>
              <w:left w:w="100" w:type="dxa"/>
              <w:bottom w:w="80" w:type="dxa"/>
              <w:right w:w="100" w:type="dxa"/>
            </w:tcMar>
            <w:vAlign w:val="center"/>
          </w:tcPr>
          <w:p w:rsidR="00BC6DA2" w:rsidRDefault="00CF0280">
            <w:r>
              <w:rPr>
                <w:sz w:val="18"/>
              </w:rPr>
              <w:t>II</w:t>
            </w:r>
          </w:p>
        </w:tc>
        <w:tc>
          <w:tcPr>
            <w:tcW w:w="1296" w:type="dxa"/>
            <w:tcMar>
              <w:top w:w="80" w:type="dxa"/>
              <w:left w:w="100" w:type="dxa"/>
              <w:bottom w:w="80" w:type="dxa"/>
              <w:right w:w="100" w:type="dxa"/>
            </w:tcMar>
            <w:vAlign w:val="center"/>
          </w:tcPr>
          <w:p w:rsidR="00BC6DA2" w:rsidRDefault="00CF0280">
            <w:r>
              <w:rPr>
                <w:sz w:val="18"/>
              </w:rPr>
              <w:t>4.826</w:t>
            </w:r>
          </w:p>
        </w:tc>
        <w:tc>
          <w:tcPr>
            <w:tcW w:w="1296" w:type="dxa"/>
            <w:tcMar>
              <w:top w:w="80" w:type="dxa"/>
              <w:left w:w="100" w:type="dxa"/>
              <w:bottom w:w="80" w:type="dxa"/>
              <w:right w:w="100" w:type="dxa"/>
            </w:tcMar>
            <w:vAlign w:val="center"/>
          </w:tcPr>
          <w:p w:rsidR="00BC6DA2" w:rsidRPr="002D3850" w:rsidRDefault="00CF0280">
            <w:pPr>
              <w:rPr>
                <w:strike/>
              </w:rPr>
            </w:pPr>
            <w:r w:rsidRPr="002D3850">
              <w:rPr>
                <w:strike/>
                <w:sz w:val="18"/>
              </w:rPr>
              <w:t>3.667</w:t>
            </w:r>
          </w:p>
        </w:tc>
        <w:tc>
          <w:tcPr>
            <w:tcW w:w="1296" w:type="dxa"/>
            <w:tcMar>
              <w:top w:w="80" w:type="dxa"/>
              <w:left w:w="100" w:type="dxa"/>
              <w:bottom w:w="80" w:type="dxa"/>
              <w:right w:w="100" w:type="dxa"/>
            </w:tcMar>
            <w:vAlign w:val="center"/>
          </w:tcPr>
          <w:p w:rsidR="00BC6DA2" w:rsidRDefault="00CF0280">
            <w:r>
              <w:rPr>
                <w:sz w:val="18"/>
              </w:rPr>
              <w:t>6.851</w:t>
            </w:r>
          </w:p>
        </w:tc>
        <w:tc>
          <w:tcPr>
            <w:tcW w:w="1296" w:type="dxa"/>
            <w:tcMar>
              <w:top w:w="80" w:type="dxa"/>
              <w:left w:w="100" w:type="dxa"/>
              <w:bottom w:w="80" w:type="dxa"/>
              <w:right w:w="100" w:type="dxa"/>
            </w:tcMar>
            <w:vAlign w:val="center"/>
          </w:tcPr>
          <w:p w:rsidR="00BC6DA2" w:rsidRDefault="00CF0280">
            <w:r>
              <w:rPr>
                <w:sz w:val="18"/>
              </w:rPr>
              <w:t>6.885</w:t>
            </w:r>
          </w:p>
        </w:tc>
        <w:tc>
          <w:tcPr>
            <w:tcW w:w="1296" w:type="dxa"/>
            <w:tcMar>
              <w:top w:w="80" w:type="dxa"/>
              <w:left w:w="100" w:type="dxa"/>
              <w:bottom w:w="80" w:type="dxa"/>
              <w:right w:w="100" w:type="dxa"/>
            </w:tcMar>
            <w:vAlign w:val="center"/>
          </w:tcPr>
          <w:p w:rsidR="00BC6DA2" w:rsidRDefault="00CF0280">
            <w:r>
              <w:rPr>
                <w:sz w:val="18"/>
              </w:rPr>
              <w:t>5.941</w:t>
            </w:r>
          </w:p>
        </w:tc>
      </w:tr>
      <w:tr w:rsidR="00BC6DA2">
        <w:trPr>
          <w:jc w:val="center"/>
        </w:trPr>
        <w:tc>
          <w:tcPr>
            <w:tcW w:w="1440" w:type="dxa"/>
            <w:tcMar>
              <w:top w:w="80" w:type="dxa"/>
              <w:left w:w="100" w:type="dxa"/>
              <w:bottom w:w="80" w:type="dxa"/>
              <w:right w:w="100" w:type="dxa"/>
            </w:tcMar>
            <w:vAlign w:val="center"/>
          </w:tcPr>
          <w:p w:rsidR="00BC6DA2" w:rsidRDefault="00CF0280">
            <w:r>
              <w:rPr>
                <w:sz w:val="18"/>
              </w:rPr>
              <w:t>III</w:t>
            </w:r>
          </w:p>
        </w:tc>
        <w:tc>
          <w:tcPr>
            <w:tcW w:w="1296" w:type="dxa"/>
            <w:tcMar>
              <w:top w:w="80" w:type="dxa"/>
              <w:left w:w="100" w:type="dxa"/>
              <w:bottom w:w="80" w:type="dxa"/>
              <w:right w:w="100" w:type="dxa"/>
            </w:tcMar>
            <w:vAlign w:val="center"/>
          </w:tcPr>
          <w:p w:rsidR="00BC6DA2" w:rsidRDefault="00CF0280">
            <w:r>
              <w:rPr>
                <w:sz w:val="18"/>
              </w:rPr>
              <w:t>5.682</w:t>
            </w:r>
          </w:p>
        </w:tc>
        <w:tc>
          <w:tcPr>
            <w:tcW w:w="1296" w:type="dxa"/>
            <w:tcMar>
              <w:top w:w="80" w:type="dxa"/>
              <w:left w:w="100" w:type="dxa"/>
              <w:bottom w:w="80" w:type="dxa"/>
              <w:right w:w="100" w:type="dxa"/>
            </w:tcMar>
            <w:vAlign w:val="center"/>
          </w:tcPr>
          <w:p w:rsidR="00BC6DA2" w:rsidRDefault="00CF0280">
            <w:r>
              <w:rPr>
                <w:sz w:val="18"/>
              </w:rPr>
              <w:t>6.851</w:t>
            </w:r>
          </w:p>
        </w:tc>
        <w:tc>
          <w:tcPr>
            <w:tcW w:w="1296" w:type="dxa"/>
            <w:tcMar>
              <w:top w:w="80" w:type="dxa"/>
              <w:left w:w="100" w:type="dxa"/>
              <w:bottom w:w="80" w:type="dxa"/>
              <w:right w:w="100" w:type="dxa"/>
            </w:tcMar>
            <w:vAlign w:val="center"/>
          </w:tcPr>
          <w:p w:rsidR="00BC6DA2" w:rsidRPr="002D3850" w:rsidRDefault="00CF0280">
            <w:pPr>
              <w:rPr>
                <w:strike/>
              </w:rPr>
            </w:pPr>
            <w:r w:rsidRPr="002D3850">
              <w:rPr>
                <w:strike/>
                <w:sz w:val="18"/>
              </w:rPr>
              <w:t>4.063</w:t>
            </w:r>
          </w:p>
        </w:tc>
        <w:tc>
          <w:tcPr>
            <w:tcW w:w="1296" w:type="dxa"/>
            <w:tcMar>
              <w:top w:w="80" w:type="dxa"/>
              <w:left w:w="100" w:type="dxa"/>
              <w:bottom w:w="80" w:type="dxa"/>
              <w:right w:w="100" w:type="dxa"/>
            </w:tcMar>
            <w:vAlign w:val="center"/>
          </w:tcPr>
          <w:p w:rsidR="00BC6DA2" w:rsidRDefault="00CF0280">
            <w:r>
              <w:rPr>
                <w:sz w:val="18"/>
              </w:rPr>
              <w:t>5.085</w:t>
            </w:r>
          </w:p>
        </w:tc>
        <w:tc>
          <w:tcPr>
            <w:tcW w:w="1296" w:type="dxa"/>
            <w:tcMar>
              <w:top w:w="80" w:type="dxa"/>
              <w:left w:w="100" w:type="dxa"/>
              <w:bottom w:w="80" w:type="dxa"/>
              <w:right w:w="100" w:type="dxa"/>
            </w:tcMar>
            <w:vAlign w:val="center"/>
          </w:tcPr>
          <w:p w:rsidR="00BC6DA2" w:rsidRDefault="00CF0280">
            <w:r>
              <w:rPr>
                <w:sz w:val="18"/>
              </w:rPr>
              <w:t>5.303</w:t>
            </w:r>
          </w:p>
        </w:tc>
      </w:tr>
      <w:tr w:rsidR="00BC6DA2">
        <w:trPr>
          <w:jc w:val="center"/>
        </w:trPr>
        <w:tc>
          <w:tcPr>
            <w:tcW w:w="1440" w:type="dxa"/>
            <w:tcMar>
              <w:top w:w="80" w:type="dxa"/>
              <w:left w:w="100" w:type="dxa"/>
              <w:bottom w:w="80" w:type="dxa"/>
              <w:right w:w="100" w:type="dxa"/>
            </w:tcMar>
            <w:vAlign w:val="center"/>
          </w:tcPr>
          <w:p w:rsidR="00BC6DA2" w:rsidRDefault="00CF0280">
            <w:r>
              <w:rPr>
                <w:sz w:val="18"/>
              </w:rPr>
              <w:t>IV</w:t>
            </w:r>
          </w:p>
        </w:tc>
        <w:tc>
          <w:tcPr>
            <w:tcW w:w="1296" w:type="dxa"/>
            <w:tcMar>
              <w:top w:w="80" w:type="dxa"/>
              <w:left w:w="100" w:type="dxa"/>
              <w:bottom w:w="80" w:type="dxa"/>
              <w:right w:w="100" w:type="dxa"/>
            </w:tcMar>
            <w:vAlign w:val="center"/>
          </w:tcPr>
          <w:p w:rsidR="00BC6DA2" w:rsidRDefault="00CF0280">
            <w:r>
              <w:rPr>
                <w:sz w:val="18"/>
              </w:rPr>
              <w:t>5.365</w:t>
            </w:r>
          </w:p>
        </w:tc>
        <w:tc>
          <w:tcPr>
            <w:tcW w:w="1296" w:type="dxa"/>
            <w:tcMar>
              <w:top w:w="80" w:type="dxa"/>
              <w:left w:w="100" w:type="dxa"/>
              <w:bottom w:w="80" w:type="dxa"/>
              <w:right w:w="100" w:type="dxa"/>
            </w:tcMar>
            <w:vAlign w:val="center"/>
          </w:tcPr>
          <w:p w:rsidR="00BC6DA2" w:rsidRDefault="00CF0280">
            <w:r>
              <w:rPr>
                <w:sz w:val="18"/>
              </w:rPr>
              <w:t>6.885</w:t>
            </w:r>
          </w:p>
        </w:tc>
        <w:tc>
          <w:tcPr>
            <w:tcW w:w="1296" w:type="dxa"/>
            <w:tcMar>
              <w:top w:w="80" w:type="dxa"/>
              <w:left w:w="100" w:type="dxa"/>
              <w:bottom w:w="80" w:type="dxa"/>
              <w:right w:w="100" w:type="dxa"/>
            </w:tcMar>
            <w:vAlign w:val="center"/>
          </w:tcPr>
          <w:p w:rsidR="00BC6DA2" w:rsidRDefault="00CF0280">
            <w:r>
              <w:rPr>
                <w:sz w:val="18"/>
              </w:rPr>
              <w:t>5.085</w:t>
            </w:r>
          </w:p>
        </w:tc>
        <w:tc>
          <w:tcPr>
            <w:tcW w:w="1296" w:type="dxa"/>
            <w:tcMar>
              <w:top w:w="80" w:type="dxa"/>
              <w:left w:w="100" w:type="dxa"/>
              <w:bottom w:w="80" w:type="dxa"/>
              <w:right w:w="100" w:type="dxa"/>
            </w:tcMar>
            <w:vAlign w:val="center"/>
          </w:tcPr>
          <w:p w:rsidR="00BC6DA2" w:rsidRPr="002D3850" w:rsidRDefault="00CF0280">
            <w:pPr>
              <w:rPr>
                <w:strike/>
              </w:rPr>
            </w:pPr>
            <w:r w:rsidRPr="002D3850">
              <w:rPr>
                <w:strike/>
                <w:sz w:val="18"/>
              </w:rPr>
              <w:t>4.455</w:t>
            </w:r>
          </w:p>
        </w:tc>
        <w:tc>
          <w:tcPr>
            <w:tcW w:w="1296" w:type="dxa"/>
            <w:tcMar>
              <w:top w:w="80" w:type="dxa"/>
              <w:left w:w="100" w:type="dxa"/>
              <w:bottom w:w="80" w:type="dxa"/>
              <w:right w:w="100" w:type="dxa"/>
            </w:tcMar>
            <w:vAlign w:val="center"/>
          </w:tcPr>
          <w:p w:rsidR="00BC6DA2" w:rsidRDefault="00CF0280">
            <w:r>
              <w:rPr>
                <w:sz w:val="18"/>
              </w:rPr>
              <w:t>5.519</w:t>
            </w:r>
          </w:p>
        </w:tc>
      </w:tr>
      <w:tr w:rsidR="00BC6DA2">
        <w:trPr>
          <w:jc w:val="center"/>
        </w:trPr>
        <w:tc>
          <w:tcPr>
            <w:tcW w:w="1440" w:type="dxa"/>
            <w:tcMar>
              <w:top w:w="80" w:type="dxa"/>
              <w:left w:w="100" w:type="dxa"/>
              <w:bottom w:w="80" w:type="dxa"/>
              <w:right w:w="100" w:type="dxa"/>
            </w:tcMar>
            <w:vAlign w:val="center"/>
          </w:tcPr>
          <w:p w:rsidR="00BC6DA2" w:rsidRDefault="00CF0280">
            <w:r>
              <w:rPr>
                <w:sz w:val="18"/>
              </w:rPr>
              <w:t>V</w:t>
            </w:r>
          </w:p>
        </w:tc>
        <w:tc>
          <w:tcPr>
            <w:tcW w:w="1296" w:type="dxa"/>
            <w:tcMar>
              <w:top w:w="80" w:type="dxa"/>
              <w:left w:w="100" w:type="dxa"/>
              <w:bottom w:w="80" w:type="dxa"/>
              <w:right w:w="100" w:type="dxa"/>
            </w:tcMar>
            <w:vAlign w:val="center"/>
          </w:tcPr>
          <w:p w:rsidR="00BC6DA2" w:rsidRDefault="00CF0280">
            <w:r>
              <w:rPr>
                <w:sz w:val="18"/>
              </w:rPr>
              <w:t>5.337</w:t>
            </w:r>
          </w:p>
        </w:tc>
        <w:tc>
          <w:tcPr>
            <w:tcW w:w="1296" w:type="dxa"/>
            <w:tcMar>
              <w:top w:w="80" w:type="dxa"/>
              <w:left w:w="100" w:type="dxa"/>
              <w:bottom w:w="80" w:type="dxa"/>
              <w:right w:w="100" w:type="dxa"/>
            </w:tcMar>
            <w:vAlign w:val="center"/>
          </w:tcPr>
          <w:p w:rsidR="00BC6DA2" w:rsidRDefault="00CF0280">
            <w:r>
              <w:rPr>
                <w:sz w:val="18"/>
              </w:rPr>
              <w:t>5.941</w:t>
            </w:r>
          </w:p>
        </w:tc>
        <w:tc>
          <w:tcPr>
            <w:tcW w:w="1296" w:type="dxa"/>
            <w:tcMar>
              <w:top w:w="80" w:type="dxa"/>
              <w:left w:w="100" w:type="dxa"/>
              <w:bottom w:w="80" w:type="dxa"/>
              <w:right w:w="100" w:type="dxa"/>
            </w:tcMar>
            <w:vAlign w:val="center"/>
          </w:tcPr>
          <w:p w:rsidR="00BC6DA2" w:rsidRDefault="00CF0280">
            <w:r>
              <w:rPr>
                <w:sz w:val="18"/>
              </w:rPr>
              <w:t>5.303</w:t>
            </w:r>
          </w:p>
        </w:tc>
        <w:tc>
          <w:tcPr>
            <w:tcW w:w="1296" w:type="dxa"/>
            <w:tcMar>
              <w:top w:w="80" w:type="dxa"/>
              <w:left w:w="100" w:type="dxa"/>
              <w:bottom w:w="80" w:type="dxa"/>
              <w:right w:w="100" w:type="dxa"/>
            </w:tcMar>
            <w:vAlign w:val="center"/>
          </w:tcPr>
          <w:p w:rsidR="00BC6DA2" w:rsidRDefault="00CF0280">
            <w:r>
              <w:rPr>
                <w:sz w:val="18"/>
              </w:rPr>
              <w:t>5.519</w:t>
            </w:r>
          </w:p>
        </w:tc>
        <w:tc>
          <w:tcPr>
            <w:tcW w:w="1296" w:type="dxa"/>
            <w:tcMar>
              <w:top w:w="80" w:type="dxa"/>
              <w:left w:w="100" w:type="dxa"/>
              <w:bottom w:w="80" w:type="dxa"/>
              <w:right w:w="100" w:type="dxa"/>
            </w:tcMar>
            <w:vAlign w:val="center"/>
          </w:tcPr>
          <w:p w:rsidR="00BC6DA2" w:rsidRPr="002D3850" w:rsidRDefault="00CF0280">
            <w:pPr>
              <w:rPr>
                <w:strike/>
              </w:rPr>
            </w:pPr>
            <w:r w:rsidRPr="002D3850">
              <w:rPr>
                <w:strike/>
                <w:sz w:val="18"/>
              </w:rPr>
              <w:t>4.713</w:t>
            </w:r>
            <w:commentRangeEnd w:id="12"/>
            <w:r w:rsidR="00D61F0C" w:rsidRPr="002D3850">
              <w:rPr>
                <w:rStyle w:val="CommentReference"/>
                <w:strike/>
              </w:rPr>
              <w:commentReference w:id="12"/>
            </w:r>
          </w:p>
        </w:tc>
      </w:tr>
    </w:tbl>
    <w:p w:rsidR="00BC6DA2" w:rsidRDefault="00CF0280">
      <w:pPr>
        <w:keepNext/>
        <w:jc w:val="center"/>
      </w:pPr>
      <w:r>
        <w:rPr>
          <w:b/>
          <w:sz w:val="18"/>
        </w:rPr>
        <w:lastRenderedPageBreak/>
        <w:t>Figure 2. Hierarchical clustering of 60 rice genotypes based on standardized morphological traits and Euclidean distance.</w:t>
      </w:r>
    </w:p>
    <w:p w:rsidR="00BC6DA2" w:rsidRDefault="00CF0280">
      <w:pPr>
        <w:jc w:val="center"/>
      </w:pPr>
      <w:r>
        <w:rPr>
          <w:noProof/>
        </w:rPr>
        <w:drawing>
          <wp:inline distT="0" distB="0" distL="0" distR="0">
            <wp:extent cx="5074920" cy="6653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lot01.jpeg"/>
                    <pic:cNvPicPr/>
                  </pic:nvPicPr>
                  <pic:blipFill>
                    <a:blip r:embed="rId10"/>
                    <a:stretch>
                      <a:fillRect/>
                    </a:stretch>
                  </pic:blipFill>
                  <pic:spPr>
                    <a:xfrm>
                      <a:off x="0" y="0"/>
                      <a:ext cx="5074920" cy="6653220"/>
                    </a:xfrm>
                    <a:prstGeom prst="rect">
                      <a:avLst/>
                    </a:prstGeom>
                  </pic:spPr>
                </pic:pic>
              </a:graphicData>
            </a:graphic>
          </wp:inline>
        </w:drawing>
      </w:r>
    </w:p>
    <w:p w:rsidR="00BC6DA2" w:rsidRDefault="00CF0280">
      <w:pPr>
        <w:pStyle w:val="Caption"/>
      </w:pPr>
      <w:r>
        <w:t>Dendrogram labels 1-60 correspond to the genotype codes reported in Table 1. Branch colours indicate the five-cluster solution.</w:t>
      </w:r>
    </w:p>
    <w:p w:rsidR="00BC6DA2" w:rsidRDefault="00CF0280">
      <w:pPr>
        <w:pStyle w:val="Heading1"/>
      </w:pPr>
      <w:r>
        <w:t>4. Discussion</w:t>
      </w:r>
    </w:p>
    <w:p w:rsidR="00BC6DA2" w:rsidRDefault="00CF0280">
      <w:pPr>
        <w:jc w:val="both"/>
      </w:pPr>
      <w:r>
        <w:t xml:space="preserve">The sizeable correlations among leaf dimensions, flowering time, plant height, panicle length and biomass indicate that major components of rice phenotype did not vary independently. The strong PH-PL correlation suggests coordinated expression of plant stature and panicle architecture in this material. Likewise, the positive relationships of FLL and LA with DFF and BY indicate that later-flowering genotypes tended to develop a larger photosynthetic canopy and greater total biomass. Recent rice studies have similarly shown that yield improvement benefits from joint consideration of correlation, path effects and agro-morphological variability, although the magnitude and </w:t>
      </w:r>
      <w:r>
        <w:lastRenderedPageBreak/>
        <w:t xml:space="preserve">direction of associations depend on the germplasm and target environment (Ali </w:t>
      </w:r>
      <w:r>
        <w:rPr>
          <w:i/>
        </w:rPr>
        <w:t>et al.</w:t>
      </w:r>
      <w:r>
        <w:t xml:space="preserve">, 2021; Singh </w:t>
      </w:r>
      <w:r>
        <w:rPr>
          <w:i/>
        </w:rPr>
        <w:t>et al.</w:t>
      </w:r>
      <w:r>
        <w:t xml:space="preserve">, 2022; Yadav </w:t>
      </w:r>
      <w:r>
        <w:rPr>
          <w:i/>
        </w:rPr>
        <w:t>et al.</w:t>
      </w:r>
      <w:r>
        <w:t>, 2024).</w:t>
      </w:r>
    </w:p>
    <w:p w:rsidR="00BC6DA2" w:rsidRDefault="00CF0280">
      <w:pPr>
        <w:jc w:val="both"/>
      </w:pPr>
      <w:r>
        <w:t>Harvest index was the trait most closely associated with grain yield. Its positive relationship with yield, coupled with the negative BY-HI relationship, suggests that efficient partitioning rather than greater biomass alone distinguished higher-yielding entries in this experiment. The negative GY-BY correlation should not be interpreted as evidence that biomass is intrinsically undesirable; it may reflect differences in maturity, partitioning or the scale used for plot measurements. Path analysis and multi-environment evaluation would be needed to distinguish direct from indirect effects. The direction and magnitude of individual associations can differ among germplasm sets, reinforcing the need to validate selection criteria in the target population and environment.</w:t>
      </w:r>
    </w:p>
    <w:p w:rsidR="00BC6DA2" w:rsidRDefault="00CF0280">
      <w:pPr>
        <w:jc w:val="both"/>
      </w:pPr>
      <w:r>
        <w:t xml:space="preserve">The grain-dimension correlations were biologically coherent. Longer grains produced higher L/B ratios, while broader grains lowered the ratio. Test weight was positively related to grain breadth and grain length, but negatively related to L/B, indicating that heavier samples were associated more strongly with grain width than with slenderness. Recent phenotypic-diversity assessments have likewise identified grain dimensions, grain weight and other quantitative descriptors as important sources of differentiation among rice genotypes (Hamidah </w:t>
      </w:r>
      <w:r>
        <w:rPr>
          <w:i/>
        </w:rPr>
        <w:t>et al.</w:t>
      </w:r>
      <w:r>
        <w:t xml:space="preserve">, 2024; Quan </w:t>
      </w:r>
      <w:r>
        <w:rPr>
          <w:i/>
        </w:rPr>
        <w:t>et al.</w:t>
      </w:r>
      <w:r>
        <w:t>, 2024). These relationships are relevant when simultaneously breeding for grain type and yield-related attributes.</w:t>
      </w:r>
    </w:p>
    <w:p w:rsidR="00BC6DA2" w:rsidRDefault="00CF0280">
      <w:pPr>
        <w:jc w:val="both"/>
      </w:pPr>
      <w:r>
        <w:t>Five-cluster differentiation demonstrates broad phenotypic variation within the 60-genotype panel. Recent studies using agro-morphological descriptors, Euclidean or</w:t>
      </w:r>
      <w:commentRangeStart w:id="14"/>
      <w:r>
        <w:t xml:space="preserve"> D2 </w:t>
      </w:r>
      <w:commentRangeEnd w:id="14"/>
      <w:r w:rsidR="002D3850">
        <w:rPr>
          <w:rStyle w:val="CommentReference"/>
        </w:rPr>
        <w:commentReference w:id="14"/>
      </w:r>
      <w:r>
        <w:t xml:space="preserve">distances, principal components and molecular markers have similarly resolved rice panels into distinct groups and emphasized the use of widely separated, agronomically complementary parents (Chakravorty, 2024; Farheen </w:t>
      </w:r>
      <w:r>
        <w:rPr>
          <w:i/>
        </w:rPr>
        <w:t>et al.</w:t>
      </w:r>
      <w:r>
        <w:t>, 2022; Fatamatuzzohora</w:t>
      </w:r>
      <w:r>
        <w:rPr>
          <w:i/>
        </w:rPr>
        <w:t>et al.</w:t>
      </w:r>
      <w:r>
        <w:t xml:space="preserve">, 2024; Howlader </w:t>
      </w:r>
      <w:r>
        <w:rPr>
          <w:i/>
        </w:rPr>
        <w:t>et al.</w:t>
      </w:r>
      <w:r>
        <w:t xml:space="preserve">, 2025; Remme </w:t>
      </w:r>
      <w:r>
        <w:rPr>
          <w:i/>
        </w:rPr>
        <w:t>et al.</w:t>
      </w:r>
      <w:r>
        <w:t>, 2024). The large distance between Clusters II and IV identifies them as contrasting parental pools. However, distance alone is not sufficient for choosing parents: breeders should select specific members of these clusters only after comparing cluster means, individual adjusted means, adaptation, grain quality and the direction of target traits. This qualification is important because the supplied dataset contains cluster memberships and distances but not cluster means for the 15 traits.</w:t>
      </w:r>
    </w:p>
    <w:p w:rsidR="00BC6DA2" w:rsidRDefault="00CF0280">
      <w:pPr>
        <w:jc w:val="both"/>
      </w:pPr>
      <w:commentRangeStart w:id="15"/>
      <w:r>
        <w:t>The study was conducted in one environment with two replications, so the results characterize phenotypic divergence under Pantnagar conditions in 2023. Multi-location and multi-year evaluation would clarify the stability of the observed trait relationships, while integration with molecular-marker information would improve inference about the genetic basis of the phenotypic groups. Morphological characterization nevertheless provides an efficient preliminary screen and can guide the construction of smaller, contrasting sets for subsequent breeding and genomic analysis.</w:t>
      </w:r>
      <w:commentRangeEnd w:id="15"/>
      <w:r w:rsidR="002D3850">
        <w:rPr>
          <w:rStyle w:val="CommentReference"/>
        </w:rPr>
        <w:commentReference w:id="15"/>
      </w:r>
    </w:p>
    <w:p w:rsidR="00BC6DA2" w:rsidRDefault="00CF0280">
      <w:pPr>
        <w:pStyle w:val="Heading1"/>
      </w:pPr>
      <w:r>
        <w:t>5. Conclusion</w:t>
      </w:r>
    </w:p>
    <w:p w:rsidR="000B781F" w:rsidRDefault="000B781F" w:rsidP="000B781F">
      <w:pPr>
        <w:spacing w:before="100" w:beforeAutospacing="1" w:afterAutospacing="1" w:line="240" w:lineRule="auto"/>
        <w:rPr>
          <w:rFonts w:eastAsia="Times New Roman" w:cs="Times New Roman"/>
          <w:sz w:val="24"/>
          <w:szCs w:val="24"/>
        </w:rPr>
      </w:pPr>
      <w:r w:rsidRPr="00CF7251">
        <w:rPr>
          <w:rFonts w:eastAsia="Times New Roman" w:cs="Times New Roman"/>
          <w:sz w:val="24"/>
          <w:szCs w:val="24"/>
        </w:rPr>
        <w:t>The study identified measurable phenotypic diversity among 60 rice genotypes evaluated for 15 morphological and yield-related traits under Pantnagar conditions in 2023. Grain yield was most strongly associated with harvest index, suggesting the importance of biomass partitioning in this set of materials. Biological yield was associated with flowering time, leaf traits, plant height, panicle length and grains per panicle. Hierarchical clustering separated the genotypes into five groups, with the widest divergence observed between Clusters II and IV. These clusters may provide useful contrasting material for parental selection, provided that individual genotype performance, trait means, adaptation and grain quality are further evaluated. The findings provide a preliminary phenotypic basis for germplasm classification and future breeding work.</w:t>
      </w:r>
    </w:p>
    <w:p w:rsidR="00365A3C" w:rsidRDefault="00365A3C" w:rsidP="000B781F">
      <w:pPr>
        <w:spacing w:before="100" w:beforeAutospacing="1" w:afterAutospacing="1" w:line="240" w:lineRule="auto"/>
        <w:rPr>
          <w:rFonts w:eastAsia="Times New Roman" w:cs="Times New Roman"/>
          <w:sz w:val="24"/>
          <w:szCs w:val="24"/>
        </w:rPr>
      </w:pPr>
    </w:p>
    <w:p w:rsidR="00365A3C" w:rsidRPr="000839CE" w:rsidRDefault="00365A3C" w:rsidP="00365A3C">
      <w:pPr>
        <w:rPr>
          <w:rFonts w:cs="Times New Roman"/>
          <w:b/>
        </w:rPr>
      </w:pPr>
      <w:r w:rsidRPr="000839CE">
        <w:rPr>
          <w:rFonts w:cs="Times New Roman"/>
          <w:b/>
        </w:rPr>
        <w:t>Declaration of AI Use</w:t>
      </w:r>
    </w:p>
    <w:p w:rsidR="00365A3C" w:rsidRPr="000839CE" w:rsidRDefault="00365A3C" w:rsidP="00365A3C">
      <w:pPr>
        <w:rPr>
          <w:rFonts w:cs="Times New Roman"/>
        </w:rPr>
      </w:pPr>
    </w:p>
    <w:p w:rsidR="00365A3C" w:rsidRPr="000839CE" w:rsidRDefault="00365A3C" w:rsidP="00365A3C">
      <w:pPr>
        <w:jc w:val="both"/>
        <w:rPr>
          <w:rFonts w:cs="Times New Roman"/>
        </w:rPr>
      </w:pPr>
      <w:r w:rsidRPr="00C56790">
        <w:rPr>
          <w:rFonts w:cs="Times New Roman"/>
        </w:rPr>
        <w:lastRenderedPageBreak/>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rsidR="00BC6DA2" w:rsidRDefault="00CF0280">
      <w:pPr>
        <w:pStyle w:val="Heading1"/>
      </w:pPr>
      <w:r>
        <w:t>Conflict of interest</w:t>
      </w:r>
    </w:p>
    <w:p w:rsidR="00BC6DA2" w:rsidRDefault="00CF0280">
      <w:pPr>
        <w:jc w:val="both"/>
      </w:pPr>
      <w:r>
        <w:t xml:space="preserve">The authors declare no conflict of interest. </w:t>
      </w:r>
    </w:p>
    <w:p w:rsidR="00BC6DA2" w:rsidRDefault="00CF0280">
      <w:pPr>
        <w:pStyle w:val="Heading1"/>
      </w:pPr>
      <w:r>
        <w:t>Data availability</w:t>
      </w:r>
    </w:p>
    <w:p w:rsidR="00BC6DA2" w:rsidRDefault="00CF0280">
      <w:pPr>
        <w:jc w:val="both"/>
      </w:pPr>
      <w:r>
        <w:t xml:space="preserve">The phenotypic data supporting this study are available from the corresponding author on reasonable request. </w:t>
      </w:r>
    </w:p>
    <w:p w:rsidR="00BC6DA2" w:rsidRDefault="00CF0280">
      <w:pPr>
        <w:pStyle w:val="Heading1"/>
      </w:pPr>
      <w:r>
        <w:t>References</w:t>
      </w:r>
    </w:p>
    <w:p w:rsidR="008B561B" w:rsidRDefault="00C644AD">
      <w:pPr>
        <w:spacing w:after="80"/>
        <w:ind w:left="432" w:hanging="432"/>
      </w:pPr>
      <w:r>
        <w:t>Ali, S. S., Suresh, B. G., &amp; Lavanya, G. R. (2021). Genetic diversity and correlation studies in rice (</w:t>
      </w:r>
      <w:r>
        <w:rPr>
          <w:i/>
        </w:rPr>
        <w:t>Oryza sativa</w:t>
      </w:r>
      <w:r>
        <w:t xml:space="preserve"> L.). </w:t>
      </w:r>
      <w:r>
        <w:rPr>
          <w:i/>
        </w:rPr>
        <w:t>International Journal of Chemical Studies</w:t>
      </w:r>
      <w:r>
        <w:t xml:space="preserve">, </w:t>
      </w:r>
      <w:r>
        <w:rPr>
          <w:i/>
        </w:rPr>
        <w:t>9</w:t>
      </w:r>
      <w:r>
        <w:t>(1), 2768-2772. https://doi.org/10.22271/chemi.2021.v9.i1am.11643</w:t>
      </w:r>
    </w:p>
    <w:p w:rsidR="008B561B" w:rsidRDefault="00C644AD">
      <w:pPr>
        <w:spacing w:after="80"/>
        <w:ind w:left="432" w:hanging="432"/>
      </w:pPr>
      <w:r>
        <w:t>Ashfaq, M., Khan, A. S., Khan, S. H. U., &amp; Ahmad, R. (2012). Association of various morphological traits with yield and genetic divergence in rice (</w:t>
      </w:r>
      <w:r>
        <w:rPr>
          <w:i/>
        </w:rPr>
        <w:t>Oryza sativa</w:t>
      </w:r>
      <w:r>
        <w:t xml:space="preserve"> L.). </w:t>
      </w:r>
      <w:r>
        <w:rPr>
          <w:i/>
        </w:rPr>
        <w:t>International Journal of Agriculture &amp; Biology</w:t>
      </w:r>
      <w:r>
        <w:t xml:space="preserve">, </w:t>
      </w:r>
      <w:r>
        <w:rPr>
          <w:i/>
        </w:rPr>
        <w:t>14</w:t>
      </w:r>
      <w:r>
        <w:t>, 55-62.</w:t>
      </w:r>
    </w:p>
    <w:p w:rsidR="008B561B" w:rsidRDefault="00C644AD">
      <w:pPr>
        <w:spacing w:after="80"/>
        <w:ind w:left="432" w:hanging="432"/>
      </w:pPr>
      <w:r>
        <w:t xml:space="preserve">Chakravorty, A. (2024). Genetic diversity analysis in some lowland rice landraces using agro-morphological traits. </w:t>
      </w:r>
      <w:r>
        <w:rPr>
          <w:i/>
        </w:rPr>
        <w:t>Applied Biological Research</w:t>
      </w:r>
      <w:r>
        <w:t xml:space="preserve">, </w:t>
      </w:r>
      <w:r>
        <w:rPr>
          <w:i/>
        </w:rPr>
        <w:t>26</w:t>
      </w:r>
      <w:r>
        <w:t>(2), 246-252. https://doi.org/10.48165/abr.2024.26.01.28</w:t>
      </w:r>
    </w:p>
    <w:p w:rsidR="008B561B" w:rsidRDefault="00C644AD">
      <w:pPr>
        <w:spacing w:after="80"/>
        <w:ind w:left="432" w:hanging="432"/>
      </w:pPr>
      <w:r>
        <w:t>Farheen, M., Murthy, K. G. K., Mohan, Y. C., &amp; Kumar, J. H. (2022). Genetic diversity analysis for yield and morpho-physiological traits in elite rice (</w:t>
      </w:r>
      <w:r>
        <w:rPr>
          <w:i/>
        </w:rPr>
        <w:t>Oryza sativa</w:t>
      </w:r>
      <w:r>
        <w:t xml:space="preserve"> L.) genotypes under semi-dry system through D2 statistics. </w:t>
      </w:r>
      <w:r>
        <w:rPr>
          <w:i/>
        </w:rPr>
        <w:t>International Journal of Environment and Climate Change</w:t>
      </w:r>
      <w:r>
        <w:t xml:space="preserve">, </w:t>
      </w:r>
      <w:r>
        <w:rPr>
          <w:i/>
        </w:rPr>
        <w:t>12</w:t>
      </w:r>
      <w:r>
        <w:t>(11), 827-835. https://doi.org/10.9734/ijecc/2022/v12i1131045</w:t>
      </w:r>
    </w:p>
    <w:p w:rsidR="008B561B" w:rsidRDefault="00C644AD">
      <w:pPr>
        <w:spacing w:after="80"/>
        <w:ind w:left="432" w:hanging="432"/>
      </w:pPr>
      <w:r>
        <w:t>Fatamatuzzohora, M., Islam, M. S., Rabbee, M. F., Hossain, M. S., Kang, S. G., &amp; Matin, M. N. (2024). Genetic variation, population structure, and cluster analysis of rice (</w:t>
      </w:r>
      <w:r>
        <w:rPr>
          <w:i/>
        </w:rPr>
        <w:t>Oryza sativa</w:t>
      </w:r>
      <w:r>
        <w:t xml:space="preserve"> L.) genotypes using morphological characteristics and molecular markers. </w:t>
      </w:r>
      <w:r>
        <w:rPr>
          <w:i/>
        </w:rPr>
        <w:t>Cereal Research Communications</w:t>
      </w:r>
      <w:r>
        <w:t xml:space="preserve">, </w:t>
      </w:r>
      <w:r>
        <w:rPr>
          <w:i/>
        </w:rPr>
        <w:t>52</w:t>
      </w:r>
      <w:r>
        <w:t>(4), 1751-1768. https://doi.org/10.1007/s42976-024-00569-5</w:t>
      </w:r>
    </w:p>
    <w:p w:rsidR="008B561B" w:rsidRDefault="00C644AD">
      <w:pPr>
        <w:spacing w:after="80"/>
        <w:ind w:left="432" w:hanging="432"/>
      </w:pPr>
      <w:r>
        <w:t xml:space="preserve">Hamidah, Sunaryo, W., Rusdiansyah, &amp;Nurhasanah. (2024). Genetic diversity and cluster analysis of local pigmented rice from East and North Kalimantan, Indonesia based on quantitative and qualitative characters. </w:t>
      </w:r>
      <w:r>
        <w:rPr>
          <w:i/>
        </w:rPr>
        <w:t>Biodiversitas</w:t>
      </w:r>
      <w:r>
        <w:t xml:space="preserve">, </w:t>
      </w:r>
      <w:r>
        <w:rPr>
          <w:i/>
        </w:rPr>
        <w:t>25</w:t>
      </w:r>
      <w:r>
        <w:t>(5), 1938-1945. https://doi.org/10.13057/biodiv/d250510</w:t>
      </w:r>
    </w:p>
    <w:p w:rsidR="008B561B" w:rsidRDefault="00C644AD">
      <w:pPr>
        <w:spacing w:after="80"/>
        <w:ind w:left="432" w:hanging="432"/>
      </w:pPr>
      <w:r>
        <w:t>Hien, N. L., Sarhadi, W. A., Oikawa, Y., &amp; Hirata, Y. (2007). Genetic diversity of morphological responses and the relationships among Asian aromatic rice (</w:t>
      </w:r>
      <w:r>
        <w:rPr>
          <w:i/>
        </w:rPr>
        <w:t>Oryza sativa</w:t>
      </w:r>
      <w:r>
        <w:t xml:space="preserve"> L.) cultivars. </w:t>
      </w:r>
      <w:r>
        <w:rPr>
          <w:i/>
        </w:rPr>
        <w:t>Tropics</w:t>
      </w:r>
      <w:r>
        <w:t xml:space="preserve">, </w:t>
      </w:r>
      <w:r>
        <w:rPr>
          <w:i/>
        </w:rPr>
        <w:t>16</w:t>
      </w:r>
      <w:r>
        <w:t>(4), 343-355. https://doi.org/10.3759/tropics.16.343</w:t>
      </w:r>
    </w:p>
    <w:p w:rsidR="008B561B" w:rsidRDefault="00C644AD">
      <w:pPr>
        <w:spacing w:after="80"/>
        <w:ind w:left="432" w:hanging="432"/>
      </w:pPr>
      <w:r>
        <w:t xml:space="preserve">Howlader, N. C., Bulbul, M. T. A., Islam, M. Z., Arafat, E., Hasan, M. Z., &amp; Rana, M. S. (2025). Assessing rice genotypes based on agro-morphological characterization and diversity analysis in southern Bangladesh. </w:t>
      </w:r>
      <w:r>
        <w:rPr>
          <w:i/>
        </w:rPr>
        <w:t>Discover Plants</w:t>
      </w:r>
      <w:r>
        <w:t xml:space="preserve">, </w:t>
      </w:r>
      <w:r>
        <w:rPr>
          <w:i/>
        </w:rPr>
        <w:t>2</w:t>
      </w:r>
      <w:commentRangeStart w:id="16"/>
      <w:r>
        <w:t xml:space="preserve">, Article 189. </w:t>
      </w:r>
      <w:commentRangeEnd w:id="16"/>
      <w:r w:rsidR="002D3850">
        <w:rPr>
          <w:rStyle w:val="CommentReference"/>
        </w:rPr>
        <w:commentReference w:id="16"/>
      </w:r>
      <w:r>
        <w:t>https://doi.org/10.1007/s44372-025-00253-w</w:t>
      </w:r>
    </w:p>
    <w:p w:rsidR="008B561B" w:rsidRDefault="00C644AD">
      <w:pPr>
        <w:spacing w:after="80"/>
        <w:ind w:left="432" w:hanging="432"/>
      </w:pPr>
      <w:r>
        <w:t>Islam, M. Z., Chakrabarty, T., Akter, N., Khalequzzaman, M., Prince, M. F. R. K., Pittendrigh, B. R., Tomita, M., &amp; Ali, M. P. (2025). Genetic variability, correlation and path coefficient analysis of phenotypic traits and genetic diversity of Aman rice landraces (</w:t>
      </w:r>
      <w:r>
        <w:rPr>
          <w:i/>
        </w:rPr>
        <w:t>Oryza sativa</w:t>
      </w:r>
      <w:r>
        <w:t xml:space="preserve"> L.). </w:t>
      </w:r>
      <w:r>
        <w:rPr>
          <w:i/>
        </w:rPr>
        <w:t>Scientific Reports</w:t>
      </w:r>
      <w:r>
        <w:t xml:space="preserve">, </w:t>
      </w:r>
      <w:r>
        <w:rPr>
          <w:i/>
        </w:rPr>
        <w:t>15</w:t>
      </w:r>
      <w:r>
        <w:t xml:space="preserve">, </w:t>
      </w:r>
      <w:commentRangeStart w:id="17"/>
      <w:r>
        <w:t xml:space="preserve">Article 18606. </w:t>
      </w:r>
      <w:commentRangeEnd w:id="17"/>
      <w:r w:rsidR="002D3850">
        <w:rPr>
          <w:rStyle w:val="CommentReference"/>
        </w:rPr>
        <w:commentReference w:id="17"/>
      </w:r>
      <w:r>
        <w:t>https://doi.org/10.1038/s41598-025-03547-x</w:t>
      </w:r>
    </w:p>
    <w:p w:rsidR="008B561B" w:rsidRDefault="00C644AD">
      <w:pPr>
        <w:spacing w:after="80"/>
        <w:ind w:left="432" w:hanging="432"/>
      </w:pPr>
      <w:r>
        <w:t>Kumar, B., Singh, M. K., Kumari, N., Kumari, S., Banshidhar, &amp; Singh, D. (2024). Variability assessment and screening of superior rice (</w:t>
      </w:r>
      <w:r>
        <w:rPr>
          <w:i/>
        </w:rPr>
        <w:t>Oryza sativa</w:t>
      </w:r>
      <w:r>
        <w:t xml:space="preserve"> L.) genotypes for grain micronutrients and yield components. </w:t>
      </w:r>
      <w:r>
        <w:rPr>
          <w:i/>
        </w:rPr>
        <w:t>Electronic Journal of Plant Breeding</w:t>
      </w:r>
      <w:r>
        <w:t xml:space="preserve">, </w:t>
      </w:r>
      <w:r>
        <w:rPr>
          <w:i/>
        </w:rPr>
        <w:t>15</w:t>
      </w:r>
      <w:r>
        <w:t>(3), 794-800. https://doi.org/10.37992/2024.1503.088</w:t>
      </w:r>
    </w:p>
    <w:p w:rsidR="008B561B" w:rsidRDefault="00C644AD">
      <w:pPr>
        <w:spacing w:after="80"/>
        <w:ind w:left="432" w:hanging="432"/>
      </w:pPr>
      <w:r>
        <w:lastRenderedPageBreak/>
        <w:t xml:space="preserve">Kumari, N., Singh, M. K., Kumar, B., Kumari, S., Banshidhar, &amp; Singh, D. (2025). Genetic divergence in rice genotypes for grain micronutrients and yield. </w:t>
      </w:r>
      <w:r>
        <w:rPr>
          <w:i/>
        </w:rPr>
        <w:t>International Journal of Plant and Environment</w:t>
      </w:r>
      <w:r>
        <w:t xml:space="preserve">, </w:t>
      </w:r>
      <w:r>
        <w:rPr>
          <w:i/>
        </w:rPr>
        <w:t>11</w:t>
      </w:r>
      <w:r>
        <w:t>(3), 630-635. https://doi.org/10.18811/ijpen.v11i03.22</w:t>
      </w:r>
    </w:p>
    <w:p w:rsidR="008B561B" w:rsidRDefault="00C644AD">
      <w:pPr>
        <w:spacing w:after="80"/>
        <w:ind w:left="432" w:hanging="432"/>
      </w:pPr>
      <w:r>
        <w:t>Kumari, S., Kumari, N., Singh, M. K., &amp; Kumar, B. (2023). Variability assessment for yield component and protein content in chickpea (</w:t>
      </w:r>
      <w:r>
        <w:rPr>
          <w:i/>
        </w:rPr>
        <w:t>Cicer arietinum</w:t>
      </w:r>
      <w:r>
        <w:t xml:space="preserve"> L.) genotype. </w:t>
      </w:r>
      <w:r>
        <w:rPr>
          <w:i/>
        </w:rPr>
        <w:t>The Pharma Innovation Journal</w:t>
      </w:r>
      <w:r>
        <w:t xml:space="preserve">, </w:t>
      </w:r>
      <w:r>
        <w:rPr>
          <w:i/>
        </w:rPr>
        <w:t>12</w:t>
      </w:r>
      <w:r>
        <w:t>(2), 578-582.</w:t>
      </w:r>
    </w:p>
    <w:p w:rsidR="008B561B" w:rsidRDefault="00C644AD">
      <w:pPr>
        <w:spacing w:after="80"/>
        <w:ind w:left="432" w:hanging="432"/>
      </w:pPr>
      <w:r>
        <w:t xml:space="preserve">Murtagh, F., &amp; Legendre, P. (2014). Ward's hierarchical agglomerative clustering method: Which algorithms implement Ward's criterion? </w:t>
      </w:r>
      <w:r>
        <w:rPr>
          <w:i/>
        </w:rPr>
        <w:t>Journal of Classification</w:t>
      </w:r>
      <w:r>
        <w:t xml:space="preserve">, </w:t>
      </w:r>
      <w:r>
        <w:rPr>
          <w:i/>
        </w:rPr>
        <w:t>31</w:t>
      </w:r>
      <w:r>
        <w:t>(3), 274-295. https://doi.org/10.1007/s00357-014-9161-z</w:t>
      </w:r>
    </w:p>
    <w:p w:rsidR="008B561B" w:rsidRDefault="00C644AD">
      <w:pPr>
        <w:spacing w:after="80"/>
        <w:ind w:left="432" w:hanging="432"/>
      </w:pPr>
      <w:r>
        <w:t xml:space="preserve">Pearson, K. (1895). Note on regression and inheritance in the case of two parents. </w:t>
      </w:r>
      <w:r>
        <w:rPr>
          <w:i/>
        </w:rPr>
        <w:t>Proceedings of the Royal Society of London</w:t>
      </w:r>
      <w:r>
        <w:t xml:space="preserve">, </w:t>
      </w:r>
      <w:r>
        <w:rPr>
          <w:i/>
        </w:rPr>
        <w:t>58</w:t>
      </w:r>
      <w:r>
        <w:t>, 240-242. https://doi.org/10.1098/rspl.1895.0041</w:t>
      </w:r>
    </w:p>
    <w:p w:rsidR="008B561B" w:rsidRDefault="00C644AD">
      <w:pPr>
        <w:spacing w:after="80"/>
        <w:ind w:left="432" w:hanging="432"/>
      </w:pPr>
      <w:r>
        <w:t xml:space="preserve">Quan, C., Li, S., Li, H., Yu, W., &amp; Jin, J. (2024). Genetic diversity study of phenotypic traits of 73 rice varieties approved in Jilin Province. </w:t>
      </w:r>
      <w:r>
        <w:rPr>
          <w:i/>
        </w:rPr>
        <w:t>Crops</w:t>
      </w:r>
      <w:r>
        <w:t xml:space="preserve">, </w:t>
      </w:r>
      <w:r>
        <w:rPr>
          <w:i/>
        </w:rPr>
        <w:t>40</w:t>
      </w:r>
      <w:r>
        <w:t>(3), 64-75. https://doi.org/10.16035/j.issn.1001-7283.2024.03.009</w:t>
      </w:r>
    </w:p>
    <w:p w:rsidR="008B561B" w:rsidRDefault="00C644AD">
      <w:pPr>
        <w:spacing w:after="80"/>
        <w:ind w:left="432" w:hanging="432"/>
      </w:pPr>
      <w:r>
        <w:t xml:space="preserve">Remme, R. N., Joti, S., &amp; Islam, M. Z. (2024). Agro-morphological characterization and genetic diversity assessment of nineteen BRRI-released rice varieties. </w:t>
      </w:r>
      <w:r>
        <w:rPr>
          <w:i/>
        </w:rPr>
        <w:t>Khulna University Studies</w:t>
      </w:r>
      <w:r>
        <w:t xml:space="preserve">, </w:t>
      </w:r>
      <w:r>
        <w:rPr>
          <w:i/>
        </w:rPr>
        <w:t>21</w:t>
      </w:r>
      <w:r>
        <w:t>(1), 84-97. https://doi.org/10.53808/KUS.2024.21.01.978-ls</w:t>
      </w:r>
    </w:p>
    <w:p w:rsidR="008B561B" w:rsidRDefault="00C644AD">
      <w:pPr>
        <w:spacing w:after="80"/>
        <w:ind w:left="432" w:hanging="432"/>
      </w:pPr>
      <w:r>
        <w:t>Singh, S., Dixit, S., Tarkeshwar, Yadav, K., &amp; Dutt, A. (2022). Direct and indirect effect computed between different phenotypic and genotypic level of yield relatable traits in rice (</w:t>
      </w:r>
      <w:r>
        <w:rPr>
          <w:i/>
        </w:rPr>
        <w:t>Oryza sativa</w:t>
      </w:r>
      <w:r>
        <w:t xml:space="preserve"> L.) under sodic soil. </w:t>
      </w:r>
      <w:r>
        <w:rPr>
          <w:i/>
        </w:rPr>
        <w:t>The Pharma Innovation Journal</w:t>
      </w:r>
      <w:r>
        <w:t xml:space="preserve">, </w:t>
      </w:r>
      <w:r>
        <w:rPr>
          <w:i/>
        </w:rPr>
        <w:t>11</w:t>
      </w:r>
      <w:r>
        <w:t>(7), 692-697. https://doi.org/10.22271/tpi.2022.v11.i7i.13732</w:t>
      </w:r>
    </w:p>
    <w:p w:rsidR="008B561B" w:rsidRDefault="00C644AD">
      <w:pPr>
        <w:spacing w:after="80"/>
        <w:ind w:left="432" w:hanging="432"/>
      </w:pPr>
      <w:r>
        <w:t>Sinha, A. K., &amp; Mishra, P. K. (2013). Morphology-based multivariate analysis of phenotypic diversity of landraces of rice (</w:t>
      </w:r>
      <w:r>
        <w:rPr>
          <w:i/>
        </w:rPr>
        <w:t>Oryza sativa</w:t>
      </w:r>
      <w:r>
        <w:t xml:space="preserve"> L.) of Bankura district of West Bengal. </w:t>
      </w:r>
      <w:r>
        <w:rPr>
          <w:i/>
        </w:rPr>
        <w:t>Journal of Crop and Weed</w:t>
      </w:r>
      <w:r>
        <w:t xml:space="preserve">, </w:t>
      </w:r>
      <w:r>
        <w:rPr>
          <w:i/>
        </w:rPr>
        <w:t>9</w:t>
      </w:r>
      <w:r>
        <w:t>(2), 115-121.</w:t>
      </w:r>
    </w:p>
    <w:p w:rsidR="008B561B" w:rsidRDefault="00C644AD">
      <w:pPr>
        <w:spacing w:after="80"/>
        <w:ind w:left="432" w:hanging="432"/>
      </w:pPr>
      <w:r>
        <w:t xml:space="preserve">Vanlalrinngama, C., Jha, B., Singh, S. K., Tigga, A., Kumar, B., Kumari, N., &amp; Singh, M. K. (2023a). Trait association studies in diverse genotypes of rice for their utilization in biofortification. </w:t>
      </w:r>
      <w:r>
        <w:rPr>
          <w:i/>
        </w:rPr>
        <w:t>Environment Conservation Journal</w:t>
      </w:r>
      <w:r>
        <w:t xml:space="preserve">, </w:t>
      </w:r>
      <w:r>
        <w:rPr>
          <w:i/>
        </w:rPr>
        <w:t>24</w:t>
      </w:r>
      <w:r>
        <w:t>(3), 152-156. https://doi.org/10.36953/ECJ.14472440</w:t>
      </w:r>
    </w:p>
    <w:p w:rsidR="008B561B" w:rsidRDefault="00C644AD">
      <w:pPr>
        <w:spacing w:after="80"/>
        <w:ind w:left="432" w:hanging="432"/>
      </w:pPr>
      <w:r>
        <w:t xml:space="preserve">Vanlalrinngama, C., Jha, B., Singh, S. K., Tigga, A., Kumar, B., Kumari, N., &amp; Singh, M. K. (2023b). Variability and divergence studies on rice genotypes for micronutrient potential and its utility in biofortification. </w:t>
      </w:r>
      <w:r>
        <w:rPr>
          <w:i/>
        </w:rPr>
        <w:t>Environment Conservation Journal</w:t>
      </w:r>
      <w:r>
        <w:t xml:space="preserve">, </w:t>
      </w:r>
      <w:r>
        <w:rPr>
          <w:i/>
        </w:rPr>
        <w:t>24</w:t>
      </w:r>
      <w:r>
        <w:t>(1), 151-156. https://doi.org/10.36953/ECJ.10662286</w:t>
      </w:r>
    </w:p>
    <w:p w:rsidR="008B561B" w:rsidRDefault="00C644AD">
      <w:pPr>
        <w:spacing w:after="80"/>
        <w:ind w:left="432" w:hanging="432"/>
      </w:pPr>
      <w:r>
        <w:t>Yadav, S. P. S., Bhandari, S., Ghimire, N. P., Mehata, D. K., Majhi, S. K., Bhattarai, S., Shrestha, S., Yadav, B., Chaudhary, P., &amp; Bhujel, S. (2024). Genetic variability, character association, path coefficient, and diversity analysis of rice (</w:t>
      </w:r>
      <w:r>
        <w:rPr>
          <w:i/>
        </w:rPr>
        <w:t>Oryza sativa</w:t>
      </w:r>
      <w:r>
        <w:t xml:space="preserve"> L.) genotypes based on agro-morphological traits. </w:t>
      </w:r>
      <w:r>
        <w:rPr>
          <w:i/>
        </w:rPr>
        <w:t>International Journal of Agronomy</w:t>
      </w:r>
      <w:r>
        <w:t xml:space="preserve">, </w:t>
      </w:r>
      <w:r>
        <w:rPr>
          <w:i/>
        </w:rPr>
        <w:t>2024</w:t>
      </w:r>
      <w:r>
        <w:t xml:space="preserve">, </w:t>
      </w:r>
      <w:commentRangeStart w:id="18"/>
      <w:r>
        <w:t xml:space="preserve">Article 9946332. </w:t>
      </w:r>
      <w:commentRangeEnd w:id="18"/>
      <w:r w:rsidR="002D3850">
        <w:rPr>
          <w:rStyle w:val="CommentReference"/>
        </w:rPr>
        <w:commentReference w:id="18"/>
      </w:r>
      <w:r>
        <w:t>https://doi.org/10.1155/2024/9946332</w:t>
      </w:r>
    </w:p>
    <w:p w:rsidR="00CF0280" w:rsidRDefault="00CF0280"/>
    <w:sectPr w:rsidR="00CF0280" w:rsidSect="00034616">
      <w:headerReference w:type="even" r:id="rId11"/>
      <w:headerReference w:type="default" r:id="rId12"/>
      <w:footerReference w:type="even" r:id="rId13"/>
      <w:footerReference w:type="default" r:id="rId14"/>
      <w:headerReference w:type="first" r:id="rId15"/>
      <w:footerReference w:type="first" r:id="rId16"/>
      <w:pgSz w:w="12240" w:h="15840"/>
      <w:pgMar w:top="1152" w:right="1224" w:bottom="1152" w:left="1224" w:header="504" w:footer="504"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Sys1" w:date="2026-08-13T12:58:00Z" w:initials="S">
    <w:p w:rsidR="0019212D" w:rsidRDefault="0019212D">
      <w:pPr>
        <w:pStyle w:val="CommentText"/>
      </w:pPr>
      <w:r>
        <w:rPr>
          <w:rStyle w:val="CommentReference"/>
        </w:rPr>
        <w:annotationRef/>
      </w:r>
      <w:r>
        <w:t xml:space="preserve">Problem of the statement </w:t>
      </w:r>
    </w:p>
  </w:comment>
  <w:comment w:id="1" w:author="Sys1" w:date="2026-08-13T12:57:00Z" w:initials="S">
    <w:p w:rsidR="0019212D" w:rsidRDefault="0019212D">
      <w:pPr>
        <w:pStyle w:val="CommentText"/>
      </w:pPr>
      <w:r>
        <w:rPr>
          <w:rStyle w:val="CommentReference"/>
        </w:rPr>
        <w:annotationRef/>
      </w:r>
      <w:r>
        <w:t>Includes area, production, and productivity.</w:t>
      </w:r>
    </w:p>
  </w:comment>
  <w:comment w:id="2" w:author="Sys1" w:date="2026-08-13T13:00:00Z" w:initials="S">
    <w:p w:rsidR="0019212D" w:rsidRDefault="0019212D">
      <w:pPr>
        <w:pStyle w:val="CommentText"/>
      </w:pPr>
      <w:r>
        <w:rPr>
          <w:rStyle w:val="CommentReference"/>
        </w:rPr>
        <w:annotationRef/>
      </w:r>
      <w:r>
        <w:t>Describe the phenotypic diversity and specify the methods used to assess it in this study.</w:t>
      </w:r>
    </w:p>
  </w:comment>
  <w:comment w:id="3" w:author="Sys1" w:date="2026-08-13T13:02:00Z" w:initials="S">
    <w:p w:rsidR="0019212D" w:rsidRPr="0019212D" w:rsidRDefault="0019212D">
      <w:pPr>
        <w:pStyle w:val="CommentText"/>
        <w:rPr>
          <w:u w:val="single"/>
        </w:rPr>
      </w:pPr>
      <w:r>
        <w:rPr>
          <w:rStyle w:val="CommentReference"/>
        </w:rPr>
        <w:annotationRef/>
      </w:r>
      <w:r>
        <w:t>Not appropriate. Delete</w:t>
      </w:r>
    </w:p>
  </w:comment>
  <w:comment w:id="4" w:author="Sys1" w:date="2026-08-13T13:04:00Z" w:initials="S">
    <w:p w:rsidR="00D465AB" w:rsidRDefault="00D465AB">
      <w:pPr>
        <w:pStyle w:val="CommentText"/>
      </w:pPr>
      <w:r>
        <w:rPr>
          <w:rStyle w:val="CommentReference"/>
        </w:rPr>
        <w:annotationRef/>
      </w:r>
      <w:r>
        <w:t>Replace “determine”</w:t>
      </w:r>
    </w:p>
  </w:comment>
  <w:comment w:id="5" w:author="Sys1" w:date="2026-08-13T12:52:00Z" w:initials="S">
    <w:p w:rsidR="00675B0E" w:rsidRDefault="00675B0E">
      <w:pPr>
        <w:pStyle w:val="CommentText"/>
      </w:pPr>
      <w:r>
        <w:rPr>
          <w:rStyle w:val="CommentReference"/>
        </w:rPr>
        <w:annotationRef/>
      </w:r>
      <w:r>
        <w:t>Could you suggest a simple and precise table name?</w:t>
      </w:r>
    </w:p>
  </w:comment>
  <w:comment w:id="6" w:author="Sys1" w:date="2026-08-13T12:53:00Z" w:initials="S">
    <w:p w:rsidR="0019212D" w:rsidRDefault="0019212D">
      <w:pPr>
        <w:pStyle w:val="CommentText"/>
      </w:pPr>
      <w:r>
        <w:rPr>
          <w:rStyle w:val="CommentReference"/>
        </w:rPr>
        <w:annotationRef/>
      </w:r>
      <w:r>
        <w:t>Genotype code</w:t>
      </w:r>
    </w:p>
  </w:comment>
  <w:comment w:id="7" w:author="Sys1" w:date="2026-08-13T12:52:00Z" w:initials="S">
    <w:p w:rsidR="0019212D" w:rsidRDefault="0019212D">
      <w:pPr>
        <w:pStyle w:val="CommentText"/>
      </w:pPr>
      <w:r>
        <w:rPr>
          <w:rStyle w:val="CommentReference"/>
        </w:rPr>
        <w:annotationRef/>
      </w:r>
      <w:r>
        <w:t>Name of the genotypes</w:t>
      </w:r>
    </w:p>
  </w:comment>
  <w:comment w:id="8" w:author="Sys1" w:date="2026-08-13T12:55:00Z" w:initials="S">
    <w:p w:rsidR="0019212D" w:rsidRDefault="0019212D">
      <w:pPr>
        <w:pStyle w:val="CommentText"/>
      </w:pPr>
      <w:r>
        <w:rPr>
          <w:rStyle w:val="CommentReference"/>
        </w:rPr>
        <w:annotationRef/>
      </w:r>
      <w:r>
        <w:t xml:space="preserve"> All code numbers should follow the same format, such as G1, G2, G3, …, G60.</w:t>
      </w:r>
    </w:p>
  </w:comment>
  <w:comment w:id="9" w:author="Sys1" w:date="2026-08-13T14:16:00Z" w:initials="S">
    <w:p w:rsidR="00D61F0C" w:rsidRDefault="00D61F0C">
      <w:pPr>
        <w:pStyle w:val="CommentText"/>
      </w:pPr>
      <w:r>
        <w:rPr>
          <w:rStyle w:val="CommentReference"/>
        </w:rPr>
        <w:annotationRef/>
      </w:r>
      <w:r>
        <w:t>Delete.</w:t>
      </w:r>
    </w:p>
  </w:comment>
  <w:comment w:id="10" w:author="Sys1" w:date="2026-08-13T14:18:00Z" w:initials="S">
    <w:p w:rsidR="00D61F0C" w:rsidRDefault="00D61F0C">
      <w:pPr>
        <w:pStyle w:val="CommentText"/>
      </w:pPr>
      <w:r>
        <w:rPr>
          <w:rStyle w:val="CommentReference"/>
        </w:rPr>
        <w:annotationRef/>
      </w:r>
      <w:r>
        <w:t>consisted</w:t>
      </w:r>
    </w:p>
  </w:comment>
  <w:comment w:id="11" w:author="Sys1" w:date="2026-08-13T14:19:00Z" w:initials="S">
    <w:p w:rsidR="00D61F0C" w:rsidRDefault="00D61F0C">
      <w:pPr>
        <w:pStyle w:val="CommentText"/>
      </w:pPr>
      <w:r>
        <w:rPr>
          <w:rStyle w:val="CommentReference"/>
        </w:rPr>
        <w:annotationRef/>
      </w:r>
      <w:r>
        <w:t>Add D2 values</w:t>
      </w:r>
    </w:p>
  </w:comment>
  <w:comment w:id="13" w:author="Sys1" w:date="2026-08-13T14:25:00Z" w:initials="S">
    <w:p w:rsidR="002D3850" w:rsidRDefault="002D3850">
      <w:pPr>
        <w:pStyle w:val="CommentText"/>
      </w:pPr>
      <w:r>
        <w:rPr>
          <w:rStyle w:val="CommentReference"/>
        </w:rPr>
        <w:annotationRef/>
      </w:r>
      <w:r>
        <w:t>Bold the diagonal values</w:t>
      </w:r>
    </w:p>
  </w:comment>
  <w:comment w:id="12" w:author="Sys1" w:date="2026-08-13T14:21:00Z" w:initials="S">
    <w:p w:rsidR="00D61F0C" w:rsidRDefault="00D61F0C">
      <w:pPr>
        <w:pStyle w:val="CommentText"/>
      </w:pPr>
      <w:r>
        <w:rPr>
          <w:rStyle w:val="CommentReference"/>
        </w:rPr>
        <w:annotationRef/>
      </w:r>
      <w:r>
        <w:t>Present the table in a diagonal format only.</w:t>
      </w:r>
    </w:p>
  </w:comment>
  <w:comment w:id="14" w:author="Sys1" w:date="2026-08-13T14:27:00Z" w:initials="S">
    <w:p w:rsidR="002D3850" w:rsidRDefault="002D3850">
      <w:pPr>
        <w:pStyle w:val="CommentText"/>
      </w:pPr>
      <w:r>
        <w:rPr>
          <w:rStyle w:val="CommentReference"/>
        </w:rPr>
        <w:annotationRef/>
      </w:r>
      <w:r>
        <w:t>Check the D2</w:t>
      </w:r>
    </w:p>
  </w:comment>
  <w:comment w:id="15" w:author="Sys1" w:date="2026-08-13T14:26:00Z" w:initials="S">
    <w:p w:rsidR="002D3850" w:rsidRDefault="002D3850">
      <w:pPr>
        <w:pStyle w:val="CommentText"/>
      </w:pPr>
      <w:r>
        <w:rPr>
          <w:rStyle w:val="CommentReference"/>
        </w:rPr>
        <w:annotationRef/>
      </w:r>
      <w:r>
        <w:t>Rewrite this paragraph</w:t>
      </w:r>
    </w:p>
  </w:comment>
  <w:comment w:id="16" w:author="Sys1" w:date="2026-08-13T14:29:00Z" w:initials="S">
    <w:p w:rsidR="002D3850" w:rsidRDefault="002D3850">
      <w:pPr>
        <w:pStyle w:val="CommentText"/>
      </w:pPr>
      <w:r>
        <w:rPr>
          <w:rStyle w:val="CommentReference"/>
        </w:rPr>
        <w:annotationRef/>
      </w:r>
      <w:r>
        <w:t>CHECK</w:t>
      </w:r>
    </w:p>
  </w:comment>
  <w:comment w:id="17" w:author="Sys1" w:date="2026-08-13T14:29:00Z" w:initials="S">
    <w:p w:rsidR="002D3850" w:rsidRDefault="002D3850">
      <w:pPr>
        <w:pStyle w:val="CommentText"/>
      </w:pPr>
      <w:r>
        <w:rPr>
          <w:rStyle w:val="CommentReference"/>
        </w:rPr>
        <w:annotationRef/>
      </w:r>
      <w:r>
        <w:t>CHECK</w:t>
      </w:r>
    </w:p>
  </w:comment>
  <w:comment w:id="18" w:author="Sys1" w:date="2026-08-13T14:28:00Z" w:initials="S">
    <w:p w:rsidR="002D3850" w:rsidRDefault="002D3850">
      <w:pPr>
        <w:pStyle w:val="CommentText"/>
      </w:pPr>
      <w:r>
        <w:rPr>
          <w:rStyle w:val="CommentReference"/>
        </w:rPr>
        <w:annotationRef/>
      </w:r>
      <w:r>
        <w:t>CHECK REFERENCE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526" w:rsidRDefault="00BF3526">
      <w:pPr>
        <w:spacing w:after="0" w:line="240" w:lineRule="auto"/>
      </w:pPr>
      <w:r>
        <w:separator/>
      </w:r>
    </w:p>
  </w:endnote>
  <w:endnote w:type="continuationSeparator" w:id="1">
    <w:p w:rsidR="00BF3526" w:rsidRDefault="00BF35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871" w:rsidRDefault="0095787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A2" w:rsidRDefault="002A29D7">
    <w:pPr>
      <w:pStyle w:val="Footer"/>
      <w:jc w:val="center"/>
    </w:pPr>
    <w:r>
      <w:fldChar w:fldCharType="begin"/>
    </w:r>
    <w:r w:rsidR="00CF0280">
      <w:instrText>PAGE</w:instrText>
    </w:r>
    <w:r>
      <w:fldChar w:fldCharType="separate"/>
    </w:r>
    <w:r w:rsidR="002D3850">
      <w:rPr>
        <w:noProof/>
      </w:rPr>
      <w:t>8</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871" w:rsidRDefault="009578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526" w:rsidRDefault="00BF3526">
      <w:pPr>
        <w:spacing w:after="0" w:line="240" w:lineRule="auto"/>
      </w:pPr>
      <w:r>
        <w:separator/>
      </w:r>
    </w:p>
  </w:footnote>
  <w:footnote w:type="continuationSeparator" w:id="1">
    <w:p w:rsidR="00BF3526" w:rsidRDefault="00BF35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871" w:rsidRDefault="002A29D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871" w:rsidRDefault="002A29D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871" w:rsidRDefault="002A29D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09B3DB7"/>
    <w:multiLevelType w:val="hybridMultilevel"/>
    <w:tmpl w:val="6554DF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useFELayout/>
  </w:compat>
  <w:rsids>
    <w:rsidRoot w:val="00B47730"/>
    <w:rsid w:val="00002B48"/>
    <w:rsid w:val="000035B1"/>
    <w:rsid w:val="00015963"/>
    <w:rsid w:val="00034616"/>
    <w:rsid w:val="0006063C"/>
    <w:rsid w:val="000800DB"/>
    <w:rsid w:val="00094157"/>
    <w:rsid w:val="000B781F"/>
    <w:rsid w:val="000C11E1"/>
    <w:rsid w:val="000C70F4"/>
    <w:rsid w:val="000F21D7"/>
    <w:rsid w:val="00101C42"/>
    <w:rsid w:val="00121371"/>
    <w:rsid w:val="0015074B"/>
    <w:rsid w:val="0019212D"/>
    <w:rsid w:val="001B50D9"/>
    <w:rsid w:val="001E1DE6"/>
    <w:rsid w:val="00212943"/>
    <w:rsid w:val="00216189"/>
    <w:rsid w:val="00236DC5"/>
    <w:rsid w:val="0029639D"/>
    <w:rsid w:val="002A29D7"/>
    <w:rsid w:val="002B0BCB"/>
    <w:rsid w:val="002B5EA8"/>
    <w:rsid w:val="002D3850"/>
    <w:rsid w:val="002E7918"/>
    <w:rsid w:val="00323948"/>
    <w:rsid w:val="00326F90"/>
    <w:rsid w:val="00334CF5"/>
    <w:rsid w:val="0033522A"/>
    <w:rsid w:val="00341332"/>
    <w:rsid w:val="00365A3C"/>
    <w:rsid w:val="003C32F1"/>
    <w:rsid w:val="003E1B55"/>
    <w:rsid w:val="00442550"/>
    <w:rsid w:val="0046232E"/>
    <w:rsid w:val="00471EE4"/>
    <w:rsid w:val="00491093"/>
    <w:rsid w:val="00492F43"/>
    <w:rsid w:val="004D1AD9"/>
    <w:rsid w:val="004D6C13"/>
    <w:rsid w:val="004F5704"/>
    <w:rsid w:val="005653BD"/>
    <w:rsid w:val="00566D34"/>
    <w:rsid w:val="00567E3A"/>
    <w:rsid w:val="00570719"/>
    <w:rsid w:val="005804EA"/>
    <w:rsid w:val="0058405E"/>
    <w:rsid w:val="005E5B3C"/>
    <w:rsid w:val="00612B88"/>
    <w:rsid w:val="00637ACA"/>
    <w:rsid w:val="00654347"/>
    <w:rsid w:val="00666708"/>
    <w:rsid w:val="00675B0E"/>
    <w:rsid w:val="006C280F"/>
    <w:rsid w:val="006F06C7"/>
    <w:rsid w:val="0071373A"/>
    <w:rsid w:val="00724F2C"/>
    <w:rsid w:val="007860FA"/>
    <w:rsid w:val="00786B8D"/>
    <w:rsid w:val="007F34C8"/>
    <w:rsid w:val="00807E69"/>
    <w:rsid w:val="00813120"/>
    <w:rsid w:val="00822168"/>
    <w:rsid w:val="00830117"/>
    <w:rsid w:val="00840EA2"/>
    <w:rsid w:val="00840FD4"/>
    <w:rsid w:val="00845F19"/>
    <w:rsid w:val="00873ABC"/>
    <w:rsid w:val="008B561B"/>
    <w:rsid w:val="008B5C6C"/>
    <w:rsid w:val="008C3037"/>
    <w:rsid w:val="009030F6"/>
    <w:rsid w:val="00930DBE"/>
    <w:rsid w:val="00930EB7"/>
    <w:rsid w:val="00957871"/>
    <w:rsid w:val="009613BB"/>
    <w:rsid w:val="00973DA1"/>
    <w:rsid w:val="00986C4A"/>
    <w:rsid w:val="009B2B36"/>
    <w:rsid w:val="00A15675"/>
    <w:rsid w:val="00A43F17"/>
    <w:rsid w:val="00A861AC"/>
    <w:rsid w:val="00AA1D8D"/>
    <w:rsid w:val="00AE12F0"/>
    <w:rsid w:val="00AE2E76"/>
    <w:rsid w:val="00AF6191"/>
    <w:rsid w:val="00B02208"/>
    <w:rsid w:val="00B03443"/>
    <w:rsid w:val="00B17547"/>
    <w:rsid w:val="00B2231B"/>
    <w:rsid w:val="00B41A59"/>
    <w:rsid w:val="00B47730"/>
    <w:rsid w:val="00B61CF4"/>
    <w:rsid w:val="00BA3845"/>
    <w:rsid w:val="00BB5BBF"/>
    <w:rsid w:val="00BC6DA2"/>
    <w:rsid w:val="00BF0135"/>
    <w:rsid w:val="00BF3526"/>
    <w:rsid w:val="00C5191B"/>
    <w:rsid w:val="00C644AD"/>
    <w:rsid w:val="00C71A3F"/>
    <w:rsid w:val="00C73A6E"/>
    <w:rsid w:val="00C96DFC"/>
    <w:rsid w:val="00CA3D47"/>
    <w:rsid w:val="00CB0664"/>
    <w:rsid w:val="00CF0280"/>
    <w:rsid w:val="00D03F9D"/>
    <w:rsid w:val="00D12EC7"/>
    <w:rsid w:val="00D465AB"/>
    <w:rsid w:val="00D61F0C"/>
    <w:rsid w:val="00D64B1E"/>
    <w:rsid w:val="00DC4573"/>
    <w:rsid w:val="00DD5A24"/>
    <w:rsid w:val="00DE4016"/>
    <w:rsid w:val="00DE4626"/>
    <w:rsid w:val="00DF3740"/>
    <w:rsid w:val="00E310A7"/>
    <w:rsid w:val="00E3166A"/>
    <w:rsid w:val="00E37DE0"/>
    <w:rsid w:val="00E5085E"/>
    <w:rsid w:val="00E6539F"/>
    <w:rsid w:val="00E863FF"/>
    <w:rsid w:val="00EA7620"/>
    <w:rsid w:val="00F10A4B"/>
    <w:rsid w:val="00F258B7"/>
    <w:rsid w:val="00F27BAD"/>
    <w:rsid w:val="00F314E7"/>
    <w:rsid w:val="00F33BC9"/>
    <w:rsid w:val="00F35BCE"/>
    <w:rsid w:val="00F361C5"/>
    <w:rsid w:val="00F44FA0"/>
    <w:rsid w:val="00F50A4C"/>
    <w:rsid w:val="00F61BFA"/>
    <w:rsid w:val="00F642E1"/>
    <w:rsid w:val="00F71507"/>
    <w:rsid w:val="00FA5858"/>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65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C3037"/>
    <w:rPr>
      <w:color w:val="0000FF" w:themeColor="hyperlink"/>
      <w:u w:val="single"/>
    </w:rPr>
  </w:style>
  <w:style w:type="character" w:customStyle="1" w:styleId="UnresolvedMention">
    <w:name w:val="Unresolved Mention"/>
    <w:basedOn w:val="DefaultParagraphFont"/>
    <w:uiPriority w:val="99"/>
    <w:semiHidden/>
    <w:unhideWhenUsed/>
    <w:rsid w:val="005804EA"/>
    <w:rPr>
      <w:color w:val="605E5C"/>
      <w:shd w:val="clear" w:color="auto" w:fill="E1DFDD"/>
    </w:rPr>
  </w:style>
  <w:style w:type="paragraph" w:styleId="BodyTextIndent">
    <w:name w:val="Body Text Indent"/>
    <w:basedOn w:val="Normal"/>
    <w:link w:val="BodyTextIndentChar"/>
    <w:uiPriority w:val="99"/>
    <w:unhideWhenUsed/>
    <w:rsid w:val="00F361C5"/>
    <w:pPr>
      <w:ind w:left="360" w:hanging="360"/>
    </w:pPr>
  </w:style>
  <w:style w:type="character" w:customStyle="1" w:styleId="BodyTextIndentChar">
    <w:name w:val="Body Text Indent Char"/>
    <w:basedOn w:val="DefaultParagraphFont"/>
    <w:link w:val="BodyTextIndent"/>
    <w:uiPriority w:val="99"/>
    <w:rsid w:val="00F361C5"/>
    <w:rPr>
      <w:rFonts w:ascii="Times New Roman" w:hAnsi="Times New Roman"/>
      <w:sz w:val="21"/>
    </w:rPr>
  </w:style>
  <w:style w:type="character" w:styleId="CommentReference">
    <w:name w:val="annotation reference"/>
    <w:basedOn w:val="DefaultParagraphFont"/>
    <w:uiPriority w:val="99"/>
    <w:semiHidden/>
    <w:unhideWhenUsed/>
    <w:rsid w:val="00675B0E"/>
    <w:rPr>
      <w:sz w:val="16"/>
      <w:szCs w:val="16"/>
    </w:rPr>
  </w:style>
  <w:style w:type="paragraph" w:styleId="CommentText">
    <w:name w:val="annotation text"/>
    <w:basedOn w:val="Normal"/>
    <w:link w:val="CommentTextChar"/>
    <w:uiPriority w:val="99"/>
    <w:semiHidden/>
    <w:unhideWhenUsed/>
    <w:rsid w:val="00675B0E"/>
    <w:pPr>
      <w:spacing w:line="240" w:lineRule="auto"/>
    </w:pPr>
    <w:rPr>
      <w:sz w:val="20"/>
      <w:szCs w:val="20"/>
    </w:rPr>
  </w:style>
  <w:style w:type="character" w:customStyle="1" w:styleId="CommentTextChar">
    <w:name w:val="Comment Text Char"/>
    <w:basedOn w:val="DefaultParagraphFont"/>
    <w:link w:val="CommentText"/>
    <w:uiPriority w:val="99"/>
    <w:semiHidden/>
    <w:rsid w:val="00675B0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75B0E"/>
    <w:rPr>
      <w:b/>
      <w:bCs/>
    </w:rPr>
  </w:style>
  <w:style w:type="character" w:customStyle="1" w:styleId="CommentSubjectChar">
    <w:name w:val="Comment Subject Char"/>
    <w:basedOn w:val="CommentTextChar"/>
    <w:link w:val="CommentSubject"/>
    <w:uiPriority w:val="99"/>
    <w:semiHidden/>
    <w:rsid w:val="00675B0E"/>
    <w:rPr>
      <w:b/>
      <w:bCs/>
    </w:rPr>
  </w:style>
  <w:style w:type="paragraph" w:styleId="BalloonText">
    <w:name w:val="Balloon Text"/>
    <w:basedOn w:val="Normal"/>
    <w:link w:val="BalloonTextChar"/>
    <w:uiPriority w:val="99"/>
    <w:semiHidden/>
    <w:unhideWhenUsed/>
    <w:rsid w:val="00675B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B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59CD7-259A-4639-BFC0-19BAAC0F8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3383</Words>
  <Characters>19286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Sys1</cp:lastModifiedBy>
  <cp:revision>3</cp:revision>
  <dcterms:created xsi:type="dcterms:W3CDTF">2026-08-13T07:35:00Z</dcterms:created>
  <dcterms:modified xsi:type="dcterms:W3CDTF">2026-08-13T08:59:00Z</dcterms:modified>
</cp:coreProperties>
</file>