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07145" w14:textId="77777777" w:rsidR="00E151F4" w:rsidRPr="00096E5F" w:rsidRDefault="00E151F4" w:rsidP="008E2A39">
      <w:pPr>
        <w:spacing w:before="240" w:line="360" w:lineRule="auto"/>
        <w:jc w:val="center"/>
        <w:rPr>
          <w:b/>
          <w:bCs/>
          <w:i/>
          <w:iCs/>
          <w:szCs w:val="24"/>
          <w:u w:val="single"/>
        </w:rPr>
      </w:pPr>
      <w:r w:rsidRPr="00096E5F">
        <w:rPr>
          <w:b/>
          <w:bCs/>
          <w:i/>
          <w:iCs/>
          <w:szCs w:val="24"/>
          <w:u w:val="single"/>
        </w:rPr>
        <w:t>Case report</w:t>
      </w:r>
    </w:p>
    <w:p w14:paraId="4EE630CB" w14:textId="77777777" w:rsidR="00C107B7" w:rsidRPr="00096E5F" w:rsidRDefault="0069302B" w:rsidP="008E2A39">
      <w:pPr>
        <w:spacing w:before="240" w:line="360" w:lineRule="auto"/>
        <w:jc w:val="center"/>
        <w:rPr>
          <w:szCs w:val="24"/>
        </w:rPr>
      </w:pPr>
      <w:r w:rsidRPr="00096E5F">
        <w:rPr>
          <w:b/>
          <w:szCs w:val="24"/>
        </w:rPr>
        <w:t>Management of Dermatophytosis in a Short-haired Cat</w:t>
      </w:r>
    </w:p>
    <w:p w14:paraId="6FEAB595" w14:textId="77777777" w:rsidR="005E684E" w:rsidRPr="00096E5F" w:rsidRDefault="0069302B" w:rsidP="008E2A39">
      <w:pPr>
        <w:spacing w:before="240" w:line="360" w:lineRule="auto"/>
        <w:jc w:val="both"/>
        <w:rPr>
          <w:szCs w:val="24"/>
        </w:rPr>
      </w:pPr>
      <w:r w:rsidRPr="00096E5F">
        <w:rPr>
          <w:b/>
          <w:szCs w:val="24"/>
        </w:rPr>
        <w:t>Abstract</w:t>
      </w:r>
    </w:p>
    <w:p w14:paraId="1A450D2B" w14:textId="77777777" w:rsidR="005E684E" w:rsidRPr="00096E5F" w:rsidRDefault="0069302B" w:rsidP="008E2A39">
      <w:pPr>
        <w:spacing w:before="240" w:line="360" w:lineRule="auto"/>
        <w:jc w:val="both"/>
        <w:rPr>
          <w:szCs w:val="24"/>
        </w:rPr>
      </w:pPr>
      <w:r>
        <w:rPr>
          <w:szCs w:val="24"/>
        </w:rPr>
        <w:t xml:space="preserve">A two-year-old male domestic short-haired cat was presented to the Veterinary Clinical Complex, Rajendranagar, with a history of progressive </w:t>
      </w:r>
      <w:r>
        <w:rPr>
          <w:szCs w:val="24"/>
          <w:highlight w:val="yellow"/>
        </w:rPr>
        <w:t>generalised</w:t>
      </w:r>
      <w:r>
        <w:rPr>
          <w:szCs w:val="24"/>
        </w:rPr>
        <w:t xml:space="preserve"> alopecia, scaling and cutaneous lesions affecting the face and trunk. </w:t>
      </w:r>
      <w:r>
        <w:rPr>
          <w:szCs w:val="24"/>
          <w:highlight w:val="yellow"/>
        </w:rPr>
        <w:t>Clinical</w:t>
      </w:r>
      <w:r>
        <w:rPr>
          <w:szCs w:val="24"/>
        </w:rPr>
        <w:t xml:space="preserve"> examination </w:t>
      </w:r>
      <w:r>
        <w:rPr>
          <w:szCs w:val="24"/>
          <w:highlight w:val="yellow"/>
        </w:rPr>
        <w:t>revealed</w:t>
      </w:r>
      <w:r>
        <w:rPr>
          <w:szCs w:val="24"/>
        </w:rPr>
        <w:t xml:space="preserve"> multiple areas of hair loss </w:t>
      </w:r>
      <w:r>
        <w:rPr>
          <w:szCs w:val="24"/>
          <w:highlight w:val="yellow"/>
        </w:rPr>
        <w:t>characterised</w:t>
      </w:r>
      <w:r>
        <w:rPr>
          <w:szCs w:val="24"/>
        </w:rPr>
        <w:t xml:space="preserve"> by crusting, scaling and broken hairs. Dermatological evaluation, including </w:t>
      </w:r>
      <w:r>
        <w:rPr>
          <w:szCs w:val="24"/>
          <w:highlight w:val="yellow"/>
        </w:rPr>
        <w:t>Wood’s</w:t>
      </w:r>
      <w:r>
        <w:rPr>
          <w:szCs w:val="24"/>
        </w:rPr>
        <w:t xml:space="preserve"> lamp examination, demonstrated characteristic apple-green fluorescence of</w:t>
      </w:r>
      <w:r>
        <w:rPr>
          <w:szCs w:val="24"/>
          <w:highlight w:val="yellow"/>
        </w:rPr>
        <w:t xml:space="preserve"> the</w:t>
      </w:r>
      <w:r>
        <w:rPr>
          <w:szCs w:val="24"/>
        </w:rPr>
        <w:t xml:space="preserve"> affected hairs, suggestive of </w:t>
      </w:r>
      <w:r>
        <w:rPr>
          <w:i/>
          <w:iCs/>
          <w:szCs w:val="24"/>
        </w:rPr>
        <w:t xml:space="preserve">Microsporum canis </w:t>
      </w:r>
      <w:r>
        <w:rPr>
          <w:szCs w:val="24"/>
        </w:rPr>
        <w:t xml:space="preserve">infection. The diagnosis of feline dermatophytosis was further supported by fungal culture findings. The cat was treated with a combination of systemic antifungal therapy, topical antifungal </w:t>
      </w:r>
      <w:r>
        <w:rPr>
          <w:szCs w:val="24"/>
          <w:highlight w:val="yellow"/>
        </w:rPr>
        <w:t>treatment</w:t>
      </w:r>
      <w:r>
        <w:rPr>
          <w:szCs w:val="24"/>
        </w:rPr>
        <w:t xml:space="preserve"> and nutritional supplementation. Progressive clinical improvement, resolution of</w:t>
      </w:r>
      <w:r>
        <w:rPr>
          <w:szCs w:val="24"/>
          <w:highlight w:val="yellow"/>
        </w:rPr>
        <w:t xml:space="preserve"> the</w:t>
      </w:r>
      <w:r>
        <w:rPr>
          <w:szCs w:val="24"/>
        </w:rPr>
        <w:t xml:space="preserve"> skin lesions and satisfactory hair regrowth were observed during follow-up examinations. This case </w:t>
      </w:r>
      <w:r>
        <w:rPr>
          <w:szCs w:val="24"/>
          <w:highlight w:val="yellow"/>
        </w:rPr>
        <w:t>emphasises</w:t>
      </w:r>
      <w:r>
        <w:rPr>
          <w:szCs w:val="24"/>
        </w:rPr>
        <w:t xml:space="preserve"> the importance of combining clinical and diagnostic findings for the timely diagnosis of feline dermatophytosis and </w:t>
      </w:r>
      <w:r>
        <w:rPr>
          <w:szCs w:val="24"/>
          <w:highlight w:val="yellow"/>
        </w:rPr>
        <w:t>demonstrates</w:t>
      </w:r>
      <w:r>
        <w:rPr>
          <w:szCs w:val="24"/>
        </w:rPr>
        <w:t xml:space="preserve"> </w:t>
      </w:r>
      <w:r>
        <w:rPr>
          <w:szCs w:val="24"/>
          <w:highlight w:val="yellow"/>
        </w:rPr>
        <w:t>that</w:t>
      </w:r>
      <w:r>
        <w:rPr>
          <w:szCs w:val="24"/>
        </w:rPr>
        <w:t xml:space="preserve"> effective combined therapeutic management can </w:t>
      </w:r>
      <w:r>
        <w:rPr>
          <w:szCs w:val="24"/>
          <w:highlight w:val="yellow"/>
        </w:rPr>
        <w:t>result</w:t>
      </w:r>
      <w:r>
        <w:rPr>
          <w:szCs w:val="24"/>
        </w:rPr>
        <w:t xml:space="preserve"> </w:t>
      </w:r>
      <w:r>
        <w:rPr>
          <w:szCs w:val="24"/>
          <w:highlight w:val="yellow"/>
        </w:rPr>
        <w:t>in</w:t>
      </w:r>
      <w:r>
        <w:rPr>
          <w:szCs w:val="24"/>
        </w:rPr>
        <w:t xml:space="preserve"> </w:t>
      </w:r>
      <w:r>
        <w:rPr>
          <w:szCs w:val="24"/>
          <w:highlight w:val="yellow"/>
        </w:rPr>
        <w:t>favourable</w:t>
      </w:r>
      <w:r>
        <w:rPr>
          <w:szCs w:val="24"/>
        </w:rPr>
        <w:t xml:space="preserve"> clinical outcomes.</w:t>
      </w:r>
    </w:p>
    <w:p w14:paraId="6616DDCC" w14:textId="77777777" w:rsidR="005E684E" w:rsidRPr="00096E5F" w:rsidRDefault="0069302B" w:rsidP="008E2A39">
      <w:pPr>
        <w:spacing w:before="240" w:line="360" w:lineRule="auto"/>
        <w:jc w:val="both"/>
        <w:rPr>
          <w:szCs w:val="24"/>
        </w:rPr>
      </w:pPr>
      <w:r>
        <w:rPr>
          <w:b/>
          <w:szCs w:val="24"/>
        </w:rPr>
        <w:t xml:space="preserve">Keywords: </w:t>
      </w:r>
      <w:r>
        <w:rPr>
          <w:bCs/>
          <w:szCs w:val="24"/>
        </w:rPr>
        <w:t xml:space="preserve">Cat, </w:t>
      </w:r>
      <w:r>
        <w:rPr>
          <w:bCs/>
          <w:i/>
          <w:iCs/>
          <w:szCs w:val="24"/>
        </w:rPr>
        <w:t>Microsporum canis</w:t>
      </w:r>
      <w:r>
        <w:rPr>
          <w:bCs/>
          <w:szCs w:val="24"/>
        </w:rPr>
        <w:t>, Wood's lamp, Alopecia, Antifungal therapy, Dermatophytosis</w:t>
      </w:r>
    </w:p>
    <w:p w14:paraId="1647B746" w14:textId="77777777" w:rsidR="005E684E" w:rsidRPr="00096E5F" w:rsidRDefault="0069302B" w:rsidP="008E2A39">
      <w:pPr>
        <w:spacing w:before="240" w:line="360" w:lineRule="auto"/>
        <w:jc w:val="both"/>
        <w:rPr>
          <w:szCs w:val="24"/>
        </w:rPr>
      </w:pPr>
      <w:r w:rsidRPr="00096E5F">
        <w:rPr>
          <w:b/>
          <w:szCs w:val="24"/>
        </w:rPr>
        <w:t>Introduction</w:t>
      </w:r>
    </w:p>
    <w:p w14:paraId="584EBBF0" w14:textId="77777777" w:rsidR="005E684E" w:rsidRPr="00096E5F" w:rsidRDefault="0069302B" w:rsidP="008E2A39">
      <w:pPr>
        <w:spacing w:before="240" w:line="360" w:lineRule="auto"/>
        <w:jc w:val="both"/>
        <w:rPr>
          <w:szCs w:val="24"/>
        </w:rPr>
      </w:pPr>
      <w:r>
        <w:rPr>
          <w:szCs w:val="24"/>
        </w:rPr>
        <w:t xml:space="preserve">Dermatophytosis is a common fungal skin disease of domestic animals caused by keratinophilic fungi belonging primarily to the genera </w:t>
      </w:r>
      <w:r>
        <w:rPr>
          <w:i/>
          <w:szCs w:val="24"/>
        </w:rPr>
        <w:t>Microsporum</w:t>
      </w:r>
      <w:r>
        <w:rPr>
          <w:szCs w:val="24"/>
        </w:rPr>
        <w:t xml:space="preserve">, </w:t>
      </w:r>
      <w:r>
        <w:rPr>
          <w:i/>
          <w:szCs w:val="24"/>
        </w:rPr>
        <w:t>Trichophyton</w:t>
      </w:r>
      <w:r>
        <w:rPr>
          <w:szCs w:val="24"/>
        </w:rPr>
        <w:t xml:space="preserve"> and </w:t>
      </w:r>
      <w:r>
        <w:rPr>
          <w:i/>
          <w:szCs w:val="24"/>
        </w:rPr>
        <w:t>Epidermophyton</w:t>
      </w:r>
      <w:r>
        <w:rPr>
          <w:szCs w:val="24"/>
        </w:rPr>
        <w:t xml:space="preserve">. Among cats, </w:t>
      </w:r>
      <w:r>
        <w:rPr>
          <w:i/>
          <w:iCs/>
          <w:szCs w:val="24"/>
        </w:rPr>
        <w:t xml:space="preserve">Microsporum canis </w:t>
      </w:r>
      <w:r>
        <w:rPr>
          <w:szCs w:val="24"/>
        </w:rPr>
        <w:t xml:space="preserve">is </w:t>
      </w:r>
      <w:r>
        <w:rPr>
          <w:szCs w:val="24"/>
          <w:highlight w:val="yellow"/>
        </w:rPr>
        <w:t>recognised</w:t>
      </w:r>
      <w:r>
        <w:rPr>
          <w:szCs w:val="24"/>
        </w:rPr>
        <w:t xml:space="preserve"> as the predominant </w:t>
      </w:r>
      <w:r>
        <w:rPr>
          <w:szCs w:val="24"/>
          <w:highlight w:val="yellow"/>
        </w:rPr>
        <w:t>aetiological</w:t>
      </w:r>
      <w:r>
        <w:rPr>
          <w:szCs w:val="24"/>
        </w:rPr>
        <w:t xml:space="preserve"> agent and is of particular importance because of its contagious nature and zoonotic potential (Scott </w:t>
      </w:r>
      <w:r>
        <w:rPr>
          <w:i/>
          <w:iCs/>
          <w:szCs w:val="24"/>
        </w:rPr>
        <w:t>et al.,</w:t>
      </w:r>
      <w:r>
        <w:rPr>
          <w:szCs w:val="24"/>
        </w:rPr>
        <w:t xml:space="preserve"> 2001; Moriello, 2014). Infection is generally confined to </w:t>
      </w:r>
      <w:r>
        <w:rPr>
          <w:szCs w:val="24"/>
          <w:highlight w:val="yellow"/>
        </w:rPr>
        <w:t>keratinised</w:t>
      </w:r>
      <w:r>
        <w:rPr>
          <w:szCs w:val="24"/>
        </w:rPr>
        <w:t xml:space="preserve"> tissues such as hair, skin and claws, resulting in variable clinical manifestations ranging from focal alopecia to </w:t>
      </w:r>
      <w:r>
        <w:rPr>
          <w:szCs w:val="24"/>
          <w:highlight w:val="yellow"/>
        </w:rPr>
        <w:t>generalised</w:t>
      </w:r>
      <w:r>
        <w:rPr>
          <w:szCs w:val="24"/>
        </w:rPr>
        <w:t xml:space="preserve"> dermatitis.</w:t>
      </w:r>
    </w:p>
    <w:p w14:paraId="5F8CD947" w14:textId="77777777" w:rsidR="005E684E" w:rsidRPr="00096E5F" w:rsidRDefault="0069302B" w:rsidP="008E2A39">
      <w:pPr>
        <w:spacing w:before="240" w:line="360" w:lineRule="auto"/>
        <w:jc w:val="both"/>
        <w:rPr>
          <w:szCs w:val="24"/>
        </w:rPr>
      </w:pPr>
      <w:r>
        <w:rPr>
          <w:szCs w:val="24"/>
        </w:rPr>
        <w:t xml:space="preserve">Recent epidemiological and diagnostic reviews </w:t>
      </w:r>
      <w:r>
        <w:rPr>
          <w:szCs w:val="24"/>
          <w:highlight w:val="yellow"/>
        </w:rPr>
        <w:t>emphasise</w:t>
      </w:r>
      <w:r>
        <w:rPr>
          <w:szCs w:val="24"/>
        </w:rPr>
        <w:t xml:space="preserve"> that dermatophytes remain clinically important superficial fungal pathogens, and zoophilic species such as </w:t>
      </w:r>
      <w:r>
        <w:rPr>
          <w:i/>
          <w:iCs/>
          <w:szCs w:val="24"/>
        </w:rPr>
        <w:t xml:space="preserve">Microsporum canis </w:t>
      </w:r>
      <w:r>
        <w:rPr>
          <w:szCs w:val="24"/>
        </w:rPr>
        <w:t xml:space="preserve">require careful attention because animal reservoirs may contribute to recurrent exposure and zoonotic transmission (Hayette &amp; Sacheli, 2015; Rajagopalan </w:t>
      </w:r>
      <w:r>
        <w:rPr>
          <w:i/>
          <w:iCs/>
          <w:szCs w:val="24"/>
        </w:rPr>
        <w:t>et al.,</w:t>
      </w:r>
      <w:r>
        <w:rPr>
          <w:szCs w:val="24"/>
        </w:rPr>
        <w:t xml:space="preserve"> 2018).</w:t>
      </w:r>
    </w:p>
    <w:p w14:paraId="397852A2" w14:textId="77777777" w:rsidR="00135995" w:rsidRPr="001713CB" w:rsidRDefault="00000000">
      <w:pPr>
        <w:spacing w:before="240" w:line="360" w:lineRule="auto"/>
        <w:jc w:val="both"/>
        <w:rPr>
          <w:bCs/>
          <w:szCs w:val="24"/>
        </w:rPr>
      </w:pPr>
      <w:r w:rsidRPr="001713CB">
        <w:rPr>
          <w:bCs/>
          <w:highlight w:val="yellow"/>
        </w:rPr>
        <w:lastRenderedPageBreak/>
        <w:t xml:space="preserve">Recent veterinary evidence from India further indicates that direct microscopy and culture remain practical complementary methods for detecting and identifying dermatophytes in clinically suspected animal cases (Sreekala </w:t>
      </w:r>
      <w:r w:rsidRPr="001713CB">
        <w:rPr>
          <w:bCs/>
          <w:i/>
          <w:highlight w:val="yellow"/>
        </w:rPr>
        <w:t>et al.,</w:t>
      </w:r>
      <w:r w:rsidRPr="001713CB">
        <w:rPr>
          <w:bCs/>
          <w:highlight w:val="yellow"/>
        </w:rPr>
        <w:t xml:space="preserve"> 2024).</w:t>
      </w:r>
    </w:p>
    <w:p w14:paraId="5806E286" w14:textId="77777777" w:rsidR="00135995" w:rsidRPr="001713CB" w:rsidRDefault="00000000">
      <w:pPr>
        <w:spacing w:before="240" w:line="360" w:lineRule="auto"/>
        <w:jc w:val="both"/>
        <w:rPr>
          <w:bCs/>
          <w:szCs w:val="24"/>
        </w:rPr>
      </w:pPr>
      <w:r w:rsidRPr="001713CB">
        <w:rPr>
          <w:bCs/>
          <w:highlight w:val="yellow"/>
        </w:rPr>
        <w:t xml:space="preserve">The zoonotic relevance of feline dermatophytosis is also supported by recent clinical evidence in cat owners, among whom </w:t>
      </w:r>
      <w:r w:rsidRPr="001713CB">
        <w:rPr>
          <w:bCs/>
          <w:i/>
          <w:highlight w:val="yellow"/>
        </w:rPr>
        <w:t>Microsporum canis</w:t>
      </w:r>
      <w:r w:rsidRPr="001713CB">
        <w:rPr>
          <w:bCs/>
          <w:highlight w:val="yellow"/>
        </w:rPr>
        <w:t xml:space="preserve"> was the predominant dermatophyte isolated in confirmed cat-associated infections (Piorunek </w:t>
      </w:r>
      <w:r w:rsidRPr="001713CB">
        <w:rPr>
          <w:bCs/>
          <w:i/>
          <w:highlight w:val="yellow"/>
        </w:rPr>
        <w:t>et al.,</w:t>
      </w:r>
      <w:r w:rsidRPr="001713CB">
        <w:rPr>
          <w:bCs/>
          <w:highlight w:val="yellow"/>
        </w:rPr>
        <w:t xml:space="preserve"> 2024).</w:t>
      </w:r>
    </w:p>
    <w:p w14:paraId="1B2D0812" w14:textId="77777777" w:rsidR="005E684E" w:rsidRPr="00096E5F" w:rsidRDefault="0069302B" w:rsidP="008E2A39">
      <w:pPr>
        <w:spacing w:before="240" w:line="360" w:lineRule="auto"/>
        <w:jc w:val="both"/>
        <w:rPr>
          <w:szCs w:val="24"/>
        </w:rPr>
      </w:pPr>
      <w:r>
        <w:rPr>
          <w:szCs w:val="24"/>
        </w:rPr>
        <w:t>Because dermatophytosis can resemble parasitic, bacterial, allergic and other inflammatory dermatoses,</w:t>
      </w:r>
      <w:r>
        <w:rPr>
          <w:szCs w:val="24"/>
          <w:highlight w:val="yellow"/>
        </w:rPr>
        <w:t xml:space="preserve"> the</w:t>
      </w:r>
      <w:r>
        <w:rPr>
          <w:szCs w:val="24"/>
        </w:rPr>
        <w:t xml:space="preserve"> interpretation of clinical signs should be supported by mycological confirmation whenever possible, particularly when systemic therapy or environmental control is being considered (Hayette &amp; Sacheli, 2015; Moriello </w:t>
      </w:r>
      <w:r>
        <w:rPr>
          <w:i/>
          <w:iCs/>
          <w:szCs w:val="24"/>
        </w:rPr>
        <w:t>et al.,</w:t>
      </w:r>
      <w:r>
        <w:rPr>
          <w:szCs w:val="24"/>
        </w:rPr>
        <w:t xml:space="preserve"> 2017).</w:t>
      </w:r>
    </w:p>
    <w:p w14:paraId="299B68C4" w14:textId="77777777" w:rsidR="00135995" w:rsidRPr="001713CB" w:rsidRDefault="00000000">
      <w:pPr>
        <w:spacing w:before="240" w:line="360" w:lineRule="auto"/>
        <w:jc w:val="both"/>
        <w:rPr>
          <w:bCs/>
          <w:szCs w:val="24"/>
        </w:rPr>
      </w:pPr>
      <w:r w:rsidRPr="001713CB">
        <w:rPr>
          <w:bCs/>
          <w:highlight w:val="yellow"/>
        </w:rPr>
        <w:t xml:space="preserve">Parasitic conditions such as notoedric mange can likewise cause alopecia, scaling and crusting in cats, underscoring the importance of targeted diagnostic testing when evaluating clinically similar dermatoses (Ansari </w:t>
      </w:r>
      <w:r w:rsidRPr="001713CB">
        <w:rPr>
          <w:bCs/>
          <w:i/>
          <w:highlight w:val="yellow"/>
        </w:rPr>
        <w:t>et al.,</w:t>
      </w:r>
      <w:r w:rsidRPr="001713CB">
        <w:rPr>
          <w:bCs/>
          <w:highlight w:val="yellow"/>
        </w:rPr>
        <w:t xml:space="preserve"> 2024).</w:t>
      </w:r>
    </w:p>
    <w:p w14:paraId="4A0EF2F5" w14:textId="77777777" w:rsidR="005E684E" w:rsidRPr="00096E5F" w:rsidRDefault="0069302B" w:rsidP="008E2A39">
      <w:pPr>
        <w:spacing w:before="240" w:line="360" w:lineRule="auto"/>
        <w:jc w:val="both"/>
        <w:rPr>
          <w:szCs w:val="24"/>
        </w:rPr>
      </w:pPr>
      <w:r>
        <w:rPr>
          <w:szCs w:val="24"/>
        </w:rPr>
        <w:t xml:space="preserve">Affected cats commonly exhibit alopecia, scaling, crusting, broken hairs and a characteristic moth-eaten appearance of the coat, although asymptomatic carrier states may also occur (Sparkes </w:t>
      </w:r>
      <w:r>
        <w:rPr>
          <w:i/>
          <w:iCs/>
          <w:szCs w:val="24"/>
        </w:rPr>
        <w:t>et al.,</w:t>
      </w:r>
      <w:r>
        <w:rPr>
          <w:szCs w:val="24"/>
        </w:rPr>
        <w:t xml:space="preserve"> 1993; Miller </w:t>
      </w:r>
      <w:r>
        <w:rPr>
          <w:i/>
          <w:iCs/>
          <w:szCs w:val="24"/>
        </w:rPr>
        <w:t>et al.,</w:t>
      </w:r>
      <w:r>
        <w:rPr>
          <w:szCs w:val="24"/>
        </w:rPr>
        <w:t xml:space="preserve"> 2013). Diagnosis is based on compatible clinical findings supported by diagnostic techniques such as Wood’s lamp examination and fungal culture, the latter being regarded as the reference method for definitive confirmation (Moriello </w:t>
      </w:r>
      <w:r>
        <w:rPr>
          <w:i/>
          <w:iCs/>
          <w:szCs w:val="24"/>
        </w:rPr>
        <w:t>et al.,</w:t>
      </w:r>
      <w:r>
        <w:rPr>
          <w:szCs w:val="24"/>
        </w:rPr>
        <w:t xml:space="preserve"> 2017). Successful management relies on a combination of systemic and topical antifungal therapy together with environmental decontamination to reduce fungal spore burden and </w:t>
      </w:r>
      <w:r>
        <w:rPr>
          <w:szCs w:val="24"/>
          <w:highlight w:val="yellow"/>
        </w:rPr>
        <w:t>minimise</w:t>
      </w:r>
      <w:r>
        <w:rPr>
          <w:szCs w:val="24"/>
        </w:rPr>
        <w:t xml:space="preserve"> recurrence.</w:t>
      </w:r>
    </w:p>
    <w:p w14:paraId="3A8B6CFB" w14:textId="77777777" w:rsidR="005E684E" w:rsidRPr="00096E5F" w:rsidRDefault="0069302B" w:rsidP="008E2A39">
      <w:pPr>
        <w:spacing w:before="240" w:line="360" w:lineRule="auto"/>
        <w:jc w:val="both"/>
        <w:rPr>
          <w:szCs w:val="24"/>
        </w:rPr>
      </w:pPr>
      <w:r>
        <w:rPr>
          <w:szCs w:val="24"/>
        </w:rPr>
        <w:t xml:space="preserve">Topical antifungal measures have a supportive role in reducing fungal contamination of the hair coat, but published evidence indicates that they are best integrated with systemic therapy and environmental hygiene in </w:t>
      </w:r>
      <w:r>
        <w:rPr>
          <w:szCs w:val="24"/>
          <w:highlight w:val="yellow"/>
        </w:rPr>
        <w:t>generalised</w:t>
      </w:r>
      <w:r>
        <w:rPr>
          <w:szCs w:val="24"/>
        </w:rPr>
        <w:t xml:space="preserve"> or contagious cases (Diesel </w:t>
      </w:r>
      <w:r>
        <w:rPr>
          <w:i/>
          <w:iCs/>
          <w:szCs w:val="24"/>
        </w:rPr>
        <w:t>et al.,</w:t>
      </w:r>
      <w:r>
        <w:rPr>
          <w:szCs w:val="24"/>
        </w:rPr>
        <w:t xml:space="preserve"> 2011; Moriello </w:t>
      </w:r>
      <w:r>
        <w:rPr>
          <w:i/>
          <w:iCs/>
          <w:szCs w:val="24"/>
        </w:rPr>
        <w:t>et al.,</w:t>
      </w:r>
      <w:r>
        <w:rPr>
          <w:szCs w:val="24"/>
        </w:rPr>
        <w:t xml:space="preserve"> 2017; Rajagopalan </w:t>
      </w:r>
      <w:r>
        <w:rPr>
          <w:i/>
          <w:iCs/>
          <w:szCs w:val="24"/>
        </w:rPr>
        <w:t>et al.,</w:t>
      </w:r>
      <w:r>
        <w:rPr>
          <w:szCs w:val="24"/>
        </w:rPr>
        <w:t xml:space="preserve"> 2018).</w:t>
      </w:r>
    </w:p>
    <w:p w14:paraId="11E0BA12" w14:textId="77777777" w:rsidR="00135995" w:rsidRPr="001713CB" w:rsidRDefault="00000000">
      <w:pPr>
        <w:spacing w:before="240" w:line="360" w:lineRule="auto"/>
        <w:jc w:val="both"/>
        <w:rPr>
          <w:bCs/>
          <w:szCs w:val="24"/>
        </w:rPr>
      </w:pPr>
      <w:r w:rsidRPr="001713CB">
        <w:rPr>
          <w:bCs/>
          <w:highlight w:val="yellow"/>
        </w:rPr>
        <w:t xml:space="preserve">In an Indian clinical study, </w:t>
      </w:r>
      <w:r w:rsidRPr="001713CB">
        <w:rPr>
          <w:bCs/>
          <w:i/>
          <w:highlight w:val="yellow"/>
        </w:rPr>
        <w:t>Microsporum canis</w:t>
      </w:r>
      <w:r w:rsidRPr="001713CB">
        <w:rPr>
          <w:bCs/>
          <w:highlight w:val="yellow"/>
        </w:rPr>
        <w:t xml:space="preserve"> was the principal dermatophyte isolated from affected cats, and combined treatment with oral itraconazole and topical lime sulphur was associated with a more rapid mycological cure than the evaluated single-modality regimens (Sheetal </w:t>
      </w:r>
      <w:r w:rsidRPr="001713CB">
        <w:rPr>
          <w:bCs/>
          <w:i/>
          <w:highlight w:val="yellow"/>
        </w:rPr>
        <w:t>et al.,</w:t>
      </w:r>
      <w:r w:rsidRPr="001713CB">
        <w:rPr>
          <w:bCs/>
          <w:highlight w:val="yellow"/>
        </w:rPr>
        <w:t xml:space="preserve"> 2024).</w:t>
      </w:r>
    </w:p>
    <w:p w14:paraId="754EF2B1" w14:textId="77777777" w:rsidR="00135995" w:rsidRPr="001713CB" w:rsidRDefault="00000000">
      <w:pPr>
        <w:spacing w:before="240" w:line="360" w:lineRule="auto"/>
        <w:jc w:val="both"/>
        <w:rPr>
          <w:bCs/>
          <w:szCs w:val="24"/>
        </w:rPr>
      </w:pPr>
      <w:r w:rsidRPr="001713CB">
        <w:rPr>
          <w:bCs/>
          <w:highlight w:val="yellow"/>
        </w:rPr>
        <w:lastRenderedPageBreak/>
        <w:t xml:space="preserve">A recent randomised shelter-based trial further showed that the choice of topical treatment can influence the time to mycological cure in cats receiving concurrent oral itraconazole (DeTar </w:t>
      </w:r>
      <w:r w:rsidRPr="001713CB">
        <w:rPr>
          <w:bCs/>
          <w:i/>
          <w:highlight w:val="yellow"/>
        </w:rPr>
        <w:t>et al.,</w:t>
      </w:r>
      <w:r w:rsidRPr="001713CB">
        <w:rPr>
          <w:bCs/>
          <w:highlight w:val="yellow"/>
        </w:rPr>
        <w:t xml:space="preserve"> 2025).</w:t>
      </w:r>
    </w:p>
    <w:p w14:paraId="70C16C4E" w14:textId="77777777" w:rsidR="00135995" w:rsidRPr="001713CB" w:rsidRDefault="00000000">
      <w:pPr>
        <w:spacing w:before="240" w:line="360" w:lineRule="auto"/>
        <w:jc w:val="both"/>
        <w:rPr>
          <w:bCs/>
          <w:szCs w:val="24"/>
        </w:rPr>
      </w:pPr>
      <w:r w:rsidRPr="001713CB">
        <w:rPr>
          <w:bCs/>
          <w:highlight w:val="yellow"/>
        </w:rPr>
        <w:t>Despite established diagnostic and therapeutic guidance, case-level documentation that links lesion distribution, Wood’s lamp fluorescence, culture morphology and subsequent clinical response in a domestic short-haired cat remains limited.</w:t>
      </w:r>
    </w:p>
    <w:p w14:paraId="4764DDDA" w14:textId="77777777" w:rsidR="00135995" w:rsidRPr="001713CB" w:rsidRDefault="00000000">
      <w:pPr>
        <w:spacing w:before="240" w:line="360" w:lineRule="auto"/>
        <w:jc w:val="both"/>
        <w:rPr>
          <w:bCs/>
          <w:szCs w:val="24"/>
        </w:rPr>
      </w:pPr>
      <w:r w:rsidRPr="001713CB">
        <w:rPr>
          <w:bCs/>
          <w:highlight w:val="yellow"/>
        </w:rPr>
        <w:t xml:space="preserve">The present report describes the clinical presentation, diagnosis and successful therapeutic management of feline dermatophytosis caused by </w:t>
      </w:r>
      <w:r w:rsidRPr="001713CB">
        <w:rPr>
          <w:bCs/>
          <w:i/>
          <w:highlight w:val="yellow"/>
        </w:rPr>
        <w:t>Microsporum canis</w:t>
      </w:r>
      <w:r w:rsidRPr="001713CB">
        <w:rPr>
          <w:bCs/>
          <w:highlight w:val="yellow"/>
        </w:rPr>
        <w:t xml:space="preserve"> in a domestic short-haired cat.</w:t>
      </w:r>
    </w:p>
    <w:p w14:paraId="039FD53B" w14:textId="77777777" w:rsidR="005E684E" w:rsidRPr="00096E5F" w:rsidRDefault="0069302B" w:rsidP="008E2A39">
      <w:pPr>
        <w:spacing w:before="240" w:line="360" w:lineRule="auto"/>
        <w:jc w:val="both"/>
        <w:rPr>
          <w:szCs w:val="24"/>
        </w:rPr>
      </w:pPr>
      <w:r w:rsidRPr="00096E5F">
        <w:rPr>
          <w:b/>
          <w:szCs w:val="24"/>
        </w:rPr>
        <w:t>Materials and Methods</w:t>
      </w:r>
    </w:p>
    <w:p w14:paraId="25C3F487" w14:textId="77777777" w:rsidR="005E684E" w:rsidRPr="00096E5F" w:rsidRDefault="0069302B" w:rsidP="008E2A39">
      <w:pPr>
        <w:spacing w:before="240" w:line="360" w:lineRule="auto"/>
        <w:jc w:val="both"/>
        <w:rPr>
          <w:szCs w:val="24"/>
        </w:rPr>
      </w:pPr>
      <w:r>
        <w:rPr>
          <w:szCs w:val="24"/>
        </w:rPr>
        <w:t xml:space="preserve">A two-year-old intact male domestic short-haired cat weighing 3.5 kg was presented to the Veterinary Clinical Complex, Rajendranagar, for evaluation of a progressive dermatological disorder. A detailed history was obtained from the owner, followed by a general physical and dermatological examination. </w:t>
      </w:r>
      <w:r>
        <w:rPr>
          <w:szCs w:val="24"/>
          <w:highlight w:val="yellow"/>
        </w:rPr>
        <w:t>Wood’s</w:t>
      </w:r>
      <w:r>
        <w:rPr>
          <w:szCs w:val="24"/>
        </w:rPr>
        <w:t xml:space="preserve"> lamp examination was performed in a darkened room to detect fluorescence of affected hairs. Hair and scale samples were collected from active lesions and subjected to fungal culture on Sabouraud Dextrose Agar (SDA) and Potato Dextrose Agar (PDA) for isolation and identification of the causative organism. Therapeutic management was instituted following diagnosis, and the animal was monitored periodically to evaluate clinical response and treatment outcome. As this report describes a single clinical case, statistical analysis was not applicable.</w:t>
      </w:r>
    </w:p>
    <w:p w14:paraId="6988AC71" w14:textId="77777777" w:rsidR="005E684E" w:rsidRPr="00096E5F" w:rsidRDefault="0069302B" w:rsidP="008E2A39">
      <w:pPr>
        <w:spacing w:before="240" w:line="360" w:lineRule="auto"/>
        <w:jc w:val="both"/>
        <w:rPr>
          <w:szCs w:val="24"/>
        </w:rPr>
      </w:pPr>
      <w:r w:rsidRPr="00096E5F">
        <w:rPr>
          <w:b/>
          <w:szCs w:val="24"/>
        </w:rPr>
        <w:t>Case History and Clinical Findings</w:t>
      </w:r>
    </w:p>
    <w:p w14:paraId="3B4C5D3E" w14:textId="77777777" w:rsidR="005E684E" w:rsidRPr="00096E5F" w:rsidRDefault="0069302B" w:rsidP="008E2A39">
      <w:pPr>
        <w:spacing w:before="240" w:line="360" w:lineRule="auto"/>
        <w:jc w:val="both"/>
        <w:rPr>
          <w:szCs w:val="24"/>
        </w:rPr>
      </w:pPr>
      <w:r>
        <w:rPr>
          <w:szCs w:val="24"/>
        </w:rPr>
        <w:t xml:space="preserve">A two-year-old intact male domestic short-haired cat weighing 3.5 kg was presented to the Veterinary Clinical Complex with a history of progressive hair loss and skin lesions </w:t>
      </w:r>
      <w:r>
        <w:rPr>
          <w:szCs w:val="24"/>
          <w:highlight w:val="yellow"/>
        </w:rPr>
        <w:t>on</w:t>
      </w:r>
      <w:r>
        <w:rPr>
          <w:szCs w:val="24"/>
        </w:rPr>
        <w:t xml:space="preserve"> the face and body. The owner reported gradual extension of </w:t>
      </w:r>
      <w:r>
        <w:rPr>
          <w:szCs w:val="24"/>
          <w:highlight w:val="yellow"/>
        </w:rPr>
        <w:t xml:space="preserve">the </w:t>
      </w:r>
      <w:r>
        <w:rPr>
          <w:szCs w:val="24"/>
        </w:rPr>
        <w:t xml:space="preserve">lesions </w:t>
      </w:r>
      <w:r>
        <w:rPr>
          <w:szCs w:val="24"/>
          <w:highlight w:val="yellow"/>
        </w:rPr>
        <w:t>during</w:t>
      </w:r>
      <w:r>
        <w:rPr>
          <w:szCs w:val="24"/>
        </w:rPr>
        <w:t xml:space="preserve"> the preceding few weeks. Appetite, water intake, urination, and defecation were normal. Vaccination and deworming were </w:t>
      </w:r>
      <w:r>
        <w:rPr>
          <w:szCs w:val="24"/>
          <w:highlight w:val="yellow"/>
        </w:rPr>
        <w:t>reportedly</w:t>
      </w:r>
      <w:r>
        <w:rPr>
          <w:szCs w:val="24"/>
        </w:rPr>
        <w:t xml:space="preserve"> regular. On clinical examination, the animal was alert and active with a rectal temperature of 101.3°F. Dermatological examination revealed generalised alopecia involving the face, neck, dorsum and trunk. The affected areas showed scaling, crust formation, broken hairs and a characteristic moth-eaten appearance of the coat. Mild erythema was observed in some regions without marked pruritus.</w:t>
      </w:r>
    </w:p>
    <w:p w14:paraId="7BA1E677" w14:textId="77777777" w:rsidR="005E684E" w:rsidRPr="00096E5F" w:rsidRDefault="00AB7AE0" w:rsidP="008E2A39">
      <w:pPr>
        <w:spacing w:before="240" w:line="360" w:lineRule="auto"/>
        <w:jc w:val="center"/>
        <w:rPr>
          <w:szCs w:val="24"/>
        </w:rPr>
      </w:pPr>
      <w:r w:rsidRPr="00096E5F">
        <w:rPr>
          <w:noProof/>
          <w:szCs w:val="24"/>
        </w:rPr>
        <w:lastRenderedPageBreak/>
        <mc:AlternateContent>
          <mc:Choice Requires="wps">
            <w:drawing>
              <wp:anchor distT="45720" distB="45720" distL="114300" distR="114300" simplePos="0" relativeHeight="251663360" behindDoc="0" locked="0" layoutInCell="1" allowOverlap="1" wp14:anchorId="0CAEF6DB" wp14:editId="01F9A640">
                <wp:simplePos x="0" y="0"/>
                <wp:positionH relativeFrom="column">
                  <wp:posOffset>777240</wp:posOffset>
                </wp:positionH>
                <wp:positionV relativeFrom="paragraph">
                  <wp:posOffset>3253740</wp:posOffset>
                </wp:positionV>
                <wp:extent cx="4709160" cy="1097280"/>
                <wp:effectExtent l="0" t="0" r="15240" b="26670"/>
                <wp:wrapSquare wrapText="bothSides"/>
                <wp:docPr id="1975342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1097280"/>
                        </a:xfrm>
                        <a:prstGeom prst="rect">
                          <a:avLst/>
                        </a:prstGeom>
                        <a:solidFill>
                          <a:srgbClr val="FFFFFF"/>
                        </a:solidFill>
                        <a:ln w="9525">
                          <a:solidFill>
                            <a:srgbClr val="000000"/>
                          </a:solidFill>
                          <a:miter lim="800000"/>
                          <a:headEnd/>
                          <a:tailEnd/>
                        </a:ln>
                      </wps:spPr>
                      <wps:txbx>
                        <w:txbxContent>
                          <w:p w14:paraId="58A61A28" w14:textId="77777777" w:rsidR="006658DF" w:rsidRDefault="006658DF" w:rsidP="00AB7AE0">
                            <w:pPr>
                              <w:spacing w:after="80" w:line="360" w:lineRule="auto"/>
                              <w:jc w:val="both"/>
                            </w:pPr>
                            <w:r>
                              <w:rPr>
                                <w:rStyle w:val="Strong"/>
                              </w:rPr>
                              <w:t>Figure 1.</w:t>
                            </w:r>
                            <w:r>
                              <w:t xml:space="preserve"> Generalized alopecia with diffuse scaling, erythema and facial crusting in the affected cat. Extensive hair loss involving the face, neck</w:t>
                            </w:r>
                            <w:r w:rsidR="00AB7AE0">
                              <w:t xml:space="preserve"> </w:t>
                            </w:r>
                            <w:r>
                              <w:t>and trunk with poor hair coat quality is indicative of chronic generalized dermatitis.</w:t>
                            </w:r>
                          </w:p>
                          <w:p w14:paraId="774662B8" w14:textId="77777777" w:rsidR="006658DF" w:rsidRDefault="006658DF" w:rsidP="00AB7AE0">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AEF6DB" id="_x0000_t202" coordsize="21600,21600" o:spt="202" path="m,l,21600r21600,l21600,xe">
                <v:stroke joinstyle="miter"/>
                <v:path gradientshapeok="t" o:connecttype="rect"/>
              </v:shapetype>
              <v:shape id="Text Box 2" o:spid="_x0000_s1026" type="#_x0000_t202" style="position:absolute;left:0;text-align:left;margin-left:61.2pt;margin-top:256.2pt;width:370.8pt;height:86.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">
                <v:textbox>
                  <w:txbxContent>
                    <w:p w14:paraId="5A1EAC0C" w14:textId="6F3E2C7C" w:rsidR="006658DF" w:rsidRDefault="006658DF" w:rsidP="00AB7AE0">
                      <w:pPr>
                        <w:spacing w:after="80" w:line="360" w:lineRule="auto"/>
                        <w:jc w:val="both"/>
                      </w:pPr>
                      <w:r>
                        <w:rPr>
                          <w:rStyle w:val="Strong"/>
                        </w:rPr>
                        <w:t>Figure 1.</w:t>
                      </w:r>
                      <w:r>
                        <w:t xml:space="preserve"> Generalized alopecia with diffuse scaling, erythema and facial crusting in the affected cat. Extensive hair loss involving the face, neck</w:t>
                      </w:r>
                      <w:r w:rsidR="00AB7AE0">
                        <w:t xml:space="preserve"> </w:t>
                      </w:r>
                      <w:r>
                        <w:t>and trunk with poor hair coat quality is indicative of chronic generalized dermatitis.</w:t>
                      </w:r>
                    </w:p>
                    <w:p w14:paraId="4305C8FE" w14:textId="50D01767" w:rsidR="006658DF" w:rsidRDefault="006658DF" w:rsidP="00AB7AE0">
                      <w:pPr>
                        <w:jc w:val="both"/>
                      </w:pPr>
                    </w:p>
                  </w:txbxContent>
                </v:textbox>
                <w10:wrap type="square"/>
              </v:shape>
            </w:pict>
          </mc:Fallback>
        </mc:AlternateContent>
      </w:r>
      <w:r w:rsidRPr="00096E5F">
        <w:rPr>
          <w:noProof/>
          <w:szCs w:val="24"/>
        </w:rPr>
        <w:drawing>
          <wp:inline distT="0" distB="0" distL="0" distR="0" wp14:anchorId="2F8821AB" wp14:editId="14ACE784">
            <wp:extent cx="4399198" cy="2886674"/>
            <wp:effectExtent l="38100" t="38100" r="40005" b="476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4399509" cy="2886878"/>
                    </a:xfrm>
                    <a:prstGeom prst="rect">
                      <a:avLst/>
                    </a:prstGeom>
                    <a:ln w="28575">
                      <a:solidFill>
                        <a:schemeClr val="tx1"/>
                      </a:solidFill>
                    </a:ln>
                  </pic:spPr>
                </pic:pic>
              </a:graphicData>
            </a:graphic>
          </wp:inline>
        </w:drawing>
      </w:r>
    </w:p>
    <w:p w14:paraId="0D13665C" w14:textId="77777777" w:rsidR="006658DF" w:rsidRPr="00096E5F" w:rsidRDefault="006658DF" w:rsidP="008E2A39">
      <w:pPr>
        <w:spacing w:before="240" w:line="360" w:lineRule="auto"/>
        <w:rPr>
          <w:szCs w:val="24"/>
        </w:rPr>
      </w:pPr>
    </w:p>
    <w:p w14:paraId="3C4A861A" w14:textId="77777777" w:rsidR="006658DF" w:rsidRPr="00096E5F" w:rsidRDefault="006658DF" w:rsidP="008E2A39">
      <w:pPr>
        <w:spacing w:before="240" w:line="360" w:lineRule="auto"/>
        <w:jc w:val="center"/>
        <w:rPr>
          <w:rStyle w:val="Strong"/>
          <w:szCs w:val="24"/>
        </w:rPr>
      </w:pPr>
    </w:p>
    <w:p w14:paraId="12077382" w14:textId="77777777" w:rsidR="006658DF" w:rsidRPr="00096E5F" w:rsidRDefault="006658DF" w:rsidP="008E2A39">
      <w:pPr>
        <w:spacing w:before="240" w:line="360" w:lineRule="auto"/>
        <w:rPr>
          <w:rStyle w:val="Strong"/>
          <w:szCs w:val="24"/>
        </w:rPr>
      </w:pPr>
    </w:p>
    <w:p w14:paraId="42E6F075" w14:textId="77777777" w:rsidR="00587181" w:rsidRDefault="00587181" w:rsidP="008E2A39">
      <w:pPr>
        <w:spacing w:before="240" w:line="360" w:lineRule="auto"/>
        <w:jc w:val="both"/>
        <w:rPr>
          <w:b/>
          <w:szCs w:val="24"/>
        </w:rPr>
      </w:pPr>
    </w:p>
    <w:p w14:paraId="30A3951E" w14:textId="77777777" w:rsidR="005E684E" w:rsidRPr="00096E5F" w:rsidRDefault="0069302B" w:rsidP="008E2A39">
      <w:pPr>
        <w:spacing w:before="240" w:line="360" w:lineRule="auto"/>
        <w:jc w:val="both"/>
        <w:rPr>
          <w:szCs w:val="24"/>
        </w:rPr>
      </w:pPr>
      <w:r w:rsidRPr="00096E5F">
        <w:rPr>
          <w:b/>
          <w:szCs w:val="24"/>
        </w:rPr>
        <w:t>Diagnostic Investigations</w:t>
      </w:r>
    </w:p>
    <w:p w14:paraId="0E9C66DC" w14:textId="77777777" w:rsidR="005E684E" w:rsidRPr="00096E5F" w:rsidRDefault="0069302B" w:rsidP="008E2A39">
      <w:pPr>
        <w:spacing w:before="240" w:line="360" w:lineRule="auto"/>
        <w:jc w:val="both"/>
        <w:rPr>
          <w:szCs w:val="24"/>
        </w:rPr>
      </w:pPr>
      <w:r>
        <w:rPr>
          <w:szCs w:val="24"/>
        </w:rPr>
        <w:t xml:space="preserve">Based on the clinical presentation, dermatophytosis, demodicosis, notoedric mange, bacterial folliculitis and allergic dermatitis were considered differential diagnoses. </w:t>
      </w:r>
      <w:r>
        <w:rPr>
          <w:szCs w:val="24"/>
          <w:highlight w:val="yellow"/>
        </w:rPr>
        <w:t>Wood’s</w:t>
      </w:r>
      <w:r>
        <w:rPr>
          <w:szCs w:val="24"/>
        </w:rPr>
        <w:t xml:space="preserve"> lamp examination performed in a darkened room revealed distinct apple-green fluorescence of affected hairs, suggestive of </w:t>
      </w:r>
      <w:r>
        <w:rPr>
          <w:i/>
          <w:iCs/>
          <w:szCs w:val="24"/>
        </w:rPr>
        <w:t xml:space="preserve">Microsporum canis </w:t>
      </w:r>
      <w:r>
        <w:rPr>
          <w:szCs w:val="24"/>
        </w:rPr>
        <w:t xml:space="preserve">infection (Moriello </w:t>
      </w:r>
      <w:r>
        <w:rPr>
          <w:i/>
          <w:iCs/>
          <w:szCs w:val="24"/>
        </w:rPr>
        <w:t>et al.,</w:t>
      </w:r>
      <w:r>
        <w:rPr>
          <w:szCs w:val="24"/>
        </w:rPr>
        <w:t xml:space="preserve"> 2017). Fluorescence was observed along the hair shafts of affected areas, supporting a presumptive diagnosis of dermatophytosis (Fig. 2). For laboratory confirmation, hairs and scales collected from fluorescent lesions were cultured on Sabouraud Dextrose Agar (SDA) and Potato Dextrose Agar (PDA). Following incubation, characteristic white cottony colonies with yellow pigmentation were observed (Figs. 3 and 4). Microscopic examination of the cultured colonies revealed spindle-shaped, rough-walled macroconidia containing more than six compartments, consistent with the morphological characteristics of </w:t>
      </w:r>
      <w:r>
        <w:rPr>
          <w:i/>
          <w:iCs/>
          <w:szCs w:val="24"/>
        </w:rPr>
        <w:t xml:space="preserve">Microsporum canis </w:t>
      </w:r>
      <w:r>
        <w:rPr>
          <w:szCs w:val="24"/>
        </w:rPr>
        <w:t>(Moriello, 2014).</w:t>
      </w:r>
    </w:p>
    <w:p w14:paraId="2122B9ED" w14:textId="77777777" w:rsidR="003E5BAF" w:rsidRDefault="0069302B" w:rsidP="003E5BAF">
      <w:pPr>
        <w:spacing w:before="240" w:line="360" w:lineRule="auto"/>
        <w:jc w:val="center"/>
        <w:rPr>
          <w:rStyle w:val="Strong"/>
          <w:szCs w:val="24"/>
        </w:rPr>
      </w:pPr>
      <w:r w:rsidRPr="00096E5F">
        <w:rPr>
          <w:noProof/>
          <w:szCs w:val="24"/>
        </w:rPr>
        <w:lastRenderedPageBreak/>
        <w:drawing>
          <wp:inline distT="0" distB="0" distL="0" distR="0" wp14:anchorId="1DD6BEC2" wp14:editId="0C67100A">
            <wp:extent cx="3870783" cy="3176270"/>
            <wp:effectExtent l="38100" t="38100" r="34925" b="431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Lst>
                    </a:blip>
                    <a:srcRect l="7946" t="5551" r="6909" b="5655"/>
                    <a:stretch>
                      <a:fillRect/>
                    </a:stretch>
                  </pic:blipFill>
                  <pic:spPr bwMode="auto">
                    <a:xfrm>
                      <a:off x="0" y="0"/>
                      <a:ext cx="3876247" cy="3180754"/>
                    </a:xfrm>
                    <a:prstGeom prst="rect">
                      <a:avLst/>
                    </a:prstGeom>
                    <a:ln w="285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C436ED2" w14:textId="77777777" w:rsidR="003E5BAF" w:rsidRDefault="004E7468" w:rsidP="003E5BAF">
      <w:pPr>
        <w:spacing w:before="240" w:line="360" w:lineRule="auto"/>
        <w:jc w:val="center"/>
        <w:rPr>
          <w:szCs w:val="24"/>
        </w:rPr>
      </w:pPr>
      <w:r w:rsidRPr="00096E5F">
        <w:rPr>
          <w:rStyle w:val="Strong"/>
          <w:szCs w:val="24"/>
        </w:rPr>
        <w:t>Figure 2.</w:t>
      </w:r>
      <w:r w:rsidRPr="00096E5F">
        <w:rPr>
          <w:szCs w:val="24"/>
        </w:rPr>
        <w:t xml:space="preserve"> </w:t>
      </w:r>
      <w:r w:rsidRPr="00096E5F">
        <w:rPr>
          <w:rStyle w:val="Strong"/>
          <w:szCs w:val="24"/>
        </w:rPr>
        <w:t>Wood's lamp examination</w:t>
      </w:r>
      <w:r w:rsidRPr="00096E5F">
        <w:rPr>
          <w:szCs w:val="24"/>
        </w:rPr>
        <w:t xml:space="preserve"> showing </w:t>
      </w:r>
      <w:r w:rsidRPr="00096E5F">
        <w:rPr>
          <w:rStyle w:val="Strong"/>
          <w:szCs w:val="24"/>
        </w:rPr>
        <w:t>bright apple-green fluorescence</w:t>
      </w:r>
      <w:r w:rsidRPr="00096E5F">
        <w:rPr>
          <w:szCs w:val="24"/>
        </w:rPr>
        <w:t xml:space="preserve"> of affected hairs, consistent with </w:t>
      </w:r>
      <w:r w:rsidR="004B08DF" w:rsidRPr="00096E5F">
        <w:rPr>
          <w:rStyle w:val="Emphasis"/>
          <w:szCs w:val="24"/>
        </w:rPr>
        <w:t xml:space="preserve">Microsporum </w:t>
      </w:r>
      <w:proofErr w:type="spellStart"/>
      <w:r w:rsidR="004B08DF" w:rsidRPr="00096E5F">
        <w:rPr>
          <w:rStyle w:val="Emphasis"/>
          <w:szCs w:val="24"/>
        </w:rPr>
        <w:t>canis</w:t>
      </w:r>
      <w:proofErr w:type="spellEnd"/>
      <w:r w:rsidR="004B08DF" w:rsidRPr="00096E5F">
        <w:rPr>
          <w:rStyle w:val="Emphasis"/>
          <w:szCs w:val="24"/>
        </w:rPr>
        <w:t xml:space="preserve"> </w:t>
      </w:r>
      <w:r w:rsidRPr="00096E5F">
        <w:rPr>
          <w:szCs w:val="24"/>
        </w:rPr>
        <w:t>infection and supportive of dermatophytosis.</w:t>
      </w:r>
    </w:p>
    <w:p w14:paraId="51FF5132" w14:textId="77777777" w:rsidR="003E5BAF" w:rsidRDefault="003E5BAF" w:rsidP="003E5BAF">
      <w:pPr>
        <w:spacing w:before="240" w:line="360" w:lineRule="auto"/>
        <w:jc w:val="center"/>
        <w:rPr>
          <w:szCs w:val="24"/>
        </w:rPr>
      </w:pPr>
    </w:p>
    <w:p w14:paraId="4ADABC03" w14:textId="77777777" w:rsidR="00CE245E" w:rsidRPr="003E5BAF" w:rsidRDefault="004E7468" w:rsidP="003E5BAF">
      <w:pPr>
        <w:spacing w:before="240" w:line="360" w:lineRule="auto"/>
        <w:jc w:val="center"/>
        <w:rPr>
          <w:b/>
          <w:bCs/>
          <w:szCs w:val="24"/>
        </w:rPr>
      </w:pPr>
      <w:r w:rsidRPr="00096E5F">
        <w:rPr>
          <w:noProof/>
          <w:szCs w:val="24"/>
        </w:rPr>
        <w:drawing>
          <wp:inline distT="0" distB="0" distL="0" distR="0" wp14:anchorId="6A8AD2A0" wp14:editId="1AEFD8AD">
            <wp:extent cx="2598314" cy="2164080"/>
            <wp:effectExtent l="38100" t="38100" r="31115" b="457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2599385" cy="2164972"/>
                    </a:xfrm>
                    <a:prstGeom prst="rect">
                      <a:avLst/>
                    </a:prstGeom>
                    <a:ln w="28575">
                      <a:solidFill>
                        <a:schemeClr val="tx1"/>
                      </a:solidFill>
                    </a:ln>
                  </pic:spPr>
                </pic:pic>
              </a:graphicData>
            </a:graphic>
          </wp:inline>
        </w:drawing>
      </w:r>
      <w:r w:rsidR="002D27B3" w:rsidRPr="00096E5F">
        <w:rPr>
          <w:szCs w:val="24"/>
        </w:rPr>
        <w:t xml:space="preserve">                  </w:t>
      </w:r>
      <w:r w:rsidR="002D27B3" w:rsidRPr="00096E5F">
        <w:rPr>
          <w:noProof/>
          <w:szCs w:val="24"/>
        </w:rPr>
        <w:drawing>
          <wp:inline distT="0" distB="0" distL="0" distR="0" wp14:anchorId="1DD81513" wp14:editId="12C05102">
            <wp:extent cx="2551439" cy="2194560"/>
            <wp:effectExtent l="38100" t="38100" r="39370" b="342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2"/>
                    <a:stretch>
                      <a:fillRect/>
                    </a:stretch>
                  </pic:blipFill>
                  <pic:spPr>
                    <a:xfrm>
                      <a:off x="0" y="0"/>
                      <a:ext cx="2555051" cy="2197667"/>
                    </a:xfrm>
                    <a:prstGeom prst="rect">
                      <a:avLst/>
                    </a:prstGeom>
                    <a:ln w="28575">
                      <a:solidFill>
                        <a:schemeClr val="tx1"/>
                      </a:solidFill>
                    </a:ln>
                  </pic:spPr>
                </pic:pic>
              </a:graphicData>
            </a:graphic>
          </wp:inline>
        </w:drawing>
      </w:r>
    </w:p>
    <w:p w14:paraId="446B988E" w14:textId="77777777" w:rsidR="005E684E" w:rsidRPr="00096E5F" w:rsidRDefault="00CE245E" w:rsidP="008E2A39">
      <w:pPr>
        <w:spacing w:before="240" w:line="360" w:lineRule="auto"/>
        <w:jc w:val="both"/>
        <w:rPr>
          <w:szCs w:val="24"/>
        </w:rPr>
      </w:pPr>
      <w:r w:rsidRPr="00096E5F">
        <w:rPr>
          <w:noProof/>
          <w:szCs w:val="24"/>
        </w:rPr>
        <mc:AlternateContent>
          <mc:Choice Requires="wps">
            <w:drawing>
              <wp:anchor distT="45720" distB="45720" distL="114300" distR="114300" simplePos="0" relativeHeight="251661312" behindDoc="0" locked="0" layoutInCell="1" allowOverlap="1" wp14:anchorId="70E4FC24" wp14:editId="50ED99D4">
                <wp:simplePos x="0" y="0"/>
                <wp:positionH relativeFrom="column">
                  <wp:posOffset>3390900</wp:posOffset>
                </wp:positionH>
                <wp:positionV relativeFrom="paragraph">
                  <wp:posOffset>88900</wp:posOffset>
                </wp:positionV>
                <wp:extent cx="2621280" cy="982980"/>
                <wp:effectExtent l="0" t="0" r="26670" b="26670"/>
                <wp:wrapSquare wrapText="bothSides"/>
                <wp:docPr id="1557760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982980"/>
                        </a:xfrm>
                        <a:prstGeom prst="rect">
                          <a:avLst/>
                        </a:prstGeom>
                        <a:solidFill>
                          <a:srgbClr val="FFFFFF"/>
                        </a:solidFill>
                        <a:ln w="9525">
                          <a:solidFill>
                            <a:srgbClr val="000000"/>
                          </a:solidFill>
                          <a:miter lim="800000"/>
                          <a:headEnd/>
                          <a:tailEnd/>
                        </a:ln>
                      </wps:spPr>
                      <wps:txbx>
                        <w:txbxContent>
                          <w:p w14:paraId="38328301" w14:textId="77777777" w:rsidR="00D9248C" w:rsidRPr="00D9248C" w:rsidRDefault="00D9248C" w:rsidP="00D9248C">
                            <w:pPr>
                              <w:spacing w:after="160" w:line="360" w:lineRule="auto"/>
                              <w:jc w:val="both"/>
                              <w:rPr>
                                <w:bCs/>
                              </w:rPr>
                            </w:pPr>
                            <w:r w:rsidRPr="00D9248C">
                              <w:rPr>
                                <w:bCs/>
                              </w:rPr>
                              <w:t>Fig. 4. Potato Dextrose Agar (PDA) culture demonstrating characteristic dermatophyte colony growth.</w:t>
                            </w:r>
                          </w:p>
                          <w:p w14:paraId="04D8993B" w14:textId="77777777" w:rsidR="00D9248C" w:rsidRDefault="00D924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4FC24" id="_x0000_s1027" type="#_x0000_t202" style="position:absolute;left:0;text-align:left;margin-left:267pt;margin-top:7pt;width:206.4pt;height:77.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">
                <v:textbox>
                  <w:txbxContent>
                    <w:p w14:paraId="2F4A480A" w14:textId="77777777" w:rsidR="00D9248C" w:rsidRPr="00D9248C" w:rsidRDefault="00D9248C" w:rsidP="00D9248C">
                      <w:pPr>
                        <w:spacing w:after="160" w:line="360" w:lineRule="auto"/>
                        <w:jc w:val="both"/>
                        <w:rPr>
                          <w:bCs/>
                        </w:rPr>
                      </w:pPr>
                      <w:r w:rsidRPr="00D9248C">
                        <w:rPr>
                          <w:bCs/>
                        </w:rPr>
                        <w:t>Fig. 4. Potato Dextrose Agar (PDA) culture demonstrating characteristic dermatophyte colony growth.</w:t>
                      </w:r>
                    </w:p>
                    <w:p w14:paraId="226CFEC2" w14:textId="6820041A" w:rsidR="00D9248C" w:rsidRDefault="00D9248C"/>
                  </w:txbxContent>
                </v:textbox>
                <w10:wrap type="square"/>
              </v:shape>
            </w:pict>
          </mc:Fallback>
        </mc:AlternateContent>
      </w:r>
      <w:r w:rsidRPr="00096E5F">
        <w:rPr>
          <w:noProof/>
          <w:szCs w:val="24"/>
        </w:rPr>
        <mc:AlternateContent>
          <mc:Choice Requires="wps">
            <w:drawing>
              <wp:anchor distT="45720" distB="45720" distL="114300" distR="114300" simplePos="0" relativeHeight="251659264" behindDoc="0" locked="0" layoutInCell="1" allowOverlap="1" wp14:anchorId="13221215" wp14:editId="20BB1ECE">
                <wp:simplePos x="0" y="0"/>
                <wp:positionH relativeFrom="column">
                  <wp:posOffset>38100</wp:posOffset>
                </wp:positionH>
                <wp:positionV relativeFrom="paragraph">
                  <wp:posOffset>35560</wp:posOffset>
                </wp:positionV>
                <wp:extent cx="2674620" cy="9906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990600"/>
                        </a:xfrm>
                        <a:prstGeom prst="rect">
                          <a:avLst/>
                        </a:prstGeom>
                        <a:solidFill>
                          <a:srgbClr val="FFFFFF"/>
                        </a:solidFill>
                        <a:ln w="9525">
                          <a:solidFill>
                            <a:srgbClr val="000000"/>
                          </a:solidFill>
                          <a:miter lim="800000"/>
                          <a:headEnd/>
                          <a:tailEnd/>
                        </a:ln>
                      </wps:spPr>
                      <wps:txbx>
                        <w:txbxContent>
                          <w:p w14:paraId="00BDD3C1" w14:textId="77777777" w:rsidR="00D9248C" w:rsidRPr="00D9248C" w:rsidRDefault="00D9248C" w:rsidP="00D9248C">
                            <w:pPr>
                              <w:jc w:val="both"/>
                              <w:rPr>
                                <w:bCs/>
                              </w:rPr>
                            </w:pPr>
                            <w:r w:rsidRPr="00D9248C">
                              <w:rPr>
                                <w:b/>
                              </w:rPr>
                              <w:t>Fig. 3.</w:t>
                            </w:r>
                            <w:r w:rsidRPr="00D9248C">
                              <w:rPr>
                                <w:bCs/>
                              </w:rPr>
                              <w:t xml:space="preserve"> Growth of dermatophyte colonies on </w:t>
                            </w:r>
                            <w:proofErr w:type="spellStart"/>
                            <w:r w:rsidRPr="00D9248C">
                              <w:rPr>
                                <w:bCs/>
                              </w:rPr>
                              <w:t>Sabouraud</w:t>
                            </w:r>
                            <w:proofErr w:type="spellEnd"/>
                            <w:r w:rsidRPr="00D9248C">
                              <w:rPr>
                                <w:bCs/>
                              </w:rPr>
                              <w:t xml:space="preserve"> Dextrose Agar (SDA), characterized by white to creamy fungal colonies following incubation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21215" id="_x0000_s1028" type="#_x0000_t202" style="position:absolute;left:0;text-align:left;margin-left:3pt;margin-top:2.8pt;width:210.6pt;height: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">
                <v:textbox>
                  <w:txbxContent>
                    <w:p w14:paraId="250F6B73" w14:textId="1BBBBE60" w:rsidR="00D9248C" w:rsidRPr="00D9248C" w:rsidRDefault="00D9248C" w:rsidP="00D9248C">
                      <w:pPr>
                        <w:jc w:val="both"/>
                        <w:rPr>
                          <w:bCs/>
                        </w:rPr>
                      </w:pPr>
                      <w:r w:rsidRPr="00D9248C">
                        <w:rPr>
                          <w:b/>
                        </w:rPr>
                        <w:t>Fig. 3.</w:t>
                      </w:r>
                      <w:r w:rsidRPr="00D9248C">
                        <w:rPr>
                          <w:bCs/>
                        </w:rPr>
                        <w:t xml:space="preserve"> Growth of dermatophyte colonies on </w:t>
                      </w:r>
                      <w:proofErr w:type="spellStart"/>
                      <w:r w:rsidRPr="00D9248C">
                        <w:rPr>
                          <w:bCs/>
                        </w:rPr>
                        <w:t>Sabouraud</w:t>
                      </w:r>
                      <w:proofErr w:type="spellEnd"/>
                      <w:r w:rsidRPr="00D9248C">
                        <w:rPr>
                          <w:bCs/>
                        </w:rPr>
                        <w:t xml:space="preserve"> Dextrose Agar (SDA), characterized by white to creamy fungal colonies following incubation</w:t>
                      </w:r>
                    </w:p>
                  </w:txbxContent>
                </v:textbox>
                <w10:wrap type="square"/>
              </v:shape>
            </w:pict>
          </mc:Fallback>
        </mc:AlternateContent>
      </w:r>
    </w:p>
    <w:p w14:paraId="6EC854C7" w14:textId="77777777" w:rsidR="00D9248C" w:rsidRPr="00096E5F" w:rsidRDefault="00D9248C" w:rsidP="008E2A39">
      <w:pPr>
        <w:spacing w:before="240" w:line="360" w:lineRule="auto"/>
        <w:jc w:val="both"/>
        <w:rPr>
          <w:szCs w:val="24"/>
        </w:rPr>
      </w:pPr>
    </w:p>
    <w:p w14:paraId="1669444A" w14:textId="77777777" w:rsidR="00D9248C" w:rsidRPr="00096E5F" w:rsidRDefault="00D9248C" w:rsidP="008E2A39">
      <w:pPr>
        <w:spacing w:before="240" w:line="360" w:lineRule="auto"/>
        <w:jc w:val="both"/>
        <w:rPr>
          <w:szCs w:val="24"/>
        </w:rPr>
      </w:pPr>
    </w:p>
    <w:p w14:paraId="5F6D973C" w14:textId="77777777" w:rsidR="00731E46" w:rsidRPr="00587181" w:rsidRDefault="0069302B" w:rsidP="008E2A39">
      <w:pPr>
        <w:spacing w:before="240" w:line="360" w:lineRule="auto"/>
        <w:jc w:val="both"/>
        <w:rPr>
          <w:szCs w:val="24"/>
        </w:rPr>
      </w:pPr>
      <w:r>
        <w:rPr>
          <w:szCs w:val="24"/>
        </w:rPr>
        <w:lastRenderedPageBreak/>
        <w:t xml:space="preserve">Based on the clinical findings, </w:t>
      </w:r>
      <w:r>
        <w:rPr>
          <w:szCs w:val="24"/>
          <w:highlight w:val="yellow"/>
        </w:rPr>
        <w:t xml:space="preserve">a </w:t>
      </w:r>
      <w:r>
        <w:rPr>
          <w:szCs w:val="24"/>
        </w:rPr>
        <w:t xml:space="preserve">positive </w:t>
      </w:r>
      <w:r>
        <w:rPr>
          <w:szCs w:val="24"/>
          <w:highlight w:val="yellow"/>
        </w:rPr>
        <w:t>Wood’s</w:t>
      </w:r>
      <w:r>
        <w:rPr>
          <w:szCs w:val="24"/>
        </w:rPr>
        <w:t xml:space="preserve"> lamp examination and fungal culture results, the case was confirmed </w:t>
      </w:r>
      <w:r>
        <w:rPr>
          <w:szCs w:val="24"/>
          <w:highlight w:val="yellow"/>
        </w:rPr>
        <w:t>to be</w:t>
      </w:r>
      <w:r>
        <w:rPr>
          <w:szCs w:val="24"/>
        </w:rPr>
        <w:t xml:space="preserve"> feline dermatophytosis caused by </w:t>
      </w:r>
      <w:r>
        <w:rPr>
          <w:i/>
          <w:iCs/>
          <w:szCs w:val="24"/>
        </w:rPr>
        <w:t>Microsporum canis</w:t>
      </w:r>
      <w:r>
        <w:rPr>
          <w:szCs w:val="24"/>
        </w:rPr>
        <w:t>.</w:t>
      </w:r>
    </w:p>
    <w:p w14:paraId="0A4FB629" w14:textId="77777777" w:rsidR="005E684E" w:rsidRPr="00096E5F" w:rsidRDefault="0069302B" w:rsidP="008E2A39">
      <w:pPr>
        <w:spacing w:before="240" w:line="360" w:lineRule="auto"/>
        <w:jc w:val="both"/>
        <w:rPr>
          <w:szCs w:val="24"/>
        </w:rPr>
      </w:pPr>
      <w:r w:rsidRPr="00096E5F">
        <w:rPr>
          <w:b/>
          <w:szCs w:val="24"/>
        </w:rPr>
        <w:t>Discussion</w:t>
      </w:r>
    </w:p>
    <w:p w14:paraId="2F0C02CF" w14:textId="77777777" w:rsidR="005E684E" w:rsidRPr="00096E5F" w:rsidRDefault="0069302B" w:rsidP="008E2A39">
      <w:pPr>
        <w:spacing w:before="240" w:line="360" w:lineRule="auto"/>
        <w:jc w:val="both"/>
        <w:rPr>
          <w:szCs w:val="24"/>
        </w:rPr>
      </w:pPr>
      <w:r>
        <w:rPr>
          <w:szCs w:val="24"/>
        </w:rPr>
        <w:t xml:space="preserve">Therapeutic management was initiated </w:t>
      </w:r>
      <w:r>
        <w:rPr>
          <w:szCs w:val="24"/>
          <w:highlight w:val="yellow"/>
        </w:rPr>
        <w:t>with</w:t>
      </w:r>
      <w:r>
        <w:rPr>
          <w:szCs w:val="24"/>
        </w:rPr>
        <w:t xml:space="preserve"> itraconazole syrup (Itrapet</w:t>
      </w:r>
      <w:r>
        <w:rPr>
          <w:szCs w:val="24"/>
          <w:highlight w:val="yellow"/>
        </w:rPr>
        <w:t>),</w:t>
      </w:r>
      <w:r>
        <w:rPr>
          <w:szCs w:val="24"/>
        </w:rPr>
        <w:t xml:space="preserve"> administered orally at </w:t>
      </w:r>
      <w:r>
        <w:rPr>
          <w:szCs w:val="24"/>
          <w:highlight w:val="yellow"/>
        </w:rPr>
        <w:t>5 mg</w:t>
      </w:r>
      <w:r>
        <w:rPr>
          <w:szCs w:val="24"/>
        </w:rPr>
        <w:t xml:space="preserve">/kg </w:t>
      </w:r>
      <w:r>
        <w:rPr>
          <w:szCs w:val="24"/>
          <w:highlight w:val="yellow"/>
        </w:rPr>
        <w:t>body weight</w:t>
      </w:r>
      <w:r>
        <w:rPr>
          <w:szCs w:val="24"/>
        </w:rPr>
        <w:t xml:space="preserve"> once daily for seven days</w:t>
      </w:r>
      <w:r>
        <w:rPr>
          <w:szCs w:val="24"/>
          <w:highlight w:val="yellow"/>
        </w:rPr>
        <w:t>,</w:t>
      </w:r>
      <w:r>
        <w:rPr>
          <w:szCs w:val="24"/>
        </w:rPr>
        <w:t xml:space="preserve"> </w:t>
      </w:r>
      <w:r>
        <w:rPr>
          <w:szCs w:val="24"/>
          <w:highlight w:val="yellow"/>
        </w:rPr>
        <w:t>together</w:t>
      </w:r>
      <w:r>
        <w:rPr>
          <w:szCs w:val="24"/>
        </w:rPr>
        <w:t xml:space="preserve"> with</w:t>
      </w:r>
      <w:r>
        <w:rPr>
          <w:szCs w:val="24"/>
          <w:highlight w:val="yellow"/>
        </w:rPr>
        <w:t xml:space="preserve"> the</w:t>
      </w:r>
      <w:r>
        <w:rPr>
          <w:szCs w:val="24"/>
        </w:rPr>
        <w:t xml:space="preserve"> topical application of Dermaoscanil lotion (</w:t>
      </w:r>
      <w:r>
        <w:rPr>
          <w:szCs w:val="24"/>
          <w:highlight w:val="yellow"/>
        </w:rPr>
        <w:t>sulphur</w:t>
      </w:r>
      <w:r>
        <w:rPr>
          <w:szCs w:val="24"/>
        </w:rPr>
        <w:t xml:space="preserve"> 22% w/w</w:t>
      </w:r>
      <w:r>
        <w:rPr>
          <w:szCs w:val="24"/>
          <w:highlight w:val="yellow"/>
        </w:rPr>
        <w:t>),</w:t>
      </w:r>
      <w:r>
        <w:rPr>
          <w:szCs w:val="24"/>
        </w:rPr>
        <w:t xml:space="preserve"> diluted at 0.25 </w:t>
      </w:r>
      <w:r>
        <w:rPr>
          <w:szCs w:val="24"/>
          <w:highlight w:val="yellow"/>
        </w:rPr>
        <w:t>mL</w:t>
      </w:r>
      <w:r>
        <w:rPr>
          <w:szCs w:val="24"/>
        </w:rPr>
        <w:t xml:space="preserve"> in 10 </w:t>
      </w:r>
      <w:r>
        <w:rPr>
          <w:szCs w:val="24"/>
          <w:highlight w:val="yellow"/>
        </w:rPr>
        <w:t>mL</w:t>
      </w:r>
      <w:r>
        <w:rPr>
          <w:szCs w:val="24"/>
        </w:rPr>
        <w:t xml:space="preserve"> of water</w:t>
      </w:r>
      <w:r>
        <w:rPr>
          <w:szCs w:val="24"/>
          <w:highlight w:val="yellow"/>
        </w:rPr>
        <w:t xml:space="preserve"> and applied</w:t>
      </w:r>
      <w:r>
        <w:rPr>
          <w:szCs w:val="24"/>
        </w:rPr>
        <w:t xml:space="preserve"> on alternate days. Supportive therapy included Multistar Pet syrup</w:t>
      </w:r>
      <w:r>
        <w:rPr>
          <w:szCs w:val="24"/>
          <w:highlight w:val="yellow"/>
        </w:rPr>
        <w:t>, administered orally</w:t>
      </w:r>
      <w:r>
        <w:rPr>
          <w:szCs w:val="24"/>
        </w:rPr>
        <w:t xml:space="preserve"> at 1 </w:t>
      </w:r>
      <w:r>
        <w:rPr>
          <w:szCs w:val="24"/>
          <w:highlight w:val="yellow"/>
        </w:rPr>
        <w:t>mL</w:t>
      </w:r>
      <w:r>
        <w:rPr>
          <w:szCs w:val="24"/>
        </w:rPr>
        <w:t xml:space="preserve"> once daily</w:t>
      </w:r>
      <w:r>
        <w:rPr>
          <w:szCs w:val="24"/>
          <w:highlight w:val="yellow"/>
        </w:rPr>
        <w:t>,</w:t>
      </w:r>
      <w:r>
        <w:rPr>
          <w:szCs w:val="24"/>
        </w:rPr>
        <w:t xml:space="preserve"> to promote skin healing and hair regrowth. </w:t>
      </w:r>
      <w:r>
        <w:rPr>
          <w:szCs w:val="24"/>
          <w:highlight w:val="yellow"/>
        </w:rPr>
        <w:t>Histanil</w:t>
      </w:r>
      <w:r>
        <w:rPr>
          <w:szCs w:val="24"/>
        </w:rPr>
        <w:t xml:space="preserve"> </w:t>
      </w:r>
      <w:r>
        <w:rPr>
          <w:szCs w:val="24"/>
          <w:highlight w:val="yellow"/>
        </w:rPr>
        <w:t>injection</w:t>
      </w:r>
      <w:r>
        <w:rPr>
          <w:szCs w:val="24"/>
        </w:rPr>
        <w:t xml:space="preserve"> was administered intramuscularly at a total dose of 4 mg. </w:t>
      </w:r>
      <w:r>
        <w:rPr>
          <w:szCs w:val="24"/>
          <w:highlight w:val="yellow"/>
        </w:rPr>
        <w:t>Ivermectin</w:t>
      </w:r>
      <w:r>
        <w:rPr>
          <w:szCs w:val="24"/>
        </w:rPr>
        <w:t xml:space="preserve"> </w:t>
      </w:r>
      <w:r>
        <w:rPr>
          <w:szCs w:val="24"/>
          <w:highlight w:val="yellow"/>
        </w:rPr>
        <w:t>injection</w:t>
      </w:r>
      <w:r>
        <w:rPr>
          <w:szCs w:val="24"/>
        </w:rPr>
        <w:t xml:space="preserve"> (Neomec) was administered subcutaneously at 200 mcg/kg body weight during the initial stage of case management</w:t>
      </w:r>
      <w:r>
        <w:rPr>
          <w:szCs w:val="24"/>
          <w:highlight w:val="yellow"/>
        </w:rPr>
        <w:t>,</w:t>
      </w:r>
      <w:r>
        <w:rPr>
          <w:szCs w:val="24"/>
        </w:rPr>
        <w:t xml:space="preserve"> while parasitic dermatoses were being considered among the differential diagnoses.</w:t>
      </w:r>
    </w:p>
    <w:p w14:paraId="7AD496B6" w14:textId="77777777" w:rsidR="005E684E" w:rsidRPr="00096E5F" w:rsidRDefault="0069302B" w:rsidP="008E2A39">
      <w:pPr>
        <w:spacing w:before="240" w:line="360" w:lineRule="auto"/>
        <w:jc w:val="both"/>
        <w:rPr>
          <w:szCs w:val="24"/>
        </w:rPr>
      </w:pPr>
      <w:r>
        <w:rPr>
          <w:szCs w:val="24"/>
        </w:rPr>
        <w:t>The owner was advised to use a miconazole–chlorhexidine shampoo (Conaseb) twice weekly to reduce fungal contamination of the hair coat. Administration of itraconazole with</w:t>
      </w:r>
      <w:r>
        <w:rPr>
          <w:szCs w:val="24"/>
          <w:highlight w:val="yellow"/>
        </w:rPr>
        <w:t xml:space="preserve"> a</w:t>
      </w:r>
      <w:r>
        <w:rPr>
          <w:szCs w:val="24"/>
        </w:rPr>
        <w:t xml:space="preserve"> fatty meal was recommended to improve drug absorption and gastrointestinal tolerance. Environmental management included routine cleaning and disinfection of bedding, grooming equipment and the animal’s surroundings to minimise environmental contamination and reduce the risk of reinfection. Clinical improvement was evident during follow-up examinations. A marked reduction in scaling and crusting was observed within one week of therapy, accompanied by early hair regrowth in previously alopecic areas. Progressive resolution of skin lesions and improvement in coat condition indicated a favourable response to treatment.</w:t>
      </w:r>
    </w:p>
    <w:p w14:paraId="48A6CA50" w14:textId="77777777" w:rsidR="005E684E" w:rsidRPr="00096E5F" w:rsidRDefault="0069302B" w:rsidP="008E2A39">
      <w:pPr>
        <w:spacing w:before="240" w:line="360" w:lineRule="auto"/>
        <w:jc w:val="both"/>
        <w:rPr>
          <w:szCs w:val="24"/>
        </w:rPr>
      </w:pPr>
      <w:r>
        <w:rPr>
          <w:szCs w:val="24"/>
        </w:rPr>
        <w:t xml:space="preserve">The combined therapeutic approach used in this case is consistent with published recommendations indicating that extensive feline dermatophytosis should be managed through concurrent systemic antifungal therapy, topical reduction of infective material and environmental decontamination rather than by a single treatment modality alone (Diesel </w:t>
      </w:r>
      <w:r>
        <w:rPr>
          <w:i/>
          <w:iCs/>
          <w:szCs w:val="24"/>
        </w:rPr>
        <w:t>et al.,</w:t>
      </w:r>
      <w:r>
        <w:rPr>
          <w:szCs w:val="24"/>
        </w:rPr>
        <w:t xml:space="preserve"> 2011; Moriello </w:t>
      </w:r>
      <w:r>
        <w:rPr>
          <w:i/>
          <w:iCs/>
          <w:szCs w:val="24"/>
        </w:rPr>
        <w:t>et al.,</w:t>
      </w:r>
      <w:r>
        <w:rPr>
          <w:szCs w:val="24"/>
        </w:rPr>
        <w:t xml:space="preserve"> 2017; Rajagopalan </w:t>
      </w:r>
      <w:r>
        <w:rPr>
          <w:i/>
          <w:iCs/>
          <w:szCs w:val="24"/>
        </w:rPr>
        <w:t>et al.,</w:t>
      </w:r>
      <w:r>
        <w:rPr>
          <w:szCs w:val="24"/>
        </w:rPr>
        <w:t xml:space="preserve"> 2018).</w:t>
      </w:r>
    </w:p>
    <w:p w14:paraId="41AC4531" w14:textId="77777777" w:rsidR="005E684E" w:rsidRPr="00096E5F" w:rsidRDefault="0069302B" w:rsidP="008E2A39">
      <w:pPr>
        <w:spacing w:before="240" w:line="360" w:lineRule="auto"/>
        <w:jc w:val="both"/>
        <w:rPr>
          <w:szCs w:val="24"/>
        </w:rPr>
      </w:pPr>
      <w:r>
        <w:rPr>
          <w:szCs w:val="24"/>
        </w:rPr>
        <w:t xml:space="preserve">The use of </w:t>
      </w:r>
      <w:r>
        <w:rPr>
          <w:szCs w:val="24"/>
          <w:highlight w:val="yellow"/>
        </w:rPr>
        <w:t>miconazole–chlorhexidine</w:t>
      </w:r>
      <w:r>
        <w:rPr>
          <w:szCs w:val="24"/>
        </w:rPr>
        <w:t xml:space="preserve"> shampoo is also biologically plausible because topical antifungal washing can help decrease the surface fungal burden on hairs and scales, thereby complementing systemic treatment and reducing contamination of the immediate environment (Diesel </w:t>
      </w:r>
      <w:r>
        <w:rPr>
          <w:i/>
          <w:iCs/>
          <w:szCs w:val="24"/>
        </w:rPr>
        <w:t>et al.,</w:t>
      </w:r>
      <w:r>
        <w:rPr>
          <w:szCs w:val="24"/>
        </w:rPr>
        <w:t xml:space="preserve"> 2011; Hayette &amp; Sacheli, 2015).</w:t>
      </w:r>
    </w:p>
    <w:p w14:paraId="08E73262" w14:textId="77777777" w:rsidR="005E684E" w:rsidRPr="00096E5F" w:rsidRDefault="0069302B" w:rsidP="008E2A39">
      <w:pPr>
        <w:spacing w:before="240" w:line="360" w:lineRule="auto"/>
        <w:jc w:val="both"/>
        <w:rPr>
          <w:szCs w:val="24"/>
        </w:rPr>
      </w:pPr>
      <w:r>
        <w:rPr>
          <w:szCs w:val="24"/>
        </w:rPr>
        <w:lastRenderedPageBreak/>
        <w:t xml:space="preserve">Dermatophytosis is one of the most frequently encountered fungal skin diseases in cats and is predominantly associated with </w:t>
      </w:r>
      <w:r>
        <w:rPr>
          <w:i/>
          <w:iCs/>
          <w:szCs w:val="24"/>
        </w:rPr>
        <w:t>Microsporum canis,</w:t>
      </w:r>
      <w:r>
        <w:rPr>
          <w:szCs w:val="24"/>
        </w:rPr>
        <w:t xml:space="preserve"> a dermatophyte of considerable veterinary and public health importance due to its zoonotic potential (Scott </w:t>
      </w:r>
      <w:r>
        <w:rPr>
          <w:i/>
          <w:iCs/>
          <w:szCs w:val="24"/>
        </w:rPr>
        <w:t>et al.,</w:t>
      </w:r>
      <w:r>
        <w:rPr>
          <w:szCs w:val="24"/>
        </w:rPr>
        <w:t xml:space="preserve"> 2001; Moriello, 2014). Cats may act as both clinically affected animals and asymptomatic carriers, thereby serving as important reservoirs of infection for other animals and humans. The clinical manifestations observed in the present case, including generalised alopecia, scaling, crusting, broken hairs and a characteristic moth-eaten appearance of the coat, are in agreement with the findings reported in previous studies of feline dermatophytosis (Miller </w:t>
      </w:r>
      <w:r>
        <w:rPr>
          <w:i/>
          <w:iCs/>
          <w:szCs w:val="24"/>
        </w:rPr>
        <w:t>et al.,</w:t>
      </w:r>
      <w:r>
        <w:rPr>
          <w:szCs w:val="24"/>
        </w:rPr>
        <w:t xml:space="preserve"> 2013).</w:t>
      </w:r>
    </w:p>
    <w:p w14:paraId="28849B51" w14:textId="77777777" w:rsidR="005E684E" w:rsidRPr="00096E5F" w:rsidRDefault="0069302B" w:rsidP="008E2A39">
      <w:pPr>
        <w:spacing w:before="240" w:line="360" w:lineRule="auto"/>
        <w:jc w:val="both"/>
        <w:rPr>
          <w:szCs w:val="24"/>
        </w:rPr>
      </w:pPr>
      <w:r>
        <w:rPr>
          <w:szCs w:val="24"/>
          <w:highlight w:val="yellow"/>
        </w:rPr>
        <w:t>Wood’s</w:t>
      </w:r>
      <w:r>
        <w:rPr>
          <w:szCs w:val="24"/>
        </w:rPr>
        <w:t xml:space="preserve"> lamp examination remains a rapid, inexpensive and useful screening tool in routine veterinary dermatology. In the present case, the demonstration of characteristic apple-green fluorescence along</w:t>
      </w:r>
      <w:r>
        <w:rPr>
          <w:szCs w:val="24"/>
          <w:highlight w:val="yellow"/>
        </w:rPr>
        <w:t xml:space="preserve"> the</w:t>
      </w:r>
      <w:r>
        <w:rPr>
          <w:szCs w:val="24"/>
        </w:rPr>
        <w:t xml:space="preserve"> infected hair shafts provided valuable preliminary evidence of </w:t>
      </w:r>
      <w:r>
        <w:rPr>
          <w:i/>
          <w:iCs/>
          <w:szCs w:val="24"/>
        </w:rPr>
        <w:t>M. canis</w:t>
      </w:r>
      <w:r>
        <w:rPr>
          <w:szCs w:val="24"/>
        </w:rPr>
        <w:t xml:space="preserve"> infection. However, because not all dermatophyte species fluoresce and only a proportion of naturally infected </w:t>
      </w:r>
      <w:r>
        <w:rPr>
          <w:i/>
          <w:szCs w:val="24"/>
        </w:rPr>
        <w:t>M. canis</w:t>
      </w:r>
      <w:r>
        <w:rPr>
          <w:szCs w:val="24"/>
        </w:rPr>
        <w:t xml:space="preserve"> strains exhibit fluorescence, </w:t>
      </w:r>
      <w:r>
        <w:rPr>
          <w:szCs w:val="24"/>
          <w:highlight w:val="yellow"/>
        </w:rPr>
        <w:t>Wood’s</w:t>
      </w:r>
      <w:r>
        <w:rPr>
          <w:szCs w:val="24"/>
        </w:rPr>
        <w:t xml:space="preserve"> lamp findings should be interpreted in conjunction with other diagnostic methods (Moriello </w:t>
      </w:r>
      <w:r>
        <w:rPr>
          <w:i/>
          <w:iCs/>
          <w:szCs w:val="24"/>
        </w:rPr>
        <w:t>et al.,</w:t>
      </w:r>
      <w:r>
        <w:rPr>
          <w:szCs w:val="24"/>
        </w:rPr>
        <w:t xml:space="preserve"> 2017). Fungal culture remains an important confirmatory test (Moriello </w:t>
      </w:r>
      <w:r>
        <w:rPr>
          <w:i/>
          <w:iCs/>
          <w:szCs w:val="24"/>
        </w:rPr>
        <w:t>et al.,</w:t>
      </w:r>
      <w:r>
        <w:rPr>
          <w:szCs w:val="24"/>
        </w:rPr>
        <w:t xml:space="preserve"> 2017), and in the present case, the isolation of characteristic colonies together with </w:t>
      </w:r>
      <w:r>
        <w:rPr>
          <w:szCs w:val="24"/>
          <w:highlight w:val="yellow"/>
        </w:rPr>
        <w:t xml:space="preserve">the </w:t>
      </w:r>
      <w:r>
        <w:rPr>
          <w:szCs w:val="24"/>
        </w:rPr>
        <w:t>identification of spindle-shaped, rough-walled macroconidia confirmed the diagnosis.</w:t>
      </w:r>
    </w:p>
    <w:p w14:paraId="0247315F" w14:textId="77777777" w:rsidR="005E684E" w:rsidRPr="00096E5F" w:rsidRDefault="0069302B" w:rsidP="008E2A39">
      <w:pPr>
        <w:spacing w:before="240" w:line="360" w:lineRule="auto"/>
        <w:jc w:val="both"/>
        <w:rPr>
          <w:szCs w:val="24"/>
        </w:rPr>
      </w:pPr>
      <w:r>
        <w:rPr>
          <w:szCs w:val="24"/>
        </w:rPr>
        <w:t xml:space="preserve">This diagnostic interpretation is consistent with current diagnostic principles for dermatophytosis, which recommend using </w:t>
      </w:r>
      <w:r>
        <w:rPr>
          <w:szCs w:val="24"/>
          <w:highlight w:val="yellow"/>
        </w:rPr>
        <w:t>Wood’s</w:t>
      </w:r>
      <w:r>
        <w:rPr>
          <w:szCs w:val="24"/>
        </w:rPr>
        <w:t xml:space="preserve"> lamp examination as a rapid screening method while relying on fungal culture or microscopic identification for confirmation when clinical decisions depend on species-level diagnosis (Hayette &amp; Sacheli, 2015; Moriello </w:t>
      </w:r>
      <w:r>
        <w:rPr>
          <w:i/>
          <w:iCs/>
          <w:szCs w:val="24"/>
        </w:rPr>
        <w:t>et al.,</w:t>
      </w:r>
      <w:r>
        <w:rPr>
          <w:szCs w:val="24"/>
        </w:rPr>
        <w:t xml:space="preserve"> 2017).</w:t>
      </w:r>
    </w:p>
    <w:p w14:paraId="003DACCF" w14:textId="77777777" w:rsidR="005E684E" w:rsidRPr="00096E5F" w:rsidRDefault="0069302B" w:rsidP="008E2A39">
      <w:pPr>
        <w:spacing w:before="240" w:line="360" w:lineRule="auto"/>
        <w:jc w:val="both"/>
        <w:rPr>
          <w:szCs w:val="24"/>
        </w:rPr>
      </w:pPr>
      <w:r>
        <w:rPr>
          <w:szCs w:val="24"/>
        </w:rPr>
        <w:t xml:space="preserve">Successful management of feline dermatophytosis requires a combination of systemic antifungal therapy, topical treatment and environmental decontamination to reduce fungal spore burden and prevent reinfection (Moriello </w:t>
      </w:r>
      <w:r>
        <w:rPr>
          <w:i/>
          <w:iCs/>
          <w:szCs w:val="24"/>
        </w:rPr>
        <w:t>et al.,</w:t>
      </w:r>
      <w:r>
        <w:rPr>
          <w:szCs w:val="24"/>
        </w:rPr>
        <w:t xml:space="preserve"> 2017). The </w:t>
      </w:r>
      <w:r>
        <w:rPr>
          <w:szCs w:val="24"/>
          <w:highlight w:val="yellow"/>
        </w:rPr>
        <w:t>favourable</w:t>
      </w:r>
      <w:r>
        <w:rPr>
          <w:szCs w:val="24"/>
        </w:rPr>
        <w:t xml:space="preserve"> clinical response observed in the present case, </w:t>
      </w:r>
      <w:r>
        <w:rPr>
          <w:szCs w:val="24"/>
          <w:highlight w:val="yellow"/>
        </w:rPr>
        <w:t>characterised</w:t>
      </w:r>
      <w:r>
        <w:rPr>
          <w:szCs w:val="24"/>
        </w:rPr>
        <w:t xml:space="preserve"> by reduction in scaling and crusting together with progressive hair regrowth, supports the effectiveness of an integrated therapeutic approach. Early diagnosis, appropriate treatment and maintenance of environmental hygiene are essential for successful disease control and reduction of zoonotic risk.</w:t>
      </w:r>
    </w:p>
    <w:p w14:paraId="591B2384" w14:textId="77777777" w:rsidR="005E684E" w:rsidRPr="00096E5F" w:rsidRDefault="0069302B" w:rsidP="008E2A39">
      <w:pPr>
        <w:spacing w:before="240" w:line="360" w:lineRule="auto"/>
        <w:jc w:val="both"/>
        <w:rPr>
          <w:szCs w:val="24"/>
        </w:rPr>
      </w:pPr>
      <w:r>
        <w:rPr>
          <w:szCs w:val="24"/>
        </w:rPr>
        <w:t xml:space="preserve">Environmental control is especially relevant in companion-animal dermatophytosis because infective arthroconidia may remain associated with shed hairs and fomites; therefore, regular cleaning of bedding, grooming tools and contact surfaces is an important adjunct to animal treatment and follow-up monitoring (Hayette &amp; Sacheli, 2015; Rajagopalan </w:t>
      </w:r>
      <w:r>
        <w:rPr>
          <w:i/>
          <w:iCs/>
          <w:szCs w:val="24"/>
        </w:rPr>
        <w:t>et al.,</w:t>
      </w:r>
      <w:r>
        <w:rPr>
          <w:szCs w:val="24"/>
        </w:rPr>
        <w:t xml:space="preserve"> 2018).</w:t>
      </w:r>
    </w:p>
    <w:p w14:paraId="012E7723" w14:textId="77777777" w:rsidR="00922B35" w:rsidRPr="00096E5F" w:rsidRDefault="00922B35" w:rsidP="008E2A39">
      <w:pPr>
        <w:spacing w:before="240" w:line="360" w:lineRule="auto"/>
        <w:jc w:val="both"/>
        <w:outlineLvl w:val="1"/>
        <w:rPr>
          <w:rFonts w:eastAsia="Times New Roman" w:cs="Times New Roman"/>
          <w:b/>
          <w:bCs/>
          <w:szCs w:val="24"/>
          <w:lang w:eastAsia="en-GB"/>
        </w:rPr>
      </w:pPr>
      <w:r w:rsidRPr="00096E5F">
        <w:rPr>
          <w:rFonts w:eastAsia="Times New Roman" w:cs="Times New Roman"/>
          <w:b/>
          <w:bCs/>
          <w:szCs w:val="24"/>
          <w:lang w:eastAsia="en-GB"/>
        </w:rPr>
        <w:lastRenderedPageBreak/>
        <w:t>Conclusion</w:t>
      </w:r>
    </w:p>
    <w:p w14:paraId="6E9D2A6A" w14:textId="77777777" w:rsidR="00922B35" w:rsidRPr="00096E5F" w:rsidRDefault="00922B35" w:rsidP="008E2A39">
      <w:pPr>
        <w:spacing w:before="240" w:line="360" w:lineRule="auto"/>
        <w:jc w:val="both"/>
        <w:rPr>
          <w:rFonts w:eastAsia="Times New Roman" w:cs="Times New Roman"/>
          <w:szCs w:val="24"/>
          <w:lang w:eastAsia="en-GB"/>
        </w:rPr>
      </w:pPr>
      <w:r>
        <w:rPr>
          <w:rFonts w:eastAsia="Times New Roman" w:cs="Times New Roman"/>
          <w:szCs w:val="24"/>
          <w:lang w:eastAsia="en-GB"/>
        </w:rPr>
        <w:t xml:space="preserve">This case describes dermatophytosis in a two-year-old domestic short-haired cat diagnosed through clinical examination, Wood’s lamp evaluation and fungal culture. The presence of </w:t>
      </w:r>
      <w:r>
        <w:rPr>
          <w:rFonts w:eastAsia="Times New Roman" w:cs="Times New Roman"/>
          <w:szCs w:val="24"/>
          <w:highlight w:val="yellow"/>
          <w:lang w:eastAsia="en-GB"/>
        </w:rPr>
        <w:t>generalised</w:t>
      </w:r>
      <w:r>
        <w:rPr>
          <w:rFonts w:eastAsia="Times New Roman" w:cs="Times New Roman"/>
          <w:szCs w:val="24"/>
          <w:lang w:eastAsia="en-GB"/>
        </w:rPr>
        <w:t xml:space="preserve"> alopecia, scaling, crusting, broken hairs and apple-green fluorescence of affected hairs provided important preliminary evidence of </w:t>
      </w:r>
      <w:r>
        <w:rPr>
          <w:rFonts w:eastAsia="Times New Roman" w:cs="Times New Roman"/>
          <w:i/>
          <w:iCs/>
          <w:szCs w:val="24"/>
          <w:lang w:eastAsia="en-GB"/>
        </w:rPr>
        <w:t xml:space="preserve">Microsporum canis </w:t>
      </w:r>
      <w:r>
        <w:rPr>
          <w:rFonts w:eastAsia="Times New Roman" w:cs="Times New Roman"/>
          <w:szCs w:val="24"/>
          <w:lang w:eastAsia="en-GB"/>
        </w:rPr>
        <w:t>infection, while fungal culture and microscopic morphology supported</w:t>
      </w:r>
      <w:r>
        <w:rPr>
          <w:rFonts w:eastAsia="Times New Roman" w:cs="Times New Roman"/>
          <w:szCs w:val="24"/>
          <w:highlight w:val="yellow"/>
          <w:lang w:eastAsia="en-GB"/>
        </w:rPr>
        <w:t xml:space="preserve"> the</w:t>
      </w:r>
      <w:r>
        <w:rPr>
          <w:rFonts w:eastAsia="Times New Roman" w:cs="Times New Roman"/>
          <w:szCs w:val="24"/>
          <w:lang w:eastAsia="en-GB"/>
        </w:rPr>
        <w:t xml:space="preserve"> confirmation of the diagnosis. Therapeutic management using systemic antifungal treatment, topical antifungal measures, supportive care and environmental hygiene was associated with visible clinical improvement during follow-up. Reduction in scaling and crusting, improvement in coat condition and progressive hair regrowth indicated a </w:t>
      </w:r>
      <w:r>
        <w:rPr>
          <w:rFonts w:eastAsia="Times New Roman" w:cs="Times New Roman"/>
          <w:szCs w:val="24"/>
          <w:highlight w:val="yellow"/>
          <w:lang w:eastAsia="en-GB"/>
        </w:rPr>
        <w:t>favourable</w:t>
      </w:r>
      <w:r>
        <w:rPr>
          <w:rFonts w:eastAsia="Times New Roman" w:cs="Times New Roman"/>
          <w:szCs w:val="24"/>
          <w:lang w:eastAsia="en-GB"/>
        </w:rPr>
        <w:t xml:space="preserve"> response to the treatment protocol used in this case. The report </w:t>
      </w:r>
      <w:r>
        <w:rPr>
          <w:rFonts w:eastAsia="Times New Roman" w:cs="Times New Roman"/>
          <w:szCs w:val="24"/>
          <w:highlight w:val="yellow"/>
          <w:lang w:eastAsia="en-GB"/>
        </w:rPr>
        <w:t>emphasises</w:t>
      </w:r>
      <w:r>
        <w:rPr>
          <w:rFonts w:eastAsia="Times New Roman" w:cs="Times New Roman"/>
          <w:szCs w:val="24"/>
          <w:lang w:eastAsia="en-GB"/>
        </w:rPr>
        <w:t xml:space="preserve"> that feline dermatophytosis should be approached through combined diagnostic and therapeutic measures, particularly because of its contagious nature and zoonotic relevance. Wood’s lamp examination may be useful as a rapid screening method, but confirmatory testing remains important for accurate diagnosis and appropriate clinical management.</w:t>
      </w:r>
    </w:p>
    <w:p w14:paraId="1E712743" w14:textId="77777777" w:rsidR="00922B35" w:rsidRPr="00096E5F" w:rsidRDefault="00922B35" w:rsidP="008E2A39">
      <w:pPr>
        <w:spacing w:before="240" w:line="360" w:lineRule="auto"/>
        <w:jc w:val="both"/>
        <w:outlineLvl w:val="1"/>
        <w:rPr>
          <w:rFonts w:eastAsia="Times New Roman" w:cs="Times New Roman"/>
          <w:b/>
          <w:bCs/>
          <w:szCs w:val="24"/>
          <w:lang w:eastAsia="en-GB"/>
        </w:rPr>
      </w:pPr>
      <w:r w:rsidRPr="00096E5F">
        <w:rPr>
          <w:rFonts w:eastAsia="Times New Roman" w:cs="Times New Roman"/>
          <w:b/>
          <w:bCs/>
          <w:szCs w:val="24"/>
          <w:lang w:eastAsia="en-GB"/>
        </w:rPr>
        <w:t>Limitation</w:t>
      </w:r>
    </w:p>
    <w:p w14:paraId="75FBF301" w14:textId="0AF9DD42" w:rsidR="00922B35" w:rsidRDefault="00922B35" w:rsidP="008E2A39">
      <w:pPr>
        <w:spacing w:before="240" w:line="360" w:lineRule="auto"/>
        <w:jc w:val="both"/>
        <w:rPr>
          <w:rFonts w:eastAsia="Times New Roman" w:cs="Times New Roman"/>
          <w:szCs w:val="24"/>
          <w:lang w:eastAsia="en-GB"/>
        </w:rPr>
      </w:pPr>
      <w:r>
        <w:rPr>
          <w:rFonts w:eastAsia="Times New Roman" w:cs="Times New Roman"/>
          <w:szCs w:val="24"/>
          <w:lang w:eastAsia="en-GB"/>
        </w:rPr>
        <w:t xml:space="preserve">This report is limited to a single clinical case and therefore cannot establish the general efficacy of the treatment protocol. Follow-up findings are described clinically, but post-treatment fungal culture or other laboratory confirmation of mycological cure </w:t>
      </w:r>
      <w:r>
        <w:rPr>
          <w:rFonts w:eastAsia="Times New Roman" w:cs="Times New Roman"/>
          <w:szCs w:val="24"/>
          <w:highlight w:val="yellow"/>
          <w:lang w:eastAsia="en-GB"/>
        </w:rPr>
        <w:t>was</w:t>
      </w:r>
      <w:r>
        <w:rPr>
          <w:rFonts w:eastAsia="Times New Roman" w:cs="Times New Roman"/>
          <w:szCs w:val="24"/>
          <w:lang w:eastAsia="en-GB"/>
        </w:rPr>
        <w:t xml:space="preserve"> not reported. Therefore, the outcome should be interpreted as clinical improvement in one affected cat rather than definitive evidence of complete elimination of infection.</w:t>
      </w:r>
    </w:p>
    <w:p w14:paraId="49700D25" w14:textId="77777777" w:rsidR="005729B8" w:rsidRDefault="005729B8" w:rsidP="008E2A39">
      <w:pPr>
        <w:spacing w:before="240" w:line="360" w:lineRule="auto"/>
        <w:jc w:val="both"/>
        <w:rPr>
          <w:rFonts w:eastAsia="Times New Roman" w:cs="Times New Roman"/>
          <w:szCs w:val="24"/>
          <w:lang w:eastAsia="en-GB"/>
        </w:rPr>
      </w:pPr>
    </w:p>
    <w:p w14:paraId="70696099" w14:textId="77777777" w:rsidR="005729B8" w:rsidRPr="00D239B4" w:rsidRDefault="005729B8" w:rsidP="005729B8">
      <w:pPr>
        <w:spacing w:before="240" w:line="360" w:lineRule="auto"/>
        <w:jc w:val="both"/>
        <w:rPr>
          <w:rFonts w:eastAsia="Times New Roman" w:cs="Times New Roman"/>
          <w:b/>
          <w:bCs/>
          <w:szCs w:val="24"/>
          <w:lang w:eastAsia="en-GB"/>
        </w:rPr>
      </w:pPr>
      <w:r w:rsidRPr="00D239B4">
        <w:rPr>
          <w:rFonts w:eastAsia="Times New Roman" w:cs="Times New Roman"/>
          <w:b/>
          <w:bCs/>
          <w:szCs w:val="24"/>
          <w:lang w:eastAsia="en-GB"/>
        </w:rPr>
        <w:t>Ethical Approval</w:t>
      </w:r>
    </w:p>
    <w:p w14:paraId="4096EA7E" w14:textId="15ABD069" w:rsidR="005729B8" w:rsidRPr="00096E5F" w:rsidRDefault="005729B8" w:rsidP="005729B8">
      <w:pPr>
        <w:spacing w:before="240" w:line="360" w:lineRule="auto"/>
        <w:jc w:val="both"/>
        <w:rPr>
          <w:rFonts w:eastAsia="Times New Roman" w:cs="Times New Roman"/>
          <w:szCs w:val="24"/>
          <w:lang w:eastAsia="en-GB"/>
        </w:rPr>
      </w:pPr>
      <w:r w:rsidRPr="005729B8">
        <w:rPr>
          <w:rFonts w:eastAsia="Times New Roman" w:cs="Times New Roman"/>
          <w:szCs w:val="24"/>
          <w:lang w:eastAsia="en-GB"/>
        </w:rPr>
        <w:t>Animal Ethic committee approval has been collected and preserved by the author(s)</w:t>
      </w:r>
    </w:p>
    <w:p w14:paraId="5DA65A02" w14:textId="77777777" w:rsidR="005E684E" w:rsidRPr="00096E5F" w:rsidRDefault="0069302B" w:rsidP="008E2A39">
      <w:pPr>
        <w:spacing w:before="240" w:line="360" w:lineRule="auto"/>
        <w:jc w:val="both"/>
        <w:rPr>
          <w:szCs w:val="24"/>
        </w:rPr>
      </w:pPr>
      <w:r w:rsidRPr="00096E5F">
        <w:rPr>
          <w:b/>
          <w:szCs w:val="24"/>
        </w:rPr>
        <w:t>Conflict of Interest</w:t>
      </w:r>
    </w:p>
    <w:p w14:paraId="51D7E740" w14:textId="77777777" w:rsidR="005E684E" w:rsidRPr="00096E5F" w:rsidRDefault="0069302B" w:rsidP="008E2A39">
      <w:pPr>
        <w:spacing w:before="240" w:line="360" w:lineRule="auto"/>
        <w:jc w:val="both"/>
        <w:rPr>
          <w:szCs w:val="24"/>
        </w:rPr>
      </w:pPr>
      <w:r w:rsidRPr="00096E5F">
        <w:rPr>
          <w:szCs w:val="24"/>
        </w:rPr>
        <w:t>The authors declare that there is no conflict of interest regarding the publication of this manuscript.</w:t>
      </w:r>
    </w:p>
    <w:p w14:paraId="62CF6AFF" w14:textId="77777777" w:rsidR="00922B35" w:rsidRPr="00096E5F" w:rsidRDefault="00922B35" w:rsidP="008E2A39">
      <w:pPr>
        <w:spacing w:before="240" w:line="360" w:lineRule="auto"/>
        <w:jc w:val="both"/>
        <w:rPr>
          <w:rFonts w:cs="Times New Roman"/>
          <w:b/>
          <w:szCs w:val="24"/>
        </w:rPr>
      </w:pPr>
      <w:r w:rsidRPr="00096E5F">
        <w:rPr>
          <w:rFonts w:cs="Times New Roman"/>
          <w:b/>
          <w:szCs w:val="24"/>
        </w:rPr>
        <w:t>Declaration of AI Use</w:t>
      </w:r>
    </w:p>
    <w:p w14:paraId="4A48B64B" w14:textId="77777777" w:rsidR="008E2A39" w:rsidRDefault="008E2A39" w:rsidP="008E2A39">
      <w:pPr>
        <w:pStyle w:val="NormalWeb"/>
        <w:spacing w:before="240" w:beforeAutospacing="0" w:after="200" w:afterAutospacing="0" w:line="360" w:lineRule="auto"/>
        <w:jc w:val="both"/>
        <w:rPr>
          <w:rStyle w:val="Strong"/>
          <w:b w:val="0"/>
          <w:bCs w:val="0"/>
        </w:rPr>
      </w:pPr>
      <w:r w:rsidRPr="008E2A39">
        <w:rPr>
          <w:rStyle w:val="Strong"/>
          <w:b w:val="0"/>
          <w:bCs w:val="0"/>
        </w:rPr>
        <w:lastRenderedPageBreak/>
        <w:t>This manuscript was prepared through the collective contributions of all authors, including study design, clinical investigation, data interpretation, manuscript preparation and final approval. Grammarly and ChatGPT were used only to assist with grammar, language editing</w:t>
      </w:r>
      <w:r>
        <w:rPr>
          <w:rStyle w:val="Strong"/>
          <w:b w:val="0"/>
          <w:bCs w:val="0"/>
        </w:rPr>
        <w:t xml:space="preserve"> </w:t>
      </w:r>
      <w:r w:rsidRPr="008E2A39">
        <w:rPr>
          <w:rStyle w:val="Strong"/>
          <w:b w:val="0"/>
          <w:bCs w:val="0"/>
        </w:rPr>
        <w:t>and reference formatting. These AI tools did not contribute to the scientific content, interpretation, or authorship of the manuscript. All AI-assisted content was carefully reviewed, verified, revised</w:t>
      </w:r>
      <w:r>
        <w:rPr>
          <w:rStyle w:val="Strong"/>
          <w:b w:val="0"/>
          <w:bCs w:val="0"/>
        </w:rPr>
        <w:t xml:space="preserve"> </w:t>
      </w:r>
      <w:r w:rsidRPr="008E2A39">
        <w:rPr>
          <w:rStyle w:val="Strong"/>
          <w:b w:val="0"/>
          <w:bCs w:val="0"/>
        </w:rPr>
        <w:t>and approved by the authors. The authors take full responsibility for the accuracy, originality</w:t>
      </w:r>
      <w:r>
        <w:rPr>
          <w:rStyle w:val="Strong"/>
          <w:b w:val="0"/>
          <w:bCs w:val="0"/>
        </w:rPr>
        <w:t xml:space="preserve"> </w:t>
      </w:r>
      <w:r w:rsidRPr="008E2A39">
        <w:rPr>
          <w:rStyle w:val="Strong"/>
          <w:b w:val="0"/>
          <w:bCs w:val="0"/>
        </w:rPr>
        <w:t>and final content of this manuscript.</w:t>
      </w:r>
    </w:p>
    <w:p w14:paraId="58ECDE9B" w14:textId="77777777" w:rsidR="005729B8" w:rsidRDefault="005729B8" w:rsidP="008E2A39">
      <w:pPr>
        <w:pStyle w:val="NormalWeb"/>
        <w:spacing w:before="240" w:beforeAutospacing="0" w:after="200" w:afterAutospacing="0" w:line="360" w:lineRule="auto"/>
        <w:jc w:val="both"/>
        <w:rPr>
          <w:rStyle w:val="Strong"/>
          <w:b w:val="0"/>
          <w:bCs w:val="0"/>
        </w:rPr>
      </w:pPr>
    </w:p>
    <w:p w14:paraId="286A59EF" w14:textId="77777777" w:rsidR="005729B8" w:rsidRPr="008E2A39" w:rsidRDefault="005729B8" w:rsidP="008E2A39">
      <w:pPr>
        <w:pStyle w:val="NormalWeb"/>
        <w:spacing w:before="240" w:beforeAutospacing="0" w:after="200" w:afterAutospacing="0" w:line="360" w:lineRule="auto"/>
        <w:jc w:val="both"/>
        <w:rPr>
          <w:b/>
          <w:bCs/>
        </w:rPr>
      </w:pPr>
    </w:p>
    <w:p w14:paraId="6286262C" w14:textId="77777777" w:rsidR="005E684E" w:rsidRPr="00096E5F" w:rsidRDefault="0069302B" w:rsidP="008E2A39">
      <w:pPr>
        <w:spacing w:before="240" w:line="360" w:lineRule="auto"/>
        <w:jc w:val="both"/>
        <w:rPr>
          <w:szCs w:val="24"/>
        </w:rPr>
      </w:pPr>
      <w:r w:rsidRPr="00096E5F">
        <w:rPr>
          <w:b/>
          <w:szCs w:val="24"/>
        </w:rPr>
        <w:t>References</w:t>
      </w:r>
    </w:p>
    <w:p w14:paraId="4F735866" w14:textId="77777777" w:rsidR="00CB40A1" w:rsidRPr="00FC1397" w:rsidRDefault="00CB40A1" w:rsidP="00CB40A1">
      <w:pPr>
        <w:spacing w:before="240" w:line="360" w:lineRule="auto"/>
        <w:ind w:left="720" w:hanging="720"/>
        <w:rPr>
          <w:rFonts w:eastAsia="Times New Roman" w:cs="Times New Roman"/>
          <w:bCs/>
          <w:szCs w:val="24"/>
          <w:lang w:eastAsia="en-IN"/>
        </w:rPr>
      </w:pPr>
      <w:r w:rsidRPr="00FC1397">
        <w:rPr>
          <w:bCs/>
          <w:highlight w:val="yellow"/>
        </w:rPr>
        <w:t xml:space="preserve">Ansari, S., Dabas, R., Rajpurohit, V., Yadav, A., &amp; Dehru, S. (2024). </w:t>
      </w:r>
      <w:r w:rsidRPr="00FC1397">
        <w:rPr>
          <w:bCs/>
          <w:i/>
          <w:highlight w:val="yellow"/>
        </w:rPr>
        <w:t>Notoedres cati</w:t>
      </w:r>
      <w:r w:rsidRPr="00FC1397">
        <w:rPr>
          <w:bCs/>
          <w:highlight w:val="yellow"/>
        </w:rPr>
        <w:t xml:space="preserve"> infestation in a cat and its management: A case report. </w:t>
      </w:r>
      <w:r w:rsidRPr="00FC1397">
        <w:rPr>
          <w:bCs/>
          <w:i/>
          <w:highlight w:val="yellow"/>
        </w:rPr>
        <w:t>Uttar Pradesh Journal of Zoology, 45</w:t>
      </w:r>
      <w:r w:rsidRPr="00FC1397">
        <w:rPr>
          <w:bCs/>
          <w:highlight w:val="yellow"/>
        </w:rPr>
        <w:t xml:space="preserve">(17), 297–300. </w:t>
      </w:r>
      <w:hyperlink r:id="rId13">
        <w:r w:rsidRPr="00FC1397">
          <w:rPr>
            <w:bCs/>
            <w:color w:val="000000"/>
            <w:highlight w:val="yellow"/>
            <w:u w:val="single"/>
          </w:rPr>
          <w:t>https://doi.org/10.56557/upjoz/2024/v45i174372</w:t>
        </w:r>
      </w:hyperlink>
    </w:p>
    <w:p w14:paraId="171328E8" w14:textId="77777777" w:rsidR="00CB40A1" w:rsidRPr="00FC1397" w:rsidRDefault="00CB40A1" w:rsidP="00CB40A1">
      <w:pPr>
        <w:spacing w:before="240" w:line="360" w:lineRule="auto"/>
        <w:ind w:left="720" w:hanging="720"/>
        <w:rPr>
          <w:rFonts w:eastAsia="Times New Roman" w:cs="Times New Roman"/>
          <w:bCs/>
          <w:szCs w:val="24"/>
          <w:lang w:eastAsia="en-IN"/>
        </w:rPr>
      </w:pPr>
      <w:r w:rsidRPr="00FC1397">
        <w:rPr>
          <w:bCs/>
          <w:highlight w:val="yellow"/>
        </w:rPr>
        <w:t xml:space="preserve">DeTar, L., Janke, K. J., &amp; Jacobson, L. (2025). Randomized, non-inferiority clinical trial of three topical dermatophytosis treatments in shelter cats. </w:t>
      </w:r>
      <w:r w:rsidRPr="00FC1397">
        <w:rPr>
          <w:bCs/>
          <w:i/>
          <w:highlight w:val="yellow"/>
        </w:rPr>
        <w:t>Journal of Feline Medicine and Surgery, 27</w:t>
      </w:r>
      <w:r w:rsidRPr="00FC1397">
        <w:rPr>
          <w:bCs/>
          <w:highlight w:val="yellow"/>
        </w:rPr>
        <w:t xml:space="preserve">, 1098612X251360611. </w:t>
      </w:r>
      <w:hyperlink r:id="rId14">
        <w:r w:rsidRPr="00FC1397">
          <w:rPr>
            <w:bCs/>
            <w:color w:val="000000"/>
            <w:highlight w:val="yellow"/>
            <w:u w:val="single"/>
          </w:rPr>
          <w:t>https://doi.org/10.1177/1098612X251360611</w:t>
        </w:r>
      </w:hyperlink>
    </w:p>
    <w:p w14:paraId="55151CAE" w14:textId="77777777" w:rsidR="00CB40A1" w:rsidRPr="00CB40A1" w:rsidRDefault="00CB40A1" w:rsidP="00CB40A1">
      <w:pPr>
        <w:spacing w:before="240" w:line="360" w:lineRule="auto"/>
        <w:ind w:left="720" w:hanging="720"/>
        <w:rPr>
          <w:rFonts w:eastAsia="Times New Roman" w:cs="Times New Roman"/>
          <w:szCs w:val="24"/>
          <w:lang w:eastAsia="en-IN"/>
        </w:rPr>
      </w:pPr>
      <w:r>
        <w:t xml:space="preserve">Diesel, A., Verbrugge, M., &amp; Moriello, K. A. (2011). Efficacy of eight commercial formulations of lime sulphur on in vitro growth inhibition of </w:t>
      </w:r>
      <w:r>
        <w:rPr>
          <w:i/>
        </w:rPr>
        <w:t>Microsporum canis</w:t>
      </w:r>
      <w:r>
        <w:t xml:space="preserve">. </w:t>
      </w:r>
      <w:r>
        <w:rPr>
          <w:i/>
        </w:rPr>
        <w:t>Veterinary Dermatology, 22</w:t>
      </w:r>
      <w:r>
        <w:t xml:space="preserve">(2), 197–201. </w:t>
      </w:r>
      <w:hyperlink r:id="rId15">
        <w:r>
          <w:rPr>
            <w:color w:val="000000"/>
            <w:u w:val="single"/>
          </w:rPr>
          <w:t>https://doi.org/10.1111/j.1365-3164.2010.00928.x</w:t>
        </w:r>
      </w:hyperlink>
    </w:p>
    <w:p w14:paraId="25FA153B" w14:textId="77777777" w:rsidR="00CB40A1" w:rsidRPr="00CB40A1" w:rsidRDefault="00CB40A1" w:rsidP="00CB40A1">
      <w:pPr>
        <w:spacing w:before="240" w:line="360" w:lineRule="auto"/>
        <w:ind w:left="720" w:hanging="720"/>
        <w:rPr>
          <w:rFonts w:eastAsia="Times New Roman" w:cs="Times New Roman"/>
          <w:szCs w:val="24"/>
          <w:lang w:eastAsia="en-IN"/>
        </w:rPr>
      </w:pPr>
      <w:r>
        <w:t xml:space="preserve">Hayette, M.-P., &amp; Sacheli, R. (2015). Dermatophytosis, trends in epidemiology and diagnostic approach. </w:t>
      </w:r>
      <w:r>
        <w:rPr>
          <w:i/>
        </w:rPr>
        <w:t>Current Fungal Infection Reports, 9</w:t>
      </w:r>
      <w:r>
        <w:t xml:space="preserve">(3), 164–179. </w:t>
      </w:r>
      <w:hyperlink r:id="rId16">
        <w:r>
          <w:rPr>
            <w:color w:val="000000"/>
            <w:u w:val="single"/>
          </w:rPr>
          <w:t>https://doi.org/10.1007/s12281-015-0231-4</w:t>
        </w:r>
      </w:hyperlink>
    </w:p>
    <w:p w14:paraId="060D3FFE" w14:textId="77777777" w:rsidR="00CB40A1" w:rsidRPr="00CB40A1" w:rsidRDefault="00CB40A1" w:rsidP="00CB40A1">
      <w:pPr>
        <w:spacing w:before="240" w:line="360" w:lineRule="auto"/>
        <w:ind w:left="720" w:hanging="720"/>
        <w:rPr>
          <w:rFonts w:eastAsia="Times New Roman" w:cs="Times New Roman"/>
          <w:szCs w:val="24"/>
          <w:lang w:eastAsia="en-IN"/>
        </w:rPr>
      </w:pPr>
      <w:r>
        <w:t xml:space="preserve">Miller, W. H., Jr., Griffin, C. E., &amp; Campbell, K. L. (2013). </w:t>
      </w:r>
      <w:r>
        <w:rPr>
          <w:i/>
        </w:rPr>
        <w:t>Muller &amp; Kirk’s small animal dermatology</w:t>
      </w:r>
      <w:r>
        <w:t xml:space="preserve"> (7th ed.). Elsevier Saunders. </w:t>
      </w:r>
      <w:hyperlink r:id="rId17">
        <w:r>
          <w:rPr>
            <w:color w:val="000000"/>
            <w:u w:val="single"/>
          </w:rPr>
          <w:t>https://www.us.elsevierhealth.com/muller-and-kirks-small-animal-dermatology-9781416000280.html</w:t>
        </w:r>
      </w:hyperlink>
    </w:p>
    <w:p w14:paraId="455CB8A8" w14:textId="77777777" w:rsidR="00CB40A1" w:rsidRPr="00CB40A1" w:rsidRDefault="00CB40A1" w:rsidP="00CB40A1">
      <w:pPr>
        <w:spacing w:before="240" w:line="360" w:lineRule="auto"/>
        <w:ind w:left="720" w:hanging="720"/>
        <w:rPr>
          <w:rFonts w:eastAsia="Times New Roman" w:cs="Times New Roman"/>
          <w:szCs w:val="24"/>
          <w:lang w:eastAsia="en-IN"/>
        </w:rPr>
      </w:pPr>
      <w:r>
        <w:rPr>
          <w:highlight w:val="yellow"/>
        </w:rPr>
        <w:t xml:space="preserve">Moriello, K. A. (2014). Feline dermatophytosis: Aspects pertinent to disease management in single and multiple cat situations. </w:t>
      </w:r>
      <w:r>
        <w:rPr>
          <w:i/>
          <w:highlight w:val="yellow"/>
        </w:rPr>
        <w:t>Journal of Feline Medicine and Surgery, 16</w:t>
      </w:r>
      <w:r>
        <w:rPr>
          <w:highlight w:val="yellow"/>
        </w:rPr>
        <w:t xml:space="preserve">(5), 419–431. </w:t>
      </w:r>
      <w:hyperlink r:id="rId18">
        <w:r>
          <w:rPr>
            <w:color w:val="000000"/>
            <w:highlight w:val="yellow"/>
            <w:u w:val="single"/>
          </w:rPr>
          <w:t>https://doi.org/10.1177/1098612X14530215</w:t>
        </w:r>
      </w:hyperlink>
    </w:p>
    <w:p w14:paraId="1124E684" w14:textId="77777777" w:rsidR="00CB40A1" w:rsidRPr="00CB40A1" w:rsidRDefault="00CB40A1" w:rsidP="00CB40A1">
      <w:pPr>
        <w:spacing w:before="240" w:line="360" w:lineRule="auto"/>
        <w:ind w:left="720" w:hanging="720"/>
        <w:rPr>
          <w:rFonts w:eastAsia="Times New Roman" w:cs="Times New Roman"/>
          <w:szCs w:val="24"/>
          <w:lang w:eastAsia="en-IN"/>
        </w:rPr>
      </w:pPr>
      <w:r>
        <w:lastRenderedPageBreak/>
        <w:t xml:space="preserve">Moriello, K. A., Coyner, K., Paterson, S., &amp; Mignon, B. (2017). Diagnosis and treatment of dermatophytosis in dogs and cats: Clinical consensus guidelines of the World Association for Veterinary Dermatology. </w:t>
      </w:r>
      <w:r>
        <w:rPr>
          <w:i/>
        </w:rPr>
        <w:t>Veterinary Dermatology, 28</w:t>
      </w:r>
      <w:r>
        <w:t xml:space="preserve">(3), 266–e68. </w:t>
      </w:r>
      <w:hyperlink r:id="rId19">
        <w:r>
          <w:rPr>
            <w:color w:val="000000"/>
            <w:u w:val="single"/>
          </w:rPr>
          <w:t>https://doi.org/10.1111/vde.12440</w:t>
        </w:r>
      </w:hyperlink>
    </w:p>
    <w:p w14:paraId="4FAC157E" w14:textId="77777777" w:rsidR="00CB40A1" w:rsidRPr="00FC1397" w:rsidRDefault="00CB40A1" w:rsidP="00CB40A1">
      <w:pPr>
        <w:spacing w:before="240" w:line="360" w:lineRule="auto"/>
        <w:ind w:left="720" w:hanging="720"/>
        <w:rPr>
          <w:rFonts w:eastAsia="Times New Roman" w:cs="Times New Roman"/>
          <w:bCs/>
          <w:szCs w:val="24"/>
          <w:lang w:eastAsia="en-IN"/>
        </w:rPr>
      </w:pPr>
      <w:r w:rsidRPr="00FC1397">
        <w:rPr>
          <w:bCs/>
          <w:highlight w:val="yellow"/>
        </w:rPr>
        <w:t xml:space="preserve">Piorunek, M., Kubisiak-Rzepczyk, H., Dańczak-Pazdrowska, A., Trafas, T., &amp; Walkowiak, J. (2024). Superficial zoonotic mycoses in humans associated with cats. </w:t>
      </w:r>
      <w:r w:rsidRPr="00FC1397">
        <w:rPr>
          <w:bCs/>
          <w:i/>
          <w:highlight w:val="yellow"/>
        </w:rPr>
        <w:t>Journal of Fungi, 10</w:t>
      </w:r>
      <w:r w:rsidRPr="00FC1397">
        <w:rPr>
          <w:bCs/>
          <w:highlight w:val="yellow"/>
        </w:rPr>
        <w:t xml:space="preserve">(4), 244. </w:t>
      </w:r>
      <w:hyperlink r:id="rId20">
        <w:r w:rsidRPr="00FC1397">
          <w:rPr>
            <w:bCs/>
            <w:color w:val="000000"/>
            <w:highlight w:val="yellow"/>
            <w:u w:val="single"/>
          </w:rPr>
          <w:t>https://doi.org/10.3390/jof10040244</w:t>
        </w:r>
      </w:hyperlink>
    </w:p>
    <w:p w14:paraId="17C15DD0" w14:textId="77777777" w:rsidR="00135995" w:rsidRDefault="00000000">
      <w:pPr>
        <w:spacing w:before="240" w:line="360" w:lineRule="auto"/>
        <w:ind w:left="720" w:hanging="720"/>
        <w:rPr>
          <w:rFonts w:eastAsia="Times New Roman" w:cs="Times New Roman"/>
          <w:szCs w:val="24"/>
          <w:lang w:eastAsia="en-IN"/>
        </w:rPr>
      </w:pPr>
      <w:r>
        <w:t xml:space="preserve">Rajagopalan, M., Inamadar, A., Mittal, A., Miskeen, A. K., Srinivas, C. R., Sardana, K., Godse, K., Patel, K., Rengasamy, M., Rudramurthy, S., &amp; Dogra, S. (2018). Expert consensus on the management of dermatophytosis in India (ECTODERM India). </w:t>
      </w:r>
      <w:r>
        <w:rPr>
          <w:i/>
        </w:rPr>
        <w:t>BMC Dermatology, 18</w:t>
      </w:r>
      <w:r>
        <w:t xml:space="preserve">, Article 6. </w:t>
      </w:r>
      <w:hyperlink r:id="rId21">
        <w:r w:rsidR="00135995">
          <w:rPr>
            <w:color w:val="000000"/>
            <w:u w:val="single"/>
          </w:rPr>
          <w:t>https://doi.org/10.1186/s12895-018-0073-1</w:t>
        </w:r>
      </w:hyperlink>
    </w:p>
    <w:p w14:paraId="7038C2A3" w14:textId="77777777" w:rsidR="00135995" w:rsidRDefault="00000000">
      <w:pPr>
        <w:spacing w:before="240" w:line="360" w:lineRule="auto"/>
        <w:ind w:left="720" w:hanging="720"/>
        <w:rPr>
          <w:rFonts w:eastAsia="Times New Roman" w:cs="Times New Roman"/>
          <w:szCs w:val="24"/>
          <w:lang w:eastAsia="en-IN"/>
        </w:rPr>
      </w:pPr>
      <w:r>
        <w:t xml:space="preserve">Scott, D. W., Miller, W. H., Jr., &amp; Griffin, C. E. (2001). </w:t>
      </w:r>
      <w:r>
        <w:rPr>
          <w:i/>
        </w:rPr>
        <w:t>Muller &amp; Kirk’s small animal dermatology</w:t>
      </w:r>
      <w:r>
        <w:t xml:space="preserve"> (6th ed.). W. B. Saunders. </w:t>
      </w:r>
      <w:hyperlink r:id="rId22">
        <w:r w:rsidR="00135995">
          <w:rPr>
            <w:color w:val="000000"/>
            <w:u w:val="single"/>
          </w:rPr>
          <w:t>https://www.sciencedirect.com/book/monograph/9780721676180/muller-and-kirks-small-animal-dermatology</w:t>
        </w:r>
      </w:hyperlink>
    </w:p>
    <w:p w14:paraId="4C8FCB65" w14:textId="77777777" w:rsidR="00135995" w:rsidRPr="00FC1397" w:rsidRDefault="00000000">
      <w:pPr>
        <w:spacing w:before="240" w:line="360" w:lineRule="auto"/>
        <w:ind w:left="720" w:hanging="720"/>
        <w:rPr>
          <w:rFonts w:eastAsia="Times New Roman" w:cs="Times New Roman"/>
          <w:bCs/>
          <w:szCs w:val="24"/>
          <w:lang w:eastAsia="en-IN"/>
        </w:rPr>
      </w:pPr>
      <w:r w:rsidRPr="00FC1397">
        <w:rPr>
          <w:bCs/>
          <w:highlight w:val="yellow"/>
        </w:rPr>
        <w:t xml:space="preserve">Sheetal, M. S., Chandran, A., Janus, A., Sindhu, O. K., Melepat, D. P., Kaithathara, V., &amp; Rathish, R. L. (2024). Dermatophytosis in domestic cats: Identification, and treatment in an Indian context. </w:t>
      </w:r>
      <w:r w:rsidRPr="00FC1397">
        <w:rPr>
          <w:bCs/>
          <w:i/>
          <w:highlight w:val="yellow"/>
        </w:rPr>
        <w:t>Acta Tropica, 255</w:t>
      </w:r>
      <w:r w:rsidRPr="00FC1397">
        <w:rPr>
          <w:bCs/>
          <w:highlight w:val="yellow"/>
        </w:rPr>
        <w:t xml:space="preserve">, 107237. </w:t>
      </w:r>
      <w:hyperlink r:id="rId23">
        <w:r w:rsidR="00135995" w:rsidRPr="00FC1397">
          <w:rPr>
            <w:bCs/>
            <w:color w:val="000000"/>
            <w:highlight w:val="yellow"/>
            <w:u w:val="single"/>
          </w:rPr>
          <w:t>https://doi.org/10.1016/j.actatropica.2024.107237</w:t>
        </w:r>
      </w:hyperlink>
    </w:p>
    <w:p w14:paraId="437AB5FC" w14:textId="77777777" w:rsidR="00135995" w:rsidRDefault="00000000">
      <w:pPr>
        <w:spacing w:before="240" w:line="360" w:lineRule="auto"/>
        <w:ind w:left="720" w:hanging="720"/>
        <w:rPr>
          <w:rFonts w:eastAsia="Times New Roman" w:cs="Times New Roman"/>
          <w:szCs w:val="24"/>
          <w:lang w:eastAsia="en-IN"/>
        </w:rPr>
      </w:pPr>
      <w:r>
        <w:rPr>
          <w:highlight w:val="yellow"/>
        </w:rPr>
        <w:t xml:space="preserve">Sparkes, A. H., Gruffydd-Jones, T. J., Shaw, S. E., Wright, A. I., &amp; Stokes, C. R. (1993). Epidemiological and diagnostic features of canine and feline dermatophytosis in the United Kingdom from 1956 to 1991. </w:t>
      </w:r>
      <w:r>
        <w:rPr>
          <w:i/>
          <w:highlight w:val="yellow"/>
        </w:rPr>
        <w:t>Veterinary Record, 133</w:t>
      </w:r>
      <w:r>
        <w:rPr>
          <w:highlight w:val="yellow"/>
        </w:rPr>
        <w:t xml:space="preserve">(3), 57–61. </w:t>
      </w:r>
      <w:hyperlink r:id="rId24">
        <w:r w:rsidR="00135995">
          <w:rPr>
            <w:color w:val="000000"/>
            <w:highlight w:val="yellow"/>
            <w:u w:val="single"/>
          </w:rPr>
          <w:t>https://doi.org/10.1136/vr.133.3.57</w:t>
        </w:r>
      </w:hyperlink>
    </w:p>
    <w:p w14:paraId="55A46BA6" w14:textId="77777777" w:rsidR="00135995" w:rsidRPr="00FC1397" w:rsidRDefault="00000000">
      <w:pPr>
        <w:spacing w:before="240" w:line="360" w:lineRule="auto"/>
        <w:ind w:left="720" w:hanging="720"/>
        <w:rPr>
          <w:rFonts w:eastAsia="Times New Roman" w:cs="Times New Roman"/>
          <w:bCs/>
          <w:szCs w:val="24"/>
          <w:lang w:eastAsia="en-IN"/>
        </w:rPr>
      </w:pPr>
      <w:r w:rsidRPr="00FC1397">
        <w:rPr>
          <w:bCs/>
          <w:highlight w:val="yellow"/>
        </w:rPr>
        <w:t xml:space="preserve">Sreekala, S. M., Singh, G., &amp; Sharma, N. S. (2024). Isolation and identification of dermatophytes from animals in the Malwa region of Punjab: A preliminary study. </w:t>
      </w:r>
      <w:r w:rsidRPr="00FC1397">
        <w:rPr>
          <w:bCs/>
          <w:i/>
          <w:highlight w:val="yellow"/>
        </w:rPr>
        <w:t>Journal of Advances in Microbiology, 24</w:t>
      </w:r>
      <w:r w:rsidRPr="00FC1397">
        <w:rPr>
          <w:bCs/>
          <w:highlight w:val="yellow"/>
        </w:rPr>
        <w:t xml:space="preserve">(12), 38–45. </w:t>
      </w:r>
      <w:hyperlink r:id="rId25">
        <w:r w:rsidR="00135995" w:rsidRPr="00FC1397">
          <w:rPr>
            <w:bCs/>
            <w:color w:val="000000"/>
            <w:highlight w:val="yellow"/>
            <w:u w:val="single"/>
          </w:rPr>
          <w:t>https://doi.org/10.9734/jamb/2024/v24i12871</w:t>
        </w:r>
      </w:hyperlink>
    </w:p>
    <w:p w14:paraId="1FC296C0" w14:textId="77777777" w:rsidR="005E684E" w:rsidRPr="00CB40A1" w:rsidRDefault="005E684E" w:rsidP="00CB40A1">
      <w:pPr>
        <w:spacing w:before="240" w:line="360" w:lineRule="auto"/>
        <w:rPr>
          <w:rFonts w:eastAsia="Times New Roman" w:cs="Times New Roman"/>
          <w:szCs w:val="24"/>
          <w:lang w:val="en-IN" w:eastAsia="en-IN"/>
        </w:rPr>
      </w:pPr>
    </w:p>
    <w:sectPr w:rsidR="005E684E" w:rsidRPr="00CB40A1" w:rsidSect="00034616">
      <w:headerReference w:type="even" r:id="rId26"/>
      <w:headerReference w:type="default" r:id="rId27"/>
      <w:footerReference w:type="even" r:id="rId28"/>
      <w:footerReference w:type="default" r:id="rId29"/>
      <w:headerReference w:type="first" r:id="rId30"/>
      <w:footerReference w:type="first" r:id="rId31"/>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3210" w14:textId="77777777" w:rsidR="00F87E9A" w:rsidRDefault="00F87E9A" w:rsidP="00C107B7">
      <w:pPr>
        <w:spacing w:after="0" w:line="240" w:lineRule="auto"/>
      </w:pPr>
      <w:r>
        <w:separator/>
      </w:r>
    </w:p>
  </w:endnote>
  <w:endnote w:type="continuationSeparator" w:id="0">
    <w:p w14:paraId="70DE674D" w14:textId="77777777" w:rsidR="00F87E9A" w:rsidRDefault="00F87E9A" w:rsidP="00C10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7EECD" w14:textId="77777777" w:rsidR="00C107B7" w:rsidRDefault="00C10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6C22" w14:textId="77777777" w:rsidR="00C107B7" w:rsidRDefault="00C107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D565" w14:textId="77777777" w:rsidR="00C107B7" w:rsidRDefault="00C10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56C14" w14:textId="77777777" w:rsidR="00F87E9A" w:rsidRDefault="00F87E9A" w:rsidP="00C107B7">
      <w:pPr>
        <w:spacing w:after="0" w:line="240" w:lineRule="auto"/>
      </w:pPr>
      <w:r>
        <w:separator/>
      </w:r>
    </w:p>
  </w:footnote>
  <w:footnote w:type="continuationSeparator" w:id="0">
    <w:p w14:paraId="6D939434" w14:textId="77777777" w:rsidR="00F87E9A" w:rsidRDefault="00F87E9A" w:rsidP="00C10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F19D2" w14:textId="77777777" w:rsidR="00C107B7" w:rsidRDefault="00000000">
    <w:pPr>
      <w:pStyle w:val="Header"/>
    </w:pPr>
    <w:r>
      <w:rPr>
        <w:noProof/>
      </w:rPr>
      <w:pict w14:anchorId="3241BE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32157" o:spid="_x0000_s1026" type="#_x0000_t136" style="position:absolute;margin-left:0;margin-top:0;width:621.25pt;height: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BB7B" w14:textId="77777777" w:rsidR="00C107B7" w:rsidRDefault="00000000">
    <w:pPr>
      <w:pStyle w:val="Header"/>
    </w:pPr>
    <w:r>
      <w:rPr>
        <w:noProof/>
      </w:rPr>
      <w:pict w14:anchorId="486C74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32158" o:spid="_x0000_s1027" type="#_x0000_t136" style="position:absolute;margin-left:0;margin-top:0;width:621.25pt;height: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95CA" w14:textId="77777777" w:rsidR="00C107B7" w:rsidRDefault="00000000">
    <w:pPr>
      <w:pStyle w:val="Header"/>
    </w:pPr>
    <w:r>
      <w:rPr>
        <w:noProof/>
      </w:rPr>
      <w:pict w14:anchorId="27532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32156" o:spid="_x0000_s1025" type="#_x0000_t136" style="position:absolute;margin-left:0;margin-top:0;width:621.25pt;height: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4A217D"/>
    <w:multiLevelType w:val="multilevel"/>
    <w:tmpl w:val="F1C4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F5EAD"/>
    <w:multiLevelType w:val="hybridMultilevel"/>
    <w:tmpl w:val="EA6AA0DE"/>
    <w:lvl w:ilvl="0" w:tplc="7194BB3E">
      <w:start w:val="1"/>
      <w:numFmt w:val="decimal"/>
      <w:lvlText w:val="%1."/>
      <w:lvlJc w:val="left"/>
      <w:pPr>
        <w:ind w:left="720" w:hanging="360"/>
      </w:pPr>
      <w:rPr>
        <w:rFonts w:eastAsiaTheme="minorEastAsia"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5AC01A9"/>
    <w:multiLevelType w:val="hybridMultilevel"/>
    <w:tmpl w:val="9F760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9B733A"/>
    <w:multiLevelType w:val="hybridMultilevel"/>
    <w:tmpl w:val="7CD2F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947836">
    <w:abstractNumId w:val="8"/>
  </w:num>
  <w:num w:numId="2" w16cid:durableId="1597858109">
    <w:abstractNumId w:val="6"/>
  </w:num>
  <w:num w:numId="3" w16cid:durableId="1957441609">
    <w:abstractNumId w:val="5"/>
  </w:num>
  <w:num w:numId="4" w16cid:durableId="896287006">
    <w:abstractNumId w:val="4"/>
  </w:num>
  <w:num w:numId="5" w16cid:durableId="1353915220">
    <w:abstractNumId w:val="7"/>
  </w:num>
  <w:num w:numId="6" w16cid:durableId="1370302365">
    <w:abstractNumId w:val="3"/>
  </w:num>
  <w:num w:numId="7" w16cid:durableId="2071690375">
    <w:abstractNumId w:val="2"/>
  </w:num>
  <w:num w:numId="8" w16cid:durableId="1751923304">
    <w:abstractNumId w:val="1"/>
  </w:num>
  <w:num w:numId="9" w16cid:durableId="212811146">
    <w:abstractNumId w:val="0"/>
  </w:num>
  <w:num w:numId="10" w16cid:durableId="619142582">
    <w:abstractNumId w:val="9"/>
  </w:num>
  <w:num w:numId="11" w16cid:durableId="1788625214">
    <w:abstractNumId w:val="10"/>
  </w:num>
  <w:num w:numId="12" w16cid:durableId="792870549">
    <w:abstractNumId w:val="11"/>
  </w:num>
  <w:num w:numId="13" w16cid:durableId="16559118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91D"/>
    <w:rsid w:val="00034616"/>
    <w:rsid w:val="0006063C"/>
    <w:rsid w:val="00096E5F"/>
    <w:rsid w:val="00135995"/>
    <w:rsid w:val="0015074B"/>
    <w:rsid w:val="0016094E"/>
    <w:rsid w:val="001713CB"/>
    <w:rsid w:val="00193D64"/>
    <w:rsid w:val="001E1635"/>
    <w:rsid w:val="00243E84"/>
    <w:rsid w:val="0029639D"/>
    <w:rsid w:val="002D27B3"/>
    <w:rsid w:val="00317D7F"/>
    <w:rsid w:val="00326F90"/>
    <w:rsid w:val="00331E54"/>
    <w:rsid w:val="00350F1B"/>
    <w:rsid w:val="00355617"/>
    <w:rsid w:val="003E5BAF"/>
    <w:rsid w:val="00443AD3"/>
    <w:rsid w:val="00447F26"/>
    <w:rsid w:val="00490497"/>
    <w:rsid w:val="004B08DF"/>
    <w:rsid w:val="004E7468"/>
    <w:rsid w:val="005729B8"/>
    <w:rsid w:val="00587181"/>
    <w:rsid w:val="005D7716"/>
    <w:rsid w:val="005E0952"/>
    <w:rsid w:val="005E684E"/>
    <w:rsid w:val="00630DE7"/>
    <w:rsid w:val="0063638F"/>
    <w:rsid w:val="006518F3"/>
    <w:rsid w:val="006658DF"/>
    <w:rsid w:val="006666AB"/>
    <w:rsid w:val="006703A2"/>
    <w:rsid w:val="00676A6E"/>
    <w:rsid w:val="0069302B"/>
    <w:rsid w:val="00731E46"/>
    <w:rsid w:val="007E1E7B"/>
    <w:rsid w:val="00823B3E"/>
    <w:rsid w:val="008D76AE"/>
    <w:rsid w:val="008E2A39"/>
    <w:rsid w:val="0092111F"/>
    <w:rsid w:val="00922B35"/>
    <w:rsid w:val="0099743D"/>
    <w:rsid w:val="00AA1D8D"/>
    <w:rsid w:val="00AB7AE0"/>
    <w:rsid w:val="00B47730"/>
    <w:rsid w:val="00B60DC1"/>
    <w:rsid w:val="00B759FE"/>
    <w:rsid w:val="00B947B4"/>
    <w:rsid w:val="00BC13FC"/>
    <w:rsid w:val="00BF189E"/>
    <w:rsid w:val="00C107B7"/>
    <w:rsid w:val="00C62FED"/>
    <w:rsid w:val="00CA561C"/>
    <w:rsid w:val="00CB0664"/>
    <w:rsid w:val="00CB40A1"/>
    <w:rsid w:val="00CB62FC"/>
    <w:rsid w:val="00CE245E"/>
    <w:rsid w:val="00CF298D"/>
    <w:rsid w:val="00D239B4"/>
    <w:rsid w:val="00D417DB"/>
    <w:rsid w:val="00D9066F"/>
    <w:rsid w:val="00D9248C"/>
    <w:rsid w:val="00DC5D9C"/>
    <w:rsid w:val="00DE50D9"/>
    <w:rsid w:val="00E151F4"/>
    <w:rsid w:val="00E21BC6"/>
    <w:rsid w:val="00E7116C"/>
    <w:rsid w:val="00E7711A"/>
    <w:rsid w:val="00EA3462"/>
    <w:rsid w:val="00F04ECE"/>
    <w:rsid w:val="00F87E9A"/>
    <w:rsid w:val="00F94F9E"/>
    <w:rsid w:val="00F96E2C"/>
    <w:rsid w:val="00FC1397"/>
    <w:rsid w:val="00FC693F"/>
    <w:rsid w:val="00FC7842"/>
    <w:rsid w:val="00FE6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C18CAF"/>
  <w14:defaultImageDpi w14:val="300"/>
  <w15:docId w15:val="{30EA1E63-06D3-437E-A6FC-7B36AA28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8E2A39"/>
    <w:pPr>
      <w:spacing w:before="100" w:beforeAutospacing="1" w:after="100" w:afterAutospacing="1" w:line="240" w:lineRule="auto"/>
    </w:pPr>
    <w:rPr>
      <w:rFonts w:eastAsia="Times New Roman" w:cs="Times New Roman"/>
      <w:szCs w:val="24"/>
      <w:lang w:val="en-IN" w:eastAsia="en-IN"/>
    </w:rPr>
  </w:style>
  <w:style w:type="character" w:styleId="Hyperlink">
    <w:name w:val="Hyperlink"/>
    <w:basedOn w:val="DefaultParagraphFont"/>
    <w:uiPriority w:val="99"/>
    <w:unhideWhenUsed/>
    <w:rsid w:val="00CB40A1"/>
    <w:rPr>
      <w:color w:val="0000FF" w:themeColor="hyperlink"/>
      <w:u w:val="single"/>
    </w:rPr>
  </w:style>
  <w:style w:type="character" w:styleId="UnresolvedMention">
    <w:name w:val="Unresolved Mention"/>
    <w:basedOn w:val="DefaultParagraphFont"/>
    <w:uiPriority w:val="99"/>
    <w:semiHidden/>
    <w:unhideWhenUsed/>
    <w:rsid w:val="00CB4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6557/upjoz/2024/v45i174372" TargetMode="External"/><Relationship Id="rId18" Type="http://schemas.openxmlformats.org/officeDocument/2006/relationships/hyperlink" Target="https://doi.org/10.1177/1098612X1453021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86/s12895-018-0073-1"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us.elsevierhealth.com/muller-and-kirks-small-animal-dermatology-9781416000280.html" TargetMode="External"/><Relationship Id="rId25" Type="http://schemas.openxmlformats.org/officeDocument/2006/relationships/hyperlink" Target="https://doi.org/10.9734/jamb/2024/v24i1287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7/s12281-015-0231-4" TargetMode="External"/><Relationship Id="rId20" Type="http://schemas.openxmlformats.org/officeDocument/2006/relationships/hyperlink" Target="https://doi.org/10.3390/jof1004024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136/vr.133.3.5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11/j.1365-3164.2010.00928.x" TargetMode="External"/><Relationship Id="rId23" Type="http://schemas.openxmlformats.org/officeDocument/2006/relationships/hyperlink" Target="https://doi.org/10.1016/j.actatropica.2024.107237" TargetMode="External"/><Relationship Id="rId28" Type="http://schemas.openxmlformats.org/officeDocument/2006/relationships/footer" Target="footer1.xml"/><Relationship Id="rId10" Type="http://schemas.microsoft.com/office/2007/relationships/hdphoto" Target="media/hdphoto1.wdp"/><Relationship Id="rId19" Type="http://schemas.openxmlformats.org/officeDocument/2006/relationships/hyperlink" Target="https://doi.org/10.1111/vde.12440"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77/1098612X251360611" TargetMode="External"/><Relationship Id="rId22" Type="http://schemas.openxmlformats.org/officeDocument/2006/relationships/hyperlink" Target="https://www.sciencedirect.com/book/monograph/9780721676180/muller-and-kirks-small-animal-dermatology"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10</Pages>
  <Words>2990</Words>
  <Characters>17048</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CPU 1117</cp:lastModifiedBy>
  <cp:revision>49</cp:revision>
  <dcterms:created xsi:type="dcterms:W3CDTF">2026-07-12T06:09:00Z</dcterms:created>
  <dcterms:modified xsi:type="dcterms:W3CDTF">2026-07-18T04:28:00Z</dcterms:modified>
  <cp:category/>
</cp:coreProperties>
</file>