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3BB2" w14:textId="77777777" w:rsidR="00122D62" w:rsidRDefault="00000000">
      <w:pPr>
        <w:spacing w:after="20"/>
        <w:jc w:val="center"/>
      </w:pPr>
      <w:r>
        <w:rPr>
          <w:b/>
          <w:i/>
          <w:sz w:val="18"/>
        </w:rPr>
        <w:t>Original Research Article</w:t>
      </w:r>
    </w:p>
    <w:p w14:paraId="4376047D" w14:textId="77777777" w:rsidR="00122D62" w:rsidRDefault="00000000">
      <w:pPr>
        <w:spacing w:after="80"/>
        <w:jc w:val="center"/>
      </w:pPr>
      <w:r>
        <w:rPr>
          <w:b/>
          <w:sz w:val="27"/>
        </w:rPr>
        <w:t>Determinants of Stock and Mutual Fund Preferences among Indonesian Capital Market Investors: Evidence from Binary and Ordered Logit Models</w:t>
      </w:r>
    </w:p>
    <w:p w14:paraId="5FB0E5D0" w14:textId="77777777" w:rsidR="00122D62" w:rsidRDefault="00000000">
      <w:pPr>
        <w:spacing w:after="40"/>
        <w:jc w:val="center"/>
      </w:pPr>
      <w:r>
        <w:rPr>
          <w:b/>
          <w:sz w:val="21"/>
        </w:rPr>
        <w:t>ABSTRACT</w:t>
      </w:r>
    </w:p>
    <w:p w14:paraId="206D3EB9" w14:textId="77777777" w:rsidR="00122D62" w:rsidRDefault="00000000">
      <w:pPr>
        <w:spacing w:after="24" w:line="240" w:lineRule="auto"/>
        <w:jc w:val="both"/>
      </w:pPr>
      <w:r>
        <w:rPr>
          <w:b/>
          <w:sz w:val="17"/>
        </w:rPr>
        <w:t xml:space="preserve">Background: </w:t>
      </w:r>
      <w:r>
        <w:rPr>
          <w:sz w:val="17"/>
        </w:rPr>
        <w:t>Stocks and mutual funds offer different routes into capital markets. Direct stockholding generally entails greater exposure to price risk, whereas mutual funds provide diversification and delegated portfolio management.</w:t>
      </w:r>
    </w:p>
    <w:p w14:paraId="1A0BF0BD" w14:textId="77777777" w:rsidR="00122D62" w:rsidRDefault="00000000">
      <w:pPr>
        <w:spacing w:after="24" w:line="240" w:lineRule="auto"/>
        <w:jc w:val="both"/>
      </w:pPr>
      <w:r>
        <w:rPr>
          <w:b/>
          <w:sz w:val="17"/>
        </w:rPr>
        <w:t xml:space="preserve">Aims: </w:t>
      </w:r>
      <w:r>
        <w:rPr>
          <w:sz w:val="17"/>
        </w:rPr>
        <w:t>This study examines how age, risk tolerance, financial literacy, financial access, digital financial services, and perceived regulation are associated with the preference for stocks rather than mutual funds and with the stated tendency to choose each instrument.</w:t>
      </w:r>
    </w:p>
    <w:p w14:paraId="571F389C" w14:textId="77777777" w:rsidR="00122D62" w:rsidRDefault="00000000">
      <w:pPr>
        <w:spacing w:after="24" w:line="240" w:lineRule="auto"/>
        <w:jc w:val="both"/>
      </w:pPr>
      <w:r>
        <w:rPr>
          <w:b/>
          <w:sz w:val="17"/>
        </w:rPr>
        <w:t xml:space="preserve">Study Design: </w:t>
      </w:r>
      <w:r>
        <w:rPr>
          <w:sz w:val="17"/>
        </w:rPr>
        <w:t>Quantitative cross-sectional survey with binary and ordered logistic regression.</w:t>
      </w:r>
    </w:p>
    <w:p w14:paraId="63CB8A1E" w14:textId="77777777" w:rsidR="00122D62" w:rsidRDefault="00000000">
      <w:pPr>
        <w:spacing w:after="24" w:line="240" w:lineRule="auto"/>
        <w:jc w:val="both"/>
      </w:pPr>
      <w:r>
        <w:rPr>
          <w:b/>
          <w:sz w:val="17"/>
        </w:rPr>
        <w:t xml:space="preserve">Place and Duration of Study: </w:t>
      </w:r>
      <w:r>
        <w:rPr>
          <w:sz w:val="17"/>
        </w:rPr>
        <w:t>Indonesia, June–August 2024.</w:t>
      </w:r>
    </w:p>
    <w:p w14:paraId="127E8BC0" w14:textId="77777777" w:rsidR="00122D62" w:rsidRDefault="00000000">
      <w:pPr>
        <w:spacing w:after="24" w:line="240" w:lineRule="auto"/>
        <w:jc w:val="both"/>
      </w:pPr>
      <w:r>
        <w:rPr>
          <w:b/>
          <w:sz w:val="17"/>
        </w:rPr>
        <w:t xml:space="preserve">Methodology: </w:t>
      </w:r>
      <w:r>
        <w:rPr>
          <w:sz w:val="17"/>
        </w:rPr>
        <w:t>The analytical sample comprised 200 respondents who reported holding financial assets in the Indonesian capital market. Respondents were recruited purposively. A binary logit model estimated stock rather than mutual-fund preference; two proportional-odds models estimated higher stock and mutual-fund tendency categories. Models were re-estimated from the supplied respondent-level dataset, and odds ratios, confidence intervals, fit statistics, multicollinearity diagnostics, and heteroskedasticity-consistent standard errors were examined.</w:t>
      </w:r>
    </w:p>
    <w:p w14:paraId="1BC3F8FA" w14:textId="77777777" w:rsidR="00122D62" w:rsidRDefault="00000000">
      <w:pPr>
        <w:spacing w:after="24" w:line="240" w:lineRule="auto"/>
        <w:jc w:val="both"/>
      </w:pPr>
      <w:r>
        <w:rPr>
          <w:b/>
          <w:sz w:val="17"/>
        </w:rPr>
        <w:t xml:space="preserve">Results: </w:t>
      </w:r>
      <w:r>
        <w:rPr>
          <w:sz w:val="17"/>
        </w:rPr>
        <w:t>In the binary model, age (β = 1.762, p &lt; .001), risk tolerance (β = 5.045, p &lt; .001), and financial literacy (β = 0.753, p = 0.011) increased stock preference, whereas financial access was negatively associated (β = -1.817, p = 0.031). The model had McFadden R² = 0.554 and AUC = 0.940. In the ordered stock model, risk tolerance and digital financial services were positive, while financial access was negative. In the mutual-fund model, risk tolerance was negative; the other predictors were not significant at 5% under conventional standard errors.</w:t>
      </w:r>
    </w:p>
    <w:p w14:paraId="48335973" w14:textId="77777777" w:rsidR="00122D62" w:rsidRDefault="00000000">
      <w:pPr>
        <w:spacing w:after="24" w:line="240" w:lineRule="auto"/>
        <w:jc w:val="both"/>
      </w:pPr>
      <w:r>
        <w:rPr>
          <w:b/>
          <w:sz w:val="17"/>
        </w:rPr>
        <w:t xml:space="preserve">Conclusion: </w:t>
      </w:r>
      <w:r>
        <w:rPr>
          <w:sz w:val="17"/>
        </w:rPr>
        <w:t>Instrument preference is shaped primarily by risk capacity and investor characteristics, while access and digital services have product-specific associations. The findings concern preferences within a purposively selected investor sample and should not be interpreted as a national measure of capital market inclusion or as causal effects.</w:t>
      </w:r>
    </w:p>
    <w:p w14:paraId="74FB6751" w14:textId="77777777" w:rsidR="00122D62" w:rsidRDefault="00000000">
      <w:pPr>
        <w:spacing w:after="80"/>
        <w:jc w:val="both"/>
      </w:pPr>
      <w:r>
        <w:rPr>
          <w:b/>
          <w:sz w:val="17"/>
        </w:rPr>
        <w:t xml:space="preserve">Keywords: </w:t>
      </w:r>
      <w:r>
        <w:rPr>
          <w:sz w:val="17"/>
        </w:rPr>
        <w:t>investment instrument preference; stocks; mutual funds; financial literacy; risk tolerance; binary logit; ordered logit; Indonesia.</w:t>
      </w:r>
    </w:p>
    <w:p w14:paraId="6BB786C2" w14:textId="77777777" w:rsidR="00122D62" w:rsidRDefault="00000000">
      <w:pPr>
        <w:keepNext/>
        <w:spacing w:before="100" w:after="40"/>
      </w:pPr>
      <w:r>
        <w:rPr>
          <w:b/>
          <w:sz w:val="21"/>
        </w:rPr>
        <w:t>1. INTRODUCTION</w:t>
      </w:r>
    </w:p>
    <w:p w14:paraId="7AB9B5E3" w14:textId="77777777" w:rsidR="00122D62" w:rsidRDefault="00000000">
      <w:pPr>
        <w:ind w:firstLine="331"/>
        <w:jc w:val="both"/>
      </w:pPr>
      <w:r>
        <w:t>Stocks and mutual funds are important channels through which households can participate in capital markets. Direct stock ownership offers potential capital gains and dividends but exposes investors to firm-specific and market risk. Mutual funds pool resources across investors and can lower entry barriers through diversification and professional portfolio management (Reilly &amp; Brown, 2012; Khorana et al., 2005). These differences make the choice between stocks and mutual funds a useful setting for examining how knowledge, risk attitudes, access, and institutional confidence shape investment behavior.</w:t>
      </w:r>
    </w:p>
    <w:p w14:paraId="4183B795" w14:textId="77777777" w:rsidR="00122D62" w:rsidRDefault="00000000">
      <w:pPr>
        <w:ind w:firstLine="331"/>
        <w:jc w:val="both"/>
      </w:pPr>
      <w:r>
        <w:t>Financial literacy improves the ability to understand diversification, inflation, compound returns, and financial risk. Households with stronger financial knowledge are more likely to recognize investment opportunities and participate in equity markets, although knowledge alone does not eliminate access constraints or behavioral barriers (Guiso &amp; Jappelli, 2005; van Rooij et al., 2011; Lusardi &amp; Mitchell, 2014). Financial advice, product design, and investor protection can therefore complement education by helping individuals translate knowledge into suitable portfolio choices (Calcagno &amp; Monticone, 2015; La Porta et al., 2006).</w:t>
      </w:r>
    </w:p>
    <w:p w14:paraId="75269B2E" w14:textId="77777777" w:rsidR="00122D62" w:rsidRDefault="00000000">
      <w:pPr>
        <w:ind w:firstLine="331"/>
        <w:jc w:val="both"/>
      </w:pPr>
      <w:r>
        <w:t>Risk tolerance is particularly relevant when comparing direct stocks and mutual funds. Direct stockholding generally involves greater short-term volatility and concentration risk, whereas mutual funds may provide a more diversified entry point. Household-finance research shows that limited financial sophistication and low willingness to bear risk can reduce direct equity participation (Campbell, 2006; Bannier &amp; Neubert, 2016). Digital platforms may reduce transaction and search costs, but digital access does not automatically produce effective investment participation when users lack confidence, product knowledge, or trust (Gomber et al., 2017; Choung et al., 2023).</w:t>
      </w:r>
    </w:p>
    <w:p w14:paraId="651C1B8F" w14:textId="77777777" w:rsidR="00122D62" w:rsidRDefault="00000000">
      <w:pPr>
        <w:ind w:firstLine="331"/>
        <w:jc w:val="both"/>
      </w:pPr>
      <w:r>
        <w:t>The original manuscript treated instrument preference as a direct indicator of capital market inclusion. The revised study adopts a narrower interpretation. Its dependent variables capture the choice and stated tendency to choose stocks or mutual funds among people who reported holding financial assets. They do not measure the proportion of the Indonesian population participating in capital markets. Nevertheless, product-specific preference can provide indirect evidence about demand-side and institutional conditions relevant to broader participation.</w:t>
      </w:r>
    </w:p>
    <w:p w14:paraId="025A33DD" w14:textId="77777777" w:rsidR="00122D62" w:rsidRDefault="00000000">
      <w:pPr>
        <w:ind w:firstLine="331"/>
        <w:jc w:val="both"/>
      </w:pPr>
      <w:r>
        <w:t>The study has two objectives. First, it identifies factors associated with choosing stocks rather than mutual funds. Second, it examines whether those factors are associated with higher stated tendencies to choose stocks and mutual funds separately. The contribution lies in distinguishing direct equity preference from mutual-fund preference rather than treating all capital-market instruments as homogeneous. This distinction is relevant for investor education, suitability assessment, product distribution, and investor-protection policies.</w:t>
      </w:r>
    </w:p>
    <w:p w14:paraId="598462E0" w14:textId="77777777" w:rsidR="00122D62" w:rsidRDefault="00000000">
      <w:pPr>
        <w:keepNext/>
        <w:spacing w:before="100" w:after="40"/>
      </w:pPr>
      <w:r>
        <w:rPr>
          <w:b/>
          <w:sz w:val="21"/>
        </w:rPr>
        <w:t>2. LITERATURE REVIEW AND HYPOTHESIS DEVELOPMENT</w:t>
      </w:r>
    </w:p>
    <w:p w14:paraId="46D2110E" w14:textId="77777777" w:rsidR="00122D62" w:rsidRDefault="00000000">
      <w:pPr>
        <w:keepNext/>
        <w:spacing w:before="60" w:after="40"/>
      </w:pPr>
      <w:r>
        <w:rPr>
          <w:b/>
        </w:rPr>
        <w:t>2.1 Financial Literacy and Investment Choice</w:t>
      </w:r>
    </w:p>
    <w:p w14:paraId="03E5233A" w14:textId="77777777" w:rsidR="00122D62" w:rsidRDefault="00000000">
      <w:pPr>
        <w:ind w:firstLine="331"/>
        <w:jc w:val="both"/>
      </w:pPr>
      <w:r>
        <w:t>Financial literacy is a form of human capital that improves the ability to process information and make intertemporal financial decisions (Jappelli &amp; Padula, 2013; Lusardi &amp; Mitchell, 2014). Awareness of financial assets matters because households may not participate when they cannot recognize available products or evaluate risk-return characteristics (Guiso &amp; Jappelli, 2005). Empirical evidence also links financial literacy to stock-market participation and active portfolio management (van Rooij et al., 2011; Bianchi, 2018). The effect may differ by product because direct equity selection requires different knowledge and monitoring than delegated mutual-fund management.</w:t>
      </w:r>
    </w:p>
    <w:p w14:paraId="08851315" w14:textId="77777777" w:rsidR="00122D62" w:rsidRDefault="00000000">
      <w:pPr>
        <w:keepNext/>
        <w:spacing w:before="60" w:after="40"/>
      </w:pPr>
      <w:r>
        <w:rPr>
          <w:b/>
        </w:rPr>
        <w:t>2.2 Risk Tolerance, Age, and Product Suitability</w:t>
      </w:r>
    </w:p>
    <w:p w14:paraId="7439CA24" w14:textId="77777777" w:rsidR="00122D62" w:rsidRDefault="00000000">
      <w:pPr>
        <w:ind w:firstLine="331"/>
        <w:jc w:val="both"/>
      </w:pPr>
      <w:r>
        <w:t xml:space="preserve">Risk tolerance reflects willingness and capacity to accept uncertain investment outcomes. Stocks generally display greater short-term price volatility than diversified mutual funds, making risk tolerance an important determinant of direct stock preference (Al-Tamimi &amp; Bin Kalli, 2009; Bannier &amp; Neubert, 2016). Age can also capture differences in investment horizon, </w:t>
      </w:r>
      <w:r>
        <w:lastRenderedPageBreak/>
        <w:t>experience, income stability, and familiarity with investment channels. Because age is coded as a generation category, its coefficient represents a one-category change rather than a one-year marginal effect.</w:t>
      </w:r>
    </w:p>
    <w:p w14:paraId="680CCC26" w14:textId="77777777" w:rsidR="00122D62" w:rsidRDefault="00000000">
      <w:pPr>
        <w:keepNext/>
        <w:spacing w:before="60" w:after="40"/>
      </w:pPr>
      <w:r>
        <w:rPr>
          <w:b/>
        </w:rPr>
        <w:t>2.3 Financial Access, Digital Services, and Regulation</w:t>
      </w:r>
    </w:p>
    <w:p w14:paraId="4E00BE6C" w14:textId="77777777" w:rsidR="00122D62" w:rsidRDefault="00000000">
      <w:pPr>
        <w:ind w:firstLine="331"/>
        <w:jc w:val="both"/>
      </w:pPr>
      <w:r>
        <w:t>Financial access refers to the practical ability to obtain and use investment services. Account-opening procedures, minimum investment requirements, distribution channels, and access to advice can influence whether investors choose direct stocks or pooled products. Mutual funds may be especially sensitive to distribution and institutional access because they are offered through banks, securities firms, and digital platforms (Khorana et al., 2005).</w:t>
      </w:r>
    </w:p>
    <w:p w14:paraId="0D960F4D" w14:textId="77777777" w:rsidR="00122D62" w:rsidRDefault="00000000">
      <w:pPr>
        <w:ind w:firstLine="331"/>
        <w:jc w:val="both"/>
      </w:pPr>
      <w:r>
        <w:t>Digital finance can reduce search, transaction, and monitoring costs and expand services available to retail users (Gomber et al., 2017; Gomber et al., 2018). However, digital availability should not be equated with effective participation. Digital financial literacy, confidence, and the ability to evaluate online information remain important for financial well-being and product use (Choung et al., 2023). Regulation is also relevant because disclosure, investor protection, and enforcement can strengthen trust and reduce perceived risk (La Porta et al., 2006).</w:t>
      </w:r>
    </w:p>
    <w:p w14:paraId="50D5BD2F" w14:textId="77777777" w:rsidR="00122D62" w:rsidRDefault="00000000">
      <w:pPr>
        <w:keepNext/>
        <w:spacing w:before="60" w:after="40"/>
      </w:pPr>
      <w:r>
        <w:rPr>
          <w:b/>
        </w:rPr>
        <w:t>2.4 Research Hypotheses</w:t>
      </w:r>
    </w:p>
    <w:p w14:paraId="32C7A777" w14:textId="77777777" w:rsidR="00122D62" w:rsidRDefault="00000000">
      <w:pPr>
        <w:spacing w:after="24"/>
        <w:jc w:val="both"/>
      </w:pPr>
      <w:r>
        <w:t>H1: Age is significantly associated with the preference for stocks rather than mutual funds.</w:t>
      </w:r>
    </w:p>
    <w:p w14:paraId="30704F95" w14:textId="77777777" w:rsidR="00122D62" w:rsidRDefault="00000000">
      <w:pPr>
        <w:spacing w:after="24"/>
        <w:jc w:val="both"/>
      </w:pPr>
      <w:r>
        <w:t>H2: Risk tolerance is positively associated with stock preference and the tendency to choose stocks.</w:t>
      </w:r>
    </w:p>
    <w:p w14:paraId="5FA9C851" w14:textId="77777777" w:rsidR="00122D62" w:rsidRDefault="00000000">
      <w:pPr>
        <w:spacing w:after="24"/>
        <w:jc w:val="both"/>
      </w:pPr>
      <w:r>
        <w:t>H3: Financial literacy is significantly associated with investment-instrument preference and product-specific tendencies.</w:t>
      </w:r>
    </w:p>
    <w:p w14:paraId="0F76A651" w14:textId="77777777" w:rsidR="00122D62" w:rsidRDefault="00000000">
      <w:pPr>
        <w:spacing w:after="24"/>
        <w:jc w:val="both"/>
      </w:pPr>
      <w:r>
        <w:t>H4: Financial access is significantly associated with investment-instrument preference and product-specific tendencies.</w:t>
      </w:r>
    </w:p>
    <w:p w14:paraId="55D73190" w14:textId="77777777" w:rsidR="00122D62" w:rsidRDefault="00000000">
      <w:pPr>
        <w:spacing w:after="24"/>
        <w:jc w:val="both"/>
      </w:pPr>
      <w:r>
        <w:t>H5: Digital financial services are significantly associated with investment-instrument preference and product-specific tendencies.</w:t>
      </w:r>
    </w:p>
    <w:p w14:paraId="3B954DBC" w14:textId="77777777" w:rsidR="00122D62" w:rsidRDefault="00000000">
      <w:pPr>
        <w:spacing w:after="24"/>
        <w:jc w:val="both"/>
      </w:pPr>
      <w:r>
        <w:t>H6: Perceived regulatory support is significantly associated with investment-instrument preference and product-specific tendencies.</w:t>
      </w:r>
    </w:p>
    <w:p w14:paraId="69D3F8C4" w14:textId="77777777" w:rsidR="00122D62" w:rsidRDefault="00000000">
      <w:pPr>
        <w:keepNext/>
        <w:spacing w:before="100" w:after="40"/>
      </w:pPr>
      <w:r>
        <w:rPr>
          <w:b/>
          <w:sz w:val="21"/>
        </w:rPr>
        <w:t>3. METHODOLOGY</w:t>
      </w:r>
    </w:p>
    <w:p w14:paraId="03FB5E62" w14:textId="77777777" w:rsidR="00122D62" w:rsidRDefault="00000000">
      <w:pPr>
        <w:keepNext/>
        <w:spacing w:before="60" w:after="40"/>
      </w:pPr>
      <w:r>
        <w:rPr>
          <w:b/>
        </w:rPr>
        <w:t>3.1 Research Design, Sample, and Survey Period</w:t>
      </w:r>
    </w:p>
    <w:p w14:paraId="5D608DA5" w14:textId="77777777" w:rsidR="00122D62" w:rsidRDefault="00000000">
      <w:pPr>
        <w:ind w:firstLine="331"/>
        <w:jc w:val="both"/>
      </w:pPr>
      <w:r>
        <w:t>This study used a quantitative cross-sectional survey. The survey was conducted in Indonesia from June to August 2024. Respondents were recruited purposively because the analysis required people who reported holding a financial-asset portfolio and who could evaluate stocks and mutual funds. The term “purposive random sampling” used in the earlier manuscript has therefore been corrected to “purposive sampling.” The analytical sample contained 200 respondents, with 100 indicating stock preference and 100 indicating mutual-fund preference.</w:t>
      </w:r>
    </w:p>
    <w:p w14:paraId="5C26EE0C" w14:textId="77777777" w:rsidR="00122D62" w:rsidRDefault="00000000">
      <w:pPr>
        <w:ind w:firstLine="331"/>
        <w:jc w:val="both"/>
      </w:pPr>
      <w:r>
        <w:t>Age was the only demographic characteristic retained in the supplied analytical file. The sample comprised 82 Generation Z respondents (41.0%), 51 Millennials (25.5%), 63 Generation X respondents (31.5%), and four Baby Boomers (2.0%). The research file did not retain a province-by-province sampling frame, distribution-channel log, or additional demographic variables; therefore, the sample is not claimed to be geographically or demographically representative of Indonesia.</w:t>
      </w:r>
    </w:p>
    <w:p w14:paraId="5C872CE8" w14:textId="77777777" w:rsidR="00122D62" w:rsidRDefault="00000000">
      <w:pPr>
        <w:ind w:firstLine="331"/>
        <w:jc w:val="both"/>
      </w:pPr>
      <w:r>
        <w:t>For the binary model, the smaller outcome group contained 100 observations and the model included six predictors, equivalent to approximately 16.7 observations in the smaller outcome group per predictor. This exceeds the traditional ten-events-per-variable rule of thumb, while recognizing that event-per-variable thresholds should not be treated as an absolute guarantee of model validity (Vittinghoff &amp; McCulloch, 2007).</w:t>
      </w:r>
    </w:p>
    <w:p w14:paraId="48D2A55C" w14:textId="77777777" w:rsidR="00122D62" w:rsidRDefault="00000000">
      <w:pPr>
        <w:keepNext/>
        <w:spacing w:before="60" w:after="40"/>
      </w:pPr>
      <w:r>
        <w:rPr>
          <w:b/>
        </w:rPr>
        <w:t>3.2 Measurement</w:t>
      </w:r>
    </w:p>
    <w:p w14:paraId="541E9589" w14:textId="77777777" w:rsidR="00122D62" w:rsidRDefault="00000000">
      <w:pPr>
        <w:ind w:firstLine="331"/>
        <w:jc w:val="both"/>
      </w:pPr>
      <w:r>
        <w:t>The binary dependent variable, Invest, was coded 1 for stock preference and 0 for mutual-fund preference. Stock and Mutual Funds measured stated tendency to choose each instrument on a five-point scale. Age was coded into four generation categories. Risk tolerance, financial literacy, financial access, digital financial services, and regulation were recorded on five-point rating scales, with higher values indicating more of the relevant attribute.</w:t>
      </w:r>
    </w:p>
    <w:p w14:paraId="345B7DD0" w14:textId="77777777" w:rsidR="00122D62" w:rsidRDefault="00000000">
      <w:pPr>
        <w:ind w:firstLine="331"/>
        <w:jc w:val="both"/>
      </w:pPr>
      <w:r>
        <w:t>Each construct was represented by one observed rating in the supplied dataset. Consequently, internal-consistency measures such as Cronbach’s alpha and factor-based construct-validity tests are not estimable. The revised manuscript states this measurement design explicitly and treats the absence of multi-item validation as a limitation rather than reporting unobserved reliability statistics.</w:t>
      </w:r>
    </w:p>
    <w:p w14:paraId="34F6749F" w14:textId="77777777" w:rsidR="00122D62" w:rsidRDefault="00000000">
      <w:pPr>
        <w:keepNext/>
        <w:spacing w:before="60" w:after="20"/>
      </w:pPr>
      <w:r>
        <w:rPr>
          <w:b/>
          <w:sz w:val="18"/>
        </w:rPr>
        <w:t>Table 1. Operational definitions and measurement of variables</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1656"/>
        <w:gridCol w:w="5112"/>
        <w:gridCol w:w="3384"/>
      </w:tblGrid>
      <w:tr w:rsidR="00122D62" w14:paraId="5275B57D" w14:textId="77777777">
        <w:trPr>
          <w:tblHeader/>
          <w:jc w:val="center"/>
        </w:trPr>
        <w:tc>
          <w:tcPr>
            <w:tcW w:w="1656" w:type="dxa"/>
            <w:tcMar>
              <w:top w:w="45" w:type="dxa"/>
              <w:left w:w="55" w:type="dxa"/>
              <w:bottom w:w="45" w:type="dxa"/>
              <w:right w:w="55" w:type="dxa"/>
            </w:tcMar>
            <w:vAlign w:val="center"/>
          </w:tcPr>
          <w:p w14:paraId="6DE4CC5A" w14:textId="77777777" w:rsidR="00122D62" w:rsidRDefault="00000000">
            <w:pPr>
              <w:spacing w:after="0"/>
              <w:jc w:val="center"/>
            </w:pPr>
            <w:r>
              <w:rPr>
                <w:b/>
                <w:sz w:val="15"/>
              </w:rPr>
              <w:t>Variable</w:t>
            </w:r>
          </w:p>
        </w:tc>
        <w:tc>
          <w:tcPr>
            <w:tcW w:w="5112" w:type="dxa"/>
            <w:tcMar>
              <w:top w:w="45" w:type="dxa"/>
              <w:left w:w="55" w:type="dxa"/>
              <w:bottom w:w="45" w:type="dxa"/>
              <w:right w:w="55" w:type="dxa"/>
            </w:tcMar>
            <w:vAlign w:val="center"/>
          </w:tcPr>
          <w:p w14:paraId="7D809BAB" w14:textId="77777777" w:rsidR="00122D62" w:rsidRDefault="00000000">
            <w:pPr>
              <w:spacing w:after="0"/>
              <w:jc w:val="center"/>
            </w:pPr>
            <w:r>
              <w:rPr>
                <w:b/>
                <w:sz w:val="15"/>
              </w:rPr>
              <w:t>Operational definition</w:t>
            </w:r>
          </w:p>
        </w:tc>
        <w:tc>
          <w:tcPr>
            <w:tcW w:w="3384" w:type="dxa"/>
            <w:tcMar>
              <w:top w:w="45" w:type="dxa"/>
              <w:left w:w="55" w:type="dxa"/>
              <w:bottom w:w="45" w:type="dxa"/>
              <w:right w:w="55" w:type="dxa"/>
            </w:tcMar>
            <w:vAlign w:val="center"/>
          </w:tcPr>
          <w:p w14:paraId="49E0DC71" w14:textId="77777777" w:rsidR="00122D62" w:rsidRDefault="00000000">
            <w:pPr>
              <w:spacing w:after="0"/>
              <w:jc w:val="center"/>
            </w:pPr>
            <w:r>
              <w:rPr>
                <w:b/>
                <w:sz w:val="15"/>
              </w:rPr>
              <w:t>Coding/scale</w:t>
            </w:r>
          </w:p>
        </w:tc>
      </w:tr>
      <w:tr w:rsidR="00122D62" w14:paraId="71BB73CA" w14:textId="77777777">
        <w:trPr>
          <w:cantSplit/>
          <w:jc w:val="center"/>
        </w:trPr>
        <w:tc>
          <w:tcPr>
            <w:tcW w:w="1656" w:type="dxa"/>
            <w:tcMar>
              <w:top w:w="45" w:type="dxa"/>
              <w:left w:w="55" w:type="dxa"/>
              <w:bottom w:w="45" w:type="dxa"/>
              <w:right w:w="55" w:type="dxa"/>
            </w:tcMar>
            <w:vAlign w:val="center"/>
          </w:tcPr>
          <w:p w14:paraId="08C05F78" w14:textId="77777777" w:rsidR="00122D62" w:rsidRDefault="00000000">
            <w:pPr>
              <w:spacing w:after="0"/>
            </w:pPr>
            <w:r>
              <w:rPr>
                <w:sz w:val="15"/>
              </w:rPr>
              <w:t>Invest</w:t>
            </w:r>
          </w:p>
        </w:tc>
        <w:tc>
          <w:tcPr>
            <w:tcW w:w="5112" w:type="dxa"/>
            <w:tcMar>
              <w:top w:w="45" w:type="dxa"/>
              <w:left w:w="55" w:type="dxa"/>
              <w:bottom w:w="45" w:type="dxa"/>
              <w:right w:w="55" w:type="dxa"/>
            </w:tcMar>
            <w:vAlign w:val="center"/>
          </w:tcPr>
          <w:p w14:paraId="571B3704" w14:textId="77777777" w:rsidR="00122D62" w:rsidRDefault="00000000">
            <w:pPr>
              <w:spacing w:after="0"/>
              <w:jc w:val="center"/>
            </w:pPr>
            <w:r>
              <w:rPr>
                <w:sz w:val="15"/>
              </w:rPr>
              <w:t>Preference between stocks and mutual funds</w:t>
            </w:r>
          </w:p>
        </w:tc>
        <w:tc>
          <w:tcPr>
            <w:tcW w:w="3384" w:type="dxa"/>
            <w:tcMar>
              <w:top w:w="45" w:type="dxa"/>
              <w:left w:w="55" w:type="dxa"/>
              <w:bottom w:w="45" w:type="dxa"/>
              <w:right w:w="55" w:type="dxa"/>
            </w:tcMar>
            <w:vAlign w:val="center"/>
          </w:tcPr>
          <w:p w14:paraId="4A1A65AD" w14:textId="77777777" w:rsidR="00122D62" w:rsidRDefault="00000000">
            <w:pPr>
              <w:spacing w:after="0"/>
              <w:jc w:val="center"/>
            </w:pPr>
            <w:r>
              <w:rPr>
                <w:sz w:val="15"/>
              </w:rPr>
              <w:t>1 = stock; 0 = mutual fund</w:t>
            </w:r>
          </w:p>
        </w:tc>
      </w:tr>
      <w:tr w:rsidR="00122D62" w14:paraId="3969E9FB" w14:textId="77777777">
        <w:trPr>
          <w:cantSplit/>
          <w:jc w:val="center"/>
        </w:trPr>
        <w:tc>
          <w:tcPr>
            <w:tcW w:w="1656" w:type="dxa"/>
            <w:tcMar>
              <w:top w:w="45" w:type="dxa"/>
              <w:left w:w="55" w:type="dxa"/>
              <w:bottom w:w="45" w:type="dxa"/>
              <w:right w:w="55" w:type="dxa"/>
            </w:tcMar>
            <w:vAlign w:val="center"/>
          </w:tcPr>
          <w:p w14:paraId="3F55F356" w14:textId="77777777" w:rsidR="00122D62" w:rsidRDefault="00000000">
            <w:pPr>
              <w:spacing w:after="0"/>
            </w:pPr>
            <w:r>
              <w:rPr>
                <w:sz w:val="15"/>
              </w:rPr>
              <w:t>Stock</w:t>
            </w:r>
          </w:p>
        </w:tc>
        <w:tc>
          <w:tcPr>
            <w:tcW w:w="5112" w:type="dxa"/>
            <w:tcMar>
              <w:top w:w="45" w:type="dxa"/>
              <w:left w:w="55" w:type="dxa"/>
              <w:bottom w:w="45" w:type="dxa"/>
              <w:right w:w="55" w:type="dxa"/>
            </w:tcMar>
            <w:vAlign w:val="center"/>
          </w:tcPr>
          <w:p w14:paraId="5F64F3E5" w14:textId="77777777" w:rsidR="00122D62" w:rsidRDefault="00000000">
            <w:pPr>
              <w:spacing w:after="0"/>
              <w:jc w:val="center"/>
            </w:pPr>
            <w:r>
              <w:rPr>
                <w:sz w:val="15"/>
              </w:rPr>
              <w:t>Stated tendency to choose stocks</w:t>
            </w:r>
          </w:p>
        </w:tc>
        <w:tc>
          <w:tcPr>
            <w:tcW w:w="3384" w:type="dxa"/>
            <w:tcMar>
              <w:top w:w="45" w:type="dxa"/>
              <w:left w:w="55" w:type="dxa"/>
              <w:bottom w:w="45" w:type="dxa"/>
              <w:right w:w="55" w:type="dxa"/>
            </w:tcMar>
            <w:vAlign w:val="center"/>
          </w:tcPr>
          <w:p w14:paraId="3EED873C" w14:textId="77777777" w:rsidR="00122D62" w:rsidRDefault="00000000">
            <w:pPr>
              <w:spacing w:after="0"/>
              <w:jc w:val="center"/>
            </w:pPr>
            <w:r>
              <w:rPr>
                <w:sz w:val="15"/>
              </w:rPr>
              <w:t>2–5 observed; higher = stronger tendency</w:t>
            </w:r>
          </w:p>
        </w:tc>
      </w:tr>
      <w:tr w:rsidR="00122D62" w14:paraId="11685CF0" w14:textId="77777777">
        <w:trPr>
          <w:cantSplit/>
          <w:jc w:val="center"/>
        </w:trPr>
        <w:tc>
          <w:tcPr>
            <w:tcW w:w="1656" w:type="dxa"/>
            <w:tcMar>
              <w:top w:w="45" w:type="dxa"/>
              <w:left w:w="55" w:type="dxa"/>
              <w:bottom w:w="45" w:type="dxa"/>
              <w:right w:w="55" w:type="dxa"/>
            </w:tcMar>
            <w:vAlign w:val="center"/>
          </w:tcPr>
          <w:p w14:paraId="2F420C37" w14:textId="77777777" w:rsidR="00122D62" w:rsidRDefault="00000000">
            <w:pPr>
              <w:spacing w:after="0"/>
            </w:pPr>
            <w:r>
              <w:rPr>
                <w:sz w:val="15"/>
              </w:rPr>
              <w:t>Mutual funds</w:t>
            </w:r>
          </w:p>
        </w:tc>
        <w:tc>
          <w:tcPr>
            <w:tcW w:w="5112" w:type="dxa"/>
            <w:tcMar>
              <w:top w:w="45" w:type="dxa"/>
              <w:left w:w="55" w:type="dxa"/>
              <w:bottom w:w="45" w:type="dxa"/>
              <w:right w:w="55" w:type="dxa"/>
            </w:tcMar>
            <w:vAlign w:val="center"/>
          </w:tcPr>
          <w:p w14:paraId="13DB5F24" w14:textId="77777777" w:rsidR="00122D62" w:rsidRDefault="00000000">
            <w:pPr>
              <w:spacing w:after="0"/>
              <w:jc w:val="center"/>
            </w:pPr>
            <w:r>
              <w:rPr>
                <w:sz w:val="15"/>
              </w:rPr>
              <w:t>Stated tendency to choose mutual funds</w:t>
            </w:r>
          </w:p>
        </w:tc>
        <w:tc>
          <w:tcPr>
            <w:tcW w:w="3384" w:type="dxa"/>
            <w:tcMar>
              <w:top w:w="45" w:type="dxa"/>
              <w:left w:w="55" w:type="dxa"/>
              <w:bottom w:w="45" w:type="dxa"/>
              <w:right w:w="55" w:type="dxa"/>
            </w:tcMar>
            <w:vAlign w:val="center"/>
          </w:tcPr>
          <w:p w14:paraId="61DDB4A7" w14:textId="77777777" w:rsidR="00122D62" w:rsidRDefault="00000000">
            <w:pPr>
              <w:spacing w:after="0"/>
              <w:jc w:val="center"/>
            </w:pPr>
            <w:r>
              <w:rPr>
                <w:sz w:val="15"/>
              </w:rPr>
              <w:t>2–5 observed; higher = stronger tendency</w:t>
            </w:r>
          </w:p>
        </w:tc>
      </w:tr>
      <w:tr w:rsidR="00122D62" w14:paraId="3C19ACFF" w14:textId="77777777">
        <w:trPr>
          <w:cantSplit/>
          <w:jc w:val="center"/>
        </w:trPr>
        <w:tc>
          <w:tcPr>
            <w:tcW w:w="1656" w:type="dxa"/>
            <w:tcMar>
              <w:top w:w="45" w:type="dxa"/>
              <w:left w:w="55" w:type="dxa"/>
              <w:bottom w:w="45" w:type="dxa"/>
              <w:right w:w="55" w:type="dxa"/>
            </w:tcMar>
            <w:vAlign w:val="center"/>
          </w:tcPr>
          <w:p w14:paraId="6BC216BC" w14:textId="77777777" w:rsidR="00122D62" w:rsidRDefault="00000000">
            <w:pPr>
              <w:spacing w:after="0"/>
            </w:pPr>
            <w:r>
              <w:rPr>
                <w:sz w:val="15"/>
              </w:rPr>
              <w:t>Age</w:t>
            </w:r>
          </w:p>
        </w:tc>
        <w:tc>
          <w:tcPr>
            <w:tcW w:w="5112" w:type="dxa"/>
            <w:tcMar>
              <w:top w:w="45" w:type="dxa"/>
              <w:left w:w="55" w:type="dxa"/>
              <w:bottom w:w="45" w:type="dxa"/>
              <w:right w:w="55" w:type="dxa"/>
            </w:tcMar>
            <w:vAlign w:val="center"/>
          </w:tcPr>
          <w:p w14:paraId="0FEF294E" w14:textId="77777777" w:rsidR="00122D62" w:rsidRDefault="00000000">
            <w:pPr>
              <w:spacing w:after="0"/>
              <w:jc w:val="center"/>
            </w:pPr>
            <w:r>
              <w:rPr>
                <w:sz w:val="15"/>
              </w:rPr>
              <w:t>Generation category</w:t>
            </w:r>
          </w:p>
        </w:tc>
        <w:tc>
          <w:tcPr>
            <w:tcW w:w="3384" w:type="dxa"/>
            <w:tcMar>
              <w:top w:w="45" w:type="dxa"/>
              <w:left w:w="55" w:type="dxa"/>
              <w:bottom w:w="45" w:type="dxa"/>
              <w:right w:w="55" w:type="dxa"/>
            </w:tcMar>
            <w:vAlign w:val="center"/>
          </w:tcPr>
          <w:p w14:paraId="65104450" w14:textId="77777777" w:rsidR="00122D62" w:rsidRDefault="00000000">
            <w:pPr>
              <w:spacing w:after="0"/>
              <w:jc w:val="center"/>
            </w:pPr>
            <w:r>
              <w:rPr>
                <w:sz w:val="15"/>
              </w:rPr>
              <w:t>1 = Gen Z; 2 = Millennials; 3 = Gen X; 4 = Baby Boomers</w:t>
            </w:r>
          </w:p>
        </w:tc>
      </w:tr>
      <w:tr w:rsidR="00122D62" w14:paraId="38506F2E" w14:textId="77777777">
        <w:trPr>
          <w:cantSplit/>
          <w:jc w:val="center"/>
        </w:trPr>
        <w:tc>
          <w:tcPr>
            <w:tcW w:w="1656" w:type="dxa"/>
            <w:tcMar>
              <w:top w:w="45" w:type="dxa"/>
              <w:left w:w="55" w:type="dxa"/>
              <w:bottom w:w="45" w:type="dxa"/>
              <w:right w:w="55" w:type="dxa"/>
            </w:tcMar>
            <w:vAlign w:val="center"/>
          </w:tcPr>
          <w:p w14:paraId="400E76BF" w14:textId="77777777" w:rsidR="00122D62" w:rsidRDefault="00000000">
            <w:pPr>
              <w:spacing w:after="0"/>
            </w:pPr>
            <w:r>
              <w:rPr>
                <w:sz w:val="15"/>
              </w:rPr>
              <w:t>Risk tolerance</w:t>
            </w:r>
          </w:p>
        </w:tc>
        <w:tc>
          <w:tcPr>
            <w:tcW w:w="5112" w:type="dxa"/>
            <w:tcMar>
              <w:top w:w="45" w:type="dxa"/>
              <w:left w:w="55" w:type="dxa"/>
              <w:bottom w:w="45" w:type="dxa"/>
              <w:right w:w="55" w:type="dxa"/>
            </w:tcMar>
            <w:vAlign w:val="center"/>
          </w:tcPr>
          <w:p w14:paraId="05EE5B80" w14:textId="77777777" w:rsidR="00122D62" w:rsidRDefault="00000000">
            <w:pPr>
              <w:spacing w:after="0"/>
              <w:jc w:val="center"/>
            </w:pPr>
            <w:r>
              <w:rPr>
                <w:sz w:val="15"/>
              </w:rPr>
              <w:t>Ability and willingness to bear investment risk</w:t>
            </w:r>
          </w:p>
        </w:tc>
        <w:tc>
          <w:tcPr>
            <w:tcW w:w="3384" w:type="dxa"/>
            <w:tcMar>
              <w:top w:w="45" w:type="dxa"/>
              <w:left w:w="55" w:type="dxa"/>
              <w:bottom w:w="45" w:type="dxa"/>
              <w:right w:w="55" w:type="dxa"/>
            </w:tcMar>
            <w:vAlign w:val="center"/>
          </w:tcPr>
          <w:p w14:paraId="2438F65F" w14:textId="77777777" w:rsidR="00122D62" w:rsidRDefault="00000000">
            <w:pPr>
              <w:spacing w:after="0"/>
              <w:jc w:val="center"/>
            </w:pPr>
            <w:r>
              <w:rPr>
                <w:sz w:val="15"/>
              </w:rPr>
              <w:t>Five-point rating</w:t>
            </w:r>
          </w:p>
        </w:tc>
      </w:tr>
      <w:tr w:rsidR="00122D62" w14:paraId="57B9812D" w14:textId="77777777">
        <w:trPr>
          <w:cantSplit/>
          <w:jc w:val="center"/>
        </w:trPr>
        <w:tc>
          <w:tcPr>
            <w:tcW w:w="1656" w:type="dxa"/>
            <w:tcMar>
              <w:top w:w="45" w:type="dxa"/>
              <w:left w:w="55" w:type="dxa"/>
              <w:bottom w:w="45" w:type="dxa"/>
              <w:right w:w="55" w:type="dxa"/>
            </w:tcMar>
            <w:vAlign w:val="center"/>
          </w:tcPr>
          <w:p w14:paraId="00C61B4B" w14:textId="77777777" w:rsidR="00122D62" w:rsidRDefault="00000000">
            <w:pPr>
              <w:spacing w:after="0"/>
            </w:pPr>
            <w:r>
              <w:rPr>
                <w:sz w:val="15"/>
              </w:rPr>
              <w:t>Financial literacy</w:t>
            </w:r>
          </w:p>
        </w:tc>
        <w:tc>
          <w:tcPr>
            <w:tcW w:w="5112" w:type="dxa"/>
            <w:tcMar>
              <w:top w:w="45" w:type="dxa"/>
              <w:left w:w="55" w:type="dxa"/>
              <w:bottom w:w="45" w:type="dxa"/>
              <w:right w:w="55" w:type="dxa"/>
            </w:tcMar>
            <w:vAlign w:val="center"/>
          </w:tcPr>
          <w:p w14:paraId="4B11CF15" w14:textId="77777777" w:rsidR="00122D62" w:rsidRDefault="00000000">
            <w:pPr>
              <w:spacing w:after="0"/>
              <w:jc w:val="center"/>
            </w:pPr>
            <w:r>
              <w:rPr>
                <w:sz w:val="15"/>
              </w:rPr>
              <w:t>Knowledge and capability relevant to financial decisions</w:t>
            </w:r>
          </w:p>
        </w:tc>
        <w:tc>
          <w:tcPr>
            <w:tcW w:w="3384" w:type="dxa"/>
            <w:tcMar>
              <w:top w:w="45" w:type="dxa"/>
              <w:left w:w="55" w:type="dxa"/>
              <w:bottom w:w="45" w:type="dxa"/>
              <w:right w:w="55" w:type="dxa"/>
            </w:tcMar>
            <w:vAlign w:val="center"/>
          </w:tcPr>
          <w:p w14:paraId="0542335F" w14:textId="77777777" w:rsidR="00122D62" w:rsidRDefault="00000000">
            <w:pPr>
              <w:spacing w:after="0"/>
              <w:jc w:val="center"/>
            </w:pPr>
            <w:r>
              <w:rPr>
                <w:sz w:val="15"/>
              </w:rPr>
              <w:t>Five-point rating</w:t>
            </w:r>
          </w:p>
        </w:tc>
      </w:tr>
      <w:tr w:rsidR="00122D62" w14:paraId="7930BF82" w14:textId="77777777">
        <w:trPr>
          <w:cantSplit/>
          <w:jc w:val="center"/>
        </w:trPr>
        <w:tc>
          <w:tcPr>
            <w:tcW w:w="1656" w:type="dxa"/>
            <w:tcMar>
              <w:top w:w="45" w:type="dxa"/>
              <w:left w:w="55" w:type="dxa"/>
              <w:bottom w:w="45" w:type="dxa"/>
              <w:right w:w="55" w:type="dxa"/>
            </w:tcMar>
            <w:vAlign w:val="center"/>
          </w:tcPr>
          <w:p w14:paraId="029D87FF" w14:textId="77777777" w:rsidR="00122D62" w:rsidRDefault="00000000">
            <w:pPr>
              <w:spacing w:after="0"/>
            </w:pPr>
            <w:r>
              <w:rPr>
                <w:sz w:val="15"/>
              </w:rPr>
              <w:t>Financial access</w:t>
            </w:r>
          </w:p>
        </w:tc>
        <w:tc>
          <w:tcPr>
            <w:tcW w:w="5112" w:type="dxa"/>
            <w:tcMar>
              <w:top w:w="45" w:type="dxa"/>
              <w:left w:w="55" w:type="dxa"/>
              <w:bottom w:w="45" w:type="dxa"/>
              <w:right w:w="55" w:type="dxa"/>
            </w:tcMar>
            <w:vAlign w:val="center"/>
          </w:tcPr>
          <w:p w14:paraId="707703A5" w14:textId="77777777" w:rsidR="00122D62" w:rsidRDefault="00000000">
            <w:pPr>
              <w:spacing w:after="0"/>
              <w:jc w:val="center"/>
            </w:pPr>
            <w:r>
              <w:rPr>
                <w:sz w:val="15"/>
              </w:rPr>
              <w:t>Ability to obtain and use financial services</w:t>
            </w:r>
          </w:p>
        </w:tc>
        <w:tc>
          <w:tcPr>
            <w:tcW w:w="3384" w:type="dxa"/>
            <w:tcMar>
              <w:top w:w="45" w:type="dxa"/>
              <w:left w:w="55" w:type="dxa"/>
              <w:bottom w:w="45" w:type="dxa"/>
              <w:right w:w="55" w:type="dxa"/>
            </w:tcMar>
            <w:vAlign w:val="center"/>
          </w:tcPr>
          <w:p w14:paraId="20D3D21F" w14:textId="77777777" w:rsidR="00122D62" w:rsidRDefault="00000000">
            <w:pPr>
              <w:spacing w:after="0"/>
              <w:jc w:val="center"/>
            </w:pPr>
            <w:r>
              <w:rPr>
                <w:sz w:val="15"/>
              </w:rPr>
              <w:t>Five-point rating</w:t>
            </w:r>
          </w:p>
        </w:tc>
      </w:tr>
      <w:tr w:rsidR="00122D62" w14:paraId="5E73179F" w14:textId="77777777">
        <w:trPr>
          <w:cantSplit/>
          <w:jc w:val="center"/>
        </w:trPr>
        <w:tc>
          <w:tcPr>
            <w:tcW w:w="1656" w:type="dxa"/>
            <w:tcMar>
              <w:top w:w="45" w:type="dxa"/>
              <w:left w:w="55" w:type="dxa"/>
              <w:bottom w:w="45" w:type="dxa"/>
              <w:right w:w="55" w:type="dxa"/>
            </w:tcMar>
            <w:vAlign w:val="center"/>
          </w:tcPr>
          <w:p w14:paraId="5E2FCCAB" w14:textId="77777777" w:rsidR="00122D62" w:rsidRDefault="00000000">
            <w:pPr>
              <w:spacing w:after="0"/>
            </w:pPr>
            <w:r>
              <w:rPr>
                <w:sz w:val="15"/>
              </w:rPr>
              <w:t>Digital financial services</w:t>
            </w:r>
          </w:p>
        </w:tc>
        <w:tc>
          <w:tcPr>
            <w:tcW w:w="5112" w:type="dxa"/>
            <w:tcMar>
              <w:top w:w="45" w:type="dxa"/>
              <w:left w:w="55" w:type="dxa"/>
              <w:bottom w:w="45" w:type="dxa"/>
              <w:right w:w="55" w:type="dxa"/>
            </w:tcMar>
            <w:vAlign w:val="center"/>
          </w:tcPr>
          <w:p w14:paraId="6ACBB26E" w14:textId="77777777" w:rsidR="00122D62" w:rsidRDefault="00000000">
            <w:pPr>
              <w:spacing w:after="0"/>
              <w:jc w:val="center"/>
            </w:pPr>
            <w:r>
              <w:rPr>
                <w:sz w:val="15"/>
              </w:rPr>
              <w:t>Frequency/intensity of using digital financial systems</w:t>
            </w:r>
          </w:p>
        </w:tc>
        <w:tc>
          <w:tcPr>
            <w:tcW w:w="3384" w:type="dxa"/>
            <w:tcMar>
              <w:top w:w="45" w:type="dxa"/>
              <w:left w:w="55" w:type="dxa"/>
              <w:bottom w:w="45" w:type="dxa"/>
              <w:right w:w="55" w:type="dxa"/>
            </w:tcMar>
            <w:vAlign w:val="center"/>
          </w:tcPr>
          <w:p w14:paraId="23891EE6" w14:textId="77777777" w:rsidR="00122D62" w:rsidRDefault="00000000">
            <w:pPr>
              <w:spacing w:after="0"/>
              <w:jc w:val="center"/>
            </w:pPr>
            <w:r>
              <w:rPr>
                <w:sz w:val="15"/>
              </w:rPr>
              <w:t>Five-point rating</w:t>
            </w:r>
          </w:p>
        </w:tc>
      </w:tr>
      <w:tr w:rsidR="00122D62" w14:paraId="34698517" w14:textId="77777777">
        <w:trPr>
          <w:cantSplit/>
          <w:jc w:val="center"/>
        </w:trPr>
        <w:tc>
          <w:tcPr>
            <w:tcW w:w="1656" w:type="dxa"/>
            <w:tcMar>
              <w:top w:w="45" w:type="dxa"/>
              <w:left w:w="55" w:type="dxa"/>
              <w:bottom w:w="45" w:type="dxa"/>
              <w:right w:w="55" w:type="dxa"/>
            </w:tcMar>
            <w:vAlign w:val="center"/>
          </w:tcPr>
          <w:p w14:paraId="005E2634" w14:textId="77777777" w:rsidR="00122D62" w:rsidRDefault="00000000">
            <w:pPr>
              <w:spacing w:after="0"/>
            </w:pPr>
            <w:r>
              <w:rPr>
                <w:sz w:val="15"/>
              </w:rPr>
              <w:t>Regulation</w:t>
            </w:r>
          </w:p>
        </w:tc>
        <w:tc>
          <w:tcPr>
            <w:tcW w:w="5112" w:type="dxa"/>
            <w:tcMar>
              <w:top w:w="45" w:type="dxa"/>
              <w:left w:w="55" w:type="dxa"/>
              <w:bottom w:w="45" w:type="dxa"/>
              <w:right w:w="55" w:type="dxa"/>
            </w:tcMar>
            <w:vAlign w:val="center"/>
          </w:tcPr>
          <w:p w14:paraId="36EC3A89" w14:textId="77777777" w:rsidR="00122D62" w:rsidRDefault="00000000">
            <w:pPr>
              <w:spacing w:after="0"/>
              <w:jc w:val="center"/>
            </w:pPr>
            <w:r>
              <w:rPr>
                <w:sz w:val="15"/>
              </w:rPr>
              <w:t>Perceived importance/support of financial regulation</w:t>
            </w:r>
          </w:p>
        </w:tc>
        <w:tc>
          <w:tcPr>
            <w:tcW w:w="3384" w:type="dxa"/>
            <w:tcMar>
              <w:top w:w="45" w:type="dxa"/>
              <w:left w:w="55" w:type="dxa"/>
              <w:bottom w:w="45" w:type="dxa"/>
              <w:right w:w="55" w:type="dxa"/>
            </w:tcMar>
            <w:vAlign w:val="center"/>
          </w:tcPr>
          <w:p w14:paraId="1F8E629B" w14:textId="77777777" w:rsidR="00122D62" w:rsidRDefault="00000000">
            <w:pPr>
              <w:spacing w:after="0"/>
              <w:jc w:val="center"/>
            </w:pPr>
            <w:r>
              <w:rPr>
                <w:sz w:val="15"/>
              </w:rPr>
              <w:t>Five-point rating</w:t>
            </w:r>
          </w:p>
        </w:tc>
      </w:tr>
    </w:tbl>
    <w:p w14:paraId="4F238059" w14:textId="77777777" w:rsidR="00122D62" w:rsidRDefault="00000000">
      <w:pPr>
        <w:keepNext/>
        <w:spacing w:before="60" w:after="20"/>
      </w:pPr>
      <w:r>
        <w:rPr>
          <w:b/>
          <w:sz w:val="18"/>
        </w:rPr>
        <w:t>Table 2. Sample profile and descriptive statistics (N = 200)</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6624"/>
        <w:gridCol w:w="1440"/>
        <w:gridCol w:w="1440"/>
      </w:tblGrid>
      <w:tr w:rsidR="00122D62" w14:paraId="0802DD75" w14:textId="77777777">
        <w:trPr>
          <w:tblHeader/>
          <w:jc w:val="center"/>
        </w:trPr>
        <w:tc>
          <w:tcPr>
            <w:tcW w:w="6624" w:type="dxa"/>
            <w:tcMar>
              <w:top w:w="45" w:type="dxa"/>
              <w:left w:w="55" w:type="dxa"/>
              <w:bottom w:w="45" w:type="dxa"/>
              <w:right w:w="55" w:type="dxa"/>
            </w:tcMar>
            <w:vAlign w:val="center"/>
          </w:tcPr>
          <w:p w14:paraId="1FFFAAA1" w14:textId="77777777" w:rsidR="00122D62" w:rsidRDefault="00000000">
            <w:pPr>
              <w:spacing w:after="0"/>
              <w:jc w:val="center"/>
            </w:pPr>
            <w:r>
              <w:rPr>
                <w:b/>
                <w:sz w:val="16"/>
              </w:rPr>
              <w:t>Characteristic</w:t>
            </w:r>
          </w:p>
        </w:tc>
        <w:tc>
          <w:tcPr>
            <w:tcW w:w="1440" w:type="dxa"/>
            <w:tcMar>
              <w:top w:w="45" w:type="dxa"/>
              <w:left w:w="55" w:type="dxa"/>
              <w:bottom w:w="45" w:type="dxa"/>
              <w:right w:w="55" w:type="dxa"/>
            </w:tcMar>
            <w:vAlign w:val="center"/>
          </w:tcPr>
          <w:p w14:paraId="2E41A33A" w14:textId="77777777" w:rsidR="00122D62" w:rsidRDefault="00000000">
            <w:pPr>
              <w:spacing w:after="0"/>
              <w:jc w:val="center"/>
            </w:pPr>
            <w:r>
              <w:rPr>
                <w:b/>
                <w:sz w:val="16"/>
              </w:rPr>
              <w:t>n</w:t>
            </w:r>
          </w:p>
        </w:tc>
        <w:tc>
          <w:tcPr>
            <w:tcW w:w="1440" w:type="dxa"/>
            <w:tcMar>
              <w:top w:w="45" w:type="dxa"/>
              <w:left w:w="55" w:type="dxa"/>
              <w:bottom w:w="45" w:type="dxa"/>
              <w:right w:w="55" w:type="dxa"/>
            </w:tcMar>
            <w:vAlign w:val="center"/>
          </w:tcPr>
          <w:p w14:paraId="271FBF83" w14:textId="77777777" w:rsidR="00122D62" w:rsidRDefault="00000000">
            <w:pPr>
              <w:spacing w:after="0"/>
              <w:jc w:val="center"/>
            </w:pPr>
            <w:r>
              <w:rPr>
                <w:b/>
                <w:sz w:val="16"/>
              </w:rPr>
              <w:t>%</w:t>
            </w:r>
          </w:p>
        </w:tc>
      </w:tr>
      <w:tr w:rsidR="00122D62" w14:paraId="50BF38B4" w14:textId="77777777">
        <w:trPr>
          <w:cantSplit/>
          <w:jc w:val="center"/>
        </w:trPr>
        <w:tc>
          <w:tcPr>
            <w:tcW w:w="6624" w:type="dxa"/>
            <w:tcMar>
              <w:top w:w="45" w:type="dxa"/>
              <w:left w:w="55" w:type="dxa"/>
              <w:bottom w:w="45" w:type="dxa"/>
              <w:right w:w="55" w:type="dxa"/>
            </w:tcMar>
            <w:vAlign w:val="center"/>
          </w:tcPr>
          <w:p w14:paraId="70F69550" w14:textId="77777777" w:rsidR="00122D62" w:rsidRDefault="00000000">
            <w:pPr>
              <w:spacing w:after="0"/>
            </w:pPr>
            <w:r>
              <w:rPr>
                <w:sz w:val="16"/>
              </w:rPr>
              <w:lastRenderedPageBreak/>
              <w:t>Stock preference</w:t>
            </w:r>
          </w:p>
        </w:tc>
        <w:tc>
          <w:tcPr>
            <w:tcW w:w="1440" w:type="dxa"/>
            <w:tcMar>
              <w:top w:w="45" w:type="dxa"/>
              <w:left w:w="55" w:type="dxa"/>
              <w:bottom w:w="45" w:type="dxa"/>
              <w:right w:w="55" w:type="dxa"/>
            </w:tcMar>
            <w:vAlign w:val="center"/>
          </w:tcPr>
          <w:p w14:paraId="3ECB06AA" w14:textId="77777777" w:rsidR="00122D62" w:rsidRDefault="00000000">
            <w:pPr>
              <w:spacing w:after="0"/>
              <w:jc w:val="center"/>
            </w:pPr>
            <w:r>
              <w:rPr>
                <w:sz w:val="16"/>
              </w:rPr>
              <w:t>100</w:t>
            </w:r>
          </w:p>
        </w:tc>
        <w:tc>
          <w:tcPr>
            <w:tcW w:w="1440" w:type="dxa"/>
            <w:tcMar>
              <w:top w:w="45" w:type="dxa"/>
              <w:left w:w="55" w:type="dxa"/>
              <w:bottom w:w="45" w:type="dxa"/>
              <w:right w:w="55" w:type="dxa"/>
            </w:tcMar>
            <w:vAlign w:val="center"/>
          </w:tcPr>
          <w:p w14:paraId="0DCB711E" w14:textId="77777777" w:rsidR="00122D62" w:rsidRDefault="00000000">
            <w:pPr>
              <w:spacing w:after="0"/>
              <w:jc w:val="center"/>
            </w:pPr>
            <w:r>
              <w:rPr>
                <w:sz w:val="16"/>
              </w:rPr>
              <w:t>50.0</w:t>
            </w:r>
          </w:p>
        </w:tc>
      </w:tr>
      <w:tr w:rsidR="00122D62" w14:paraId="4D0BCC3B" w14:textId="77777777">
        <w:trPr>
          <w:cantSplit/>
          <w:jc w:val="center"/>
        </w:trPr>
        <w:tc>
          <w:tcPr>
            <w:tcW w:w="6624" w:type="dxa"/>
            <w:tcMar>
              <w:top w:w="45" w:type="dxa"/>
              <w:left w:w="55" w:type="dxa"/>
              <w:bottom w:w="45" w:type="dxa"/>
              <w:right w:w="55" w:type="dxa"/>
            </w:tcMar>
            <w:vAlign w:val="center"/>
          </w:tcPr>
          <w:p w14:paraId="52EF430E" w14:textId="77777777" w:rsidR="00122D62" w:rsidRDefault="00000000">
            <w:pPr>
              <w:spacing w:after="0"/>
            </w:pPr>
            <w:r>
              <w:rPr>
                <w:sz w:val="16"/>
              </w:rPr>
              <w:t>Mutual-fund preference</w:t>
            </w:r>
          </w:p>
        </w:tc>
        <w:tc>
          <w:tcPr>
            <w:tcW w:w="1440" w:type="dxa"/>
            <w:tcMar>
              <w:top w:w="45" w:type="dxa"/>
              <w:left w:w="55" w:type="dxa"/>
              <w:bottom w:w="45" w:type="dxa"/>
              <w:right w:w="55" w:type="dxa"/>
            </w:tcMar>
            <w:vAlign w:val="center"/>
          </w:tcPr>
          <w:p w14:paraId="3FEC5EFB" w14:textId="77777777" w:rsidR="00122D62" w:rsidRDefault="00000000">
            <w:pPr>
              <w:spacing w:after="0"/>
              <w:jc w:val="center"/>
            </w:pPr>
            <w:r>
              <w:rPr>
                <w:sz w:val="16"/>
              </w:rPr>
              <w:t>100</w:t>
            </w:r>
          </w:p>
        </w:tc>
        <w:tc>
          <w:tcPr>
            <w:tcW w:w="1440" w:type="dxa"/>
            <w:tcMar>
              <w:top w:w="45" w:type="dxa"/>
              <w:left w:w="55" w:type="dxa"/>
              <w:bottom w:w="45" w:type="dxa"/>
              <w:right w:w="55" w:type="dxa"/>
            </w:tcMar>
            <w:vAlign w:val="center"/>
          </w:tcPr>
          <w:p w14:paraId="6A04966D" w14:textId="77777777" w:rsidR="00122D62" w:rsidRDefault="00000000">
            <w:pPr>
              <w:spacing w:after="0"/>
              <w:jc w:val="center"/>
            </w:pPr>
            <w:r>
              <w:rPr>
                <w:sz w:val="16"/>
              </w:rPr>
              <w:t>50.0</w:t>
            </w:r>
          </w:p>
        </w:tc>
      </w:tr>
      <w:tr w:rsidR="00122D62" w14:paraId="43DEBBCB" w14:textId="77777777">
        <w:trPr>
          <w:cantSplit/>
          <w:jc w:val="center"/>
        </w:trPr>
        <w:tc>
          <w:tcPr>
            <w:tcW w:w="6624" w:type="dxa"/>
            <w:tcMar>
              <w:top w:w="45" w:type="dxa"/>
              <w:left w:w="55" w:type="dxa"/>
              <w:bottom w:w="45" w:type="dxa"/>
              <w:right w:w="55" w:type="dxa"/>
            </w:tcMar>
            <w:vAlign w:val="center"/>
          </w:tcPr>
          <w:p w14:paraId="58A6DE35" w14:textId="77777777" w:rsidR="00122D62" w:rsidRDefault="00000000">
            <w:pPr>
              <w:spacing w:after="0"/>
            </w:pPr>
            <w:r>
              <w:rPr>
                <w:sz w:val="16"/>
              </w:rPr>
              <w:t>Generation Z (&lt;25)</w:t>
            </w:r>
          </w:p>
        </w:tc>
        <w:tc>
          <w:tcPr>
            <w:tcW w:w="1440" w:type="dxa"/>
            <w:tcMar>
              <w:top w:w="45" w:type="dxa"/>
              <w:left w:w="55" w:type="dxa"/>
              <w:bottom w:w="45" w:type="dxa"/>
              <w:right w:w="55" w:type="dxa"/>
            </w:tcMar>
            <w:vAlign w:val="center"/>
          </w:tcPr>
          <w:p w14:paraId="14A76AE0" w14:textId="77777777" w:rsidR="00122D62" w:rsidRDefault="00000000">
            <w:pPr>
              <w:spacing w:after="0"/>
              <w:jc w:val="center"/>
            </w:pPr>
            <w:r>
              <w:rPr>
                <w:sz w:val="16"/>
              </w:rPr>
              <w:t>82</w:t>
            </w:r>
          </w:p>
        </w:tc>
        <w:tc>
          <w:tcPr>
            <w:tcW w:w="1440" w:type="dxa"/>
            <w:tcMar>
              <w:top w:w="45" w:type="dxa"/>
              <w:left w:w="55" w:type="dxa"/>
              <w:bottom w:w="45" w:type="dxa"/>
              <w:right w:w="55" w:type="dxa"/>
            </w:tcMar>
            <w:vAlign w:val="center"/>
          </w:tcPr>
          <w:p w14:paraId="75BBE21F" w14:textId="77777777" w:rsidR="00122D62" w:rsidRDefault="00000000">
            <w:pPr>
              <w:spacing w:after="0"/>
              <w:jc w:val="center"/>
            </w:pPr>
            <w:r>
              <w:rPr>
                <w:sz w:val="16"/>
              </w:rPr>
              <w:t>41.0</w:t>
            </w:r>
          </w:p>
        </w:tc>
      </w:tr>
      <w:tr w:rsidR="00122D62" w14:paraId="3C66E72D" w14:textId="77777777">
        <w:trPr>
          <w:cantSplit/>
          <w:jc w:val="center"/>
        </w:trPr>
        <w:tc>
          <w:tcPr>
            <w:tcW w:w="6624" w:type="dxa"/>
            <w:tcMar>
              <w:top w:w="45" w:type="dxa"/>
              <w:left w:w="55" w:type="dxa"/>
              <w:bottom w:w="45" w:type="dxa"/>
              <w:right w:w="55" w:type="dxa"/>
            </w:tcMar>
            <w:vAlign w:val="center"/>
          </w:tcPr>
          <w:p w14:paraId="52D73063" w14:textId="77777777" w:rsidR="00122D62" w:rsidRDefault="00000000">
            <w:pPr>
              <w:spacing w:after="0"/>
            </w:pPr>
            <w:r>
              <w:rPr>
                <w:sz w:val="16"/>
              </w:rPr>
              <w:t>Millennials (25–40)</w:t>
            </w:r>
          </w:p>
        </w:tc>
        <w:tc>
          <w:tcPr>
            <w:tcW w:w="1440" w:type="dxa"/>
            <w:tcMar>
              <w:top w:w="45" w:type="dxa"/>
              <w:left w:w="55" w:type="dxa"/>
              <w:bottom w:w="45" w:type="dxa"/>
              <w:right w:w="55" w:type="dxa"/>
            </w:tcMar>
            <w:vAlign w:val="center"/>
          </w:tcPr>
          <w:p w14:paraId="24683769" w14:textId="77777777" w:rsidR="00122D62" w:rsidRDefault="00000000">
            <w:pPr>
              <w:spacing w:after="0"/>
              <w:jc w:val="center"/>
            </w:pPr>
            <w:r>
              <w:rPr>
                <w:sz w:val="16"/>
              </w:rPr>
              <w:t>51</w:t>
            </w:r>
          </w:p>
        </w:tc>
        <w:tc>
          <w:tcPr>
            <w:tcW w:w="1440" w:type="dxa"/>
            <w:tcMar>
              <w:top w:w="45" w:type="dxa"/>
              <w:left w:w="55" w:type="dxa"/>
              <w:bottom w:w="45" w:type="dxa"/>
              <w:right w:w="55" w:type="dxa"/>
            </w:tcMar>
            <w:vAlign w:val="center"/>
          </w:tcPr>
          <w:p w14:paraId="4D226AC5" w14:textId="77777777" w:rsidR="00122D62" w:rsidRDefault="00000000">
            <w:pPr>
              <w:spacing w:after="0"/>
              <w:jc w:val="center"/>
            </w:pPr>
            <w:r>
              <w:rPr>
                <w:sz w:val="16"/>
              </w:rPr>
              <w:t>25.5</w:t>
            </w:r>
          </w:p>
        </w:tc>
      </w:tr>
      <w:tr w:rsidR="00122D62" w14:paraId="7463F404" w14:textId="77777777">
        <w:trPr>
          <w:cantSplit/>
          <w:jc w:val="center"/>
        </w:trPr>
        <w:tc>
          <w:tcPr>
            <w:tcW w:w="6624" w:type="dxa"/>
            <w:tcMar>
              <w:top w:w="45" w:type="dxa"/>
              <w:left w:w="55" w:type="dxa"/>
              <w:bottom w:w="45" w:type="dxa"/>
              <w:right w:w="55" w:type="dxa"/>
            </w:tcMar>
            <w:vAlign w:val="center"/>
          </w:tcPr>
          <w:p w14:paraId="52BF7A7F" w14:textId="77777777" w:rsidR="00122D62" w:rsidRDefault="00000000">
            <w:pPr>
              <w:spacing w:after="0"/>
            </w:pPr>
            <w:r>
              <w:rPr>
                <w:sz w:val="16"/>
              </w:rPr>
              <w:t>Generation X (41–56)</w:t>
            </w:r>
          </w:p>
        </w:tc>
        <w:tc>
          <w:tcPr>
            <w:tcW w:w="1440" w:type="dxa"/>
            <w:tcMar>
              <w:top w:w="45" w:type="dxa"/>
              <w:left w:w="55" w:type="dxa"/>
              <w:bottom w:w="45" w:type="dxa"/>
              <w:right w:w="55" w:type="dxa"/>
            </w:tcMar>
            <w:vAlign w:val="center"/>
          </w:tcPr>
          <w:p w14:paraId="16CB291D" w14:textId="77777777" w:rsidR="00122D62" w:rsidRDefault="00000000">
            <w:pPr>
              <w:spacing w:after="0"/>
              <w:jc w:val="center"/>
            </w:pPr>
            <w:r>
              <w:rPr>
                <w:sz w:val="16"/>
              </w:rPr>
              <w:t>63</w:t>
            </w:r>
          </w:p>
        </w:tc>
        <w:tc>
          <w:tcPr>
            <w:tcW w:w="1440" w:type="dxa"/>
            <w:tcMar>
              <w:top w:w="45" w:type="dxa"/>
              <w:left w:w="55" w:type="dxa"/>
              <w:bottom w:w="45" w:type="dxa"/>
              <w:right w:w="55" w:type="dxa"/>
            </w:tcMar>
            <w:vAlign w:val="center"/>
          </w:tcPr>
          <w:p w14:paraId="0AF5023F" w14:textId="77777777" w:rsidR="00122D62" w:rsidRDefault="00000000">
            <w:pPr>
              <w:spacing w:after="0"/>
              <w:jc w:val="center"/>
            </w:pPr>
            <w:r>
              <w:rPr>
                <w:sz w:val="16"/>
              </w:rPr>
              <w:t>31.5</w:t>
            </w:r>
          </w:p>
        </w:tc>
      </w:tr>
      <w:tr w:rsidR="00122D62" w14:paraId="704DCF27" w14:textId="77777777">
        <w:trPr>
          <w:cantSplit/>
          <w:jc w:val="center"/>
        </w:trPr>
        <w:tc>
          <w:tcPr>
            <w:tcW w:w="6624" w:type="dxa"/>
            <w:tcMar>
              <w:top w:w="45" w:type="dxa"/>
              <w:left w:w="55" w:type="dxa"/>
              <w:bottom w:w="45" w:type="dxa"/>
              <w:right w:w="55" w:type="dxa"/>
            </w:tcMar>
            <w:vAlign w:val="center"/>
          </w:tcPr>
          <w:p w14:paraId="39952215" w14:textId="77777777" w:rsidR="00122D62" w:rsidRDefault="00000000">
            <w:pPr>
              <w:spacing w:after="0"/>
            </w:pPr>
            <w:r>
              <w:rPr>
                <w:sz w:val="16"/>
              </w:rPr>
              <w:t>Baby Boomers (&gt;56)</w:t>
            </w:r>
          </w:p>
        </w:tc>
        <w:tc>
          <w:tcPr>
            <w:tcW w:w="1440" w:type="dxa"/>
            <w:tcMar>
              <w:top w:w="45" w:type="dxa"/>
              <w:left w:w="55" w:type="dxa"/>
              <w:bottom w:w="45" w:type="dxa"/>
              <w:right w:w="55" w:type="dxa"/>
            </w:tcMar>
            <w:vAlign w:val="center"/>
          </w:tcPr>
          <w:p w14:paraId="2949575F" w14:textId="77777777" w:rsidR="00122D62" w:rsidRDefault="00000000">
            <w:pPr>
              <w:spacing w:after="0"/>
              <w:jc w:val="center"/>
            </w:pPr>
            <w:r>
              <w:rPr>
                <w:sz w:val="16"/>
              </w:rPr>
              <w:t>4</w:t>
            </w:r>
          </w:p>
        </w:tc>
        <w:tc>
          <w:tcPr>
            <w:tcW w:w="1440" w:type="dxa"/>
            <w:tcMar>
              <w:top w:w="45" w:type="dxa"/>
              <w:left w:w="55" w:type="dxa"/>
              <w:bottom w:w="45" w:type="dxa"/>
              <w:right w:w="55" w:type="dxa"/>
            </w:tcMar>
            <w:vAlign w:val="center"/>
          </w:tcPr>
          <w:p w14:paraId="7DA9A5E2" w14:textId="77777777" w:rsidR="00122D62" w:rsidRDefault="00000000">
            <w:pPr>
              <w:spacing w:after="0"/>
              <w:jc w:val="center"/>
            </w:pPr>
            <w:r>
              <w:rPr>
                <w:sz w:val="16"/>
              </w:rPr>
              <w:t>2.0</w:t>
            </w:r>
          </w:p>
        </w:tc>
      </w:tr>
    </w:tbl>
    <w:p w14:paraId="7410F557" w14:textId="77777777" w:rsidR="00122D62" w:rsidRDefault="00000000">
      <w:pPr>
        <w:keepNext/>
        <w:spacing w:before="60" w:after="40"/>
      </w:pPr>
      <w:r>
        <w:rPr>
          <w:b/>
        </w:rPr>
        <w:t>3.3 Model Specification and Estimation</w:t>
      </w:r>
    </w:p>
    <w:p w14:paraId="49A0F348" w14:textId="77777777" w:rsidR="00122D62" w:rsidRDefault="00000000">
      <w:pPr>
        <w:ind w:firstLine="331"/>
        <w:jc w:val="both"/>
      </w:pPr>
      <w:r>
        <w:t>The binary logit model estimates the probability that respondent i prefers stocks rather than mutual funds:</w:t>
      </w:r>
    </w:p>
    <w:p w14:paraId="3EA1E18E" w14:textId="77777777" w:rsidR="00122D62" w:rsidRDefault="00000000">
      <w:pPr>
        <w:spacing w:after="60"/>
        <w:jc w:val="center"/>
      </w:pPr>
      <w:r>
        <w:t>log[P(Investᵢ = 1)/(1 − P(Investᵢ = 1))] = α₀ + α₁Ageᵢ + α₂RiskToleranceᵢ + α₃FinancialLiteracyᵢ + α₄FinancialAccessᵢ + α₅DigitalFinancialServicesᵢ + α₆Regulationᵢ.</w:t>
      </w:r>
    </w:p>
    <w:p w14:paraId="6356DA9A" w14:textId="77777777" w:rsidR="00122D62" w:rsidRDefault="00000000">
      <w:pPr>
        <w:ind w:firstLine="331"/>
        <w:jc w:val="both"/>
      </w:pPr>
      <w:r>
        <w:t>The ordered logit models estimate the cumulative probability of reporting a higher tendency to choose stocks or mutual funds:</w:t>
      </w:r>
    </w:p>
    <w:p w14:paraId="160D33DE" w14:textId="77777777" w:rsidR="00122D62" w:rsidRDefault="00000000">
      <w:pPr>
        <w:spacing w:after="60"/>
        <w:jc w:val="center"/>
      </w:pPr>
      <w:r>
        <w:t>log[P(Yᵢ ≤ j)/P(Yᵢ &gt; j)] = τⱼ − Xᵢβ,</w:t>
      </w:r>
    </w:p>
    <w:p w14:paraId="138B9109" w14:textId="77777777" w:rsidR="00122D62" w:rsidRDefault="00000000">
      <w:pPr>
        <w:ind w:firstLine="331"/>
        <w:jc w:val="both"/>
      </w:pPr>
      <w:r>
        <w:t>where τⱼ denotes a cut point and Xᵢ contains the explanatory variables. The models were re-estimated by maximum likelihood from the 200-row respondent-level dataset supplied for revision. Coefficients, conventional standard errors, z-statistics, p-values, odds ratios, and 95% confidence intervals are reported. Heteroskedasticity-consistent HC1 standard errors were examined as a robustness check. Binary-model assessment included the likelihood-ratio test, McFadden R², Hosmer–Lemeshow test, area under the receiver-operating-characteristic curve, classification accuracy, and Brier score (Hosmer et al., 2013). Predictor VIF values were calculated with an intercept. Ordered-model assessment included likelihood-ratio tests, McFadden R², cut points, and a parallel-lines diagnostic based on stacked cumulative logits (Brant, 1990).</w:t>
      </w:r>
    </w:p>
    <w:p w14:paraId="0ED697B1" w14:textId="77777777" w:rsidR="00122D62" w:rsidRDefault="00000000">
      <w:pPr>
        <w:keepNext/>
        <w:spacing w:before="100" w:after="40"/>
      </w:pPr>
      <w:r>
        <w:rPr>
          <w:b/>
          <w:sz w:val="21"/>
        </w:rPr>
        <w:t>4. RESULTS</w:t>
      </w:r>
    </w:p>
    <w:p w14:paraId="59860903" w14:textId="77777777" w:rsidR="00122D62" w:rsidRDefault="00000000">
      <w:pPr>
        <w:keepNext/>
        <w:spacing w:before="60" w:after="40"/>
      </w:pPr>
      <w:r>
        <w:rPr>
          <w:b/>
        </w:rPr>
        <w:t>4.1 Descriptive Results</w:t>
      </w:r>
    </w:p>
    <w:p w14:paraId="06149C46" w14:textId="77777777" w:rsidR="00122D62" w:rsidRDefault="00000000">
      <w:pPr>
        <w:ind w:firstLine="331"/>
        <w:jc w:val="both"/>
      </w:pPr>
      <w:r>
        <w:t>The average stock-tendency score was 3.50 (SD = 1.00), and the average mutual-fund tendency score was 3.67 (SD = 0.91). The mean scores for risk tolerance, financial literacy, financial access, digital financial services, and regulation were 4.21, 3.94, 4.16, 4.24, and 4.25, respectively. These distributions are concentrated toward the upper end of the five-point scales, which should be considered when interpreting large estimated odds ratios.</w:t>
      </w:r>
    </w:p>
    <w:p w14:paraId="5FBBD749" w14:textId="77777777" w:rsidR="00122D62" w:rsidRDefault="00000000">
      <w:pPr>
        <w:keepNext/>
        <w:spacing w:before="60" w:after="40"/>
      </w:pPr>
      <w:r>
        <w:rPr>
          <w:b/>
        </w:rPr>
        <w:t>4.2 Binary Choice between Stocks and Mutual Funds</w:t>
      </w:r>
    </w:p>
    <w:p w14:paraId="443EEBA7" w14:textId="77777777" w:rsidR="00122D62" w:rsidRDefault="00000000">
      <w:pPr>
        <w:ind w:firstLine="331"/>
        <w:jc w:val="both"/>
      </w:pPr>
      <w:r>
        <w:t>Table 3 reports the verified binary-logit estimates. Age category, risk tolerance, and financial literacy are positively associated with choosing stocks, whereas financial access is negatively associated. A one-category increase in age is associated with 5.82 times the odds of stock preference; this is an ordered generation-category effect and not a one-year age effect. Risk tolerance has a large positive association (OR = 155.17), while financial literacy is associated with approximately 2.12 times the odds of stock preference. Financial access is associated with lower odds of stock preference (OR = 0.16), suggesting a relative shift toward mutual funds when access improves. Digital financial services and regulation are not statistically significant in the binary model.</w:t>
      </w:r>
    </w:p>
    <w:p w14:paraId="3CE3413B" w14:textId="77777777" w:rsidR="00122D62" w:rsidRDefault="00000000">
      <w:pPr>
        <w:keepNext/>
        <w:spacing w:before="60" w:after="20"/>
      </w:pPr>
      <w:r>
        <w:rPr>
          <w:b/>
          <w:sz w:val="18"/>
        </w:rPr>
        <w:t>Table 3. Binary logit estimates for stock preference (stock = 1; mutual fund = 0)</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376"/>
        <w:gridCol w:w="1656"/>
        <w:gridCol w:w="1080"/>
        <w:gridCol w:w="936"/>
        <w:gridCol w:w="1008"/>
        <w:gridCol w:w="1944"/>
      </w:tblGrid>
      <w:tr w:rsidR="00122D62" w14:paraId="4A960A4D" w14:textId="77777777">
        <w:trPr>
          <w:tblHeader/>
          <w:jc w:val="center"/>
        </w:trPr>
        <w:tc>
          <w:tcPr>
            <w:tcW w:w="2376" w:type="dxa"/>
            <w:tcMar>
              <w:top w:w="45" w:type="dxa"/>
              <w:left w:w="55" w:type="dxa"/>
              <w:bottom w:w="45" w:type="dxa"/>
              <w:right w:w="55" w:type="dxa"/>
            </w:tcMar>
            <w:vAlign w:val="center"/>
          </w:tcPr>
          <w:p w14:paraId="754A4CEC" w14:textId="77777777" w:rsidR="00122D62" w:rsidRDefault="00000000">
            <w:pPr>
              <w:spacing w:after="0"/>
              <w:jc w:val="center"/>
            </w:pPr>
            <w:r>
              <w:rPr>
                <w:b/>
                <w:sz w:val="15"/>
              </w:rPr>
              <w:t>Variable</w:t>
            </w:r>
          </w:p>
        </w:tc>
        <w:tc>
          <w:tcPr>
            <w:tcW w:w="1656" w:type="dxa"/>
            <w:tcMar>
              <w:top w:w="45" w:type="dxa"/>
              <w:left w:w="55" w:type="dxa"/>
              <w:bottom w:w="45" w:type="dxa"/>
              <w:right w:w="55" w:type="dxa"/>
            </w:tcMar>
            <w:vAlign w:val="center"/>
          </w:tcPr>
          <w:p w14:paraId="3E75E76E" w14:textId="77777777" w:rsidR="00122D62" w:rsidRDefault="00000000">
            <w:pPr>
              <w:spacing w:after="0"/>
              <w:jc w:val="center"/>
            </w:pPr>
            <w:r>
              <w:rPr>
                <w:b/>
                <w:sz w:val="15"/>
              </w:rPr>
              <w:t>β (SE)</w:t>
            </w:r>
          </w:p>
        </w:tc>
        <w:tc>
          <w:tcPr>
            <w:tcW w:w="1080" w:type="dxa"/>
            <w:tcMar>
              <w:top w:w="45" w:type="dxa"/>
              <w:left w:w="55" w:type="dxa"/>
              <w:bottom w:w="45" w:type="dxa"/>
              <w:right w:w="55" w:type="dxa"/>
            </w:tcMar>
            <w:vAlign w:val="center"/>
          </w:tcPr>
          <w:p w14:paraId="4C3C3DCD" w14:textId="77777777" w:rsidR="00122D62" w:rsidRDefault="00000000">
            <w:pPr>
              <w:spacing w:after="0"/>
              <w:jc w:val="center"/>
            </w:pPr>
            <w:r>
              <w:rPr>
                <w:b/>
                <w:sz w:val="15"/>
              </w:rPr>
              <w:t>z</w:t>
            </w:r>
          </w:p>
        </w:tc>
        <w:tc>
          <w:tcPr>
            <w:tcW w:w="936" w:type="dxa"/>
            <w:tcMar>
              <w:top w:w="45" w:type="dxa"/>
              <w:left w:w="55" w:type="dxa"/>
              <w:bottom w:w="45" w:type="dxa"/>
              <w:right w:w="55" w:type="dxa"/>
            </w:tcMar>
            <w:vAlign w:val="center"/>
          </w:tcPr>
          <w:p w14:paraId="3E1BCF51" w14:textId="77777777" w:rsidR="00122D62" w:rsidRDefault="00000000">
            <w:pPr>
              <w:spacing w:after="0"/>
              <w:jc w:val="center"/>
            </w:pPr>
            <w:r>
              <w:rPr>
                <w:b/>
                <w:sz w:val="15"/>
              </w:rPr>
              <w:t>p</w:t>
            </w:r>
          </w:p>
        </w:tc>
        <w:tc>
          <w:tcPr>
            <w:tcW w:w="1008" w:type="dxa"/>
            <w:tcMar>
              <w:top w:w="45" w:type="dxa"/>
              <w:left w:w="55" w:type="dxa"/>
              <w:bottom w:w="45" w:type="dxa"/>
              <w:right w:w="55" w:type="dxa"/>
            </w:tcMar>
            <w:vAlign w:val="center"/>
          </w:tcPr>
          <w:p w14:paraId="4BED3B34" w14:textId="77777777" w:rsidR="00122D62" w:rsidRDefault="00000000">
            <w:pPr>
              <w:spacing w:after="0"/>
              <w:jc w:val="center"/>
            </w:pPr>
            <w:r>
              <w:rPr>
                <w:b/>
                <w:sz w:val="15"/>
              </w:rPr>
              <w:t>OR</w:t>
            </w:r>
          </w:p>
        </w:tc>
        <w:tc>
          <w:tcPr>
            <w:tcW w:w="1944" w:type="dxa"/>
            <w:tcMar>
              <w:top w:w="45" w:type="dxa"/>
              <w:left w:w="55" w:type="dxa"/>
              <w:bottom w:w="45" w:type="dxa"/>
              <w:right w:w="55" w:type="dxa"/>
            </w:tcMar>
            <w:vAlign w:val="center"/>
          </w:tcPr>
          <w:p w14:paraId="67051F7E" w14:textId="77777777" w:rsidR="00122D62" w:rsidRDefault="00000000">
            <w:pPr>
              <w:spacing w:after="0"/>
              <w:jc w:val="center"/>
            </w:pPr>
            <w:r>
              <w:rPr>
                <w:b/>
                <w:sz w:val="15"/>
              </w:rPr>
              <w:t>95% CI for OR</w:t>
            </w:r>
          </w:p>
        </w:tc>
      </w:tr>
      <w:tr w:rsidR="00122D62" w14:paraId="797EBAA8" w14:textId="77777777">
        <w:trPr>
          <w:cantSplit/>
          <w:jc w:val="center"/>
        </w:trPr>
        <w:tc>
          <w:tcPr>
            <w:tcW w:w="2376" w:type="dxa"/>
            <w:tcMar>
              <w:top w:w="45" w:type="dxa"/>
              <w:left w:w="55" w:type="dxa"/>
              <w:bottom w:w="45" w:type="dxa"/>
              <w:right w:w="55" w:type="dxa"/>
            </w:tcMar>
            <w:vAlign w:val="center"/>
          </w:tcPr>
          <w:p w14:paraId="79160A87" w14:textId="77777777" w:rsidR="00122D62" w:rsidRDefault="00000000">
            <w:pPr>
              <w:spacing w:after="0"/>
            </w:pPr>
            <w:r>
              <w:rPr>
                <w:sz w:val="15"/>
              </w:rPr>
              <w:t>Constant</w:t>
            </w:r>
          </w:p>
        </w:tc>
        <w:tc>
          <w:tcPr>
            <w:tcW w:w="1656" w:type="dxa"/>
            <w:tcMar>
              <w:top w:w="45" w:type="dxa"/>
              <w:left w:w="55" w:type="dxa"/>
              <w:bottom w:w="45" w:type="dxa"/>
              <w:right w:w="55" w:type="dxa"/>
            </w:tcMar>
            <w:vAlign w:val="center"/>
          </w:tcPr>
          <w:p w14:paraId="5D9EE616" w14:textId="77777777" w:rsidR="00122D62" w:rsidRDefault="00000000">
            <w:pPr>
              <w:spacing w:after="0"/>
              <w:jc w:val="center"/>
            </w:pPr>
            <w:r>
              <w:rPr>
                <w:sz w:val="15"/>
              </w:rPr>
              <w:t>-23.989 (4.018)</w:t>
            </w:r>
          </w:p>
        </w:tc>
        <w:tc>
          <w:tcPr>
            <w:tcW w:w="1080" w:type="dxa"/>
            <w:tcMar>
              <w:top w:w="45" w:type="dxa"/>
              <w:left w:w="55" w:type="dxa"/>
              <w:bottom w:w="45" w:type="dxa"/>
              <w:right w:w="55" w:type="dxa"/>
            </w:tcMar>
            <w:vAlign w:val="center"/>
          </w:tcPr>
          <w:p w14:paraId="33EDBC60" w14:textId="77777777" w:rsidR="00122D62" w:rsidRDefault="00000000">
            <w:pPr>
              <w:spacing w:after="0"/>
              <w:jc w:val="center"/>
            </w:pPr>
            <w:r>
              <w:rPr>
                <w:sz w:val="15"/>
              </w:rPr>
              <w:t>-5.970</w:t>
            </w:r>
          </w:p>
        </w:tc>
        <w:tc>
          <w:tcPr>
            <w:tcW w:w="936" w:type="dxa"/>
            <w:tcMar>
              <w:top w:w="45" w:type="dxa"/>
              <w:left w:w="55" w:type="dxa"/>
              <w:bottom w:w="45" w:type="dxa"/>
              <w:right w:w="55" w:type="dxa"/>
            </w:tcMar>
            <w:vAlign w:val="center"/>
          </w:tcPr>
          <w:p w14:paraId="4260754F" w14:textId="77777777" w:rsidR="00122D62" w:rsidRDefault="00000000">
            <w:pPr>
              <w:spacing w:after="0"/>
              <w:jc w:val="center"/>
            </w:pPr>
            <w:r>
              <w:rPr>
                <w:sz w:val="15"/>
              </w:rPr>
              <w:t>&lt;.001</w:t>
            </w:r>
          </w:p>
        </w:tc>
        <w:tc>
          <w:tcPr>
            <w:tcW w:w="1008" w:type="dxa"/>
            <w:tcMar>
              <w:top w:w="45" w:type="dxa"/>
              <w:left w:w="55" w:type="dxa"/>
              <w:bottom w:w="45" w:type="dxa"/>
              <w:right w:w="55" w:type="dxa"/>
            </w:tcMar>
            <w:vAlign w:val="center"/>
          </w:tcPr>
          <w:p w14:paraId="098127A7" w14:textId="77777777" w:rsidR="00122D62" w:rsidRDefault="00000000">
            <w:pPr>
              <w:spacing w:after="0"/>
              <w:jc w:val="center"/>
            </w:pPr>
            <w:r>
              <w:rPr>
                <w:sz w:val="15"/>
              </w:rPr>
              <w:t>—</w:t>
            </w:r>
          </w:p>
        </w:tc>
        <w:tc>
          <w:tcPr>
            <w:tcW w:w="1944" w:type="dxa"/>
            <w:tcMar>
              <w:top w:w="45" w:type="dxa"/>
              <w:left w:w="55" w:type="dxa"/>
              <w:bottom w:w="45" w:type="dxa"/>
              <w:right w:w="55" w:type="dxa"/>
            </w:tcMar>
            <w:vAlign w:val="center"/>
          </w:tcPr>
          <w:p w14:paraId="3ADADDE0" w14:textId="77777777" w:rsidR="00122D62" w:rsidRDefault="00000000">
            <w:pPr>
              <w:spacing w:after="0"/>
              <w:jc w:val="center"/>
            </w:pPr>
            <w:r>
              <w:rPr>
                <w:sz w:val="15"/>
              </w:rPr>
              <w:t>—</w:t>
            </w:r>
          </w:p>
        </w:tc>
      </w:tr>
      <w:tr w:rsidR="00122D62" w14:paraId="7AFC7031" w14:textId="77777777">
        <w:trPr>
          <w:cantSplit/>
          <w:jc w:val="center"/>
        </w:trPr>
        <w:tc>
          <w:tcPr>
            <w:tcW w:w="2376" w:type="dxa"/>
            <w:tcMar>
              <w:top w:w="45" w:type="dxa"/>
              <w:left w:w="55" w:type="dxa"/>
              <w:bottom w:w="45" w:type="dxa"/>
              <w:right w:w="55" w:type="dxa"/>
            </w:tcMar>
            <w:vAlign w:val="center"/>
          </w:tcPr>
          <w:p w14:paraId="0DCBA889" w14:textId="77777777" w:rsidR="00122D62" w:rsidRDefault="00000000">
            <w:pPr>
              <w:spacing w:after="0"/>
            </w:pPr>
            <w:r>
              <w:rPr>
                <w:sz w:val="15"/>
              </w:rPr>
              <w:t>Age category</w:t>
            </w:r>
          </w:p>
        </w:tc>
        <w:tc>
          <w:tcPr>
            <w:tcW w:w="1656" w:type="dxa"/>
            <w:tcMar>
              <w:top w:w="45" w:type="dxa"/>
              <w:left w:w="55" w:type="dxa"/>
              <w:bottom w:w="45" w:type="dxa"/>
              <w:right w:w="55" w:type="dxa"/>
            </w:tcMar>
            <w:vAlign w:val="center"/>
          </w:tcPr>
          <w:p w14:paraId="590D39A7" w14:textId="77777777" w:rsidR="00122D62" w:rsidRDefault="00000000">
            <w:pPr>
              <w:spacing w:after="0"/>
              <w:jc w:val="center"/>
            </w:pPr>
            <w:r>
              <w:rPr>
                <w:sz w:val="15"/>
              </w:rPr>
              <w:t>1.762 (0.311)</w:t>
            </w:r>
          </w:p>
        </w:tc>
        <w:tc>
          <w:tcPr>
            <w:tcW w:w="1080" w:type="dxa"/>
            <w:tcMar>
              <w:top w:w="45" w:type="dxa"/>
              <w:left w:w="55" w:type="dxa"/>
              <w:bottom w:w="45" w:type="dxa"/>
              <w:right w:w="55" w:type="dxa"/>
            </w:tcMar>
            <w:vAlign w:val="center"/>
          </w:tcPr>
          <w:p w14:paraId="6B69AA1C" w14:textId="77777777" w:rsidR="00122D62" w:rsidRDefault="00000000">
            <w:pPr>
              <w:spacing w:after="0"/>
              <w:jc w:val="center"/>
            </w:pPr>
            <w:r>
              <w:rPr>
                <w:sz w:val="15"/>
              </w:rPr>
              <w:t>5.673</w:t>
            </w:r>
          </w:p>
        </w:tc>
        <w:tc>
          <w:tcPr>
            <w:tcW w:w="936" w:type="dxa"/>
            <w:tcMar>
              <w:top w:w="45" w:type="dxa"/>
              <w:left w:w="55" w:type="dxa"/>
              <w:bottom w:w="45" w:type="dxa"/>
              <w:right w:w="55" w:type="dxa"/>
            </w:tcMar>
            <w:vAlign w:val="center"/>
          </w:tcPr>
          <w:p w14:paraId="4FAFEA55" w14:textId="77777777" w:rsidR="00122D62" w:rsidRDefault="00000000">
            <w:pPr>
              <w:spacing w:after="0"/>
              <w:jc w:val="center"/>
            </w:pPr>
            <w:r>
              <w:rPr>
                <w:sz w:val="15"/>
              </w:rPr>
              <w:t>&lt;.001</w:t>
            </w:r>
          </w:p>
        </w:tc>
        <w:tc>
          <w:tcPr>
            <w:tcW w:w="1008" w:type="dxa"/>
            <w:tcMar>
              <w:top w:w="45" w:type="dxa"/>
              <w:left w:w="55" w:type="dxa"/>
              <w:bottom w:w="45" w:type="dxa"/>
              <w:right w:w="55" w:type="dxa"/>
            </w:tcMar>
            <w:vAlign w:val="center"/>
          </w:tcPr>
          <w:p w14:paraId="2ABDA9F4" w14:textId="77777777" w:rsidR="00122D62" w:rsidRDefault="00000000">
            <w:pPr>
              <w:spacing w:after="0"/>
              <w:jc w:val="center"/>
            </w:pPr>
            <w:r>
              <w:rPr>
                <w:sz w:val="15"/>
              </w:rPr>
              <w:t>5.82</w:t>
            </w:r>
          </w:p>
        </w:tc>
        <w:tc>
          <w:tcPr>
            <w:tcW w:w="1944" w:type="dxa"/>
            <w:tcMar>
              <w:top w:w="45" w:type="dxa"/>
              <w:left w:w="55" w:type="dxa"/>
              <w:bottom w:w="45" w:type="dxa"/>
              <w:right w:w="55" w:type="dxa"/>
            </w:tcMar>
            <w:vAlign w:val="center"/>
          </w:tcPr>
          <w:p w14:paraId="492DBEC5" w14:textId="77777777" w:rsidR="00122D62" w:rsidRDefault="00000000">
            <w:pPr>
              <w:spacing w:after="0"/>
              <w:jc w:val="center"/>
            </w:pPr>
            <w:r>
              <w:rPr>
                <w:sz w:val="15"/>
              </w:rPr>
              <w:t>3.17–10.71</w:t>
            </w:r>
          </w:p>
        </w:tc>
      </w:tr>
      <w:tr w:rsidR="00122D62" w14:paraId="00260216" w14:textId="77777777">
        <w:trPr>
          <w:cantSplit/>
          <w:jc w:val="center"/>
        </w:trPr>
        <w:tc>
          <w:tcPr>
            <w:tcW w:w="2376" w:type="dxa"/>
            <w:tcMar>
              <w:top w:w="45" w:type="dxa"/>
              <w:left w:w="55" w:type="dxa"/>
              <w:bottom w:w="45" w:type="dxa"/>
              <w:right w:w="55" w:type="dxa"/>
            </w:tcMar>
            <w:vAlign w:val="center"/>
          </w:tcPr>
          <w:p w14:paraId="416905D5" w14:textId="77777777" w:rsidR="00122D62" w:rsidRDefault="00000000">
            <w:pPr>
              <w:spacing w:after="0"/>
            </w:pPr>
            <w:r>
              <w:rPr>
                <w:sz w:val="15"/>
              </w:rPr>
              <w:t>Risk tolerance</w:t>
            </w:r>
          </w:p>
        </w:tc>
        <w:tc>
          <w:tcPr>
            <w:tcW w:w="1656" w:type="dxa"/>
            <w:tcMar>
              <w:top w:w="45" w:type="dxa"/>
              <w:left w:w="55" w:type="dxa"/>
              <w:bottom w:w="45" w:type="dxa"/>
              <w:right w:w="55" w:type="dxa"/>
            </w:tcMar>
            <w:vAlign w:val="center"/>
          </w:tcPr>
          <w:p w14:paraId="751183EF" w14:textId="77777777" w:rsidR="00122D62" w:rsidRDefault="00000000">
            <w:pPr>
              <w:spacing w:after="0"/>
              <w:jc w:val="center"/>
            </w:pPr>
            <w:r>
              <w:rPr>
                <w:sz w:val="15"/>
              </w:rPr>
              <w:t>5.045 (0.782)</w:t>
            </w:r>
          </w:p>
        </w:tc>
        <w:tc>
          <w:tcPr>
            <w:tcW w:w="1080" w:type="dxa"/>
            <w:tcMar>
              <w:top w:w="45" w:type="dxa"/>
              <w:left w:w="55" w:type="dxa"/>
              <w:bottom w:w="45" w:type="dxa"/>
              <w:right w:w="55" w:type="dxa"/>
            </w:tcMar>
            <w:vAlign w:val="center"/>
          </w:tcPr>
          <w:p w14:paraId="3BFF5392" w14:textId="77777777" w:rsidR="00122D62" w:rsidRDefault="00000000">
            <w:pPr>
              <w:spacing w:after="0"/>
              <w:jc w:val="center"/>
            </w:pPr>
            <w:r>
              <w:rPr>
                <w:sz w:val="15"/>
              </w:rPr>
              <w:t>6.454</w:t>
            </w:r>
          </w:p>
        </w:tc>
        <w:tc>
          <w:tcPr>
            <w:tcW w:w="936" w:type="dxa"/>
            <w:tcMar>
              <w:top w:w="45" w:type="dxa"/>
              <w:left w:w="55" w:type="dxa"/>
              <w:bottom w:w="45" w:type="dxa"/>
              <w:right w:w="55" w:type="dxa"/>
            </w:tcMar>
            <w:vAlign w:val="center"/>
          </w:tcPr>
          <w:p w14:paraId="4D35E9AC" w14:textId="77777777" w:rsidR="00122D62" w:rsidRDefault="00000000">
            <w:pPr>
              <w:spacing w:after="0"/>
              <w:jc w:val="center"/>
            </w:pPr>
            <w:r>
              <w:rPr>
                <w:sz w:val="15"/>
              </w:rPr>
              <w:t>&lt;.001</w:t>
            </w:r>
          </w:p>
        </w:tc>
        <w:tc>
          <w:tcPr>
            <w:tcW w:w="1008" w:type="dxa"/>
            <w:tcMar>
              <w:top w:w="45" w:type="dxa"/>
              <w:left w:w="55" w:type="dxa"/>
              <w:bottom w:w="45" w:type="dxa"/>
              <w:right w:w="55" w:type="dxa"/>
            </w:tcMar>
            <w:vAlign w:val="center"/>
          </w:tcPr>
          <w:p w14:paraId="285238F6" w14:textId="77777777" w:rsidR="00122D62" w:rsidRDefault="00000000">
            <w:pPr>
              <w:spacing w:after="0"/>
              <w:jc w:val="center"/>
            </w:pPr>
            <w:r>
              <w:rPr>
                <w:sz w:val="15"/>
              </w:rPr>
              <w:t>155.17</w:t>
            </w:r>
          </w:p>
        </w:tc>
        <w:tc>
          <w:tcPr>
            <w:tcW w:w="1944" w:type="dxa"/>
            <w:tcMar>
              <w:top w:w="45" w:type="dxa"/>
              <w:left w:w="55" w:type="dxa"/>
              <w:bottom w:w="45" w:type="dxa"/>
              <w:right w:w="55" w:type="dxa"/>
            </w:tcMar>
            <w:vAlign w:val="center"/>
          </w:tcPr>
          <w:p w14:paraId="75600829" w14:textId="77777777" w:rsidR="00122D62" w:rsidRDefault="00000000">
            <w:pPr>
              <w:spacing w:after="0"/>
              <w:jc w:val="center"/>
            </w:pPr>
            <w:r>
              <w:rPr>
                <w:sz w:val="15"/>
              </w:rPr>
              <w:t>33.54–717.91</w:t>
            </w:r>
          </w:p>
        </w:tc>
      </w:tr>
      <w:tr w:rsidR="00122D62" w14:paraId="0A8782D0" w14:textId="77777777">
        <w:trPr>
          <w:cantSplit/>
          <w:jc w:val="center"/>
        </w:trPr>
        <w:tc>
          <w:tcPr>
            <w:tcW w:w="2376" w:type="dxa"/>
            <w:tcMar>
              <w:top w:w="45" w:type="dxa"/>
              <w:left w:w="55" w:type="dxa"/>
              <w:bottom w:w="45" w:type="dxa"/>
              <w:right w:w="55" w:type="dxa"/>
            </w:tcMar>
            <w:vAlign w:val="center"/>
          </w:tcPr>
          <w:p w14:paraId="4D2ABCC4" w14:textId="77777777" w:rsidR="00122D62" w:rsidRDefault="00000000">
            <w:pPr>
              <w:spacing w:after="0"/>
            </w:pPr>
            <w:r>
              <w:rPr>
                <w:sz w:val="15"/>
              </w:rPr>
              <w:t>Financial literacy</w:t>
            </w:r>
          </w:p>
        </w:tc>
        <w:tc>
          <w:tcPr>
            <w:tcW w:w="1656" w:type="dxa"/>
            <w:tcMar>
              <w:top w:w="45" w:type="dxa"/>
              <w:left w:w="55" w:type="dxa"/>
              <w:bottom w:w="45" w:type="dxa"/>
              <w:right w:w="55" w:type="dxa"/>
            </w:tcMar>
            <w:vAlign w:val="center"/>
          </w:tcPr>
          <w:p w14:paraId="7B987C93" w14:textId="77777777" w:rsidR="00122D62" w:rsidRDefault="00000000">
            <w:pPr>
              <w:spacing w:after="0"/>
              <w:jc w:val="center"/>
            </w:pPr>
            <w:r>
              <w:rPr>
                <w:sz w:val="15"/>
              </w:rPr>
              <w:t>0.753 (0.294)</w:t>
            </w:r>
          </w:p>
        </w:tc>
        <w:tc>
          <w:tcPr>
            <w:tcW w:w="1080" w:type="dxa"/>
            <w:tcMar>
              <w:top w:w="45" w:type="dxa"/>
              <w:left w:w="55" w:type="dxa"/>
              <w:bottom w:w="45" w:type="dxa"/>
              <w:right w:w="55" w:type="dxa"/>
            </w:tcMar>
            <w:vAlign w:val="center"/>
          </w:tcPr>
          <w:p w14:paraId="23F005AC" w14:textId="77777777" w:rsidR="00122D62" w:rsidRDefault="00000000">
            <w:pPr>
              <w:spacing w:after="0"/>
              <w:jc w:val="center"/>
            </w:pPr>
            <w:r>
              <w:rPr>
                <w:sz w:val="15"/>
              </w:rPr>
              <w:t>2.558</w:t>
            </w:r>
          </w:p>
        </w:tc>
        <w:tc>
          <w:tcPr>
            <w:tcW w:w="936" w:type="dxa"/>
            <w:tcMar>
              <w:top w:w="45" w:type="dxa"/>
              <w:left w:w="55" w:type="dxa"/>
              <w:bottom w:w="45" w:type="dxa"/>
              <w:right w:w="55" w:type="dxa"/>
            </w:tcMar>
            <w:vAlign w:val="center"/>
          </w:tcPr>
          <w:p w14:paraId="4A164B1C" w14:textId="77777777" w:rsidR="00122D62" w:rsidRDefault="00000000">
            <w:pPr>
              <w:spacing w:after="0"/>
              <w:jc w:val="center"/>
            </w:pPr>
            <w:r>
              <w:rPr>
                <w:sz w:val="15"/>
              </w:rPr>
              <w:t>0.011</w:t>
            </w:r>
          </w:p>
        </w:tc>
        <w:tc>
          <w:tcPr>
            <w:tcW w:w="1008" w:type="dxa"/>
            <w:tcMar>
              <w:top w:w="45" w:type="dxa"/>
              <w:left w:w="55" w:type="dxa"/>
              <w:bottom w:w="45" w:type="dxa"/>
              <w:right w:w="55" w:type="dxa"/>
            </w:tcMar>
            <w:vAlign w:val="center"/>
          </w:tcPr>
          <w:p w14:paraId="544C50C8" w14:textId="77777777" w:rsidR="00122D62" w:rsidRDefault="00000000">
            <w:pPr>
              <w:spacing w:after="0"/>
              <w:jc w:val="center"/>
            </w:pPr>
            <w:r>
              <w:rPr>
                <w:sz w:val="15"/>
              </w:rPr>
              <w:t>2.12</w:t>
            </w:r>
          </w:p>
        </w:tc>
        <w:tc>
          <w:tcPr>
            <w:tcW w:w="1944" w:type="dxa"/>
            <w:tcMar>
              <w:top w:w="45" w:type="dxa"/>
              <w:left w:w="55" w:type="dxa"/>
              <w:bottom w:w="45" w:type="dxa"/>
              <w:right w:w="55" w:type="dxa"/>
            </w:tcMar>
            <w:vAlign w:val="center"/>
          </w:tcPr>
          <w:p w14:paraId="0EC3D9CF" w14:textId="77777777" w:rsidR="00122D62" w:rsidRDefault="00000000">
            <w:pPr>
              <w:spacing w:after="0"/>
              <w:jc w:val="center"/>
            </w:pPr>
            <w:r>
              <w:rPr>
                <w:sz w:val="15"/>
              </w:rPr>
              <w:t>1.19–3.78</w:t>
            </w:r>
          </w:p>
        </w:tc>
      </w:tr>
      <w:tr w:rsidR="00122D62" w14:paraId="6FF31187" w14:textId="77777777">
        <w:trPr>
          <w:cantSplit/>
          <w:jc w:val="center"/>
        </w:trPr>
        <w:tc>
          <w:tcPr>
            <w:tcW w:w="2376" w:type="dxa"/>
            <w:tcMar>
              <w:top w:w="45" w:type="dxa"/>
              <w:left w:w="55" w:type="dxa"/>
              <w:bottom w:w="45" w:type="dxa"/>
              <w:right w:w="55" w:type="dxa"/>
            </w:tcMar>
            <w:vAlign w:val="center"/>
          </w:tcPr>
          <w:p w14:paraId="0BB22A46" w14:textId="77777777" w:rsidR="00122D62" w:rsidRDefault="00000000">
            <w:pPr>
              <w:spacing w:after="0"/>
            </w:pPr>
            <w:r>
              <w:rPr>
                <w:sz w:val="15"/>
              </w:rPr>
              <w:t>Financial access</w:t>
            </w:r>
          </w:p>
        </w:tc>
        <w:tc>
          <w:tcPr>
            <w:tcW w:w="1656" w:type="dxa"/>
            <w:tcMar>
              <w:top w:w="45" w:type="dxa"/>
              <w:left w:w="55" w:type="dxa"/>
              <w:bottom w:w="45" w:type="dxa"/>
              <w:right w:w="55" w:type="dxa"/>
            </w:tcMar>
            <w:vAlign w:val="center"/>
          </w:tcPr>
          <w:p w14:paraId="4D0C888F" w14:textId="77777777" w:rsidR="00122D62" w:rsidRDefault="00000000">
            <w:pPr>
              <w:spacing w:after="0"/>
              <w:jc w:val="center"/>
            </w:pPr>
            <w:r>
              <w:rPr>
                <w:sz w:val="15"/>
              </w:rPr>
              <w:t>-1.817 (0.843)</w:t>
            </w:r>
          </w:p>
        </w:tc>
        <w:tc>
          <w:tcPr>
            <w:tcW w:w="1080" w:type="dxa"/>
            <w:tcMar>
              <w:top w:w="45" w:type="dxa"/>
              <w:left w:w="55" w:type="dxa"/>
              <w:bottom w:w="45" w:type="dxa"/>
              <w:right w:w="55" w:type="dxa"/>
            </w:tcMar>
            <w:vAlign w:val="center"/>
          </w:tcPr>
          <w:p w14:paraId="74DFBA93" w14:textId="77777777" w:rsidR="00122D62" w:rsidRDefault="00000000">
            <w:pPr>
              <w:spacing w:after="0"/>
              <w:jc w:val="center"/>
            </w:pPr>
            <w:r>
              <w:rPr>
                <w:sz w:val="15"/>
              </w:rPr>
              <w:t>-2.157</w:t>
            </w:r>
          </w:p>
        </w:tc>
        <w:tc>
          <w:tcPr>
            <w:tcW w:w="936" w:type="dxa"/>
            <w:tcMar>
              <w:top w:w="45" w:type="dxa"/>
              <w:left w:w="55" w:type="dxa"/>
              <w:bottom w:w="45" w:type="dxa"/>
              <w:right w:w="55" w:type="dxa"/>
            </w:tcMar>
            <w:vAlign w:val="center"/>
          </w:tcPr>
          <w:p w14:paraId="4605976F" w14:textId="77777777" w:rsidR="00122D62" w:rsidRDefault="00000000">
            <w:pPr>
              <w:spacing w:after="0"/>
              <w:jc w:val="center"/>
            </w:pPr>
            <w:r>
              <w:rPr>
                <w:sz w:val="15"/>
              </w:rPr>
              <w:t>0.031</w:t>
            </w:r>
          </w:p>
        </w:tc>
        <w:tc>
          <w:tcPr>
            <w:tcW w:w="1008" w:type="dxa"/>
            <w:tcMar>
              <w:top w:w="45" w:type="dxa"/>
              <w:left w:w="55" w:type="dxa"/>
              <w:bottom w:w="45" w:type="dxa"/>
              <w:right w:w="55" w:type="dxa"/>
            </w:tcMar>
            <w:vAlign w:val="center"/>
          </w:tcPr>
          <w:p w14:paraId="5F8F44E1" w14:textId="77777777" w:rsidR="00122D62" w:rsidRDefault="00000000">
            <w:pPr>
              <w:spacing w:after="0"/>
              <w:jc w:val="center"/>
            </w:pPr>
            <w:r>
              <w:rPr>
                <w:sz w:val="15"/>
              </w:rPr>
              <w:t>0.16</w:t>
            </w:r>
          </w:p>
        </w:tc>
        <w:tc>
          <w:tcPr>
            <w:tcW w:w="1944" w:type="dxa"/>
            <w:tcMar>
              <w:top w:w="45" w:type="dxa"/>
              <w:left w:w="55" w:type="dxa"/>
              <w:bottom w:w="45" w:type="dxa"/>
              <w:right w:w="55" w:type="dxa"/>
            </w:tcMar>
            <w:vAlign w:val="center"/>
          </w:tcPr>
          <w:p w14:paraId="1652577D" w14:textId="77777777" w:rsidR="00122D62" w:rsidRDefault="00000000">
            <w:pPr>
              <w:spacing w:after="0"/>
              <w:jc w:val="center"/>
            </w:pPr>
            <w:r>
              <w:rPr>
                <w:sz w:val="15"/>
              </w:rPr>
              <w:t>0.03–0.85</w:t>
            </w:r>
          </w:p>
        </w:tc>
      </w:tr>
      <w:tr w:rsidR="00122D62" w14:paraId="3FD3D75A" w14:textId="77777777">
        <w:trPr>
          <w:cantSplit/>
          <w:jc w:val="center"/>
        </w:trPr>
        <w:tc>
          <w:tcPr>
            <w:tcW w:w="2376" w:type="dxa"/>
            <w:tcMar>
              <w:top w:w="45" w:type="dxa"/>
              <w:left w:w="55" w:type="dxa"/>
              <w:bottom w:w="45" w:type="dxa"/>
              <w:right w:w="55" w:type="dxa"/>
            </w:tcMar>
            <w:vAlign w:val="center"/>
          </w:tcPr>
          <w:p w14:paraId="5AF44DF2" w14:textId="77777777" w:rsidR="00122D62" w:rsidRDefault="00000000">
            <w:pPr>
              <w:spacing w:after="0"/>
            </w:pPr>
            <w:r>
              <w:rPr>
                <w:sz w:val="15"/>
              </w:rPr>
              <w:t>Digital financial services</w:t>
            </w:r>
          </w:p>
        </w:tc>
        <w:tc>
          <w:tcPr>
            <w:tcW w:w="1656" w:type="dxa"/>
            <w:tcMar>
              <w:top w:w="45" w:type="dxa"/>
              <w:left w:w="55" w:type="dxa"/>
              <w:bottom w:w="45" w:type="dxa"/>
              <w:right w:w="55" w:type="dxa"/>
            </w:tcMar>
            <w:vAlign w:val="center"/>
          </w:tcPr>
          <w:p w14:paraId="695F17F3" w14:textId="77777777" w:rsidR="00122D62" w:rsidRDefault="00000000">
            <w:pPr>
              <w:spacing w:after="0"/>
              <w:jc w:val="center"/>
            </w:pPr>
            <w:r>
              <w:rPr>
                <w:sz w:val="15"/>
              </w:rPr>
              <w:t>0.287 (0.450)</w:t>
            </w:r>
          </w:p>
        </w:tc>
        <w:tc>
          <w:tcPr>
            <w:tcW w:w="1080" w:type="dxa"/>
            <w:tcMar>
              <w:top w:w="45" w:type="dxa"/>
              <w:left w:w="55" w:type="dxa"/>
              <w:bottom w:w="45" w:type="dxa"/>
              <w:right w:w="55" w:type="dxa"/>
            </w:tcMar>
            <w:vAlign w:val="center"/>
          </w:tcPr>
          <w:p w14:paraId="0026B9B8" w14:textId="77777777" w:rsidR="00122D62" w:rsidRDefault="00000000">
            <w:pPr>
              <w:spacing w:after="0"/>
              <w:jc w:val="center"/>
            </w:pPr>
            <w:r>
              <w:rPr>
                <w:sz w:val="15"/>
              </w:rPr>
              <w:t>0.638</w:t>
            </w:r>
          </w:p>
        </w:tc>
        <w:tc>
          <w:tcPr>
            <w:tcW w:w="936" w:type="dxa"/>
            <w:tcMar>
              <w:top w:w="45" w:type="dxa"/>
              <w:left w:w="55" w:type="dxa"/>
              <w:bottom w:w="45" w:type="dxa"/>
              <w:right w:w="55" w:type="dxa"/>
            </w:tcMar>
            <w:vAlign w:val="center"/>
          </w:tcPr>
          <w:p w14:paraId="68AF85A8" w14:textId="77777777" w:rsidR="00122D62" w:rsidRDefault="00000000">
            <w:pPr>
              <w:spacing w:after="0"/>
              <w:jc w:val="center"/>
            </w:pPr>
            <w:r>
              <w:rPr>
                <w:sz w:val="15"/>
              </w:rPr>
              <w:t>0.524</w:t>
            </w:r>
          </w:p>
        </w:tc>
        <w:tc>
          <w:tcPr>
            <w:tcW w:w="1008" w:type="dxa"/>
            <w:tcMar>
              <w:top w:w="45" w:type="dxa"/>
              <w:left w:w="55" w:type="dxa"/>
              <w:bottom w:w="45" w:type="dxa"/>
              <w:right w:w="55" w:type="dxa"/>
            </w:tcMar>
            <w:vAlign w:val="center"/>
          </w:tcPr>
          <w:p w14:paraId="30A7789E" w14:textId="77777777" w:rsidR="00122D62" w:rsidRDefault="00000000">
            <w:pPr>
              <w:spacing w:after="0"/>
              <w:jc w:val="center"/>
            </w:pPr>
            <w:r>
              <w:rPr>
                <w:sz w:val="15"/>
              </w:rPr>
              <w:t>1.33</w:t>
            </w:r>
          </w:p>
        </w:tc>
        <w:tc>
          <w:tcPr>
            <w:tcW w:w="1944" w:type="dxa"/>
            <w:tcMar>
              <w:top w:w="45" w:type="dxa"/>
              <w:left w:w="55" w:type="dxa"/>
              <w:bottom w:w="45" w:type="dxa"/>
              <w:right w:w="55" w:type="dxa"/>
            </w:tcMar>
            <w:vAlign w:val="center"/>
          </w:tcPr>
          <w:p w14:paraId="23CB0D8E" w14:textId="77777777" w:rsidR="00122D62" w:rsidRDefault="00000000">
            <w:pPr>
              <w:spacing w:after="0"/>
              <w:jc w:val="center"/>
            </w:pPr>
            <w:r>
              <w:rPr>
                <w:sz w:val="15"/>
              </w:rPr>
              <w:t>0.55–3.22</w:t>
            </w:r>
          </w:p>
        </w:tc>
      </w:tr>
      <w:tr w:rsidR="00122D62" w14:paraId="1CB60981" w14:textId="77777777">
        <w:trPr>
          <w:cantSplit/>
          <w:jc w:val="center"/>
        </w:trPr>
        <w:tc>
          <w:tcPr>
            <w:tcW w:w="2376" w:type="dxa"/>
            <w:tcMar>
              <w:top w:w="45" w:type="dxa"/>
              <w:left w:w="55" w:type="dxa"/>
              <w:bottom w:w="45" w:type="dxa"/>
              <w:right w:w="55" w:type="dxa"/>
            </w:tcMar>
            <w:vAlign w:val="center"/>
          </w:tcPr>
          <w:p w14:paraId="3CF97E93" w14:textId="77777777" w:rsidR="00122D62" w:rsidRDefault="00000000">
            <w:pPr>
              <w:spacing w:after="0"/>
            </w:pPr>
            <w:r>
              <w:rPr>
                <w:sz w:val="15"/>
              </w:rPr>
              <w:t>Regulation</w:t>
            </w:r>
          </w:p>
        </w:tc>
        <w:tc>
          <w:tcPr>
            <w:tcW w:w="1656" w:type="dxa"/>
            <w:tcMar>
              <w:top w:w="45" w:type="dxa"/>
              <w:left w:w="55" w:type="dxa"/>
              <w:bottom w:w="45" w:type="dxa"/>
              <w:right w:w="55" w:type="dxa"/>
            </w:tcMar>
            <w:vAlign w:val="center"/>
          </w:tcPr>
          <w:p w14:paraId="4A798FF0" w14:textId="77777777" w:rsidR="00122D62" w:rsidRDefault="00000000">
            <w:pPr>
              <w:spacing w:after="0"/>
              <w:jc w:val="center"/>
            </w:pPr>
            <w:r>
              <w:rPr>
                <w:sz w:val="15"/>
              </w:rPr>
              <w:t>0.612 (0.818)</w:t>
            </w:r>
          </w:p>
        </w:tc>
        <w:tc>
          <w:tcPr>
            <w:tcW w:w="1080" w:type="dxa"/>
            <w:tcMar>
              <w:top w:w="45" w:type="dxa"/>
              <w:left w:w="55" w:type="dxa"/>
              <w:bottom w:w="45" w:type="dxa"/>
              <w:right w:w="55" w:type="dxa"/>
            </w:tcMar>
            <w:vAlign w:val="center"/>
          </w:tcPr>
          <w:p w14:paraId="3493CF6B" w14:textId="77777777" w:rsidR="00122D62" w:rsidRDefault="00000000">
            <w:pPr>
              <w:spacing w:after="0"/>
              <w:jc w:val="center"/>
            </w:pPr>
            <w:r>
              <w:rPr>
                <w:sz w:val="15"/>
              </w:rPr>
              <w:t>0.748</w:t>
            </w:r>
          </w:p>
        </w:tc>
        <w:tc>
          <w:tcPr>
            <w:tcW w:w="936" w:type="dxa"/>
            <w:tcMar>
              <w:top w:w="45" w:type="dxa"/>
              <w:left w:w="55" w:type="dxa"/>
              <w:bottom w:w="45" w:type="dxa"/>
              <w:right w:w="55" w:type="dxa"/>
            </w:tcMar>
            <w:vAlign w:val="center"/>
          </w:tcPr>
          <w:p w14:paraId="2588FE8F" w14:textId="77777777" w:rsidR="00122D62" w:rsidRDefault="00000000">
            <w:pPr>
              <w:spacing w:after="0"/>
              <w:jc w:val="center"/>
            </w:pPr>
            <w:r>
              <w:rPr>
                <w:sz w:val="15"/>
              </w:rPr>
              <w:t>0.454</w:t>
            </w:r>
          </w:p>
        </w:tc>
        <w:tc>
          <w:tcPr>
            <w:tcW w:w="1008" w:type="dxa"/>
            <w:tcMar>
              <w:top w:w="45" w:type="dxa"/>
              <w:left w:w="55" w:type="dxa"/>
              <w:bottom w:w="45" w:type="dxa"/>
              <w:right w:w="55" w:type="dxa"/>
            </w:tcMar>
            <w:vAlign w:val="center"/>
          </w:tcPr>
          <w:p w14:paraId="139A80C1" w14:textId="77777777" w:rsidR="00122D62" w:rsidRDefault="00000000">
            <w:pPr>
              <w:spacing w:after="0"/>
              <w:jc w:val="center"/>
            </w:pPr>
            <w:r>
              <w:rPr>
                <w:sz w:val="15"/>
              </w:rPr>
              <w:t>1.84</w:t>
            </w:r>
          </w:p>
        </w:tc>
        <w:tc>
          <w:tcPr>
            <w:tcW w:w="1944" w:type="dxa"/>
            <w:tcMar>
              <w:top w:w="45" w:type="dxa"/>
              <w:left w:w="55" w:type="dxa"/>
              <w:bottom w:w="45" w:type="dxa"/>
              <w:right w:w="55" w:type="dxa"/>
            </w:tcMar>
            <w:vAlign w:val="center"/>
          </w:tcPr>
          <w:p w14:paraId="294A268F" w14:textId="77777777" w:rsidR="00122D62" w:rsidRDefault="00000000">
            <w:pPr>
              <w:spacing w:after="0"/>
              <w:jc w:val="center"/>
            </w:pPr>
            <w:r>
              <w:rPr>
                <w:sz w:val="15"/>
              </w:rPr>
              <w:t>0.37–9.17</w:t>
            </w:r>
          </w:p>
        </w:tc>
      </w:tr>
    </w:tbl>
    <w:p w14:paraId="0E974D44" w14:textId="77777777" w:rsidR="00122D62" w:rsidRDefault="00000000">
      <w:pPr>
        <w:spacing w:before="20" w:after="40"/>
        <w:jc w:val="both"/>
      </w:pPr>
      <w:r>
        <w:rPr>
          <w:b/>
          <w:sz w:val="16"/>
        </w:rPr>
        <w:t xml:space="preserve">Note: </w:t>
      </w:r>
      <w:r>
        <w:rPr>
          <w:sz w:val="16"/>
        </w:rPr>
        <w:t>N = 200. Log likelihood = -61.824; LR χ²(6) = 153.611, p &lt; .001; McFadden R² = 0.554.</w:t>
      </w:r>
    </w:p>
    <w:p w14:paraId="5D7BF468" w14:textId="77777777" w:rsidR="00122D62" w:rsidRDefault="00000000">
      <w:pPr>
        <w:keepNext/>
        <w:spacing w:before="60" w:after="40"/>
      </w:pPr>
      <w:r>
        <w:rPr>
          <w:b/>
        </w:rPr>
        <w:t>4.3 Ordered Logit Model for Stock Tendency</w:t>
      </w:r>
    </w:p>
    <w:p w14:paraId="775C174A" w14:textId="77777777" w:rsidR="00122D62" w:rsidRDefault="00000000">
      <w:pPr>
        <w:ind w:firstLine="331"/>
        <w:jc w:val="both"/>
      </w:pPr>
      <w:r>
        <w:t>Risk tolerance is positively associated with a higher stock-tendency category (OR = 5.04, p &lt; .001). Financial access is negatively associated (OR = 0.45, p = 0.010), whereas digital financial services are positively associated (OR = 1.74, p = 0.023). Financial literacy is positive but marginal under conventional standard errors (p = 0.062), and regulation is not significant.</w:t>
      </w:r>
    </w:p>
    <w:p w14:paraId="22F66619" w14:textId="77777777" w:rsidR="00122D62" w:rsidRDefault="00000000">
      <w:pPr>
        <w:keepNext/>
        <w:spacing w:before="60" w:after="20"/>
      </w:pPr>
      <w:r>
        <w:rPr>
          <w:b/>
          <w:sz w:val="18"/>
        </w:rPr>
        <w:t>Table 4. Ordered logit estimates for tendency to choose stocks</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376"/>
        <w:gridCol w:w="1656"/>
        <w:gridCol w:w="1080"/>
        <w:gridCol w:w="936"/>
        <w:gridCol w:w="1008"/>
        <w:gridCol w:w="1944"/>
      </w:tblGrid>
      <w:tr w:rsidR="00122D62" w14:paraId="67A4FFAB" w14:textId="77777777">
        <w:trPr>
          <w:tblHeader/>
          <w:jc w:val="center"/>
        </w:trPr>
        <w:tc>
          <w:tcPr>
            <w:tcW w:w="2376" w:type="dxa"/>
            <w:tcMar>
              <w:top w:w="45" w:type="dxa"/>
              <w:left w:w="55" w:type="dxa"/>
              <w:bottom w:w="45" w:type="dxa"/>
              <w:right w:w="55" w:type="dxa"/>
            </w:tcMar>
            <w:vAlign w:val="center"/>
          </w:tcPr>
          <w:p w14:paraId="61B79C6E" w14:textId="77777777" w:rsidR="00122D62" w:rsidRDefault="00000000">
            <w:pPr>
              <w:spacing w:after="0"/>
              <w:jc w:val="center"/>
            </w:pPr>
            <w:r>
              <w:rPr>
                <w:b/>
                <w:sz w:val="15"/>
              </w:rPr>
              <w:t>Variable</w:t>
            </w:r>
          </w:p>
        </w:tc>
        <w:tc>
          <w:tcPr>
            <w:tcW w:w="1656" w:type="dxa"/>
            <w:tcMar>
              <w:top w:w="45" w:type="dxa"/>
              <w:left w:w="55" w:type="dxa"/>
              <w:bottom w:w="45" w:type="dxa"/>
              <w:right w:w="55" w:type="dxa"/>
            </w:tcMar>
            <w:vAlign w:val="center"/>
          </w:tcPr>
          <w:p w14:paraId="5BF90F83" w14:textId="77777777" w:rsidR="00122D62" w:rsidRDefault="00000000">
            <w:pPr>
              <w:spacing w:after="0"/>
              <w:jc w:val="center"/>
            </w:pPr>
            <w:r>
              <w:rPr>
                <w:b/>
                <w:sz w:val="15"/>
              </w:rPr>
              <w:t>β (SE)</w:t>
            </w:r>
          </w:p>
        </w:tc>
        <w:tc>
          <w:tcPr>
            <w:tcW w:w="1080" w:type="dxa"/>
            <w:tcMar>
              <w:top w:w="45" w:type="dxa"/>
              <w:left w:w="55" w:type="dxa"/>
              <w:bottom w:w="45" w:type="dxa"/>
              <w:right w:w="55" w:type="dxa"/>
            </w:tcMar>
            <w:vAlign w:val="center"/>
          </w:tcPr>
          <w:p w14:paraId="7CD4EF79" w14:textId="77777777" w:rsidR="00122D62" w:rsidRDefault="00000000">
            <w:pPr>
              <w:spacing w:after="0"/>
              <w:jc w:val="center"/>
            </w:pPr>
            <w:r>
              <w:rPr>
                <w:b/>
                <w:sz w:val="15"/>
              </w:rPr>
              <w:t>z</w:t>
            </w:r>
          </w:p>
        </w:tc>
        <w:tc>
          <w:tcPr>
            <w:tcW w:w="936" w:type="dxa"/>
            <w:tcMar>
              <w:top w:w="45" w:type="dxa"/>
              <w:left w:w="55" w:type="dxa"/>
              <w:bottom w:w="45" w:type="dxa"/>
              <w:right w:w="55" w:type="dxa"/>
            </w:tcMar>
            <w:vAlign w:val="center"/>
          </w:tcPr>
          <w:p w14:paraId="0FF401D3" w14:textId="77777777" w:rsidR="00122D62" w:rsidRDefault="00000000">
            <w:pPr>
              <w:spacing w:after="0"/>
              <w:jc w:val="center"/>
            </w:pPr>
            <w:r>
              <w:rPr>
                <w:b/>
                <w:sz w:val="15"/>
              </w:rPr>
              <w:t>p</w:t>
            </w:r>
          </w:p>
        </w:tc>
        <w:tc>
          <w:tcPr>
            <w:tcW w:w="1008" w:type="dxa"/>
            <w:tcMar>
              <w:top w:w="45" w:type="dxa"/>
              <w:left w:w="55" w:type="dxa"/>
              <w:bottom w:w="45" w:type="dxa"/>
              <w:right w:w="55" w:type="dxa"/>
            </w:tcMar>
            <w:vAlign w:val="center"/>
          </w:tcPr>
          <w:p w14:paraId="1EF6C1B6" w14:textId="77777777" w:rsidR="00122D62" w:rsidRDefault="00000000">
            <w:pPr>
              <w:spacing w:after="0"/>
              <w:jc w:val="center"/>
            </w:pPr>
            <w:r>
              <w:rPr>
                <w:b/>
                <w:sz w:val="15"/>
              </w:rPr>
              <w:t>OR</w:t>
            </w:r>
          </w:p>
        </w:tc>
        <w:tc>
          <w:tcPr>
            <w:tcW w:w="1944" w:type="dxa"/>
            <w:tcMar>
              <w:top w:w="45" w:type="dxa"/>
              <w:left w:w="55" w:type="dxa"/>
              <w:bottom w:w="45" w:type="dxa"/>
              <w:right w:w="55" w:type="dxa"/>
            </w:tcMar>
            <w:vAlign w:val="center"/>
          </w:tcPr>
          <w:p w14:paraId="7B723696" w14:textId="77777777" w:rsidR="00122D62" w:rsidRDefault="00000000">
            <w:pPr>
              <w:spacing w:after="0"/>
              <w:jc w:val="center"/>
            </w:pPr>
            <w:r>
              <w:rPr>
                <w:b/>
                <w:sz w:val="15"/>
              </w:rPr>
              <w:t>95% CI for OR</w:t>
            </w:r>
          </w:p>
        </w:tc>
      </w:tr>
      <w:tr w:rsidR="00122D62" w14:paraId="34BB45D9" w14:textId="77777777">
        <w:trPr>
          <w:cantSplit/>
          <w:jc w:val="center"/>
        </w:trPr>
        <w:tc>
          <w:tcPr>
            <w:tcW w:w="2376" w:type="dxa"/>
            <w:tcMar>
              <w:top w:w="45" w:type="dxa"/>
              <w:left w:w="55" w:type="dxa"/>
              <w:bottom w:w="45" w:type="dxa"/>
              <w:right w:w="55" w:type="dxa"/>
            </w:tcMar>
            <w:vAlign w:val="center"/>
          </w:tcPr>
          <w:p w14:paraId="3FF1219B" w14:textId="77777777" w:rsidR="00122D62" w:rsidRDefault="00000000">
            <w:pPr>
              <w:spacing w:after="0"/>
            </w:pPr>
            <w:r>
              <w:rPr>
                <w:sz w:val="15"/>
              </w:rPr>
              <w:t>Risk tolerance</w:t>
            </w:r>
          </w:p>
        </w:tc>
        <w:tc>
          <w:tcPr>
            <w:tcW w:w="1656" w:type="dxa"/>
            <w:tcMar>
              <w:top w:w="45" w:type="dxa"/>
              <w:left w:w="55" w:type="dxa"/>
              <w:bottom w:w="45" w:type="dxa"/>
              <w:right w:w="55" w:type="dxa"/>
            </w:tcMar>
            <w:vAlign w:val="center"/>
          </w:tcPr>
          <w:p w14:paraId="20A31306" w14:textId="77777777" w:rsidR="00122D62" w:rsidRDefault="00000000">
            <w:pPr>
              <w:spacing w:after="0"/>
              <w:jc w:val="center"/>
            </w:pPr>
            <w:r>
              <w:rPr>
                <w:sz w:val="15"/>
              </w:rPr>
              <w:t>1.617 (0.280)</w:t>
            </w:r>
          </w:p>
        </w:tc>
        <w:tc>
          <w:tcPr>
            <w:tcW w:w="1080" w:type="dxa"/>
            <w:tcMar>
              <w:top w:w="45" w:type="dxa"/>
              <w:left w:w="55" w:type="dxa"/>
              <w:bottom w:w="45" w:type="dxa"/>
              <w:right w:w="55" w:type="dxa"/>
            </w:tcMar>
            <w:vAlign w:val="center"/>
          </w:tcPr>
          <w:p w14:paraId="2B1D8D3F" w14:textId="77777777" w:rsidR="00122D62" w:rsidRDefault="00000000">
            <w:pPr>
              <w:spacing w:after="0"/>
              <w:jc w:val="center"/>
            </w:pPr>
            <w:r>
              <w:rPr>
                <w:sz w:val="15"/>
              </w:rPr>
              <w:t>5.771</w:t>
            </w:r>
          </w:p>
        </w:tc>
        <w:tc>
          <w:tcPr>
            <w:tcW w:w="936" w:type="dxa"/>
            <w:tcMar>
              <w:top w:w="45" w:type="dxa"/>
              <w:left w:w="55" w:type="dxa"/>
              <w:bottom w:w="45" w:type="dxa"/>
              <w:right w:w="55" w:type="dxa"/>
            </w:tcMar>
            <w:vAlign w:val="center"/>
          </w:tcPr>
          <w:p w14:paraId="27C068FA" w14:textId="77777777" w:rsidR="00122D62" w:rsidRDefault="00000000">
            <w:pPr>
              <w:spacing w:after="0"/>
              <w:jc w:val="center"/>
            </w:pPr>
            <w:r>
              <w:rPr>
                <w:sz w:val="15"/>
              </w:rPr>
              <w:t>&lt;.001</w:t>
            </w:r>
          </w:p>
        </w:tc>
        <w:tc>
          <w:tcPr>
            <w:tcW w:w="1008" w:type="dxa"/>
            <w:tcMar>
              <w:top w:w="45" w:type="dxa"/>
              <w:left w:w="55" w:type="dxa"/>
              <w:bottom w:w="45" w:type="dxa"/>
              <w:right w:w="55" w:type="dxa"/>
            </w:tcMar>
            <w:vAlign w:val="center"/>
          </w:tcPr>
          <w:p w14:paraId="1B88166A" w14:textId="77777777" w:rsidR="00122D62" w:rsidRDefault="00000000">
            <w:pPr>
              <w:spacing w:after="0"/>
              <w:jc w:val="center"/>
            </w:pPr>
            <w:r>
              <w:rPr>
                <w:sz w:val="15"/>
              </w:rPr>
              <w:t>5.04</w:t>
            </w:r>
          </w:p>
        </w:tc>
        <w:tc>
          <w:tcPr>
            <w:tcW w:w="1944" w:type="dxa"/>
            <w:tcMar>
              <w:top w:w="45" w:type="dxa"/>
              <w:left w:w="55" w:type="dxa"/>
              <w:bottom w:w="45" w:type="dxa"/>
              <w:right w:w="55" w:type="dxa"/>
            </w:tcMar>
            <w:vAlign w:val="center"/>
          </w:tcPr>
          <w:p w14:paraId="4ED0A0F2" w14:textId="77777777" w:rsidR="00122D62" w:rsidRDefault="00000000">
            <w:pPr>
              <w:spacing w:after="0"/>
              <w:jc w:val="center"/>
            </w:pPr>
            <w:r>
              <w:rPr>
                <w:sz w:val="15"/>
              </w:rPr>
              <w:t>2.91–8.72</w:t>
            </w:r>
          </w:p>
        </w:tc>
      </w:tr>
      <w:tr w:rsidR="00122D62" w14:paraId="57C10AB1" w14:textId="77777777">
        <w:trPr>
          <w:cantSplit/>
          <w:jc w:val="center"/>
        </w:trPr>
        <w:tc>
          <w:tcPr>
            <w:tcW w:w="2376" w:type="dxa"/>
            <w:tcMar>
              <w:top w:w="45" w:type="dxa"/>
              <w:left w:w="55" w:type="dxa"/>
              <w:bottom w:w="45" w:type="dxa"/>
              <w:right w:w="55" w:type="dxa"/>
            </w:tcMar>
            <w:vAlign w:val="center"/>
          </w:tcPr>
          <w:p w14:paraId="0F7358D2" w14:textId="77777777" w:rsidR="00122D62" w:rsidRDefault="00000000">
            <w:pPr>
              <w:spacing w:after="0"/>
            </w:pPr>
            <w:r>
              <w:rPr>
                <w:sz w:val="15"/>
              </w:rPr>
              <w:t>Financial literacy</w:t>
            </w:r>
          </w:p>
        </w:tc>
        <w:tc>
          <w:tcPr>
            <w:tcW w:w="1656" w:type="dxa"/>
            <w:tcMar>
              <w:top w:w="45" w:type="dxa"/>
              <w:left w:w="55" w:type="dxa"/>
              <w:bottom w:w="45" w:type="dxa"/>
              <w:right w:w="55" w:type="dxa"/>
            </w:tcMar>
            <w:vAlign w:val="center"/>
          </w:tcPr>
          <w:p w14:paraId="57233299" w14:textId="77777777" w:rsidR="00122D62" w:rsidRDefault="00000000">
            <w:pPr>
              <w:spacing w:after="0"/>
              <w:jc w:val="center"/>
            </w:pPr>
            <w:r>
              <w:rPr>
                <w:sz w:val="15"/>
              </w:rPr>
              <w:t>0.284 (0.152)</w:t>
            </w:r>
          </w:p>
        </w:tc>
        <w:tc>
          <w:tcPr>
            <w:tcW w:w="1080" w:type="dxa"/>
            <w:tcMar>
              <w:top w:w="45" w:type="dxa"/>
              <w:left w:w="55" w:type="dxa"/>
              <w:bottom w:w="45" w:type="dxa"/>
              <w:right w:w="55" w:type="dxa"/>
            </w:tcMar>
            <w:vAlign w:val="center"/>
          </w:tcPr>
          <w:p w14:paraId="7C590E44" w14:textId="77777777" w:rsidR="00122D62" w:rsidRDefault="00000000">
            <w:pPr>
              <w:spacing w:after="0"/>
              <w:jc w:val="center"/>
            </w:pPr>
            <w:r>
              <w:rPr>
                <w:sz w:val="15"/>
              </w:rPr>
              <w:t>1.868</w:t>
            </w:r>
          </w:p>
        </w:tc>
        <w:tc>
          <w:tcPr>
            <w:tcW w:w="936" w:type="dxa"/>
            <w:tcMar>
              <w:top w:w="45" w:type="dxa"/>
              <w:left w:w="55" w:type="dxa"/>
              <w:bottom w:w="45" w:type="dxa"/>
              <w:right w:w="55" w:type="dxa"/>
            </w:tcMar>
            <w:vAlign w:val="center"/>
          </w:tcPr>
          <w:p w14:paraId="7F853C1D" w14:textId="77777777" w:rsidR="00122D62" w:rsidRDefault="00000000">
            <w:pPr>
              <w:spacing w:after="0"/>
              <w:jc w:val="center"/>
            </w:pPr>
            <w:r>
              <w:rPr>
                <w:sz w:val="15"/>
              </w:rPr>
              <w:t>0.062</w:t>
            </w:r>
          </w:p>
        </w:tc>
        <w:tc>
          <w:tcPr>
            <w:tcW w:w="1008" w:type="dxa"/>
            <w:tcMar>
              <w:top w:w="45" w:type="dxa"/>
              <w:left w:w="55" w:type="dxa"/>
              <w:bottom w:w="45" w:type="dxa"/>
              <w:right w:w="55" w:type="dxa"/>
            </w:tcMar>
            <w:vAlign w:val="center"/>
          </w:tcPr>
          <w:p w14:paraId="356016A7" w14:textId="77777777" w:rsidR="00122D62" w:rsidRDefault="00000000">
            <w:pPr>
              <w:spacing w:after="0"/>
              <w:jc w:val="center"/>
            </w:pPr>
            <w:r>
              <w:rPr>
                <w:sz w:val="15"/>
              </w:rPr>
              <w:t>1.33</w:t>
            </w:r>
          </w:p>
        </w:tc>
        <w:tc>
          <w:tcPr>
            <w:tcW w:w="1944" w:type="dxa"/>
            <w:tcMar>
              <w:top w:w="45" w:type="dxa"/>
              <w:left w:w="55" w:type="dxa"/>
              <w:bottom w:w="45" w:type="dxa"/>
              <w:right w:w="55" w:type="dxa"/>
            </w:tcMar>
            <w:vAlign w:val="center"/>
          </w:tcPr>
          <w:p w14:paraId="4251D0B8" w14:textId="77777777" w:rsidR="00122D62" w:rsidRDefault="00000000">
            <w:pPr>
              <w:spacing w:after="0"/>
              <w:jc w:val="center"/>
            </w:pPr>
            <w:r>
              <w:rPr>
                <w:sz w:val="15"/>
              </w:rPr>
              <w:t>0.99–1.79</w:t>
            </w:r>
          </w:p>
        </w:tc>
      </w:tr>
      <w:tr w:rsidR="00122D62" w14:paraId="4DB23962" w14:textId="77777777">
        <w:trPr>
          <w:cantSplit/>
          <w:jc w:val="center"/>
        </w:trPr>
        <w:tc>
          <w:tcPr>
            <w:tcW w:w="2376" w:type="dxa"/>
            <w:tcMar>
              <w:top w:w="45" w:type="dxa"/>
              <w:left w:w="55" w:type="dxa"/>
              <w:bottom w:w="45" w:type="dxa"/>
              <w:right w:w="55" w:type="dxa"/>
            </w:tcMar>
            <w:vAlign w:val="center"/>
          </w:tcPr>
          <w:p w14:paraId="23C41F10" w14:textId="77777777" w:rsidR="00122D62" w:rsidRDefault="00000000">
            <w:pPr>
              <w:spacing w:after="0"/>
            </w:pPr>
            <w:r>
              <w:rPr>
                <w:sz w:val="15"/>
              </w:rPr>
              <w:t>Financial access</w:t>
            </w:r>
          </w:p>
        </w:tc>
        <w:tc>
          <w:tcPr>
            <w:tcW w:w="1656" w:type="dxa"/>
            <w:tcMar>
              <w:top w:w="45" w:type="dxa"/>
              <w:left w:w="55" w:type="dxa"/>
              <w:bottom w:w="45" w:type="dxa"/>
              <w:right w:w="55" w:type="dxa"/>
            </w:tcMar>
            <w:vAlign w:val="center"/>
          </w:tcPr>
          <w:p w14:paraId="35E87ED5" w14:textId="77777777" w:rsidR="00122D62" w:rsidRDefault="00000000">
            <w:pPr>
              <w:spacing w:after="0"/>
              <w:jc w:val="center"/>
            </w:pPr>
            <w:r>
              <w:rPr>
                <w:sz w:val="15"/>
              </w:rPr>
              <w:t>-0.792 (0.308)</w:t>
            </w:r>
          </w:p>
        </w:tc>
        <w:tc>
          <w:tcPr>
            <w:tcW w:w="1080" w:type="dxa"/>
            <w:tcMar>
              <w:top w:w="45" w:type="dxa"/>
              <w:left w:w="55" w:type="dxa"/>
              <w:bottom w:w="45" w:type="dxa"/>
              <w:right w:w="55" w:type="dxa"/>
            </w:tcMar>
            <w:vAlign w:val="center"/>
          </w:tcPr>
          <w:p w14:paraId="335678F0" w14:textId="77777777" w:rsidR="00122D62" w:rsidRDefault="00000000">
            <w:pPr>
              <w:spacing w:after="0"/>
              <w:jc w:val="center"/>
            </w:pPr>
            <w:r>
              <w:rPr>
                <w:sz w:val="15"/>
              </w:rPr>
              <w:t>-2.572</w:t>
            </w:r>
          </w:p>
        </w:tc>
        <w:tc>
          <w:tcPr>
            <w:tcW w:w="936" w:type="dxa"/>
            <w:tcMar>
              <w:top w:w="45" w:type="dxa"/>
              <w:left w:w="55" w:type="dxa"/>
              <w:bottom w:w="45" w:type="dxa"/>
              <w:right w:w="55" w:type="dxa"/>
            </w:tcMar>
            <w:vAlign w:val="center"/>
          </w:tcPr>
          <w:p w14:paraId="176A5493" w14:textId="77777777" w:rsidR="00122D62" w:rsidRDefault="00000000">
            <w:pPr>
              <w:spacing w:after="0"/>
              <w:jc w:val="center"/>
            </w:pPr>
            <w:r>
              <w:rPr>
                <w:sz w:val="15"/>
              </w:rPr>
              <w:t>0.010</w:t>
            </w:r>
          </w:p>
        </w:tc>
        <w:tc>
          <w:tcPr>
            <w:tcW w:w="1008" w:type="dxa"/>
            <w:tcMar>
              <w:top w:w="45" w:type="dxa"/>
              <w:left w:w="55" w:type="dxa"/>
              <w:bottom w:w="45" w:type="dxa"/>
              <w:right w:w="55" w:type="dxa"/>
            </w:tcMar>
            <w:vAlign w:val="center"/>
          </w:tcPr>
          <w:p w14:paraId="653B4685" w14:textId="77777777" w:rsidR="00122D62" w:rsidRDefault="00000000">
            <w:pPr>
              <w:spacing w:after="0"/>
              <w:jc w:val="center"/>
            </w:pPr>
            <w:r>
              <w:rPr>
                <w:sz w:val="15"/>
              </w:rPr>
              <w:t>0.45</w:t>
            </w:r>
          </w:p>
        </w:tc>
        <w:tc>
          <w:tcPr>
            <w:tcW w:w="1944" w:type="dxa"/>
            <w:tcMar>
              <w:top w:w="45" w:type="dxa"/>
              <w:left w:w="55" w:type="dxa"/>
              <w:bottom w:w="45" w:type="dxa"/>
              <w:right w:w="55" w:type="dxa"/>
            </w:tcMar>
            <w:vAlign w:val="center"/>
          </w:tcPr>
          <w:p w14:paraId="2E0D4238" w14:textId="77777777" w:rsidR="00122D62" w:rsidRDefault="00000000">
            <w:pPr>
              <w:spacing w:after="0"/>
              <w:jc w:val="center"/>
            </w:pPr>
            <w:r>
              <w:rPr>
                <w:sz w:val="15"/>
              </w:rPr>
              <w:t>0.25–0.83</w:t>
            </w:r>
          </w:p>
        </w:tc>
      </w:tr>
      <w:tr w:rsidR="00122D62" w14:paraId="08601909" w14:textId="77777777">
        <w:trPr>
          <w:cantSplit/>
          <w:jc w:val="center"/>
        </w:trPr>
        <w:tc>
          <w:tcPr>
            <w:tcW w:w="2376" w:type="dxa"/>
            <w:tcMar>
              <w:top w:w="45" w:type="dxa"/>
              <w:left w:w="55" w:type="dxa"/>
              <w:bottom w:w="45" w:type="dxa"/>
              <w:right w:w="55" w:type="dxa"/>
            </w:tcMar>
            <w:vAlign w:val="center"/>
          </w:tcPr>
          <w:p w14:paraId="495032AD" w14:textId="77777777" w:rsidR="00122D62" w:rsidRDefault="00000000">
            <w:pPr>
              <w:spacing w:after="0"/>
            </w:pPr>
            <w:r>
              <w:rPr>
                <w:sz w:val="15"/>
              </w:rPr>
              <w:t>Digital financial services</w:t>
            </w:r>
          </w:p>
        </w:tc>
        <w:tc>
          <w:tcPr>
            <w:tcW w:w="1656" w:type="dxa"/>
            <w:tcMar>
              <w:top w:w="45" w:type="dxa"/>
              <w:left w:w="55" w:type="dxa"/>
              <w:bottom w:w="45" w:type="dxa"/>
              <w:right w:w="55" w:type="dxa"/>
            </w:tcMar>
            <w:vAlign w:val="center"/>
          </w:tcPr>
          <w:p w14:paraId="24B4FB07" w14:textId="77777777" w:rsidR="00122D62" w:rsidRDefault="00000000">
            <w:pPr>
              <w:spacing w:after="0"/>
              <w:jc w:val="center"/>
            </w:pPr>
            <w:r>
              <w:rPr>
                <w:sz w:val="15"/>
              </w:rPr>
              <w:t>0.556 (0.245)</w:t>
            </w:r>
          </w:p>
        </w:tc>
        <w:tc>
          <w:tcPr>
            <w:tcW w:w="1080" w:type="dxa"/>
            <w:tcMar>
              <w:top w:w="45" w:type="dxa"/>
              <w:left w:w="55" w:type="dxa"/>
              <w:bottom w:w="45" w:type="dxa"/>
              <w:right w:w="55" w:type="dxa"/>
            </w:tcMar>
            <w:vAlign w:val="center"/>
          </w:tcPr>
          <w:p w14:paraId="4E0F0FC3" w14:textId="77777777" w:rsidR="00122D62" w:rsidRDefault="00000000">
            <w:pPr>
              <w:spacing w:after="0"/>
              <w:jc w:val="center"/>
            </w:pPr>
            <w:r>
              <w:rPr>
                <w:sz w:val="15"/>
              </w:rPr>
              <w:t>2.267</w:t>
            </w:r>
          </w:p>
        </w:tc>
        <w:tc>
          <w:tcPr>
            <w:tcW w:w="936" w:type="dxa"/>
            <w:tcMar>
              <w:top w:w="45" w:type="dxa"/>
              <w:left w:w="55" w:type="dxa"/>
              <w:bottom w:w="45" w:type="dxa"/>
              <w:right w:w="55" w:type="dxa"/>
            </w:tcMar>
            <w:vAlign w:val="center"/>
          </w:tcPr>
          <w:p w14:paraId="32DC8BF9" w14:textId="77777777" w:rsidR="00122D62" w:rsidRDefault="00000000">
            <w:pPr>
              <w:spacing w:after="0"/>
              <w:jc w:val="center"/>
            </w:pPr>
            <w:r>
              <w:rPr>
                <w:sz w:val="15"/>
              </w:rPr>
              <w:t>0.023</w:t>
            </w:r>
          </w:p>
        </w:tc>
        <w:tc>
          <w:tcPr>
            <w:tcW w:w="1008" w:type="dxa"/>
            <w:tcMar>
              <w:top w:w="45" w:type="dxa"/>
              <w:left w:w="55" w:type="dxa"/>
              <w:bottom w:w="45" w:type="dxa"/>
              <w:right w:w="55" w:type="dxa"/>
            </w:tcMar>
            <w:vAlign w:val="center"/>
          </w:tcPr>
          <w:p w14:paraId="51F2AB05" w14:textId="77777777" w:rsidR="00122D62" w:rsidRDefault="00000000">
            <w:pPr>
              <w:spacing w:after="0"/>
              <w:jc w:val="center"/>
            </w:pPr>
            <w:r>
              <w:rPr>
                <w:sz w:val="15"/>
              </w:rPr>
              <w:t>1.74</w:t>
            </w:r>
          </w:p>
        </w:tc>
        <w:tc>
          <w:tcPr>
            <w:tcW w:w="1944" w:type="dxa"/>
            <w:tcMar>
              <w:top w:w="45" w:type="dxa"/>
              <w:left w:w="55" w:type="dxa"/>
              <w:bottom w:w="45" w:type="dxa"/>
              <w:right w:w="55" w:type="dxa"/>
            </w:tcMar>
            <w:vAlign w:val="center"/>
          </w:tcPr>
          <w:p w14:paraId="6597B74E" w14:textId="77777777" w:rsidR="00122D62" w:rsidRDefault="00000000">
            <w:pPr>
              <w:spacing w:after="0"/>
              <w:jc w:val="center"/>
            </w:pPr>
            <w:r>
              <w:rPr>
                <w:sz w:val="15"/>
              </w:rPr>
              <w:t>1.08–2.82</w:t>
            </w:r>
          </w:p>
        </w:tc>
      </w:tr>
      <w:tr w:rsidR="00122D62" w14:paraId="2A237DB9" w14:textId="77777777">
        <w:trPr>
          <w:cantSplit/>
          <w:jc w:val="center"/>
        </w:trPr>
        <w:tc>
          <w:tcPr>
            <w:tcW w:w="2376" w:type="dxa"/>
            <w:tcMar>
              <w:top w:w="45" w:type="dxa"/>
              <w:left w:w="55" w:type="dxa"/>
              <w:bottom w:w="45" w:type="dxa"/>
              <w:right w:w="55" w:type="dxa"/>
            </w:tcMar>
            <w:vAlign w:val="center"/>
          </w:tcPr>
          <w:p w14:paraId="69AD1EBF" w14:textId="77777777" w:rsidR="00122D62" w:rsidRDefault="00000000">
            <w:pPr>
              <w:spacing w:after="0"/>
            </w:pPr>
            <w:r>
              <w:rPr>
                <w:sz w:val="15"/>
              </w:rPr>
              <w:t>Regulation</w:t>
            </w:r>
          </w:p>
        </w:tc>
        <w:tc>
          <w:tcPr>
            <w:tcW w:w="1656" w:type="dxa"/>
            <w:tcMar>
              <w:top w:w="45" w:type="dxa"/>
              <w:left w:w="55" w:type="dxa"/>
              <w:bottom w:w="45" w:type="dxa"/>
              <w:right w:w="55" w:type="dxa"/>
            </w:tcMar>
            <w:vAlign w:val="center"/>
          </w:tcPr>
          <w:p w14:paraId="3181733C" w14:textId="77777777" w:rsidR="00122D62" w:rsidRDefault="00000000">
            <w:pPr>
              <w:spacing w:after="0"/>
              <w:jc w:val="center"/>
            </w:pPr>
            <w:r>
              <w:rPr>
                <w:sz w:val="15"/>
              </w:rPr>
              <w:t>0.486 (0.359)</w:t>
            </w:r>
          </w:p>
        </w:tc>
        <w:tc>
          <w:tcPr>
            <w:tcW w:w="1080" w:type="dxa"/>
            <w:tcMar>
              <w:top w:w="45" w:type="dxa"/>
              <w:left w:w="55" w:type="dxa"/>
              <w:bottom w:w="45" w:type="dxa"/>
              <w:right w:w="55" w:type="dxa"/>
            </w:tcMar>
            <w:vAlign w:val="center"/>
          </w:tcPr>
          <w:p w14:paraId="4E2E8336" w14:textId="77777777" w:rsidR="00122D62" w:rsidRDefault="00000000">
            <w:pPr>
              <w:spacing w:after="0"/>
              <w:jc w:val="center"/>
            </w:pPr>
            <w:r>
              <w:rPr>
                <w:sz w:val="15"/>
              </w:rPr>
              <w:t>1.354</w:t>
            </w:r>
          </w:p>
        </w:tc>
        <w:tc>
          <w:tcPr>
            <w:tcW w:w="936" w:type="dxa"/>
            <w:tcMar>
              <w:top w:w="45" w:type="dxa"/>
              <w:left w:w="55" w:type="dxa"/>
              <w:bottom w:w="45" w:type="dxa"/>
              <w:right w:w="55" w:type="dxa"/>
            </w:tcMar>
            <w:vAlign w:val="center"/>
          </w:tcPr>
          <w:p w14:paraId="696C9438" w14:textId="77777777" w:rsidR="00122D62" w:rsidRDefault="00000000">
            <w:pPr>
              <w:spacing w:after="0"/>
              <w:jc w:val="center"/>
            </w:pPr>
            <w:r>
              <w:rPr>
                <w:sz w:val="15"/>
              </w:rPr>
              <w:t>0.176</w:t>
            </w:r>
          </w:p>
        </w:tc>
        <w:tc>
          <w:tcPr>
            <w:tcW w:w="1008" w:type="dxa"/>
            <w:tcMar>
              <w:top w:w="45" w:type="dxa"/>
              <w:left w:w="55" w:type="dxa"/>
              <w:bottom w:w="45" w:type="dxa"/>
              <w:right w:w="55" w:type="dxa"/>
            </w:tcMar>
            <w:vAlign w:val="center"/>
          </w:tcPr>
          <w:p w14:paraId="057F0DE0" w14:textId="77777777" w:rsidR="00122D62" w:rsidRDefault="00000000">
            <w:pPr>
              <w:spacing w:after="0"/>
              <w:jc w:val="center"/>
            </w:pPr>
            <w:r>
              <w:rPr>
                <w:sz w:val="15"/>
              </w:rPr>
              <w:t>1.63</w:t>
            </w:r>
          </w:p>
        </w:tc>
        <w:tc>
          <w:tcPr>
            <w:tcW w:w="1944" w:type="dxa"/>
            <w:tcMar>
              <w:top w:w="45" w:type="dxa"/>
              <w:left w:w="55" w:type="dxa"/>
              <w:bottom w:w="45" w:type="dxa"/>
              <w:right w:w="55" w:type="dxa"/>
            </w:tcMar>
            <w:vAlign w:val="center"/>
          </w:tcPr>
          <w:p w14:paraId="76440291" w14:textId="77777777" w:rsidR="00122D62" w:rsidRDefault="00000000">
            <w:pPr>
              <w:spacing w:after="0"/>
              <w:jc w:val="center"/>
            </w:pPr>
            <w:r>
              <w:rPr>
                <w:sz w:val="15"/>
              </w:rPr>
              <w:t>0.80–3.28</w:t>
            </w:r>
          </w:p>
        </w:tc>
      </w:tr>
    </w:tbl>
    <w:p w14:paraId="2E9ADE3A" w14:textId="77777777" w:rsidR="00122D62" w:rsidRDefault="00000000">
      <w:pPr>
        <w:spacing w:before="20" w:after="40"/>
        <w:jc w:val="both"/>
      </w:pPr>
      <w:r>
        <w:rPr>
          <w:b/>
          <w:sz w:val="16"/>
        </w:rPr>
        <w:lastRenderedPageBreak/>
        <w:t xml:space="preserve">Note: </w:t>
      </w:r>
      <w:r>
        <w:rPr>
          <w:sz w:val="16"/>
        </w:rPr>
        <w:t>N = 200. Log likelihood = -235.108; LR χ²(5) = 70.593, p &lt; .001; McFadden R² = 0.131. Cut points: 2/3 = 7.148, 3/4 = 9.036, and 4/5 = 10.962.</w:t>
      </w:r>
    </w:p>
    <w:p w14:paraId="064C1D82" w14:textId="77777777" w:rsidR="00122D62" w:rsidRDefault="00000000">
      <w:pPr>
        <w:keepNext/>
        <w:spacing w:before="60" w:after="40"/>
      </w:pPr>
      <w:r>
        <w:rPr>
          <w:b/>
        </w:rPr>
        <w:t>4.4 Ordered Logit Model for Mutual-Fund Tendency</w:t>
      </w:r>
    </w:p>
    <w:p w14:paraId="3114ADD0" w14:textId="77777777" w:rsidR="00122D62" w:rsidRDefault="00000000">
      <w:pPr>
        <w:ind w:firstLine="331"/>
        <w:jc w:val="both"/>
      </w:pPr>
      <w:r>
        <w:t>Risk tolerance is negatively associated with a higher mutual-fund tendency (OR = 0.32, p &lt; .001), consistent with risk-tolerant respondents preferring direct stocks. Financial literacy is negative but marginal under conventional standard errors (p = 0.077). Financial access, digital financial services, and regulation are not statistically significant in the verified model.</w:t>
      </w:r>
    </w:p>
    <w:p w14:paraId="015CD723" w14:textId="77777777" w:rsidR="00122D62" w:rsidRDefault="00000000">
      <w:pPr>
        <w:keepNext/>
        <w:spacing w:before="60" w:after="20"/>
      </w:pPr>
      <w:r>
        <w:rPr>
          <w:b/>
          <w:sz w:val="18"/>
        </w:rPr>
        <w:t>Table 5. Ordered logit estimates for tendency to choose mutual funds</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376"/>
        <w:gridCol w:w="1656"/>
        <w:gridCol w:w="1080"/>
        <w:gridCol w:w="936"/>
        <w:gridCol w:w="1008"/>
        <w:gridCol w:w="1944"/>
      </w:tblGrid>
      <w:tr w:rsidR="00122D62" w14:paraId="56E066C5" w14:textId="77777777">
        <w:trPr>
          <w:tblHeader/>
          <w:jc w:val="center"/>
        </w:trPr>
        <w:tc>
          <w:tcPr>
            <w:tcW w:w="2376" w:type="dxa"/>
            <w:tcMar>
              <w:top w:w="45" w:type="dxa"/>
              <w:left w:w="55" w:type="dxa"/>
              <w:bottom w:w="45" w:type="dxa"/>
              <w:right w:w="55" w:type="dxa"/>
            </w:tcMar>
            <w:vAlign w:val="center"/>
          </w:tcPr>
          <w:p w14:paraId="61B613A2" w14:textId="77777777" w:rsidR="00122D62" w:rsidRDefault="00000000">
            <w:pPr>
              <w:spacing w:after="0"/>
              <w:jc w:val="center"/>
            </w:pPr>
            <w:r>
              <w:rPr>
                <w:b/>
                <w:sz w:val="15"/>
              </w:rPr>
              <w:t>Variable</w:t>
            </w:r>
          </w:p>
        </w:tc>
        <w:tc>
          <w:tcPr>
            <w:tcW w:w="1656" w:type="dxa"/>
            <w:tcMar>
              <w:top w:w="45" w:type="dxa"/>
              <w:left w:w="55" w:type="dxa"/>
              <w:bottom w:w="45" w:type="dxa"/>
              <w:right w:w="55" w:type="dxa"/>
            </w:tcMar>
            <w:vAlign w:val="center"/>
          </w:tcPr>
          <w:p w14:paraId="211C175B" w14:textId="77777777" w:rsidR="00122D62" w:rsidRDefault="00000000">
            <w:pPr>
              <w:spacing w:after="0"/>
              <w:jc w:val="center"/>
            </w:pPr>
            <w:r>
              <w:rPr>
                <w:b/>
                <w:sz w:val="15"/>
              </w:rPr>
              <w:t>β (SE)</w:t>
            </w:r>
          </w:p>
        </w:tc>
        <w:tc>
          <w:tcPr>
            <w:tcW w:w="1080" w:type="dxa"/>
            <w:tcMar>
              <w:top w:w="45" w:type="dxa"/>
              <w:left w:w="55" w:type="dxa"/>
              <w:bottom w:w="45" w:type="dxa"/>
              <w:right w:w="55" w:type="dxa"/>
            </w:tcMar>
            <w:vAlign w:val="center"/>
          </w:tcPr>
          <w:p w14:paraId="4DB8B368" w14:textId="77777777" w:rsidR="00122D62" w:rsidRDefault="00000000">
            <w:pPr>
              <w:spacing w:after="0"/>
              <w:jc w:val="center"/>
            </w:pPr>
            <w:r>
              <w:rPr>
                <w:b/>
                <w:sz w:val="15"/>
              </w:rPr>
              <w:t>z</w:t>
            </w:r>
          </w:p>
        </w:tc>
        <w:tc>
          <w:tcPr>
            <w:tcW w:w="936" w:type="dxa"/>
            <w:tcMar>
              <w:top w:w="45" w:type="dxa"/>
              <w:left w:w="55" w:type="dxa"/>
              <w:bottom w:w="45" w:type="dxa"/>
              <w:right w:w="55" w:type="dxa"/>
            </w:tcMar>
            <w:vAlign w:val="center"/>
          </w:tcPr>
          <w:p w14:paraId="41C78335" w14:textId="77777777" w:rsidR="00122D62" w:rsidRDefault="00000000">
            <w:pPr>
              <w:spacing w:after="0"/>
              <w:jc w:val="center"/>
            </w:pPr>
            <w:r>
              <w:rPr>
                <w:b/>
                <w:sz w:val="15"/>
              </w:rPr>
              <w:t>p</w:t>
            </w:r>
          </w:p>
        </w:tc>
        <w:tc>
          <w:tcPr>
            <w:tcW w:w="1008" w:type="dxa"/>
            <w:tcMar>
              <w:top w:w="45" w:type="dxa"/>
              <w:left w:w="55" w:type="dxa"/>
              <w:bottom w:w="45" w:type="dxa"/>
              <w:right w:w="55" w:type="dxa"/>
            </w:tcMar>
            <w:vAlign w:val="center"/>
          </w:tcPr>
          <w:p w14:paraId="1E016DB6" w14:textId="77777777" w:rsidR="00122D62" w:rsidRDefault="00000000">
            <w:pPr>
              <w:spacing w:after="0"/>
              <w:jc w:val="center"/>
            </w:pPr>
            <w:r>
              <w:rPr>
                <w:b/>
                <w:sz w:val="15"/>
              </w:rPr>
              <w:t>OR</w:t>
            </w:r>
          </w:p>
        </w:tc>
        <w:tc>
          <w:tcPr>
            <w:tcW w:w="1944" w:type="dxa"/>
            <w:tcMar>
              <w:top w:w="45" w:type="dxa"/>
              <w:left w:w="55" w:type="dxa"/>
              <w:bottom w:w="45" w:type="dxa"/>
              <w:right w:w="55" w:type="dxa"/>
            </w:tcMar>
            <w:vAlign w:val="center"/>
          </w:tcPr>
          <w:p w14:paraId="37DA9059" w14:textId="77777777" w:rsidR="00122D62" w:rsidRDefault="00000000">
            <w:pPr>
              <w:spacing w:after="0"/>
              <w:jc w:val="center"/>
            </w:pPr>
            <w:r>
              <w:rPr>
                <w:b/>
                <w:sz w:val="15"/>
              </w:rPr>
              <w:t>95% CI for OR</w:t>
            </w:r>
          </w:p>
        </w:tc>
      </w:tr>
      <w:tr w:rsidR="00122D62" w14:paraId="0B67F6D3" w14:textId="77777777">
        <w:trPr>
          <w:cantSplit/>
          <w:jc w:val="center"/>
        </w:trPr>
        <w:tc>
          <w:tcPr>
            <w:tcW w:w="2376" w:type="dxa"/>
            <w:tcMar>
              <w:top w:w="45" w:type="dxa"/>
              <w:left w:w="55" w:type="dxa"/>
              <w:bottom w:w="45" w:type="dxa"/>
              <w:right w:w="55" w:type="dxa"/>
            </w:tcMar>
            <w:vAlign w:val="center"/>
          </w:tcPr>
          <w:p w14:paraId="79D3757F" w14:textId="77777777" w:rsidR="00122D62" w:rsidRDefault="00000000">
            <w:pPr>
              <w:spacing w:after="0"/>
            </w:pPr>
            <w:r>
              <w:rPr>
                <w:sz w:val="15"/>
              </w:rPr>
              <w:t>Risk tolerance</w:t>
            </w:r>
          </w:p>
        </w:tc>
        <w:tc>
          <w:tcPr>
            <w:tcW w:w="1656" w:type="dxa"/>
            <w:tcMar>
              <w:top w:w="45" w:type="dxa"/>
              <w:left w:w="55" w:type="dxa"/>
              <w:bottom w:w="45" w:type="dxa"/>
              <w:right w:w="55" w:type="dxa"/>
            </w:tcMar>
            <w:vAlign w:val="center"/>
          </w:tcPr>
          <w:p w14:paraId="404F727C" w14:textId="77777777" w:rsidR="00122D62" w:rsidRDefault="00000000">
            <w:pPr>
              <w:spacing w:after="0"/>
              <w:jc w:val="center"/>
            </w:pPr>
            <w:r>
              <w:rPr>
                <w:sz w:val="15"/>
              </w:rPr>
              <w:t>-1.133 (0.250)</w:t>
            </w:r>
          </w:p>
        </w:tc>
        <w:tc>
          <w:tcPr>
            <w:tcW w:w="1080" w:type="dxa"/>
            <w:tcMar>
              <w:top w:w="45" w:type="dxa"/>
              <w:left w:w="55" w:type="dxa"/>
              <w:bottom w:w="45" w:type="dxa"/>
              <w:right w:w="55" w:type="dxa"/>
            </w:tcMar>
            <w:vAlign w:val="center"/>
          </w:tcPr>
          <w:p w14:paraId="42E7E7DF" w14:textId="77777777" w:rsidR="00122D62" w:rsidRDefault="00000000">
            <w:pPr>
              <w:spacing w:after="0"/>
              <w:jc w:val="center"/>
            </w:pPr>
            <w:r>
              <w:rPr>
                <w:sz w:val="15"/>
              </w:rPr>
              <w:t>-4.538</w:t>
            </w:r>
          </w:p>
        </w:tc>
        <w:tc>
          <w:tcPr>
            <w:tcW w:w="936" w:type="dxa"/>
            <w:tcMar>
              <w:top w:w="45" w:type="dxa"/>
              <w:left w:w="55" w:type="dxa"/>
              <w:bottom w:w="45" w:type="dxa"/>
              <w:right w:w="55" w:type="dxa"/>
            </w:tcMar>
            <w:vAlign w:val="center"/>
          </w:tcPr>
          <w:p w14:paraId="55B73445" w14:textId="77777777" w:rsidR="00122D62" w:rsidRDefault="00000000">
            <w:pPr>
              <w:spacing w:after="0"/>
              <w:jc w:val="center"/>
            </w:pPr>
            <w:r>
              <w:rPr>
                <w:sz w:val="15"/>
              </w:rPr>
              <w:t>&lt;.001</w:t>
            </w:r>
          </w:p>
        </w:tc>
        <w:tc>
          <w:tcPr>
            <w:tcW w:w="1008" w:type="dxa"/>
            <w:tcMar>
              <w:top w:w="45" w:type="dxa"/>
              <w:left w:w="55" w:type="dxa"/>
              <w:bottom w:w="45" w:type="dxa"/>
              <w:right w:w="55" w:type="dxa"/>
            </w:tcMar>
            <w:vAlign w:val="center"/>
          </w:tcPr>
          <w:p w14:paraId="705D283C" w14:textId="77777777" w:rsidR="00122D62" w:rsidRDefault="00000000">
            <w:pPr>
              <w:spacing w:after="0"/>
              <w:jc w:val="center"/>
            </w:pPr>
            <w:r>
              <w:rPr>
                <w:sz w:val="15"/>
              </w:rPr>
              <w:t>0.32</w:t>
            </w:r>
          </w:p>
        </w:tc>
        <w:tc>
          <w:tcPr>
            <w:tcW w:w="1944" w:type="dxa"/>
            <w:tcMar>
              <w:top w:w="45" w:type="dxa"/>
              <w:left w:w="55" w:type="dxa"/>
              <w:bottom w:w="45" w:type="dxa"/>
              <w:right w:w="55" w:type="dxa"/>
            </w:tcMar>
            <w:vAlign w:val="center"/>
          </w:tcPr>
          <w:p w14:paraId="40DD7896" w14:textId="77777777" w:rsidR="00122D62" w:rsidRDefault="00000000">
            <w:pPr>
              <w:spacing w:after="0"/>
              <w:jc w:val="center"/>
            </w:pPr>
            <w:r>
              <w:rPr>
                <w:sz w:val="15"/>
              </w:rPr>
              <w:t>0.20–0.53</w:t>
            </w:r>
          </w:p>
        </w:tc>
      </w:tr>
      <w:tr w:rsidR="00122D62" w14:paraId="2F775C9D" w14:textId="77777777">
        <w:trPr>
          <w:cantSplit/>
          <w:jc w:val="center"/>
        </w:trPr>
        <w:tc>
          <w:tcPr>
            <w:tcW w:w="2376" w:type="dxa"/>
            <w:tcMar>
              <w:top w:w="45" w:type="dxa"/>
              <w:left w:w="55" w:type="dxa"/>
              <w:bottom w:w="45" w:type="dxa"/>
              <w:right w:w="55" w:type="dxa"/>
            </w:tcMar>
            <w:vAlign w:val="center"/>
          </w:tcPr>
          <w:p w14:paraId="2E74B872" w14:textId="77777777" w:rsidR="00122D62" w:rsidRDefault="00000000">
            <w:pPr>
              <w:spacing w:after="0"/>
            </w:pPr>
            <w:r>
              <w:rPr>
                <w:sz w:val="15"/>
              </w:rPr>
              <w:t>Financial literacy</w:t>
            </w:r>
          </w:p>
        </w:tc>
        <w:tc>
          <w:tcPr>
            <w:tcW w:w="1656" w:type="dxa"/>
            <w:tcMar>
              <w:top w:w="45" w:type="dxa"/>
              <w:left w:w="55" w:type="dxa"/>
              <w:bottom w:w="45" w:type="dxa"/>
              <w:right w:w="55" w:type="dxa"/>
            </w:tcMar>
            <w:vAlign w:val="center"/>
          </w:tcPr>
          <w:p w14:paraId="4ED4C54E" w14:textId="77777777" w:rsidR="00122D62" w:rsidRDefault="00000000">
            <w:pPr>
              <w:spacing w:after="0"/>
              <w:jc w:val="center"/>
            </w:pPr>
            <w:r>
              <w:rPr>
                <w:sz w:val="15"/>
              </w:rPr>
              <w:t>-0.261 (0.148)</w:t>
            </w:r>
          </w:p>
        </w:tc>
        <w:tc>
          <w:tcPr>
            <w:tcW w:w="1080" w:type="dxa"/>
            <w:tcMar>
              <w:top w:w="45" w:type="dxa"/>
              <w:left w:w="55" w:type="dxa"/>
              <w:bottom w:w="45" w:type="dxa"/>
              <w:right w:w="55" w:type="dxa"/>
            </w:tcMar>
            <w:vAlign w:val="center"/>
          </w:tcPr>
          <w:p w14:paraId="53A21DA6" w14:textId="77777777" w:rsidR="00122D62" w:rsidRDefault="00000000">
            <w:pPr>
              <w:spacing w:after="0"/>
              <w:jc w:val="center"/>
            </w:pPr>
            <w:r>
              <w:rPr>
                <w:sz w:val="15"/>
              </w:rPr>
              <w:t>-1.768</w:t>
            </w:r>
          </w:p>
        </w:tc>
        <w:tc>
          <w:tcPr>
            <w:tcW w:w="936" w:type="dxa"/>
            <w:tcMar>
              <w:top w:w="45" w:type="dxa"/>
              <w:left w:w="55" w:type="dxa"/>
              <w:bottom w:w="45" w:type="dxa"/>
              <w:right w:w="55" w:type="dxa"/>
            </w:tcMar>
            <w:vAlign w:val="center"/>
          </w:tcPr>
          <w:p w14:paraId="0D583AC1" w14:textId="77777777" w:rsidR="00122D62" w:rsidRDefault="00000000">
            <w:pPr>
              <w:spacing w:after="0"/>
              <w:jc w:val="center"/>
            </w:pPr>
            <w:r>
              <w:rPr>
                <w:sz w:val="15"/>
              </w:rPr>
              <w:t>0.077</w:t>
            </w:r>
          </w:p>
        </w:tc>
        <w:tc>
          <w:tcPr>
            <w:tcW w:w="1008" w:type="dxa"/>
            <w:tcMar>
              <w:top w:w="45" w:type="dxa"/>
              <w:left w:w="55" w:type="dxa"/>
              <w:bottom w:w="45" w:type="dxa"/>
              <w:right w:w="55" w:type="dxa"/>
            </w:tcMar>
            <w:vAlign w:val="center"/>
          </w:tcPr>
          <w:p w14:paraId="0CD2C29A" w14:textId="77777777" w:rsidR="00122D62" w:rsidRDefault="00000000">
            <w:pPr>
              <w:spacing w:after="0"/>
              <w:jc w:val="center"/>
            </w:pPr>
            <w:r>
              <w:rPr>
                <w:sz w:val="15"/>
              </w:rPr>
              <w:t>0.77</w:t>
            </w:r>
          </w:p>
        </w:tc>
        <w:tc>
          <w:tcPr>
            <w:tcW w:w="1944" w:type="dxa"/>
            <w:tcMar>
              <w:top w:w="45" w:type="dxa"/>
              <w:left w:w="55" w:type="dxa"/>
              <w:bottom w:w="45" w:type="dxa"/>
              <w:right w:w="55" w:type="dxa"/>
            </w:tcMar>
            <w:vAlign w:val="center"/>
          </w:tcPr>
          <w:p w14:paraId="0C80422C" w14:textId="77777777" w:rsidR="00122D62" w:rsidRDefault="00000000">
            <w:pPr>
              <w:spacing w:after="0"/>
              <w:jc w:val="center"/>
            </w:pPr>
            <w:r>
              <w:rPr>
                <w:sz w:val="15"/>
              </w:rPr>
              <w:t>0.58–1.03</w:t>
            </w:r>
          </w:p>
        </w:tc>
      </w:tr>
      <w:tr w:rsidR="00122D62" w14:paraId="48140379" w14:textId="77777777">
        <w:trPr>
          <w:cantSplit/>
          <w:jc w:val="center"/>
        </w:trPr>
        <w:tc>
          <w:tcPr>
            <w:tcW w:w="2376" w:type="dxa"/>
            <w:tcMar>
              <w:top w:w="45" w:type="dxa"/>
              <w:left w:w="55" w:type="dxa"/>
              <w:bottom w:w="45" w:type="dxa"/>
              <w:right w:w="55" w:type="dxa"/>
            </w:tcMar>
            <w:vAlign w:val="center"/>
          </w:tcPr>
          <w:p w14:paraId="1128C995" w14:textId="77777777" w:rsidR="00122D62" w:rsidRDefault="00000000">
            <w:pPr>
              <w:spacing w:after="0"/>
            </w:pPr>
            <w:r>
              <w:rPr>
                <w:sz w:val="15"/>
              </w:rPr>
              <w:t>Financial access</w:t>
            </w:r>
          </w:p>
        </w:tc>
        <w:tc>
          <w:tcPr>
            <w:tcW w:w="1656" w:type="dxa"/>
            <w:tcMar>
              <w:top w:w="45" w:type="dxa"/>
              <w:left w:w="55" w:type="dxa"/>
              <w:bottom w:w="45" w:type="dxa"/>
              <w:right w:w="55" w:type="dxa"/>
            </w:tcMar>
            <w:vAlign w:val="center"/>
          </w:tcPr>
          <w:p w14:paraId="64CA04BC" w14:textId="77777777" w:rsidR="00122D62" w:rsidRDefault="00000000">
            <w:pPr>
              <w:spacing w:after="0"/>
              <w:jc w:val="center"/>
            </w:pPr>
            <w:r>
              <w:rPr>
                <w:sz w:val="15"/>
              </w:rPr>
              <w:t>0.302 (0.314)</w:t>
            </w:r>
          </w:p>
        </w:tc>
        <w:tc>
          <w:tcPr>
            <w:tcW w:w="1080" w:type="dxa"/>
            <w:tcMar>
              <w:top w:w="45" w:type="dxa"/>
              <w:left w:w="55" w:type="dxa"/>
              <w:bottom w:w="45" w:type="dxa"/>
              <w:right w:w="55" w:type="dxa"/>
            </w:tcMar>
            <w:vAlign w:val="center"/>
          </w:tcPr>
          <w:p w14:paraId="35249590" w14:textId="77777777" w:rsidR="00122D62" w:rsidRDefault="00000000">
            <w:pPr>
              <w:spacing w:after="0"/>
              <w:jc w:val="center"/>
            </w:pPr>
            <w:r>
              <w:rPr>
                <w:sz w:val="15"/>
              </w:rPr>
              <w:t>0.964</w:t>
            </w:r>
          </w:p>
        </w:tc>
        <w:tc>
          <w:tcPr>
            <w:tcW w:w="936" w:type="dxa"/>
            <w:tcMar>
              <w:top w:w="45" w:type="dxa"/>
              <w:left w:w="55" w:type="dxa"/>
              <w:bottom w:w="45" w:type="dxa"/>
              <w:right w:w="55" w:type="dxa"/>
            </w:tcMar>
            <w:vAlign w:val="center"/>
          </w:tcPr>
          <w:p w14:paraId="578A730D" w14:textId="77777777" w:rsidR="00122D62" w:rsidRDefault="00000000">
            <w:pPr>
              <w:spacing w:after="0"/>
              <w:jc w:val="center"/>
            </w:pPr>
            <w:r>
              <w:rPr>
                <w:sz w:val="15"/>
              </w:rPr>
              <w:t>0.335</w:t>
            </w:r>
          </w:p>
        </w:tc>
        <w:tc>
          <w:tcPr>
            <w:tcW w:w="1008" w:type="dxa"/>
            <w:tcMar>
              <w:top w:w="45" w:type="dxa"/>
              <w:left w:w="55" w:type="dxa"/>
              <w:bottom w:w="45" w:type="dxa"/>
              <w:right w:w="55" w:type="dxa"/>
            </w:tcMar>
            <w:vAlign w:val="center"/>
          </w:tcPr>
          <w:p w14:paraId="756CAD56" w14:textId="77777777" w:rsidR="00122D62" w:rsidRDefault="00000000">
            <w:pPr>
              <w:spacing w:after="0"/>
              <w:jc w:val="center"/>
            </w:pPr>
            <w:r>
              <w:rPr>
                <w:sz w:val="15"/>
              </w:rPr>
              <w:t>1.35</w:t>
            </w:r>
          </w:p>
        </w:tc>
        <w:tc>
          <w:tcPr>
            <w:tcW w:w="1944" w:type="dxa"/>
            <w:tcMar>
              <w:top w:w="45" w:type="dxa"/>
              <w:left w:w="55" w:type="dxa"/>
              <w:bottom w:w="45" w:type="dxa"/>
              <w:right w:w="55" w:type="dxa"/>
            </w:tcMar>
            <w:vAlign w:val="center"/>
          </w:tcPr>
          <w:p w14:paraId="6542A07F" w14:textId="77777777" w:rsidR="00122D62" w:rsidRDefault="00000000">
            <w:pPr>
              <w:spacing w:after="0"/>
              <w:jc w:val="center"/>
            </w:pPr>
            <w:r>
              <w:rPr>
                <w:sz w:val="15"/>
              </w:rPr>
              <w:t>0.73–2.50</w:t>
            </w:r>
          </w:p>
        </w:tc>
      </w:tr>
      <w:tr w:rsidR="00122D62" w14:paraId="42B06944" w14:textId="77777777">
        <w:trPr>
          <w:cantSplit/>
          <w:jc w:val="center"/>
        </w:trPr>
        <w:tc>
          <w:tcPr>
            <w:tcW w:w="2376" w:type="dxa"/>
            <w:tcMar>
              <w:top w:w="45" w:type="dxa"/>
              <w:left w:w="55" w:type="dxa"/>
              <w:bottom w:w="45" w:type="dxa"/>
              <w:right w:w="55" w:type="dxa"/>
            </w:tcMar>
            <w:vAlign w:val="center"/>
          </w:tcPr>
          <w:p w14:paraId="42D622E8" w14:textId="77777777" w:rsidR="00122D62" w:rsidRDefault="00000000">
            <w:pPr>
              <w:spacing w:after="0"/>
            </w:pPr>
            <w:r>
              <w:rPr>
                <w:sz w:val="15"/>
              </w:rPr>
              <w:t>Digital financial services</w:t>
            </w:r>
          </w:p>
        </w:tc>
        <w:tc>
          <w:tcPr>
            <w:tcW w:w="1656" w:type="dxa"/>
            <w:tcMar>
              <w:top w:w="45" w:type="dxa"/>
              <w:left w:w="55" w:type="dxa"/>
              <w:bottom w:w="45" w:type="dxa"/>
              <w:right w:w="55" w:type="dxa"/>
            </w:tcMar>
            <w:vAlign w:val="center"/>
          </w:tcPr>
          <w:p w14:paraId="2C05F1FA" w14:textId="77777777" w:rsidR="00122D62" w:rsidRDefault="00000000">
            <w:pPr>
              <w:spacing w:after="0"/>
              <w:jc w:val="center"/>
            </w:pPr>
            <w:r>
              <w:rPr>
                <w:sz w:val="15"/>
              </w:rPr>
              <w:t>-0.367 (0.246)</w:t>
            </w:r>
          </w:p>
        </w:tc>
        <w:tc>
          <w:tcPr>
            <w:tcW w:w="1080" w:type="dxa"/>
            <w:tcMar>
              <w:top w:w="45" w:type="dxa"/>
              <w:left w:w="55" w:type="dxa"/>
              <w:bottom w:w="45" w:type="dxa"/>
              <w:right w:w="55" w:type="dxa"/>
            </w:tcMar>
            <w:vAlign w:val="center"/>
          </w:tcPr>
          <w:p w14:paraId="7B20D989" w14:textId="77777777" w:rsidR="00122D62" w:rsidRDefault="00000000">
            <w:pPr>
              <w:spacing w:after="0"/>
              <w:jc w:val="center"/>
            </w:pPr>
            <w:r>
              <w:rPr>
                <w:sz w:val="15"/>
              </w:rPr>
              <w:t>-1.494</w:t>
            </w:r>
          </w:p>
        </w:tc>
        <w:tc>
          <w:tcPr>
            <w:tcW w:w="936" w:type="dxa"/>
            <w:tcMar>
              <w:top w:w="45" w:type="dxa"/>
              <w:left w:w="55" w:type="dxa"/>
              <w:bottom w:w="45" w:type="dxa"/>
              <w:right w:w="55" w:type="dxa"/>
            </w:tcMar>
            <w:vAlign w:val="center"/>
          </w:tcPr>
          <w:p w14:paraId="3646552E" w14:textId="77777777" w:rsidR="00122D62" w:rsidRDefault="00000000">
            <w:pPr>
              <w:spacing w:after="0"/>
              <w:jc w:val="center"/>
            </w:pPr>
            <w:r>
              <w:rPr>
                <w:sz w:val="15"/>
              </w:rPr>
              <w:t>0.135</w:t>
            </w:r>
          </w:p>
        </w:tc>
        <w:tc>
          <w:tcPr>
            <w:tcW w:w="1008" w:type="dxa"/>
            <w:tcMar>
              <w:top w:w="45" w:type="dxa"/>
              <w:left w:w="55" w:type="dxa"/>
              <w:bottom w:w="45" w:type="dxa"/>
              <w:right w:w="55" w:type="dxa"/>
            </w:tcMar>
            <w:vAlign w:val="center"/>
          </w:tcPr>
          <w:p w14:paraId="433E9BA7" w14:textId="77777777" w:rsidR="00122D62" w:rsidRDefault="00000000">
            <w:pPr>
              <w:spacing w:after="0"/>
              <w:jc w:val="center"/>
            </w:pPr>
            <w:r>
              <w:rPr>
                <w:sz w:val="15"/>
              </w:rPr>
              <w:t>0.69</w:t>
            </w:r>
          </w:p>
        </w:tc>
        <w:tc>
          <w:tcPr>
            <w:tcW w:w="1944" w:type="dxa"/>
            <w:tcMar>
              <w:top w:w="45" w:type="dxa"/>
              <w:left w:w="55" w:type="dxa"/>
              <w:bottom w:w="45" w:type="dxa"/>
              <w:right w:w="55" w:type="dxa"/>
            </w:tcMar>
            <w:vAlign w:val="center"/>
          </w:tcPr>
          <w:p w14:paraId="53E63C9E" w14:textId="77777777" w:rsidR="00122D62" w:rsidRDefault="00000000">
            <w:pPr>
              <w:spacing w:after="0"/>
              <w:jc w:val="center"/>
            </w:pPr>
            <w:r>
              <w:rPr>
                <w:sz w:val="15"/>
              </w:rPr>
              <w:t>0.43–1.12</w:t>
            </w:r>
          </w:p>
        </w:tc>
      </w:tr>
      <w:tr w:rsidR="00122D62" w14:paraId="53976BCD" w14:textId="77777777">
        <w:trPr>
          <w:cantSplit/>
          <w:jc w:val="center"/>
        </w:trPr>
        <w:tc>
          <w:tcPr>
            <w:tcW w:w="2376" w:type="dxa"/>
            <w:tcMar>
              <w:top w:w="45" w:type="dxa"/>
              <w:left w:w="55" w:type="dxa"/>
              <w:bottom w:w="45" w:type="dxa"/>
              <w:right w:w="55" w:type="dxa"/>
            </w:tcMar>
            <w:vAlign w:val="center"/>
          </w:tcPr>
          <w:p w14:paraId="04C336D0" w14:textId="77777777" w:rsidR="00122D62" w:rsidRDefault="00000000">
            <w:pPr>
              <w:spacing w:after="0"/>
            </w:pPr>
            <w:r>
              <w:rPr>
                <w:sz w:val="15"/>
              </w:rPr>
              <w:t>Regulation</w:t>
            </w:r>
          </w:p>
        </w:tc>
        <w:tc>
          <w:tcPr>
            <w:tcW w:w="1656" w:type="dxa"/>
            <w:tcMar>
              <w:top w:w="45" w:type="dxa"/>
              <w:left w:w="55" w:type="dxa"/>
              <w:bottom w:w="45" w:type="dxa"/>
              <w:right w:w="55" w:type="dxa"/>
            </w:tcMar>
            <w:vAlign w:val="center"/>
          </w:tcPr>
          <w:p w14:paraId="501A8C9F" w14:textId="77777777" w:rsidR="00122D62" w:rsidRDefault="00000000">
            <w:pPr>
              <w:spacing w:after="0"/>
              <w:jc w:val="center"/>
            </w:pPr>
            <w:r>
              <w:rPr>
                <w:sz w:val="15"/>
              </w:rPr>
              <w:t>0.037 (0.357)</w:t>
            </w:r>
          </w:p>
        </w:tc>
        <w:tc>
          <w:tcPr>
            <w:tcW w:w="1080" w:type="dxa"/>
            <w:tcMar>
              <w:top w:w="45" w:type="dxa"/>
              <w:left w:w="55" w:type="dxa"/>
              <w:bottom w:w="45" w:type="dxa"/>
              <w:right w:w="55" w:type="dxa"/>
            </w:tcMar>
            <w:vAlign w:val="center"/>
          </w:tcPr>
          <w:p w14:paraId="25919F68" w14:textId="77777777" w:rsidR="00122D62" w:rsidRDefault="00000000">
            <w:pPr>
              <w:spacing w:after="0"/>
              <w:jc w:val="center"/>
            </w:pPr>
            <w:r>
              <w:rPr>
                <w:sz w:val="15"/>
              </w:rPr>
              <w:t>0.103</w:t>
            </w:r>
          </w:p>
        </w:tc>
        <w:tc>
          <w:tcPr>
            <w:tcW w:w="936" w:type="dxa"/>
            <w:tcMar>
              <w:top w:w="45" w:type="dxa"/>
              <w:left w:w="55" w:type="dxa"/>
              <w:bottom w:w="45" w:type="dxa"/>
              <w:right w:w="55" w:type="dxa"/>
            </w:tcMar>
            <w:vAlign w:val="center"/>
          </w:tcPr>
          <w:p w14:paraId="5E9D24FB" w14:textId="77777777" w:rsidR="00122D62" w:rsidRDefault="00000000">
            <w:pPr>
              <w:spacing w:after="0"/>
              <w:jc w:val="center"/>
            </w:pPr>
            <w:r>
              <w:rPr>
                <w:sz w:val="15"/>
              </w:rPr>
              <w:t>0.918</w:t>
            </w:r>
          </w:p>
        </w:tc>
        <w:tc>
          <w:tcPr>
            <w:tcW w:w="1008" w:type="dxa"/>
            <w:tcMar>
              <w:top w:w="45" w:type="dxa"/>
              <w:left w:w="55" w:type="dxa"/>
              <w:bottom w:w="45" w:type="dxa"/>
              <w:right w:w="55" w:type="dxa"/>
            </w:tcMar>
            <w:vAlign w:val="center"/>
          </w:tcPr>
          <w:p w14:paraId="4DA0A6F8" w14:textId="77777777" w:rsidR="00122D62" w:rsidRDefault="00000000">
            <w:pPr>
              <w:spacing w:after="0"/>
              <w:jc w:val="center"/>
            </w:pPr>
            <w:r>
              <w:rPr>
                <w:sz w:val="15"/>
              </w:rPr>
              <w:t>1.04</w:t>
            </w:r>
          </w:p>
        </w:tc>
        <w:tc>
          <w:tcPr>
            <w:tcW w:w="1944" w:type="dxa"/>
            <w:tcMar>
              <w:top w:w="45" w:type="dxa"/>
              <w:left w:w="55" w:type="dxa"/>
              <w:bottom w:w="45" w:type="dxa"/>
              <w:right w:w="55" w:type="dxa"/>
            </w:tcMar>
            <w:vAlign w:val="center"/>
          </w:tcPr>
          <w:p w14:paraId="2732669D" w14:textId="77777777" w:rsidR="00122D62" w:rsidRDefault="00000000">
            <w:pPr>
              <w:spacing w:after="0"/>
              <w:jc w:val="center"/>
            </w:pPr>
            <w:r>
              <w:rPr>
                <w:sz w:val="15"/>
              </w:rPr>
              <w:t>0.52–2.09</w:t>
            </w:r>
          </w:p>
        </w:tc>
      </w:tr>
    </w:tbl>
    <w:p w14:paraId="730F7E59" w14:textId="77777777" w:rsidR="00122D62" w:rsidRDefault="00000000">
      <w:pPr>
        <w:spacing w:before="20" w:after="40"/>
        <w:jc w:val="both"/>
      </w:pPr>
      <w:r>
        <w:rPr>
          <w:b/>
          <w:sz w:val="16"/>
        </w:rPr>
        <w:t xml:space="preserve">Note: </w:t>
      </w:r>
      <w:r>
        <w:rPr>
          <w:sz w:val="16"/>
        </w:rPr>
        <w:t>N = 200. Log likelihood = -236.210; LR χ²(5) = 37.609, p &lt; .001; McFadden R² = 0.074. Cut points: 2/3 = -8.598, 3/4 = -6.139, and 4/5 = -4.501.</w:t>
      </w:r>
    </w:p>
    <w:p w14:paraId="346F053C" w14:textId="77777777" w:rsidR="00122D62" w:rsidRDefault="00000000">
      <w:pPr>
        <w:keepNext/>
        <w:spacing w:before="60" w:after="40"/>
      </w:pPr>
      <w:r>
        <w:rPr>
          <w:b/>
        </w:rPr>
        <w:t>4.5 Model Diagnostics and Robustness</w:t>
      </w:r>
    </w:p>
    <w:p w14:paraId="22288DAA" w14:textId="77777777" w:rsidR="00122D62" w:rsidRDefault="00000000">
      <w:pPr>
        <w:ind w:firstLine="331"/>
        <w:jc w:val="both"/>
      </w:pPr>
      <w:r>
        <w:t>The binary model showed strong overall discrimination: the likelihood-ratio test was significant (p &lt; .001), McFadden R² was 0.554, AUC was 0.940, and classification accuracy at a 0.50 cutoff was 85.5% (84 true negatives and 87 true positives). The Brier score was 0.099. The Hosmer–Lemeshow statistic was 5.844 (p = 0.665), providing no evidence of lack of fit under the chosen decile grouping. Predictor VIF values ranged from 1.02 to 2.17, indicating no serious multicollinearity.</w:t>
      </w:r>
    </w:p>
    <w:p w14:paraId="08CF7573" w14:textId="77777777" w:rsidR="00122D62" w:rsidRDefault="00000000">
      <w:pPr>
        <w:ind w:firstLine="331"/>
        <w:jc w:val="both"/>
      </w:pPr>
      <w:r>
        <w:t>HC1 robust standard errors retained the significance of age, risk tolerance, financial literacy, and financial access in the binary model. In the stock ordered model, robust inference retained risk tolerance, financial access, and digital financial services and also placed financial literacy just below the 5% threshold (p = 0.040). In the mutual-fund model, risk tolerance remained significant, while financial literacy became significant under HC1 errors (p = 0.028); this sensitivity warrants cautious interpretation of the literacy effect.</w:t>
      </w:r>
    </w:p>
    <w:p w14:paraId="19D96338" w14:textId="77777777" w:rsidR="00122D62" w:rsidRDefault="00000000">
      <w:pPr>
        <w:ind w:firstLine="331"/>
        <w:jc w:val="both"/>
      </w:pPr>
      <w:r>
        <w:t>The parallel-lines diagnostic did not reject proportional odds for the mutual-fund model (χ²(10) = 12.20, p = 0.272) but indicated a possible violation for the stock model (χ²(10) = 22.09, p = 0.015). Accordingly, the stock ordered-logit coefficients should be interpreted as average proportional-odds associations. A multinomial or generalized ordered-logit model would be a useful sensitivity extension in future research.</w:t>
      </w:r>
    </w:p>
    <w:p w14:paraId="43C015CA" w14:textId="77777777" w:rsidR="00122D62" w:rsidRDefault="00000000">
      <w:pPr>
        <w:keepNext/>
        <w:spacing w:before="60" w:after="20"/>
      </w:pPr>
      <w:r>
        <w:rPr>
          <w:b/>
          <w:sz w:val="18"/>
        </w:rPr>
        <w:t>Table 6. Model-fit and diagnostic summary</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232"/>
        <w:gridCol w:w="1440"/>
        <w:gridCol w:w="1440"/>
        <w:gridCol w:w="2448"/>
        <w:gridCol w:w="2376"/>
      </w:tblGrid>
      <w:tr w:rsidR="00122D62" w14:paraId="1742E91F" w14:textId="77777777">
        <w:trPr>
          <w:tblHeader/>
          <w:jc w:val="center"/>
        </w:trPr>
        <w:tc>
          <w:tcPr>
            <w:tcW w:w="2232" w:type="dxa"/>
            <w:tcMar>
              <w:top w:w="45" w:type="dxa"/>
              <w:left w:w="55" w:type="dxa"/>
              <w:bottom w:w="45" w:type="dxa"/>
              <w:right w:w="55" w:type="dxa"/>
            </w:tcMar>
            <w:vAlign w:val="center"/>
          </w:tcPr>
          <w:p w14:paraId="3B10B3EF" w14:textId="77777777" w:rsidR="00122D62" w:rsidRDefault="00000000">
            <w:pPr>
              <w:spacing w:after="0"/>
              <w:jc w:val="center"/>
            </w:pPr>
            <w:r>
              <w:rPr>
                <w:b/>
                <w:sz w:val="15"/>
              </w:rPr>
              <w:t>Model</w:t>
            </w:r>
          </w:p>
        </w:tc>
        <w:tc>
          <w:tcPr>
            <w:tcW w:w="1440" w:type="dxa"/>
            <w:tcMar>
              <w:top w:w="45" w:type="dxa"/>
              <w:left w:w="55" w:type="dxa"/>
              <w:bottom w:w="45" w:type="dxa"/>
              <w:right w:w="55" w:type="dxa"/>
            </w:tcMar>
            <w:vAlign w:val="center"/>
          </w:tcPr>
          <w:p w14:paraId="0AD3B198" w14:textId="77777777" w:rsidR="00122D62" w:rsidRDefault="00000000">
            <w:pPr>
              <w:spacing w:after="0"/>
              <w:jc w:val="center"/>
            </w:pPr>
            <w:r>
              <w:rPr>
                <w:b/>
                <w:sz w:val="15"/>
              </w:rPr>
              <w:t>Log likelihood</w:t>
            </w:r>
          </w:p>
        </w:tc>
        <w:tc>
          <w:tcPr>
            <w:tcW w:w="1440" w:type="dxa"/>
            <w:tcMar>
              <w:top w:w="45" w:type="dxa"/>
              <w:left w:w="55" w:type="dxa"/>
              <w:bottom w:w="45" w:type="dxa"/>
              <w:right w:w="55" w:type="dxa"/>
            </w:tcMar>
            <w:vAlign w:val="center"/>
          </w:tcPr>
          <w:p w14:paraId="7650B88E" w14:textId="77777777" w:rsidR="00122D62" w:rsidRDefault="00000000">
            <w:pPr>
              <w:spacing w:after="0"/>
              <w:jc w:val="center"/>
            </w:pPr>
            <w:r>
              <w:rPr>
                <w:b/>
                <w:sz w:val="15"/>
              </w:rPr>
              <w:t>McFadden R²</w:t>
            </w:r>
          </w:p>
        </w:tc>
        <w:tc>
          <w:tcPr>
            <w:tcW w:w="2448" w:type="dxa"/>
            <w:tcMar>
              <w:top w:w="45" w:type="dxa"/>
              <w:left w:w="55" w:type="dxa"/>
              <w:bottom w:w="45" w:type="dxa"/>
              <w:right w:w="55" w:type="dxa"/>
            </w:tcMar>
            <w:vAlign w:val="center"/>
          </w:tcPr>
          <w:p w14:paraId="11C52376" w14:textId="77777777" w:rsidR="00122D62" w:rsidRDefault="00000000">
            <w:pPr>
              <w:spacing w:after="0"/>
              <w:jc w:val="center"/>
            </w:pPr>
            <w:r>
              <w:rPr>
                <w:b/>
                <w:sz w:val="15"/>
              </w:rPr>
              <w:t>LR test</w:t>
            </w:r>
          </w:p>
        </w:tc>
        <w:tc>
          <w:tcPr>
            <w:tcW w:w="2376" w:type="dxa"/>
            <w:tcMar>
              <w:top w:w="45" w:type="dxa"/>
              <w:left w:w="55" w:type="dxa"/>
              <w:bottom w:w="45" w:type="dxa"/>
              <w:right w:w="55" w:type="dxa"/>
            </w:tcMar>
            <w:vAlign w:val="center"/>
          </w:tcPr>
          <w:p w14:paraId="52EE33B8" w14:textId="77777777" w:rsidR="00122D62" w:rsidRDefault="00000000">
            <w:pPr>
              <w:spacing w:after="0"/>
              <w:jc w:val="center"/>
            </w:pPr>
            <w:r>
              <w:rPr>
                <w:b/>
                <w:sz w:val="15"/>
              </w:rPr>
              <w:t>Additional diagnostics</w:t>
            </w:r>
          </w:p>
        </w:tc>
      </w:tr>
      <w:tr w:rsidR="00122D62" w14:paraId="1AD82E8F" w14:textId="77777777">
        <w:trPr>
          <w:cantSplit/>
          <w:jc w:val="center"/>
        </w:trPr>
        <w:tc>
          <w:tcPr>
            <w:tcW w:w="2232" w:type="dxa"/>
            <w:tcMar>
              <w:top w:w="45" w:type="dxa"/>
              <w:left w:w="55" w:type="dxa"/>
              <w:bottom w:w="45" w:type="dxa"/>
              <w:right w:w="55" w:type="dxa"/>
            </w:tcMar>
            <w:vAlign w:val="center"/>
          </w:tcPr>
          <w:p w14:paraId="7CF6047A" w14:textId="77777777" w:rsidR="00122D62" w:rsidRDefault="00000000">
            <w:pPr>
              <w:spacing w:after="0"/>
            </w:pPr>
            <w:r>
              <w:rPr>
                <w:sz w:val="15"/>
              </w:rPr>
              <w:t>Binary stock preference</w:t>
            </w:r>
          </w:p>
        </w:tc>
        <w:tc>
          <w:tcPr>
            <w:tcW w:w="1440" w:type="dxa"/>
            <w:tcMar>
              <w:top w:w="45" w:type="dxa"/>
              <w:left w:w="55" w:type="dxa"/>
              <w:bottom w:w="45" w:type="dxa"/>
              <w:right w:w="55" w:type="dxa"/>
            </w:tcMar>
            <w:vAlign w:val="center"/>
          </w:tcPr>
          <w:p w14:paraId="0516C1B2" w14:textId="77777777" w:rsidR="00122D62" w:rsidRDefault="00000000">
            <w:pPr>
              <w:spacing w:after="0"/>
              <w:jc w:val="center"/>
            </w:pPr>
            <w:r>
              <w:rPr>
                <w:sz w:val="15"/>
              </w:rPr>
              <w:t>-61.824</w:t>
            </w:r>
          </w:p>
        </w:tc>
        <w:tc>
          <w:tcPr>
            <w:tcW w:w="1440" w:type="dxa"/>
            <w:tcMar>
              <w:top w:w="45" w:type="dxa"/>
              <w:left w:w="55" w:type="dxa"/>
              <w:bottom w:w="45" w:type="dxa"/>
              <w:right w:w="55" w:type="dxa"/>
            </w:tcMar>
            <w:vAlign w:val="center"/>
          </w:tcPr>
          <w:p w14:paraId="5511896D" w14:textId="77777777" w:rsidR="00122D62" w:rsidRDefault="00000000">
            <w:pPr>
              <w:spacing w:after="0"/>
              <w:jc w:val="center"/>
            </w:pPr>
            <w:r>
              <w:rPr>
                <w:sz w:val="15"/>
              </w:rPr>
              <w:t>0.554</w:t>
            </w:r>
          </w:p>
        </w:tc>
        <w:tc>
          <w:tcPr>
            <w:tcW w:w="2448" w:type="dxa"/>
            <w:tcMar>
              <w:top w:w="45" w:type="dxa"/>
              <w:left w:w="55" w:type="dxa"/>
              <w:bottom w:w="45" w:type="dxa"/>
              <w:right w:w="55" w:type="dxa"/>
            </w:tcMar>
            <w:vAlign w:val="center"/>
          </w:tcPr>
          <w:p w14:paraId="1CD20A8B" w14:textId="77777777" w:rsidR="00122D62" w:rsidRDefault="00000000">
            <w:pPr>
              <w:spacing w:after="0"/>
              <w:jc w:val="center"/>
            </w:pPr>
            <w:r>
              <w:rPr>
                <w:sz w:val="15"/>
              </w:rPr>
              <w:t>χ²(6) = 153.61, p &lt; .001</w:t>
            </w:r>
          </w:p>
        </w:tc>
        <w:tc>
          <w:tcPr>
            <w:tcW w:w="2376" w:type="dxa"/>
            <w:tcMar>
              <w:top w:w="45" w:type="dxa"/>
              <w:left w:w="55" w:type="dxa"/>
              <w:bottom w:w="45" w:type="dxa"/>
              <w:right w:w="55" w:type="dxa"/>
            </w:tcMar>
            <w:vAlign w:val="center"/>
          </w:tcPr>
          <w:p w14:paraId="40EB3835" w14:textId="77777777" w:rsidR="00122D62" w:rsidRDefault="00000000">
            <w:pPr>
              <w:spacing w:after="0"/>
              <w:jc w:val="center"/>
            </w:pPr>
            <w:r>
              <w:rPr>
                <w:sz w:val="15"/>
              </w:rPr>
              <w:t>AUC = 0.940; H–L p = 0.665</w:t>
            </w:r>
          </w:p>
        </w:tc>
      </w:tr>
      <w:tr w:rsidR="00122D62" w14:paraId="58E96DA0" w14:textId="77777777">
        <w:trPr>
          <w:cantSplit/>
          <w:jc w:val="center"/>
        </w:trPr>
        <w:tc>
          <w:tcPr>
            <w:tcW w:w="2232" w:type="dxa"/>
            <w:tcMar>
              <w:top w:w="45" w:type="dxa"/>
              <w:left w:w="55" w:type="dxa"/>
              <w:bottom w:w="45" w:type="dxa"/>
              <w:right w:w="55" w:type="dxa"/>
            </w:tcMar>
            <w:vAlign w:val="center"/>
          </w:tcPr>
          <w:p w14:paraId="727EED9A" w14:textId="77777777" w:rsidR="00122D62" w:rsidRDefault="00000000">
            <w:pPr>
              <w:spacing w:after="0"/>
            </w:pPr>
            <w:r>
              <w:rPr>
                <w:sz w:val="15"/>
              </w:rPr>
              <w:t>Ordered stock tendency</w:t>
            </w:r>
          </w:p>
        </w:tc>
        <w:tc>
          <w:tcPr>
            <w:tcW w:w="1440" w:type="dxa"/>
            <w:tcMar>
              <w:top w:w="45" w:type="dxa"/>
              <w:left w:w="55" w:type="dxa"/>
              <w:bottom w:w="45" w:type="dxa"/>
              <w:right w:w="55" w:type="dxa"/>
            </w:tcMar>
            <w:vAlign w:val="center"/>
          </w:tcPr>
          <w:p w14:paraId="0A6E1BFE" w14:textId="77777777" w:rsidR="00122D62" w:rsidRDefault="00000000">
            <w:pPr>
              <w:spacing w:after="0"/>
              <w:jc w:val="center"/>
            </w:pPr>
            <w:r>
              <w:rPr>
                <w:sz w:val="15"/>
              </w:rPr>
              <w:t>-235.108</w:t>
            </w:r>
          </w:p>
        </w:tc>
        <w:tc>
          <w:tcPr>
            <w:tcW w:w="1440" w:type="dxa"/>
            <w:tcMar>
              <w:top w:w="45" w:type="dxa"/>
              <w:left w:w="55" w:type="dxa"/>
              <w:bottom w:w="45" w:type="dxa"/>
              <w:right w:w="55" w:type="dxa"/>
            </w:tcMar>
            <w:vAlign w:val="center"/>
          </w:tcPr>
          <w:p w14:paraId="3D349A3E" w14:textId="77777777" w:rsidR="00122D62" w:rsidRDefault="00000000">
            <w:pPr>
              <w:spacing w:after="0"/>
              <w:jc w:val="center"/>
            </w:pPr>
            <w:r>
              <w:rPr>
                <w:sz w:val="15"/>
              </w:rPr>
              <w:t>0.131</w:t>
            </w:r>
          </w:p>
        </w:tc>
        <w:tc>
          <w:tcPr>
            <w:tcW w:w="2448" w:type="dxa"/>
            <w:tcMar>
              <w:top w:w="45" w:type="dxa"/>
              <w:left w:w="55" w:type="dxa"/>
              <w:bottom w:w="45" w:type="dxa"/>
              <w:right w:w="55" w:type="dxa"/>
            </w:tcMar>
            <w:vAlign w:val="center"/>
          </w:tcPr>
          <w:p w14:paraId="260E147E" w14:textId="77777777" w:rsidR="00122D62" w:rsidRDefault="00000000">
            <w:pPr>
              <w:spacing w:after="0"/>
              <w:jc w:val="center"/>
            </w:pPr>
            <w:r>
              <w:rPr>
                <w:sz w:val="15"/>
              </w:rPr>
              <w:t>χ²(5) = 70.59, p &lt; .001</w:t>
            </w:r>
          </w:p>
        </w:tc>
        <w:tc>
          <w:tcPr>
            <w:tcW w:w="2376" w:type="dxa"/>
            <w:tcMar>
              <w:top w:w="45" w:type="dxa"/>
              <w:left w:w="55" w:type="dxa"/>
              <w:bottom w:w="45" w:type="dxa"/>
              <w:right w:w="55" w:type="dxa"/>
            </w:tcMar>
            <w:vAlign w:val="center"/>
          </w:tcPr>
          <w:p w14:paraId="0534E2B2" w14:textId="77777777" w:rsidR="00122D62" w:rsidRDefault="00000000">
            <w:pPr>
              <w:spacing w:after="0"/>
              <w:jc w:val="center"/>
            </w:pPr>
            <w:r>
              <w:rPr>
                <w:sz w:val="15"/>
              </w:rPr>
              <w:t>Parallel-lines p = 0.015</w:t>
            </w:r>
          </w:p>
        </w:tc>
      </w:tr>
      <w:tr w:rsidR="00122D62" w14:paraId="6807DBF7" w14:textId="77777777">
        <w:trPr>
          <w:cantSplit/>
          <w:jc w:val="center"/>
        </w:trPr>
        <w:tc>
          <w:tcPr>
            <w:tcW w:w="2232" w:type="dxa"/>
            <w:tcMar>
              <w:top w:w="45" w:type="dxa"/>
              <w:left w:w="55" w:type="dxa"/>
              <w:bottom w:w="45" w:type="dxa"/>
              <w:right w:w="55" w:type="dxa"/>
            </w:tcMar>
            <w:vAlign w:val="center"/>
          </w:tcPr>
          <w:p w14:paraId="0E1F7E5A" w14:textId="77777777" w:rsidR="00122D62" w:rsidRDefault="00000000">
            <w:pPr>
              <w:spacing w:after="0"/>
            </w:pPr>
            <w:r>
              <w:rPr>
                <w:sz w:val="15"/>
              </w:rPr>
              <w:t>Ordered mutual-fund tendency</w:t>
            </w:r>
          </w:p>
        </w:tc>
        <w:tc>
          <w:tcPr>
            <w:tcW w:w="1440" w:type="dxa"/>
            <w:tcMar>
              <w:top w:w="45" w:type="dxa"/>
              <w:left w:w="55" w:type="dxa"/>
              <w:bottom w:w="45" w:type="dxa"/>
              <w:right w:w="55" w:type="dxa"/>
            </w:tcMar>
            <w:vAlign w:val="center"/>
          </w:tcPr>
          <w:p w14:paraId="693EF366" w14:textId="77777777" w:rsidR="00122D62" w:rsidRDefault="00000000">
            <w:pPr>
              <w:spacing w:after="0"/>
              <w:jc w:val="center"/>
            </w:pPr>
            <w:r>
              <w:rPr>
                <w:sz w:val="15"/>
              </w:rPr>
              <w:t>-236.210</w:t>
            </w:r>
          </w:p>
        </w:tc>
        <w:tc>
          <w:tcPr>
            <w:tcW w:w="1440" w:type="dxa"/>
            <w:tcMar>
              <w:top w:w="45" w:type="dxa"/>
              <w:left w:w="55" w:type="dxa"/>
              <w:bottom w:w="45" w:type="dxa"/>
              <w:right w:w="55" w:type="dxa"/>
            </w:tcMar>
            <w:vAlign w:val="center"/>
          </w:tcPr>
          <w:p w14:paraId="2F0C6C71" w14:textId="77777777" w:rsidR="00122D62" w:rsidRDefault="00000000">
            <w:pPr>
              <w:spacing w:after="0"/>
              <w:jc w:val="center"/>
            </w:pPr>
            <w:r>
              <w:rPr>
                <w:sz w:val="15"/>
              </w:rPr>
              <w:t>0.074</w:t>
            </w:r>
          </w:p>
        </w:tc>
        <w:tc>
          <w:tcPr>
            <w:tcW w:w="2448" w:type="dxa"/>
            <w:tcMar>
              <w:top w:w="45" w:type="dxa"/>
              <w:left w:w="55" w:type="dxa"/>
              <w:bottom w:w="45" w:type="dxa"/>
              <w:right w:w="55" w:type="dxa"/>
            </w:tcMar>
            <w:vAlign w:val="center"/>
          </w:tcPr>
          <w:p w14:paraId="0AA90378" w14:textId="77777777" w:rsidR="00122D62" w:rsidRDefault="00000000">
            <w:pPr>
              <w:spacing w:after="0"/>
              <w:jc w:val="center"/>
            </w:pPr>
            <w:r>
              <w:rPr>
                <w:sz w:val="15"/>
              </w:rPr>
              <w:t>χ²(5) = 37.61, p &lt; .001</w:t>
            </w:r>
          </w:p>
        </w:tc>
        <w:tc>
          <w:tcPr>
            <w:tcW w:w="2376" w:type="dxa"/>
            <w:tcMar>
              <w:top w:w="45" w:type="dxa"/>
              <w:left w:w="55" w:type="dxa"/>
              <w:bottom w:w="45" w:type="dxa"/>
              <w:right w:w="55" w:type="dxa"/>
            </w:tcMar>
            <w:vAlign w:val="center"/>
          </w:tcPr>
          <w:p w14:paraId="10F6D2F6" w14:textId="77777777" w:rsidR="00122D62" w:rsidRDefault="00000000">
            <w:pPr>
              <w:spacing w:after="0"/>
              <w:jc w:val="center"/>
            </w:pPr>
            <w:r>
              <w:rPr>
                <w:sz w:val="15"/>
              </w:rPr>
              <w:t>Parallel-lines p = 0.272</w:t>
            </w:r>
          </w:p>
        </w:tc>
      </w:tr>
    </w:tbl>
    <w:p w14:paraId="108E8034" w14:textId="77777777" w:rsidR="00122D62" w:rsidRDefault="00000000">
      <w:pPr>
        <w:keepNext/>
        <w:spacing w:before="100" w:after="40"/>
      </w:pPr>
      <w:r>
        <w:rPr>
          <w:b/>
          <w:sz w:val="21"/>
        </w:rPr>
        <w:t>5. DISCUSSION</w:t>
      </w:r>
    </w:p>
    <w:p w14:paraId="45D90CD4" w14:textId="77777777" w:rsidR="00122D62" w:rsidRDefault="00000000">
      <w:pPr>
        <w:ind w:firstLine="331"/>
        <w:jc w:val="both"/>
      </w:pPr>
      <w:r>
        <w:t>The verified results confirm that risk tolerance is the most consistent product-choice determinant. It strongly increases the likelihood of stock preference and higher stock-tendency categories, while reducing the tendency to choose mutual funds. This pattern is consistent with the greater short-term volatility and concentration risk of direct equity ownership and with household-finance evidence that willingness to bear risk is central to portfolio allocation (Campbell, 2006; Bannier &amp; Neubert, 2016).</w:t>
      </w:r>
    </w:p>
    <w:p w14:paraId="32CDF4DD" w14:textId="77777777" w:rsidR="00122D62" w:rsidRDefault="00000000">
      <w:pPr>
        <w:ind w:firstLine="331"/>
        <w:jc w:val="both"/>
      </w:pPr>
      <w:r>
        <w:t>Financial literacy is positively associated with the binary choice of stocks, although its ordered-model significance is sensitive to the covariance estimator. More financially literate investors may be better equipped to evaluate individual securities and may therefore prefer direct control over selection. The result supports education programs that develop practical competence in diversification, risk assessment, fees, and long-term portfolio planning rather than limiting education to product awareness (van Rooij et al., 2011; Lusardi &amp; Mitchell, 2014).</w:t>
      </w:r>
    </w:p>
    <w:p w14:paraId="22377F94" w14:textId="77777777" w:rsidR="00122D62" w:rsidRDefault="00000000">
      <w:pPr>
        <w:ind w:firstLine="331"/>
        <w:jc w:val="both"/>
      </w:pPr>
      <w:r>
        <w:t>Financial access has product-specific implications. It is negatively associated with stock preference and higher stock tendency in the verified models, implying that improved access may relatively favor mutual funds or other intermediated products. However, financial access is not significant in the ordered mutual-fund model. The finding should therefore be read as a relative-choice association rather than proof that access directly increases mutual-fund use. Product distribution, account-opening convenience, and advice may influence the binary choice in ways not captured by a single access rating.</w:t>
      </w:r>
    </w:p>
    <w:p w14:paraId="46261A92" w14:textId="77777777" w:rsidR="00122D62" w:rsidRDefault="00000000">
      <w:pPr>
        <w:ind w:firstLine="331"/>
        <w:jc w:val="both"/>
      </w:pPr>
      <w:r>
        <w:t>Digital financial services are significant only in the ordered stock model, not in the binary or mutual-fund models. The revised interpretation therefore avoids the earlier broad claim that digital services are a universal driver. Digital platforms may reduce transaction and monitoring costs (Gomber et al., 2017; Gomber et al., 2018), but their effect depends on the instrument, user competence, security perceptions, and the quality of information available online (Choung et al., 2023).</w:t>
      </w:r>
    </w:p>
    <w:p w14:paraId="3ED629A8" w14:textId="77777777" w:rsidR="00122D62" w:rsidRDefault="00000000">
      <w:pPr>
        <w:ind w:firstLine="331"/>
        <w:jc w:val="both"/>
      </w:pPr>
      <w:r>
        <w:t>Regulation is not statistically significant after re-estimation. This does not imply that investor protection is unimportant; it means the single perceived-regulation rating does not independently explain product preference after the included characteristics are controlled. More detailed measures of trust, disclosure quality, complaint resolution, enforcement, and perceived fraud risk are required before drawing stronger conclusions about regulatory effects.</w:t>
      </w:r>
    </w:p>
    <w:p w14:paraId="3908EAF9" w14:textId="77777777" w:rsidR="00122D62" w:rsidRDefault="00000000">
      <w:pPr>
        <w:ind w:firstLine="331"/>
        <w:jc w:val="both"/>
      </w:pPr>
      <w:r>
        <w:t>The findings have practical implications for investor suitability. Education should be differentiated by risk capacity and product complexity; digital stock platforms should combine convenience with clear risk information; and mutual-fund distribution should emphasize diversification, fees, and the role of professional management. These measures may support broader participation, but the present study does not directly estimate national capital-market inclusion.</w:t>
      </w:r>
    </w:p>
    <w:p w14:paraId="262B1D3D" w14:textId="77777777" w:rsidR="00122D62" w:rsidRDefault="00000000">
      <w:pPr>
        <w:keepNext/>
        <w:spacing w:before="100" w:after="40"/>
      </w:pPr>
      <w:r>
        <w:rPr>
          <w:b/>
          <w:sz w:val="21"/>
        </w:rPr>
        <w:lastRenderedPageBreak/>
        <w:t>6. CONCLUSION</w:t>
      </w:r>
    </w:p>
    <w:p w14:paraId="5F0D6B46" w14:textId="77777777" w:rsidR="00122D62" w:rsidRDefault="00000000">
      <w:pPr>
        <w:ind w:firstLine="331"/>
        <w:jc w:val="both"/>
      </w:pPr>
      <w:r>
        <w:t>This study examines stock and mutual-fund preferences among 200 Indonesian capital-market respondents. Verified binary-logit estimates show that age category, risk tolerance, and financial literacy are positively associated with stock preference, whereas financial access is negatively associated. In the ordered stock model, risk tolerance and digital financial services are positive and financial access is negative. In the ordered mutual-fund model, risk tolerance is negative, while the other predictors are not significant at the 5% level under conventional standard errors.</w:t>
      </w:r>
    </w:p>
    <w:p w14:paraId="20D94C86" w14:textId="77777777" w:rsidR="00122D62" w:rsidRDefault="00000000">
      <w:pPr>
        <w:ind w:firstLine="331"/>
        <w:jc w:val="both"/>
      </w:pPr>
      <w:r>
        <w:t>The central conclusion is that product preference is shaped most consistently by risk tolerance, with access, literacy, age, and digital services showing model- or product-specific associations. Financial institutions and regulators should therefore avoid a one-size-fits-all inclusion strategy and instead combine practical investor education, suitability safeguards, accessible distribution, and transparent risk disclosure. The results are associative, not causal, and concern preferences within a purposively selected sample rather than national inclusion rates.</w:t>
      </w:r>
    </w:p>
    <w:p w14:paraId="4B598054" w14:textId="77777777" w:rsidR="00122D62" w:rsidRDefault="00000000">
      <w:pPr>
        <w:keepNext/>
        <w:spacing w:before="100" w:after="40"/>
      </w:pPr>
      <w:r>
        <w:rPr>
          <w:b/>
          <w:sz w:val="21"/>
        </w:rPr>
        <w:t>7. LIMITATIONS AND FUTURE RESEARCH</w:t>
      </w:r>
    </w:p>
    <w:p w14:paraId="439CF394" w14:textId="77777777" w:rsidR="00122D62" w:rsidRDefault="00000000">
      <w:pPr>
        <w:ind w:firstLine="331"/>
        <w:jc w:val="both"/>
      </w:pPr>
      <w:r>
        <w:t>The study has several limitations. Purposive sampling, a sample of 200, and the absence of province-level and broader demographic information restrict generalizability. The outcomes are self-reported preferences rather than verified holdings, transaction values, or longitudinal changes. Age is recorded only as a generation category. Each explanatory construct is measured by one rating, preventing internal-consistency and factor-validity assessment. The models omit income, wealth, education, occupation, investment experience, fees, behavioral biases, trust, and product availability. The stock ordered model also shows evidence that the proportional-odds assumption may be imperfect. Future research should use stratified or probability samples, multi-item validated instruments, verified transaction data, generalized ordered or multinomial models, and longitudinal designs.</w:t>
      </w:r>
    </w:p>
    <w:p w14:paraId="77393F2B" w14:textId="77777777" w:rsidR="00122D62" w:rsidRDefault="00000000">
      <w:pPr>
        <w:keepNext/>
        <w:spacing w:before="100" w:after="40"/>
      </w:pPr>
      <w:r>
        <w:rPr>
          <w:b/>
          <w:sz w:val="21"/>
        </w:rPr>
        <w:t>ACKNOWLEDGEMENTS</w:t>
      </w:r>
    </w:p>
    <w:p w14:paraId="6A393C9F" w14:textId="77777777" w:rsidR="00122D62" w:rsidRDefault="00000000">
      <w:pPr>
        <w:jc w:val="both"/>
      </w:pPr>
      <w:r>
        <w:t>The authors thank the Institute for Research and Community Service at Universitas Pembangunan Nasional “Veteran” Yogyakarta, Indonesia, for supporting this research and thank the respondents who participated in the survey.</w:t>
      </w:r>
    </w:p>
    <w:p w14:paraId="30D77E19" w14:textId="77777777" w:rsidR="00122D62" w:rsidRDefault="00000000">
      <w:pPr>
        <w:keepNext/>
        <w:spacing w:before="100" w:after="40"/>
      </w:pPr>
      <w:r>
        <w:rPr>
          <w:b/>
          <w:sz w:val="21"/>
        </w:rPr>
        <w:t>COMPETING INTERESTS</w:t>
      </w:r>
    </w:p>
    <w:p w14:paraId="560D52DB" w14:textId="77777777" w:rsidR="00122D62" w:rsidRDefault="00000000">
      <w:pPr>
        <w:jc w:val="both"/>
      </w:pPr>
      <w:r>
        <w:t>The authors declare that no competing interests exist.</w:t>
      </w:r>
    </w:p>
    <w:p w14:paraId="58308A3A" w14:textId="77777777" w:rsidR="00122D62" w:rsidRDefault="00000000">
      <w:pPr>
        <w:keepNext/>
        <w:spacing w:before="100" w:after="40"/>
      </w:pPr>
      <w:r>
        <w:rPr>
          <w:b/>
          <w:sz w:val="21"/>
        </w:rPr>
        <w:t>AUTHORS’ CONTRIBUTIONS</w:t>
      </w:r>
    </w:p>
    <w:p w14:paraId="5933B7C6" w14:textId="77777777" w:rsidR="00122D62" w:rsidRDefault="00000000">
      <w:pPr>
        <w:jc w:val="both"/>
      </w:pPr>
      <w:r>
        <w:t>All authors contributed to the conception of the study, interpretation of the findings, critical revision of the manuscript, and approval of the final version. The corresponding author coordinated the revision and communication with the journal.</w:t>
      </w:r>
    </w:p>
    <w:p w14:paraId="301E0591" w14:textId="77777777" w:rsidR="00122D62" w:rsidRDefault="00000000">
      <w:pPr>
        <w:keepNext/>
        <w:spacing w:before="100" w:after="40"/>
      </w:pPr>
      <w:r>
        <w:rPr>
          <w:b/>
          <w:sz w:val="21"/>
        </w:rPr>
        <w:t>DECLARATION OF AI-ASSISTED TOOLS</w:t>
      </w:r>
    </w:p>
    <w:p w14:paraId="4A26F3FF" w14:textId="77777777" w:rsidR="00A84898" w:rsidRPr="00A84898" w:rsidRDefault="00A84898" w:rsidP="00A84898">
      <w:pPr>
        <w:spacing w:after="160" w:line="278" w:lineRule="auto"/>
        <w:jc w:val="both"/>
        <w:rPr>
          <w:rFonts w:ascii="Arial" w:eastAsia="Calibri" w:hAnsi="Arial" w:cs="Arial"/>
          <w:kern w:val="2"/>
          <w:sz w:val="20"/>
          <w:szCs w:val="20"/>
          <w14:ligatures w14:val="standardContextual"/>
        </w:rPr>
      </w:pPr>
      <w:r w:rsidRPr="00A84898">
        <w:rPr>
          <w:rFonts w:ascii="Arial" w:eastAsia="Calibri" w:hAnsi="Arial" w:cs="Arial"/>
          <w:kern w:val="2"/>
          <w:sz w:val="20"/>
          <w:szCs w:val="20"/>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0B08F8C" w14:textId="77777777" w:rsidR="00A84898" w:rsidRDefault="00A84898">
      <w:pPr>
        <w:jc w:val="both"/>
      </w:pPr>
    </w:p>
    <w:p w14:paraId="418A118D" w14:textId="77777777" w:rsidR="00122D62" w:rsidRDefault="00000000">
      <w:pPr>
        <w:keepNext/>
        <w:spacing w:before="100" w:after="40"/>
      </w:pPr>
      <w:r>
        <w:rPr>
          <w:b/>
          <w:sz w:val="21"/>
        </w:rPr>
        <w:t>REFERENCES</w:t>
      </w:r>
    </w:p>
    <w:p w14:paraId="68D0346C" w14:textId="77777777" w:rsidR="00122D62" w:rsidRDefault="00000000">
      <w:pPr>
        <w:spacing w:after="26" w:line="240" w:lineRule="auto"/>
        <w:ind w:left="317" w:hanging="317"/>
        <w:jc w:val="both"/>
      </w:pPr>
      <w:r>
        <w:rPr>
          <w:sz w:val="16"/>
        </w:rPr>
        <w:t>Al-Tamimi, H. A. H., &amp; Bin Kalli, A. A. (2009). Financial literacy and investment decisions of UAE investors. The Journal of Risk Finance, 10(5), 500–516. https://doi.org/10.1108/15265940911001402</w:t>
      </w:r>
    </w:p>
    <w:p w14:paraId="16780A26" w14:textId="77777777" w:rsidR="00122D62" w:rsidRDefault="00000000">
      <w:pPr>
        <w:spacing w:after="26" w:line="240" w:lineRule="auto"/>
        <w:ind w:left="317" w:hanging="317"/>
        <w:jc w:val="both"/>
      </w:pPr>
      <w:r>
        <w:rPr>
          <w:sz w:val="16"/>
        </w:rPr>
        <w:t>Bannier, C. E., &amp; Neubert, M. (2016). Gender differences in financial risk taking: The role of financial literacy and risk tolerance. Economics Letters, 145, 130–135. https://doi.org/10.1016/j.econlet.2016.05.033</w:t>
      </w:r>
    </w:p>
    <w:p w14:paraId="162A1166" w14:textId="77777777" w:rsidR="00122D62" w:rsidRDefault="00000000">
      <w:pPr>
        <w:spacing w:after="26" w:line="240" w:lineRule="auto"/>
        <w:ind w:left="317" w:hanging="317"/>
        <w:jc w:val="both"/>
      </w:pPr>
      <w:r>
        <w:rPr>
          <w:sz w:val="16"/>
        </w:rPr>
        <w:t>Bianchi, M. (2018). Financial literacy and portfolio dynamics. The Journal of Finance, 73(2), 831–859. https://doi.org/10.1111/jofi.12605</w:t>
      </w:r>
    </w:p>
    <w:p w14:paraId="66EA355E" w14:textId="77777777" w:rsidR="00122D62" w:rsidRDefault="00000000">
      <w:pPr>
        <w:spacing w:after="26" w:line="240" w:lineRule="auto"/>
        <w:ind w:left="317" w:hanging="317"/>
        <w:jc w:val="both"/>
      </w:pPr>
      <w:r>
        <w:rPr>
          <w:sz w:val="16"/>
        </w:rPr>
        <w:t>Brant, R. (1990). Assessing proportionality in the proportional odds model for ordinal logistic regression. Biometrics, 46(4), 1171–1178. https://doi.org/10.2307/2532457</w:t>
      </w:r>
    </w:p>
    <w:p w14:paraId="420E43A5" w14:textId="77777777" w:rsidR="00122D62" w:rsidRDefault="00000000">
      <w:pPr>
        <w:spacing w:after="26" w:line="240" w:lineRule="auto"/>
        <w:ind w:left="317" w:hanging="317"/>
        <w:jc w:val="both"/>
      </w:pPr>
      <w:r>
        <w:rPr>
          <w:sz w:val="16"/>
        </w:rPr>
        <w:t>Calcagno, R., &amp; Monticone, C. (2015). Financial literacy and the demand for financial advice. Journal of Banking &amp; Finance, 50, 363–380. https://doi.org/10.1016/j.jbankfin.2014.03.013</w:t>
      </w:r>
    </w:p>
    <w:p w14:paraId="3845EB61" w14:textId="77777777" w:rsidR="00122D62" w:rsidRDefault="00000000">
      <w:pPr>
        <w:spacing w:after="26" w:line="240" w:lineRule="auto"/>
        <w:ind w:left="317" w:hanging="317"/>
        <w:jc w:val="both"/>
      </w:pPr>
      <w:r>
        <w:rPr>
          <w:sz w:val="16"/>
        </w:rPr>
        <w:t>Campbell, J. Y. (2006). Household finance. The Journal of Finance, 61(4), 1553–1604. https://doi.org/10.1111/j.1540-6261.2006.00883.x</w:t>
      </w:r>
    </w:p>
    <w:p w14:paraId="6D63CB4B" w14:textId="77777777" w:rsidR="00122D62" w:rsidRDefault="00000000">
      <w:pPr>
        <w:spacing w:after="26" w:line="240" w:lineRule="auto"/>
        <w:ind w:left="317" w:hanging="317"/>
        <w:jc w:val="both"/>
      </w:pPr>
      <w:r>
        <w:rPr>
          <w:sz w:val="16"/>
        </w:rPr>
        <w:t>Choung, Y., Chatterjee, S., &amp; Pak, T. Y. (2023). Digital financial literacy and financial well-being. Finance Research Letters, 58, 104438. https://doi.org/10.1016/j.frl.2023.104438</w:t>
      </w:r>
    </w:p>
    <w:p w14:paraId="287ADB08" w14:textId="77777777" w:rsidR="00122D62" w:rsidRDefault="00000000">
      <w:pPr>
        <w:spacing w:after="26" w:line="240" w:lineRule="auto"/>
        <w:ind w:left="317" w:hanging="317"/>
        <w:jc w:val="both"/>
      </w:pPr>
      <w:r>
        <w:rPr>
          <w:sz w:val="16"/>
        </w:rPr>
        <w:t>Gomber, P., Kauffman, R. J., Parker, C., &amp; Weber, B. W. (2018). On the fintech revolution: Interpreting the forces of innovation, disruption, and transformation in financial services. Journal of Management Information Systems, 35(1), 220–265. https://doi.org/10.1080/07421222.2018.1440766</w:t>
      </w:r>
    </w:p>
    <w:p w14:paraId="0C319335" w14:textId="77777777" w:rsidR="00122D62" w:rsidRDefault="00000000">
      <w:pPr>
        <w:spacing w:after="26" w:line="240" w:lineRule="auto"/>
        <w:ind w:left="317" w:hanging="317"/>
        <w:jc w:val="both"/>
      </w:pPr>
      <w:r>
        <w:rPr>
          <w:sz w:val="16"/>
        </w:rPr>
        <w:t>Gomber, P., Koch, J. A., &amp; Siering, M. (2017). Digital finance and fintech: Current research and future research directions. Journal of Business Economics, 87(5), 537–580. https://doi.org/10.1007/s11573-017-0852-x</w:t>
      </w:r>
    </w:p>
    <w:p w14:paraId="64E90ECD" w14:textId="77777777" w:rsidR="00122D62" w:rsidRDefault="00000000">
      <w:pPr>
        <w:spacing w:after="26" w:line="240" w:lineRule="auto"/>
        <w:ind w:left="317" w:hanging="317"/>
        <w:jc w:val="both"/>
      </w:pPr>
      <w:r>
        <w:rPr>
          <w:sz w:val="16"/>
        </w:rPr>
        <w:t>Guiso, L., &amp; Jappelli, T. (2005). Awareness and stock market participation. Review of Finance, 9(4), 537–567. https://doi.org/10.1007/s10679-005-5000-8</w:t>
      </w:r>
    </w:p>
    <w:p w14:paraId="5BE9B14D" w14:textId="77777777" w:rsidR="00122D62" w:rsidRDefault="00000000">
      <w:pPr>
        <w:spacing w:after="26" w:line="240" w:lineRule="auto"/>
        <w:ind w:left="317" w:hanging="317"/>
        <w:jc w:val="both"/>
      </w:pPr>
      <w:r>
        <w:rPr>
          <w:sz w:val="16"/>
        </w:rPr>
        <w:t>Hosmer, D. W., Lemeshow, S., &amp; Sturdivant, R. X. (2013). Applied logistic regression (3rd ed.). Wiley. https://doi.org/10.1002/9781118548387</w:t>
      </w:r>
    </w:p>
    <w:p w14:paraId="2F43C737" w14:textId="77777777" w:rsidR="00122D62" w:rsidRDefault="00000000">
      <w:pPr>
        <w:spacing w:after="26" w:line="240" w:lineRule="auto"/>
        <w:ind w:left="317" w:hanging="317"/>
        <w:jc w:val="both"/>
      </w:pPr>
      <w:r>
        <w:rPr>
          <w:sz w:val="16"/>
        </w:rPr>
        <w:t>Jappelli, T., &amp; Padula, M. (2013). Investment in financial literacy and saving decisions. Journal of Banking &amp; Finance, 37(8), 2779–2792. https://doi.org/10.1016/j.jbankfin.2013.03.019</w:t>
      </w:r>
    </w:p>
    <w:p w14:paraId="563E6691" w14:textId="77777777" w:rsidR="00122D62" w:rsidRDefault="00000000">
      <w:pPr>
        <w:spacing w:after="26" w:line="240" w:lineRule="auto"/>
        <w:ind w:left="317" w:hanging="317"/>
        <w:jc w:val="both"/>
      </w:pPr>
      <w:r>
        <w:rPr>
          <w:sz w:val="16"/>
        </w:rPr>
        <w:t>Khorana, A., Servaes, H., &amp; Tufano, P. (2005). Explaining the size of the mutual fund industry around the world. Journal of Financial Economics, 78(1), 145–185. https://doi.org/10.1016/j.jfineco.2004.08.006</w:t>
      </w:r>
    </w:p>
    <w:p w14:paraId="32F19D7F" w14:textId="77777777" w:rsidR="00122D62" w:rsidRDefault="00000000">
      <w:pPr>
        <w:spacing w:after="26" w:line="240" w:lineRule="auto"/>
        <w:ind w:left="317" w:hanging="317"/>
        <w:jc w:val="both"/>
      </w:pPr>
      <w:r>
        <w:rPr>
          <w:sz w:val="16"/>
        </w:rPr>
        <w:lastRenderedPageBreak/>
        <w:t>La Porta, R., Lopez-de-Silanes, F., &amp; Shleifer, A. (2006). What works in securities laws? The Journal of Finance, 61(1), 1–32. https://doi.org/10.1111/j.1540-6261.2006.00828.x</w:t>
      </w:r>
    </w:p>
    <w:p w14:paraId="7A33DC49" w14:textId="77777777" w:rsidR="00122D62" w:rsidRDefault="00000000">
      <w:pPr>
        <w:spacing w:after="26" w:line="240" w:lineRule="auto"/>
        <w:ind w:left="317" w:hanging="317"/>
        <w:jc w:val="both"/>
      </w:pPr>
      <w:r>
        <w:rPr>
          <w:sz w:val="16"/>
        </w:rPr>
        <w:t>Lusardi, A., &amp; Mitchell, O. S. (2014). The economic importance of financial literacy: Theory and evidence. Journal of Economic Literature, 52(1), 5–44. https://doi.org/10.1257/jel.52.1.5</w:t>
      </w:r>
    </w:p>
    <w:p w14:paraId="3296E3D7" w14:textId="77777777" w:rsidR="00122D62" w:rsidRDefault="00000000">
      <w:pPr>
        <w:spacing w:after="26" w:line="240" w:lineRule="auto"/>
        <w:ind w:left="317" w:hanging="317"/>
        <w:jc w:val="both"/>
      </w:pPr>
      <w:r>
        <w:rPr>
          <w:sz w:val="16"/>
        </w:rPr>
        <w:t>Reilly, F. K., &amp; Brown, K. C. (2012). Investment analysis and portfolio management (10th ed.). South-Western Cengage Learning.</w:t>
      </w:r>
    </w:p>
    <w:p w14:paraId="61AF8ABE" w14:textId="77777777" w:rsidR="00122D62" w:rsidRDefault="00000000">
      <w:pPr>
        <w:spacing w:after="26" w:line="240" w:lineRule="auto"/>
        <w:ind w:left="317" w:hanging="317"/>
        <w:jc w:val="both"/>
      </w:pPr>
      <w:r>
        <w:rPr>
          <w:sz w:val="16"/>
        </w:rPr>
        <w:t>van Rooij, M. C. J., Lusardi, A., &amp; Alessie, R. J. M. (2011). Financial literacy and stock market participation. Journal of Financial Economics, 101(2), 449–472. https://doi.org/10.1016/j.jfineco.2011.03.006</w:t>
      </w:r>
    </w:p>
    <w:p w14:paraId="266A7A7C" w14:textId="77777777" w:rsidR="00122D62" w:rsidRDefault="00000000">
      <w:pPr>
        <w:spacing w:after="26" w:line="240" w:lineRule="auto"/>
        <w:ind w:left="317" w:hanging="317"/>
        <w:jc w:val="both"/>
      </w:pPr>
      <w:r>
        <w:rPr>
          <w:sz w:val="16"/>
        </w:rPr>
        <w:t>Vittinghoff, E., &amp; McCulloch, C. E. (2007). Relaxing the rule of ten events per variable in logistic and Cox regression. American Journal of Epidemiology, 165(6), 710–718. https://doi.org/10.1093/aje/kwk052</w:t>
      </w:r>
    </w:p>
    <w:sectPr w:rsidR="00122D62" w:rsidSect="00034616">
      <w:footerReference w:type="default" r:id="rId8"/>
      <w:pgSz w:w="11906" w:h="16838"/>
      <w:pgMar w:top="893" w:right="1008" w:bottom="893" w:left="1008"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DCF7" w14:textId="77777777" w:rsidR="009D7A4F" w:rsidRDefault="009D7A4F">
      <w:pPr>
        <w:spacing w:after="0" w:line="240" w:lineRule="auto"/>
      </w:pPr>
      <w:r>
        <w:separator/>
      </w:r>
    </w:p>
  </w:endnote>
  <w:endnote w:type="continuationSeparator" w:id="0">
    <w:p w14:paraId="68952992" w14:textId="77777777" w:rsidR="009D7A4F" w:rsidRDefault="009D7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1405" w14:textId="77777777" w:rsidR="00122D62" w:rsidRDefault="00000000">
    <w:pPr>
      <w:pStyle w:val="Footer"/>
      <w:jc w:val="center"/>
    </w:pPr>
    <w:r>
      <w:rPr>
        <w:sz w:val="16"/>
      </w:rPr>
      <w:fldChar w:fldCharType="begin"/>
    </w:r>
    <w:r>
      <w:rPr>
        <w:sz w:val="16"/>
      </w:rPr>
      <w:instrText xml:space="preserve"> PAGE </w:instrText>
    </w:r>
    <w:r>
      <w:rPr>
        <w:sz w:val="16"/>
      </w:rPr>
      <w:fldChar w:fldCharType="separate"/>
    </w:r>
    <w:r w:rsidR="003822E3">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7A544" w14:textId="77777777" w:rsidR="009D7A4F" w:rsidRDefault="009D7A4F">
      <w:pPr>
        <w:spacing w:after="0" w:line="240" w:lineRule="auto"/>
      </w:pPr>
      <w:r>
        <w:separator/>
      </w:r>
    </w:p>
  </w:footnote>
  <w:footnote w:type="continuationSeparator" w:id="0">
    <w:p w14:paraId="75510A3B" w14:textId="77777777" w:rsidR="009D7A4F" w:rsidRDefault="009D7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515698">
    <w:abstractNumId w:val="8"/>
  </w:num>
  <w:num w:numId="2" w16cid:durableId="1918205732">
    <w:abstractNumId w:val="6"/>
  </w:num>
  <w:num w:numId="3" w16cid:durableId="685401728">
    <w:abstractNumId w:val="5"/>
  </w:num>
  <w:num w:numId="4" w16cid:durableId="831986386">
    <w:abstractNumId w:val="4"/>
  </w:num>
  <w:num w:numId="5" w16cid:durableId="638807815">
    <w:abstractNumId w:val="7"/>
  </w:num>
  <w:num w:numId="6" w16cid:durableId="1175538987">
    <w:abstractNumId w:val="3"/>
  </w:num>
  <w:num w:numId="7" w16cid:durableId="54277528">
    <w:abstractNumId w:val="2"/>
  </w:num>
  <w:num w:numId="8" w16cid:durableId="22027185">
    <w:abstractNumId w:val="1"/>
  </w:num>
  <w:num w:numId="9" w16cid:durableId="1985620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2D62"/>
    <w:rsid w:val="0015074B"/>
    <w:rsid w:val="0029639D"/>
    <w:rsid w:val="00326F90"/>
    <w:rsid w:val="003822E3"/>
    <w:rsid w:val="008B2FBB"/>
    <w:rsid w:val="0090691C"/>
    <w:rsid w:val="00985BD7"/>
    <w:rsid w:val="009D7A4F"/>
    <w:rsid w:val="00A84898"/>
    <w:rsid w:val="00AA1D8D"/>
    <w:rsid w:val="00B239BA"/>
    <w:rsid w:val="00B47730"/>
    <w:rsid w:val="00CB0664"/>
    <w:rsid w:val="00ED0347"/>
    <w:rsid w:val="00F508F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C2D239"/>
  <w14:defaultImageDpi w14:val="300"/>
  <w15:docId w15:val="{FBD44DE7-8961-45FD-9406-DC8F8FD2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52" w:lineRule="auto"/>
    </w:pPr>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4345</Words>
  <Characters>24767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1022</cp:lastModifiedBy>
  <cp:revision>8</cp:revision>
  <dcterms:created xsi:type="dcterms:W3CDTF">2013-12-23T23:15:00Z</dcterms:created>
  <dcterms:modified xsi:type="dcterms:W3CDTF">2026-07-13T07:57:00Z</dcterms:modified>
  <cp:category/>
</cp:coreProperties>
</file>