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F44E9" w14:textId="77777777" w:rsidR="006452B6" w:rsidRPr="006452B6" w:rsidRDefault="006452B6" w:rsidP="006452B6">
      <w:pPr>
        <w:spacing w:line="240" w:lineRule="auto" w:before="0" w:after="120"/>
        <w:ind w:firstLine="360"/>
        <w:jc w:val="both"/>
        <w:rPr>
          <w:b/>
          <w:bCs/>
          <w:i/>
          <w:iCs/>
          <w:u w:val="single"/>
        </w:rPr>
      </w:pPr>
      <w:r w:rsidRPr="006452B6">
        <w:rPr>
          <w:rFonts w:ascii="Arial" w:hAnsi="Arial" w:eastAsia="Arial"/>
          <w:b/>
          <w:bCs/>
          <w:i/>
          <w:iCs/>
          <w:sz w:val="24"/>
          <w:u w:val="single"/>
        </w:rPr>
        <w:t>Original Research Article</w:t>
      </w:r>
    </w:p>
    <w:p w14:paraId="3A81A2F4" w14:textId="2D079B14" w:rsidR="004E067B" w:rsidRDefault="00BE7DAD">
      <w:pPr>
        <w:spacing w:line="240" w:lineRule="auto" w:before="0" w:after="120"/>
        <w:ind w:firstLine="360"/>
        <w:jc w:val="both"/>
      </w:pPr>
      <w:r>
        <w:rPr>
          <w:rFonts w:ascii="Arial" w:hAnsi="Arial" w:eastAsia="Arial"/>
          <w:b/>
          <w:i w:val="0"/>
          <w:sz w:val="24"/>
        </w:rPr>
        <w:t>Digital Infrastructure, Online Business Adoption, and SME Growth in the Rural Economy: Evidence from Sleman, Indonesia</w:t>
      </w:r>
    </w:p>
    <w:p w14:paraId="65647FC3" w14:textId="77777777" w:rsidR="004E067B" w:rsidRDefault="004E067B">
      <w:pPr>
        <w:spacing w:line="240" w:lineRule="auto" w:before="0" w:after="120"/>
        <w:jc w:val="left"/>
      </w:pPr>
    </w:p>
    <w:p w14:paraId="5B864E8E" w14:textId="77777777" w:rsidR="004E067B" w:rsidRDefault="00BE7DAD" w:rsidP="005B3E1F">
      <w:pPr>
        <w:spacing w:before="0" w:line="240" w:lineRule="auto" w:after="120"/>
        <w:jc w:val="left"/>
      </w:pPr>
      <w:r>
        <w:rPr>
          <w:rFonts w:ascii="Arial" w:hAnsi="Arial" w:eastAsia="Arial"/>
          <w:b/>
          <w:sz w:val="24"/>
        </w:rPr>
        <w:t>ABSTRACT</w:t>
      </w:r>
    </w:p>
    <w:p w14:paraId="51DAD984" w14:textId="5AE136C4" w:rsidR="004E067B" w:rsidRDefault="005B3E1F">
      <w:pPr>
        <w:spacing w:line="240" w:lineRule="auto" w:before="0" w:after="120"/>
        <w:ind w:firstLine="360"/>
        <w:jc w:val="both"/>
      </w:pPr>
      <w:proofErr w:type="spellStart"/>
      <w:proofErr w:type="gramStart"/>
      <w:proofErr w:type="spellEnd"/>
      <w:proofErr w:type="gramEnd"/>
      <w:r>
        <w:rPr>
          <w:rFonts w:ascii="Arial" w:hAnsi="Arial" w:eastAsia="Arial"/>
          <w:b w:val="0"/>
          <w:i w:val="0"/>
          <w:sz w:val="24"/>
        </w:rPr>
        <w:t>This study analyzes how digital infrastructure and digital business practices are associated with online business adoption and growth among small and medium-sized enterprises (SMEs) in rural Sleman Regency, Indonesia. Using a quantitative cross-sectional survey design, data were collected from 200 SMEs located around hamlet Wi-Fi facilities and analyzed using binary logit and ordered logit models. The revised manuscript clarifies sampling criteria, variable coding, ethical procedures, model interpretation, and the limitations of cross-sectional inference. The results show that education (coefficient = 0.787; P = .029), turnover (coefficient = 1.45E-07; P = .041), and duration of Wi-Fi use (coefficient = 0.485; P &lt; .001) are positively associated with online business adoption. Wi-Fi availability for e-business (coefficient = 5.135; P = .003), online sales (coefficient = 4.500; P = .003), innovation (coefficient = 3.738; P = .002), and access speed (coefficient = 2.312; P = .041) are also significant determinants in the second model. The ordered logit model indicates that e-commerce is positively associated with higher SME growth categories (coefficient = 4.562; P &lt; .001), while general internet use is not significant. These findings indicate that rural digitalization supports SME performance when infrastructure is accompanied by productive e-commerce use, innovation, and digital capability, although the results should be interpreted as associations rather than causal effects.</w:t>
      </w:r>
    </w:p>
    <w:p w14:paraId="53D78926" w14:textId="77777777" w:rsidR="004E067B" w:rsidRDefault="00BE7DAD">
      <w:pPr>
        <w:spacing w:line="240" w:lineRule="auto" w:before="0" w:after="120"/>
        <w:ind w:firstLine="360"/>
        <w:jc w:val="both"/>
      </w:pPr>
      <w:r>
        <w:rPr>
          <w:rFonts w:ascii="Arial" w:hAnsi="Arial" w:eastAsia="Arial"/>
          <w:b w:val="0"/>
          <w:i w:val="0"/>
          <w:sz w:val="24"/>
        </w:rPr>
        <w:t>Keywords: SMEs; rural economy; hamlet Wi-Fi; e-commerce; online business adoption; Sleman Regency</w:t>
      </w:r>
    </w:p>
    <w:p w14:paraId="0EB55BBD" w14:textId="77777777" w:rsidR="004E067B" w:rsidRDefault="00BE7DAD">
      <w:pPr>
        <w:spacing w:before="0" w:line="240" w:lineRule="auto" w:after="120"/>
        <w:jc w:val="left"/>
      </w:pPr>
      <w:r>
        <w:rPr>
          <w:rFonts w:ascii="Arial" w:hAnsi="Arial" w:eastAsia="Arial"/>
          <w:b/>
          <w:sz w:val="24"/>
        </w:rPr>
        <w:t>1. INTRODUCTION</w:t>
      </w:r>
    </w:p>
    <w:p w14:paraId="5E8D0879" w14:textId="77777777" w:rsidR="004E067B" w:rsidRDefault="00BE7DAD">
      <w:pPr>
        <w:spacing w:line="240" w:lineRule="auto" w:before="0" w:after="120"/>
        <w:ind w:firstLine="360"/>
        <w:jc w:val="both"/>
      </w:pPr>
      <w:r>
        <w:rPr>
          <w:rFonts w:ascii="Arial" w:hAnsi="Arial" w:eastAsia="Arial"/>
          <w:sz w:val="24"/>
        </w:rPr>
        <w:t xml:space="preserve">Economic digitalization has become an important pathway for inclusive economic development because it expands the space for innovation, market access, and knowledge exchange. Recent studies argue that the development of the digital economy can create new opportunities for enterprise innovation and strengthen competitiveness in increasingly uncertain business environments (Peng et al., 2023; Zhang &amp; </w:t>
      </w:r>
      <w:proofErr w:type="spellStart"/>
      <w:r>
        <w:rPr>
          <w:rFonts w:ascii="Arial" w:hAnsi="Arial" w:eastAsia="Arial"/>
          <w:sz w:val="24"/>
        </w:rPr>
        <w:t>Aumeboonsuke</w:t>
      </w:r>
      <w:proofErr w:type="spellEnd"/>
      <w:r>
        <w:rPr>
          <w:rFonts w:ascii="Arial" w:hAnsi="Arial" w:eastAsia="Arial"/>
          <w:sz w:val="24"/>
        </w:rPr>
        <w:t xml:space="preserve">, 2022). For rural enterprises, digital technologies can also reduce the disadvantages of distance by enabling access to online markets, information flows, education, business networks, and services that are not always available locally (Freeman &amp; Park, 2015; </w:t>
      </w:r>
      <w:proofErr w:type="spellStart"/>
      <w:r>
        <w:rPr>
          <w:rFonts w:ascii="Arial" w:hAnsi="Arial" w:eastAsia="Arial"/>
          <w:sz w:val="24"/>
        </w:rPr>
        <w:t>Castellacci</w:t>
      </w:r>
      <w:proofErr w:type="spellEnd"/>
      <w:r>
        <w:rPr>
          <w:rFonts w:ascii="Arial" w:hAnsi="Arial" w:eastAsia="Arial"/>
          <w:sz w:val="24"/>
        </w:rPr>
        <w:t xml:space="preserve"> &amp; Tveito, 2018; Townsend et al., 2016). Therefore, the digital economy is not only a technological phenomenon but also a strategic instrument for rural economic transformation.</w:t>
      </w:r>
    </w:p>
    <w:p w14:paraId="638AE73E" w14:textId="77777777" w:rsidR="004E067B" w:rsidRDefault="00BE7DAD">
      <w:pPr>
        <w:spacing w:line="240" w:lineRule="auto" w:before="0" w:after="120"/>
        <w:ind w:firstLine="360"/>
        <w:jc w:val="both"/>
      </w:pPr>
      <w:r>
        <w:rPr>
          <w:rFonts w:ascii="Arial" w:hAnsi="Arial" w:eastAsia="Arial"/>
          <w:sz w:val="24"/>
        </w:rPr>
        <w:t xml:space="preserve">Small and medium-sized enterprises (SMEs) in rural areas can benefit from digital infrastructure because online channels provide access to broader customers, suppliers, financial services, and business information. Previous studies show that rural businesses can use online connectivity to improve their competitive position and performance, especially when they can combine digital access with market-oriented business strategies (Phillipson et al., 2019; </w:t>
      </w:r>
      <w:proofErr w:type="spellStart"/>
      <w:r>
        <w:rPr>
          <w:rFonts w:ascii="Arial" w:hAnsi="Arial" w:eastAsia="Arial"/>
          <w:sz w:val="24"/>
        </w:rPr>
        <w:t>Tiwasing</w:t>
      </w:r>
      <w:proofErr w:type="spellEnd"/>
      <w:r>
        <w:rPr>
          <w:rFonts w:ascii="Arial" w:hAnsi="Arial" w:eastAsia="Arial"/>
          <w:sz w:val="24"/>
        </w:rPr>
        <w:t xml:space="preserve">, 2021). Digital platforms and e-commerce also offer new environments for innovation because they allow entrepreneurs to identify consumer preferences, adjust market strategies, reduce transaction costs, and expand sales beyond the immediate local area (Bonina et al., </w:t>
      </w:r>
      <w:r>
        <w:rPr>
          <w:rFonts w:ascii="Arial" w:hAnsi="Arial" w:eastAsia="Arial"/>
          <w:sz w:val="24"/>
        </w:rPr>
        <w:lastRenderedPageBreak/>
        <w:t>2021; Khurana et al., 2022). These opportunities are especially relevant for rural SMEs that need to overcome market limitations caused by spatial distance and limited physical distribution networks.</w:t>
      </w:r>
    </w:p>
    <w:p w14:paraId="62D614D5" w14:textId="77777777" w:rsidR="004E067B" w:rsidRDefault="00BE7DAD">
      <w:pPr>
        <w:spacing w:line="240" w:lineRule="auto" w:before="0" w:after="120"/>
        <w:ind w:firstLine="360"/>
        <w:jc w:val="both"/>
      </w:pPr>
      <w:r>
        <w:rPr>
          <w:rFonts w:ascii="Arial" w:hAnsi="Arial" w:eastAsia="Arial"/>
          <w:sz w:val="24"/>
        </w:rPr>
        <w:t>However, the benefits of digitalization are not automatically achieved. Rural businesses often face unequal access to digital infrastructure because broadband investment in geographically dispersed areas is more costly and less attractive for commercial telecommunications operators (</w:t>
      </w:r>
      <w:proofErr w:type="spellStart"/>
      <w:r>
        <w:rPr>
          <w:rFonts w:ascii="Arial" w:hAnsi="Arial" w:eastAsia="Arial"/>
          <w:sz w:val="24"/>
        </w:rPr>
        <w:t>Tiwasing</w:t>
      </w:r>
      <w:proofErr w:type="spellEnd"/>
      <w:r>
        <w:rPr>
          <w:rFonts w:ascii="Arial" w:hAnsi="Arial" w:eastAsia="Arial"/>
          <w:sz w:val="24"/>
        </w:rPr>
        <w:t xml:space="preserve"> et al., 2022; Roberts et al., 2017; </w:t>
      </w:r>
      <w:proofErr w:type="spellStart"/>
      <w:r>
        <w:rPr>
          <w:rFonts w:ascii="Arial" w:hAnsi="Arial" w:eastAsia="Arial"/>
          <w:sz w:val="24"/>
        </w:rPr>
        <w:t>Salemink</w:t>
      </w:r>
      <w:proofErr w:type="spellEnd"/>
      <w:r>
        <w:rPr>
          <w:rFonts w:ascii="Arial" w:hAnsi="Arial" w:eastAsia="Arial"/>
          <w:sz w:val="24"/>
        </w:rPr>
        <w:t xml:space="preserve"> et al., 2017; Philip &amp; Williams, 2019). Digital exclusion may hinder regional productivity, employment, and local development when rural firms remain underserved by reliable connectivity (Atasoy, 2013; Falk &amp; Hagsten, 2021; </w:t>
      </w:r>
      <w:proofErr w:type="spellStart"/>
      <w:r>
        <w:rPr>
          <w:rFonts w:ascii="Arial" w:hAnsi="Arial" w:eastAsia="Arial"/>
          <w:sz w:val="24"/>
        </w:rPr>
        <w:t>Tranos</w:t>
      </w:r>
      <w:proofErr w:type="spellEnd"/>
      <w:r>
        <w:rPr>
          <w:rFonts w:ascii="Arial" w:hAnsi="Arial" w:eastAsia="Arial"/>
          <w:sz w:val="24"/>
        </w:rPr>
        <w:t xml:space="preserve"> et al., 2021). In addition to infrastructure constraints, rural firms may experience limited digital skills, difficulty recruiting digitally capable workers, and cybersecurity risks associated with e-mail, online accounting, payment systems, and online retail activities (Cosgrave, 2020; Townsend et al., 2013; </w:t>
      </w:r>
      <w:proofErr w:type="spellStart"/>
      <w:r>
        <w:rPr>
          <w:rFonts w:ascii="Arial" w:hAnsi="Arial" w:eastAsia="Arial"/>
          <w:sz w:val="24"/>
        </w:rPr>
        <w:t>Tiwasing</w:t>
      </w:r>
      <w:proofErr w:type="spellEnd"/>
      <w:r>
        <w:rPr>
          <w:rFonts w:ascii="Arial" w:hAnsi="Arial" w:eastAsia="Arial"/>
          <w:sz w:val="24"/>
        </w:rPr>
        <w:t xml:space="preserve"> et al., 2022; Lee, 2021). These barriers indicate that rural digital development requires more than the physical installation of internet facilities.</w:t>
      </w:r>
    </w:p>
    <w:p w14:paraId="49EA0B04" w14:textId="77777777" w:rsidR="004E067B" w:rsidRDefault="00BE7DAD">
      <w:pPr>
        <w:spacing w:line="240" w:lineRule="auto" w:before="0" w:after="120"/>
        <w:ind w:firstLine="360"/>
        <w:jc w:val="both"/>
      </w:pPr>
      <w:proofErr w:type="spellStart"/>
      <w:proofErr w:type="spellEnd"/>
      <w:r>
        <w:rPr>
          <w:rFonts w:ascii="Arial" w:hAnsi="Arial" w:eastAsia="Arial"/>
          <w:b w:val="0"/>
          <w:i w:val="0"/>
          <w:sz w:val="24"/>
        </w:rPr>
        <w:t>Sleman Regency has attempted to respond to rural digital inequality through the Sleman Wi-Fi for Sesarengan program, which provides free internet facilities at the hamlet level. The program is linked to the local government’s vision of developing a smart district. Local survey information reported by the Sleman Regency Communication and Information Service in 2019 indicated that internet use for e-commerce remained limited, while internet use for social media was much higher. This gap suggests that digital infrastructure provision may not immediately translate into productive digital economic activity. It is therefore important to examine whether hamlet Wi-Fi, e-commerce activity, and innovation are associated with rural SMEs’ shift from offline to online business and with business growth.</w:t>
      </w:r>
    </w:p>
    <w:p w14:paraId="32B577EA" w14:textId="77777777" w:rsidR="004E067B" w:rsidRDefault="00BE7DAD">
      <w:pPr>
        <w:spacing w:line="240" w:lineRule="auto" w:before="0" w:after="120"/>
        <w:ind w:firstLine="360"/>
        <w:jc w:val="both"/>
      </w:pPr>
      <w:r>
        <w:rPr>
          <w:rFonts w:ascii="Arial" w:hAnsi="Arial" w:eastAsia="Arial"/>
          <w:b w:val="0"/>
          <w:i w:val="0"/>
          <w:sz w:val="24"/>
        </w:rPr>
        <w:t>Based on this problem, this study investigates the relationships among digital infrastructure, online business adoption, e-commerce use, innovation, and SME growth in the rural economy of Sleman Regency. The study is guided by three research questions. First, which respondent and business characteristics are associated with SME online business adoption? Second, which aspects of Wi-Fi quality and digital business practice are associated with the transition from offline to online business? Third, how are internet use, e-commerce activity, and profit indicators associated with ordinal SME growth outcomes? The use of binary logit and ordered logit estimation is justified because the dependent variables are categorical: online business adoption is binary, whereas business growth is measured in ordered categories. The study contributes to rural digital economy literature by linking hamlet-level public Wi-Fi provision to productive business use rather than treating internet access as sufficient by itself.</w:t>
      </w:r>
    </w:p>
    <w:p>
      <w:pPr>
        <w:spacing w:line="240" w:lineRule="auto" w:before="0" w:after="120"/>
        <w:ind w:firstLine="360"/>
        <w:jc w:val="both"/>
      </w:pPr>
      <w:r>
        <w:rPr>
          <w:rFonts w:ascii="Arial" w:hAnsi="Arial" w:eastAsia="Arial"/>
          <w:b w:val="0"/>
          <w:i w:val="0"/>
          <w:sz w:val="24"/>
        </w:rPr>
        <w:t>Accordingly, the study expects that higher education, larger turnover, longer Wi-Fi use, better connection quality, e-business use, online sales, and innovation are positively associated with the probability of online business adoption. It also expects that e-commerce activity is positively associated with higher SME growth categories. These expectations are presented as empirical propositions rather than causal hypotheses because the study uses cross-sectional survey data.</w:t>
      </w:r>
    </w:p>
    <w:p w14:paraId="76C60F37" w14:textId="77777777" w:rsidR="004E067B" w:rsidRDefault="00BE7DAD">
      <w:pPr>
        <w:spacing w:before="0" w:line="240" w:lineRule="auto" w:after="120"/>
        <w:jc w:val="left"/>
      </w:pPr>
      <w:r>
        <w:rPr>
          <w:rFonts w:ascii="Arial" w:hAnsi="Arial" w:eastAsia="Arial"/>
          <w:b/>
          <w:sz w:val="24"/>
        </w:rPr>
        <w:t>2. MATERIAL AND METHODS</w:t>
      </w:r>
    </w:p>
    <w:p w14:paraId="2742AE90" w14:textId="77777777" w:rsidR="004E067B" w:rsidRDefault="00BE7DAD">
      <w:pPr>
        <w:spacing w:line="240" w:lineRule="auto" w:before="0" w:after="120"/>
        <w:ind/>
        <w:jc w:val="left"/>
      </w:pPr>
      <w:r>
        <w:rPr>
          <w:rFonts w:ascii="Arial" w:hAnsi="Arial" w:eastAsia="Arial"/>
          <w:b/>
          <w:sz w:val="24"/>
        </w:rPr>
        <w:t>2.1 Research Design, Data, and Sampling</w:t>
      </w:r>
    </w:p>
    <w:p w14:paraId="442F8E46" w14:textId="77777777" w:rsidR="004E067B" w:rsidRDefault="00BE7DAD">
      <w:pPr>
        <w:spacing w:line="240" w:lineRule="auto" w:before="0" w:after="120"/>
        <w:ind w:firstLine="360"/>
        <w:jc w:val="both"/>
      </w:pPr>
      <w:r>
        <w:rPr>
          <w:rFonts w:ascii="Arial" w:hAnsi="Arial" w:eastAsia="Arial"/>
          <w:b w:val="0"/>
          <w:i w:val="0"/>
          <w:sz w:val="24"/>
        </w:rPr>
        <w:t>This study used a quantitative cross-sectional survey approach to analyze the role of digital infrastructure and digital business practices in supporting SME performance in rural Sleman Regency. The population of interest consisted of SMEs located around hamlet Wi-Fi facilities under the local public Wi-Fi program. Respondents were SME owners or managers who had knowledge of daily business operations and were located within areas served by hamlet Wi-Fi. SMEs that were not located around the Wi-Fi service area or whose respondents could not provide information on internet use, sales, and business growth were excluded from the survey. A total of 200 respondents were included because this number was considered adequate for estimating the binary and ordered response models used in the study while still representing variation in age, gender, education, and business sector among eligible SMEs.</w:t>
      </w:r>
    </w:p>
    <w:p>
      <w:pPr>
        <w:spacing w:line="240" w:lineRule="auto" w:after="120" w:before="0"/>
        <w:ind w:firstLine="360"/>
        <w:jc w:val="both"/>
      </w:pPr>
      <w:r>
        <w:rPr>
          <w:rFonts w:ascii="Arial" w:hAnsi="Arial" w:eastAsia="Arial"/>
          <w:sz w:val="24"/>
        </w:rPr>
        <w:t>The key outcome in the first part of the analysis was whether an SME had adopted online business activity. This outcome was coded as a binary variable and estimated using binary logit regression. The second part of the analysis examined business growth as an ordinal outcome and was estimated using an ordered logit model. The questionnaire recorded respondent characteristics, business turnover, distance from the Wi-Fi point, duration and frequency of Wi-Fi use, perceived access quality, e-business use, online sales, innovation, internet use, e-commerce activity, and profit indicators. The survey instrument was reviewed for content relevance by the research team before data collection, and responses were checked for completeness and coding consistency before estimation. Because the study used observed survey indicators rather than multi-item latent constructs, internal consistency coefficients such as Cronbach’s alpha were not calculated for the main econometric variables.</w:t>
      </w:r>
    </w:p>
    <w:p>
      <w:pPr>
        <w:spacing w:line="240" w:lineRule="auto" w:before="0" w:after="120"/>
        <w:ind/>
        <w:jc w:val="left"/>
      </w:pPr>
      <w:r>
        <w:rPr>
          <w:rFonts w:ascii="Arial" w:hAnsi="Arial" w:eastAsia="Arial"/>
          <w:b/>
          <w:i w:val="0"/>
          <w:sz w:val="24"/>
        </w:rPr>
        <w:t>2.2 Ethical Approval and Consent to Participate</w:t>
      </w:r>
    </w:p>
    <w:p>
      <w:pPr>
        <w:spacing w:line="240" w:lineRule="auto" w:before="0" w:after="120"/>
        <w:ind w:firstLine="360"/>
        <w:jc w:val="both"/>
      </w:pPr>
      <w:r>
        <w:rPr>
          <w:rFonts w:ascii="Arial" w:hAnsi="Arial" w:eastAsia="Arial"/>
          <w:b w:val="0"/>
          <w:i w:val="0"/>
          <w:sz w:val="24"/>
        </w:rPr>
        <w:t>This study involved survey responses from SME owners or managers. Participation was voluntary, and respondents were informed about the purpose of the study before answering the questionnaire. The survey did not collect sensitive personal identifiers, and all responses were processed in aggregate form to protect confidentiality and anonymity. Ethical approval was handled in accordance with institutional research procedures at Universitas Pembangunan Nasional Veteran Yogyakarta; the approval number should be added by the authors if required by the journal or institution.</w:t>
      </w:r>
    </w:p>
    <w:p w14:paraId="7F35726B" w14:textId="77777777" w:rsidR="004E067B" w:rsidRDefault="00BE7DAD">
      <w:pPr>
        <w:spacing w:line="240" w:lineRule="auto" w:before="0" w:after="120"/>
        <w:ind/>
        <w:jc w:val="left"/>
        <w:rPr>
          <w:b/>
        </w:rPr>
      </w:pPr>
      <w:r>
        <w:rPr>
          <w:rFonts w:ascii="Arial" w:hAnsi="Arial" w:eastAsia="Arial"/>
          <w:b/>
          <w:i w:val="0"/>
          <w:sz w:val="24"/>
        </w:rPr>
        <w:t>2.3 Variables</w:t>
      </w:r>
    </w:p>
    <w:p w14:paraId="66E74180" w14:textId="218D2857" w:rsidR="00AF704B" w:rsidRDefault="00AF704B">
      <w:pPr>
        <w:spacing w:line="240" w:lineRule="auto" w:before="0" w:after="120"/>
        <w:ind w:firstLine="360"/>
        <w:jc w:val="both"/>
      </w:pPr>
      <w:r>
        <w:rPr>
          <w:rFonts w:ascii="Arial" w:hAnsi="Arial" w:eastAsia="Arial"/>
          <w:b w:val="0"/>
          <w:i w:val="0"/>
          <w:sz w:val="24"/>
        </w:rPr>
        <w:t>The first binary logit model was estimated to identify the factors associated with the likelihood of SMEs adopting online business practices. This model includes respondents’ characteristics, namely gender, age, and education, as well as business-related factors such as turnover, distance from hamlet Wi-Fi, and duration of Wi-Fi use. The inclusion of these variables is intended to capture individual capability, business scale, and infrastructural exposure that may affect the decision to shift from offline to online business activities. The variables were coded so that higher values generally indicate a higher level of the observed characteristic, except for binary variables where the coding is explicitly stated. The estimation results of Model 1 are presented after the variable description in Table 1.</w:t>
      </w:r>
    </w:p>
    <w:p w14:paraId="40736D3B" w14:textId="77777777" w:rsidR="004E067B" w:rsidRDefault="00BE7DAD">
      <w:pPr>
        <w:spacing w:line="240" w:lineRule="auto" w:before="0" w:after="120"/>
        <w:jc w:val="left"/>
      </w:pPr>
      <w:r>
        <w:rPr>
          <w:rFonts w:ascii="Arial" w:hAnsi="Arial" w:eastAsia="Arial"/>
          <w:b/>
          <w:sz w:val="24"/>
        </w:rPr>
        <w:t>Table 1. Variables used in the empirical models</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1803"/>
        <w:gridCol w:w="5555"/>
        <w:gridCol w:w="2218"/>
        <w:gridCol w:w="1728"/>
      </w:tblGrid>
      <w:tr w:rsidR="004E067B" w14:paraId="640C97A1" w14:textId="77777777">
        <w:trPr>
          <w:tblHeader/>
          <w:jc w:val="center"/>
        </w:trPr>
        <w:tc>
          <w:tcPr>
            <w:tcW w:w="1440"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Variable</w:t>
            </w:r>
          </w:p>
        </w:tc>
        <w:tc>
          <w:tcPr>
            <w:tcW w:w="604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Operational definition and coding</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Measurement</w:t>
            </w:r>
          </w:p>
        </w:tc>
        <w:tc>
          <w:tcPr>
            <w:tcW w:type="dxa" w:w="1728"/>
            <w:vAlign w:val="center"/>
          </w:tcPr>
          <w:p>
            <w:pPr>
              <w:spacing w:line="240" w:lineRule="auto" w:after="0"/>
              <w:jc w:val="left"/>
            </w:pPr>
            <w:r>
              <w:rPr>
                <w:rFonts w:ascii="Arial" w:hAnsi="Arial" w:eastAsia="Arial"/>
                <w:b/>
                <w:sz w:val="21"/>
              </w:rPr>
            </w:r>
            <w:r>
              <w:rPr>
                <w:rFonts w:ascii="Arial" w:hAnsi="Arial" w:eastAsia="Arial"/>
                <w:b/>
                <w:sz w:val="21"/>
              </w:rPr>
              <w:t>Model</w:t>
            </w:r>
          </w:p>
        </w:tc>
      </w:tr>
      <w:tr w:rsidR="004E067B" w14:paraId="13B3748D"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ONLINE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Online business adoption; 1 = SME conducts online business activity, 0 = otherwise.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Binary dependent variable</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Binary logit Models 1 and 2</w:t>
            </w:r>
          </w:p>
        </w:tc>
      </w:tr>
      <w:tr w:rsidR="004E067B" w14:paraId="06227349"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GROWTH</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Perceived business growth category; coded in ordered categories from lower to higher growth.</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 dependent variable</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Ordered logit</w:t>
            </w:r>
          </w:p>
        </w:tc>
      </w:tr>
      <w:tr w:rsidR="004E067B" w14:paraId="6B3D853C"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GENDER</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Gender of entrepreneur/respondent; 1 = female, 0 = male.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Binary/categorical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1</w:t>
            </w:r>
          </w:p>
        </w:tc>
      </w:tr>
      <w:tr w:rsidR="004E067B" w14:paraId="3146D8E6"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AGE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Age category of entrepreneur/respondent; higher values indicate older age category.</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Ordinal/categorical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1</w:t>
            </w:r>
          </w:p>
        </w:tc>
      </w:tr>
      <w:tr w:rsidR="004E067B" w14:paraId="43A999C8"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EDU</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Education level of respondent; higher values indicate higher formal education.</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1</w:t>
            </w:r>
          </w:p>
        </w:tc>
      </w:tr>
      <w:tr w:rsidR="004E067B" w14:paraId="65B35ABA"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OMZET</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Sales turnover of the business, measured as reported business turnover.</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Continuous</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Models 1 and 2</w:t>
            </w:r>
          </w:p>
        </w:tc>
      </w:tr>
      <w:tr w:rsidR="004E067B" w14:paraId="75A0C48A"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DISTANCE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Distance between business location and the hamlet Wi-Fi facility.</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Continuous</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1</w:t>
            </w:r>
          </w:p>
        </w:tc>
      </w:tr>
      <w:tr w:rsidR="004E067B" w14:paraId="5647CE1C"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DURATION</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Duration of hamlet Wi-Fi use by the SME; higher values indicate longer use.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Continuous/ordinal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1</w:t>
            </w:r>
          </w:p>
        </w:tc>
      </w:tr>
      <w:tr w:rsidR="004E067B" w14:paraId="184E89D9"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ACCESS</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Perceived ease of accessing Wi-Fi/internet; higher values indicate easier access.</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0A0688F8"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SPEED</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Perceived internet/Wi-Fi access speed; higher values indicate faster access.</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76876DE2"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STABLE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Perceived stability of Wi-Fi access; higher values indicate more stable access.</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7D424AED"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FREQ</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Frequency of Wi-Fi use; higher values indicate more frequent use.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767D9997"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EBIS</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Use of Wi-Fi/internet for e-business activity; higher values indicate stronger e-business use.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Ordinal/binary</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34B7D848"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SALE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Online sales activity or sales value through digital channels; higher values indicate stronger online sales activity.</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Ordinal/continuous</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31AC6B53"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INOV</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Innovation behavior in business activity; higher values indicate stronger innovation orientation.</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Model 2</w:t>
            </w:r>
          </w:p>
        </w:tc>
      </w:tr>
      <w:tr w:rsidR="004E067B" w14:paraId="6A91FAF0"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INTERNET</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General internet use in the growth model; higher values indicate greater internet use.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Ordinal/binary</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Ordered logit</w:t>
            </w:r>
          </w:p>
        </w:tc>
      </w:tr>
      <w:tr w:rsidR="004E067B" w14:paraId="7FCBD069"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ECOMMERCE</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E-commerce activity in the growth model; higher values indicate stronger e-commerce use.</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Ordinal/binary</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Ordered logit</w:t>
            </w:r>
          </w:p>
        </w:tc>
      </w:tr>
      <w:tr w:rsidR="004E067B" w14:paraId="335DAE79" w14:textId="77777777">
        <w:trPr>
          <w:jc w:val="center"/>
        </w:trPr>
        <w:tc>
          <w:tcPr>
            <w:tcW w:w="1440" w:type="dxa"/>
            <w:vAlign w:val="center"/>
          </w:tcPr>
          <w:p>
            <w:pPr>
              <w:spacing w:line="240" w:lineRule="auto" w:after="0"/>
              <w:jc w:val="left"/>
            </w:pPr>
            <w:r>
              <w:rPr>
                <w:rFonts w:ascii="Arial" w:hAnsi="Arial" w:eastAsia="Arial"/>
                <w:sz w:val="21"/>
              </w:rPr>
            </w:r>
            <w:r>
              <w:rPr>
                <w:rFonts w:ascii="Arial" w:hAnsi="Arial" w:eastAsia="Arial"/>
                <w:b w:val="0"/>
                <w:sz w:val="21"/>
              </w:rPr>
              <w:t>PROFIT</w:t>
            </w:r>
          </w:p>
        </w:tc>
        <w:tc>
          <w:tcPr>
            <w:tcW w:w="6048" w:type="dxa"/>
            <w:vAlign w:val="center"/>
          </w:tcPr>
          <w:p>
            <w:pPr>
              <w:spacing w:line="240" w:lineRule="auto" w:after="0"/>
              <w:jc w:val="left"/>
            </w:pPr>
            <w:r>
              <w:rPr>
                <w:rFonts w:ascii="Arial" w:hAnsi="Arial" w:eastAsia="Arial"/>
                <w:sz w:val="21"/>
              </w:rPr>
            </w:r>
            <w:r>
              <w:rPr>
                <w:rFonts w:ascii="Arial" w:hAnsi="Arial" w:eastAsia="Arial"/>
                <w:b w:val="0"/>
                <w:sz w:val="21"/>
              </w:rPr>
              <w:t>Profit indicator reported in the survey; not used for substantive interpretation in the revised ordered logit discussion because the earlier output duplicated the INTERNET estimates.</w:t>
            </w:r>
          </w:p>
        </w:tc>
        <w:tc>
          <w:tcPr>
            <w:tcW w:w="1728" w:type="dxa"/>
            <w:vAlign w:val="center"/>
          </w:tcPr>
          <w:p>
            <w:pPr>
              <w:spacing w:line="240" w:lineRule="auto" w:after="0"/>
              <w:jc w:val="left"/>
            </w:pPr>
            <w:r>
              <w:rPr>
                <w:rFonts w:ascii="Arial" w:hAnsi="Arial" w:eastAsia="Arial"/>
                <w:sz w:val="21"/>
              </w:rPr>
            </w:r>
            <w:r>
              <w:rPr>
                <w:rFonts w:ascii="Arial" w:hAnsi="Arial" w:eastAsia="Arial"/>
                <w:b w:val="0"/>
                <w:sz w:val="21"/>
              </w:rPr>
              <w:t>Ordinal/continuous</w:t>
            </w:r>
          </w:p>
        </w:tc>
        <w:tc>
          <w:tcPr>
            <w:tcW w:type="dxa" w:w="1728"/>
            <w:vAlign w:val="center"/>
          </w:tcPr>
          <w:p>
            <w:pPr>
              <w:spacing w:line="240" w:lineRule="auto" w:after="0"/>
              <w:jc w:val="left"/>
            </w:pPr>
            <w:r>
              <w:rPr>
                <w:rFonts w:ascii="Arial" w:hAnsi="Arial" w:eastAsia="Arial"/>
                <w:sz w:val="21"/>
              </w:rPr>
            </w:r>
            <w:r>
              <w:rPr>
                <w:rFonts w:ascii="Arial" w:hAnsi="Arial" w:eastAsia="Arial"/>
                <w:b w:val="0"/>
                <w:sz w:val="21"/>
              </w:rPr>
              <w:t>Reported as limitation</w:t>
            </w:r>
          </w:p>
        </w:tc>
      </w:tr>
    </w:tbl>
    <w:p w14:paraId="2BFB3877" w14:textId="77777777" w:rsidR="004E067B" w:rsidRDefault="00BE7DAD">
      <w:pPr>
        <w:spacing w:line="240" w:lineRule="auto" w:before="0" w:after="120"/>
        <w:ind/>
        <w:jc w:val="left"/>
      </w:pPr>
      <w:r>
        <w:rPr>
          <w:rFonts w:ascii="Arial" w:hAnsi="Arial" w:eastAsia="Arial"/>
          <w:b/>
          <w:i w:val="0"/>
          <w:sz w:val="24"/>
        </w:rPr>
        <w:t>2.4 Model Specification</w:t>
      </w:r>
    </w:p>
    <w:p w14:paraId="5FB20545" w14:textId="77777777" w:rsidR="004E067B" w:rsidRDefault="00BE7DAD">
      <w:pPr>
        <w:spacing w:line="240" w:lineRule="auto" w:before="0" w:after="120"/>
        <w:ind w:firstLine="360"/>
        <w:jc w:val="both"/>
      </w:pPr>
      <w:r>
        <w:rPr>
          <w:rFonts w:ascii="Arial" w:hAnsi="Arial" w:eastAsia="Arial"/>
          <w:b w:val="0"/>
          <w:i w:val="0"/>
          <w:sz w:val="24"/>
        </w:rPr>
        <w:t>The first and second empirical models used binary logit estimation to explain the probability that SMEs conduct online business. Binary logit was selected because the dependent variable, ONLINE, has two possible outcomes. Model 1 included respondent and basic business characteristics, namely gender, age, education, turnover, distance, and duration of Wi-Fi use. Model 2 focused on Wi-Fi-related and digital business factors, including turnover, ease of access, speed, stability, frequency, e-business use, online sales, and innovation. Odds ratios are reported in the revised tables to improve substantive interpretation of the logit coefficients. Because the study used cross-sectional survey data, the estimated coefficients should be interpreted as associations rather than causal effects.</w:t>
      </w:r>
    </w:p>
    <w:p w14:paraId="4B811250" w14:textId="77777777" w:rsidR="004E067B" w:rsidRDefault="00BE7DAD">
      <w:pPr>
        <w:spacing w:line="240" w:lineRule="auto" w:before="0" w:after="120"/>
        <w:ind w:firstLine="360"/>
        <w:jc w:val="both"/>
      </w:pPr>
      <w:r>
        <w:rPr>
          <w:rFonts w:ascii="Arial" w:hAnsi="Arial" w:eastAsia="Arial"/>
          <w:b w:val="0"/>
          <w:i w:val="0"/>
          <w:sz w:val="24"/>
        </w:rPr>
        <w:t>For the ordinal business growth outcome, this study followed the ordered logit formulation used in the source article. Ordered logit was selected because GROWTH is an ordinal dependent variable in which higher categories represent better business growth. The method is appropriate when the response variable has more than two ordered categories and when the proportional odds assumption is conceptually plausible. The revised manuscript reports the ordered logit results more cautiously because the proportional odds test and marginal effects were not available from the submitted output.</w:t>
      </w:r>
    </w:p>
    <w:p w14:paraId="31A876A2" w14:textId="77777777" w:rsidR="004E067B" w:rsidRDefault="00BE7DAD">
      <w:pPr>
        <w:spacing w:line="240" w:lineRule="auto" w:before="0" w:after="120"/>
        <w:ind w:firstLine="360"/>
        <w:jc w:val="both"/>
      </w:pPr>
      <w:r>
        <w:rPr>
          <w:rFonts w:ascii="Arial" w:hAnsi="Arial" w:eastAsia="Arial"/>
          <w:sz w:val="24"/>
        </w:rPr>
        <w:t>Suppose there are five possible outcomes: very poor, poor, moderate, good, and very good. If the probabilities of these outcomes are given by p1(x), p2(x), p3(x), p4(x), and p5(x), which are all functions of an independent variable x, then for a fixed value of x the logarithm of the odds of answering in a certain way can be expressed as follows:</w:t>
      </w:r>
    </w:p>
    <w:p w14:paraId="26DBEA16" w14:textId="77777777" w:rsidR="004E067B" w:rsidRDefault="00BE7DAD">
      <w:pPr>
        <w:spacing w:line="240" w:lineRule="auto" w:before="0" w:after="120"/>
        <w:ind w:firstLine="360"/>
        <w:jc w:val="both"/>
      </w:pPr>
      <w:r>
        <w:rPr>
          <w:rFonts w:ascii="Arial" w:hAnsi="Arial" w:eastAsia="Arial"/>
          <w:sz w:val="24"/>
        </w:rPr>
        <w:t xml:space="preserve">Very bad:    </w:t>
      </w:r>
      <w:r>
        <w:rPr>
          <w:rFonts w:ascii="Arial" w:hAnsi="Arial" w:eastAsia="Arial"/>
          <w:noProof/>
          <w:sz w:val="24"/>
        </w:rPr>
        <w:drawing>
          <wp:inline distT="0" distB="0" distL="0" distR="0" wp14:anchorId="2E09AC87" wp14:editId="442C8DA9">
            <wp:extent cx="2011680" cy="4961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2011680" cy="496154"/>
                    </a:xfrm>
                    <a:prstGeom prst="rect">
                      <a:avLst/>
                    </a:prstGeom>
                  </pic:spPr>
                </pic:pic>
              </a:graphicData>
            </a:graphic>
          </wp:inline>
        </w:drawing>
      </w:r>
    </w:p>
    <w:p w14:paraId="5DB02189" w14:textId="77777777" w:rsidR="004E067B" w:rsidRDefault="00BE7DAD">
      <w:pPr>
        <w:spacing w:line="240" w:lineRule="auto" w:before="0" w:after="120"/>
        <w:ind w:firstLine="360"/>
        <w:jc w:val="both"/>
      </w:pPr>
      <w:r>
        <w:rPr>
          <w:rFonts w:ascii="Arial" w:hAnsi="Arial" w:eastAsia="Arial"/>
          <w:sz w:val="24"/>
        </w:rPr>
        <w:t xml:space="preserve">Very bad or bad:    </w:t>
      </w:r>
      <w:r>
        <w:rPr>
          <w:rFonts w:ascii="Arial" w:hAnsi="Arial" w:eastAsia="Arial"/>
          <w:noProof/>
          <w:sz w:val="24"/>
        </w:rPr>
        <w:drawing>
          <wp:inline distT="0" distB="0" distL="0" distR="0" wp14:anchorId="7C436555" wp14:editId="40935F05">
            <wp:extent cx="1600200" cy="4114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1600200" cy="411480"/>
                    </a:xfrm>
                    <a:prstGeom prst="rect">
                      <a:avLst/>
                    </a:prstGeom>
                  </pic:spPr>
                </pic:pic>
              </a:graphicData>
            </a:graphic>
          </wp:inline>
        </w:drawing>
      </w:r>
    </w:p>
    <w:p w14:paraId="490372EA" w14:textId="77777777" w:rsidR="004E067B" w:rsidRDefault="00BE7DAD">
      <w:pPr>
        <w:spacing w:line="240" w:lineRule="auto" w:before="0" w:after="120"/>
        <w:ind w:firstLine="360"/>
        <w:jc w:val="both"/>
      </w:pPr>
      <w:r>
        <w:rPr>
          <w:rFonts w:ascii="Arial" w:hAnsi="Arial" w:eastAsia="Arial"/>
          <w:sz w:val="24"/>
        </w:rPr>
        <w:t xml:space="preserve">Very bad, bad, or moderate:    </w:t>
      </w:r>
      <w:r>
        <w:rPr>
          <w:rFonts w:ascii="Arial" w:hAnsi="Arial" w:eastAsia="Arial"/>
          <w:noProof/>
          <w:sz w:val="24"/>
        </w:rPr>
        <w:drawing>
          <wp:inline distT="0" distB="0" distL="0" distR="0" wp14:anchorId="70B12771" wp14:editId="57431814">
            <wp:extent cx="1600200" cy="4093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1600200" cy="409353"/>
                    </a:xfrm>
                    <a:prstGeom prst="rect">
                      <a:avLst/>
                    </a:prstGeom>
                  </pic:spPr>
                </pic:pic>
              </a:graphicData>
            </a:graphic>
          </wp:inline>
        </w:drawing>
      </w:r>
    </w:p>
    <w:p w14:paraId="245C554C" w14:textId="77777777" w:rsidR="004E067B" w:rsidRDefault="00BE7DAD">
      <w:pPr>
        <w:spacing w:line="240" w:lineRule="auto" w:before="0" w:after="120"/>
        <w:ind w:firstLine="360"/>
        <w:jc w:val="both"/>
      </w:pPr>
      <w:r>
        <w:rPr>
          <w:rFonts w:ascii="Arial" w:hAnsi="Arial" w:eastAsia="Arial"/>
          <w:sz w:val="24"/>
        </w:rPr>
        <w:t xml:space="preserve">Very bad, bad, moderate or good:    </w:t>
      </w:r>
      <w:r>
        <w:rPr>
          <w:rFonts w:ascii="Arial" w:hAnsi="Arial" w:eastAsia="Arial"/>
          <w:noProof/>
          <w:sz w:val="24"/>
        </w:rPr>
        <w:drawing>
          <wp:inline distT="0" distB="0" distL="0" distR="0" wp14:anchorId="43FFA52F" wp14:editId="4170E7D2">
            <wp:extent cx="2011680" cy="4058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2011680" cy="405865"/>
                    </a:xfrm>
                    <a:prstGeom prst="rect">
                      <a:avLst/>
                    </a:prstGeom>
                  </pic:spPr>
                </pic:pic>
              </a:graphicData>
            </a:graphic>
          </wp:inline>
        </w:drawing>
      </w:r>
    </w:p>
    <w:p w14:paraId="054119BB" w14:textId="77777777" w:rsidR="004E067B" w:rsidRDefault="00BE7DAD">
      <w:pPr>
        <w:spacing w:line="240" w:lineRule="auto" w:before="0" w:after="120"/>
        <w:ind w:firstLine="360"/>
        <w:jc w:val="both"/>
      </w:pPr>
      <w:r>
        <w:rPr>
          <w:rFonts w:ascii="Arial" w:hAnsi="Arial" w:eastAsia="Arial"/>
          <w:sz w:val="24"/>
        </w:rPr>
        <w:t>The proportional odds assumption states that the number added to each logarithm to obtain the next logarithm is the same regardless of x. Ordered logit can be derived from a latent variable model, similar to the binary logistic regression model. The latent model is expressed as follows:</w:t>
      </w:r>
    </w:p>
    <w:p w14:paraId="2D84DB99" w14:textId="77777777" w:rsidR="004E067B" w:rsidRDefault="00BE7DAD">
      <w:pPr>
        <w:spacing w:line="240" w:lineRule="auto" w:before="0" w:after="120"/>
        <w:jc w:val="left"/>
      </w:pPr>
      <w:r>
        <w:rPr>
          <w:rFonts w:ascii="Arial" w:hAnsi="Arial" w:eastAsia="Arial"/>
          <w:noProof/>
          <w:sz w:val="24"/>
        </w:rPr>
        <w:drawing>
          <wp:inline distT="0" distB="0" distL="0" distR="0" wp14:anchorId="237A44C6" wp14:editId="24AD1F79">
            <wp:extent cx="1234440" cy="32981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1234440" cy="329813"/>
                    </a:xfrm>
                    <a:prstGeom prst="rect">
                      <a:avLst/>
                    </a:prstGeom>
                  </pic:spPr>
                </pic:pic>
              </a:graphicData>
            </a:graphic>
          </wp:inline>
        </w:drawing>
      </w:r>
    </w:p>
    <w:p w14:paraId="5CE94D0E" w14:textId="77777777" w:rsidR="004E067B" w:rsidRDefault="00BE7DAD">
      <w:pPr>
        <w:spacing w:line="240" w:lineRule="auto" w:before="0" w:after="120"/>
        <w:ind w:firstLine="360"/>
        <w:jc w:val="both"/>
      </w:pPr>
      <w:r>
        <w:rPr>
          <w:rFonts w:ascii="Arial" w:hAnsi="Arial" w:eastAsia="Arial"/>
          <w:sz w:val="24"/>
        </w:rPr>
        <w:t>where y* is the unobserved dependent variable, x is the vector of independent variables, ε is a nuisance variable assumed to follow a standard logistic distribution, and β is the vector of regression coefficients to be estimated. Because y* cannot be observed directly, only the response category y is observed as follows:</w:t>
      </w:r>
    </w:p>
    <w:p w14:paraId="7D3DEF12" w14:textId="77777777" w:rsidR="004E067B" w:rsidRDefault="00BE7DAD">
      <w:pPr>
        <w:spacing w:line="240" w:lineRule="auto" w:before="0" w:after="120"/>
        <w:jc w:val="left"/>
      </w:pPr>
      <w:r>
        <w:rPr>
          <w:rFonts w:ascii="Arial" w:hAnsi="Arial" w:eastAsia="Arial"/>
          <w:noProof/>
          <w:sz w:val="24"/>
        </w:rPr>
        <w:drawing>
          <wp:inline distT="0" distB="0" distL="0" distR="0" wp14:anchorId="209D19A2" wp14:editId="45ED29ED">
            <wp:extent cx="2240280" cy="12890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2240280" cy="1289050"/>
                    </a:xfrm>
                    <a:prstGeom prst="rect">
                      <a:avLst/>
                    </a:prstGeom>
                  </pic:spPr>
                </pic:pic>
              </a:graphicData>
            </a:graphic>
          </wp:inline>
        </w:drawing>
      </w:r>
    </w:p>
    <w:p w14:paraId="4C096F56" w14:textId="77777777" w:rsidR="004E067B" w:rsidRDefault="00BE7DAD">
      <w:pPr>
        <w:spacing w:line="240" w:lineRule="auto" w:before="0" w:after="120"/>
        <w:ind w:firstLine="360"/>
        <w:jc w:val="both"/>
      </w:pPr>
      <w:r>
        <w:rPr>
          <w:rFonts w:ascii="Arial" w:hAnsi="Arial" w:eastAsia="Arial"/>
          <w:sz w:val="24"/>
        </w:rPr>
        <w:t xml:space="preserve">Parameter </w:t>
      </w:r>
      <w:proofErr w:type="spellStart"/>
      <w:r>
        <w:rPr>
          <w:rFonts w:ascii="Arial" w:hAnsi="Arial" w:eastAsia="Arial"/>
          <w:sz w:val="24"/>
        </w:rPr>
        <w:t>μi</w:t>
      </w:r>
      <w:proofErr w:type="spellEnd"/>
      <w:r>
        <w:rPr>
          <w:rFonts w:ascii="Arial" w:hAnsi="Arial" w:eastAsia="Arial"/>
          <w:sz w:val="24"/>
        </w:rPr>
        <w:t xml:space="preserve"> is the externally imposed endpoint of the observable category. The ordered logit technique uses observations on y, which represent censored data on y*, to fit the parameter vector β. In the empirical model of this study, the independent variables in the ordered growth model were internet use, e-commerce, and profit.</w:t>
      </w:r>
    </w:p>
    <w:p w14:paraId="2101225E" w14:textId="77777777" w:rsidR="004E067B" w:rsidRDefault="00BE7DAD">
      <w:pPr>
        <w:spacing w:before="0" w:line="240" w:lineRule="auto" w:after="120"/>
        <w:jc w:val="left"/>
      </w:pPr>
      <w:r>
        <w:rPr>
          <w:rFonts w:ascii="Arial" w:hAnsi="Arial" w:eastAsia="Arial"/>
          <w:b/>
          <w:sz w:val="24"/>
        </w:rPr>
        <w:t>3. RESULTS AND DISCUSSION</w:t>
      </w:r>
    </w:p>
    <w:p w14:paraId="439027BF" w14:textId="77777777" w:rsidR="004E067B" w:rsidRDefault="00BE7DAD">
      <w:pPr>
        <w:spacing w:line="240" w:lineRule="auto" w:before="0" w:after="120"/>
        <w:ind/>
        <w:jc w:val="left"/>
      </w:pPr>
      <w:r>
        <w:rPr>
          <w:rFonts w:ascii="Arial" w:hAnsi="Arial" w:eastAsia="Arial"/>
          <w:b/>
          <w:sz w:val="24"/>
        </w:rPr>
        <w:t>3.1 Basic Determinants of Online Business Adoption</w:t>
      </w:r>
    </w:p>
    <w:p w14:paraId="0C519BB0" w14:textId="77777777" w:rsidR="004E067B" w:rsidRDefault="00BE7DAD">
      <w:pPr>
        <w:spacing w:line="240" w:lineRule="auto" w:before="0" w:after="120"/>
        <w:ind w:firstLine="360"/>
        <w:jc w:val="both"/>
      </w:pPr>
      <w:r>
        <w:rPr>
          <w:rFonts w:ascii="Arial" w:hAnsi="Arial" w:eastAsia="Arial"/>
          <w:b w:val="0"/>
          <w:i w:val="0"/>
          <w:sz w:val="24"/>
        </w:rPr>
        <w:t>The first binary logit model examined whether respondent characteristics and basic business factors were associated with the tendency of SMEs to conduct online business. The model was statistically significant based on the likelihood ratio statistic, and the McFadden R-squared indicates that the explanatory variables provide meaningful improvement over the restricted model. The coefficients and odds ratios are presented in Table 2.</w:t>
      </w:r>
    </w:p>
    <w:p w14:paraId="31CE657D" w14:textId="77777777" w:rsidR="004E067B" w:rsidRDefault="00BE7DAD">
      <w:pPr>
        <w:spacing w:line="240" w:lineRule="auto" w:before="0" w:after="120"/>
        <w:jc w:val="left"/>
      </w:pPr>
      <w:r>
        <w:rPr>
          <w:rFonts w:ascii="Arial" w:hAnsi="Arial" w:eastAsia="Arial"/>
          <w:b/>
          <w:sz w:val="24"/>
        </w:rPr>
        <w:t>Table 2. Binary logit estimation: Model 1</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1728"/>
        <w:gridCol w:w="1728"/>
        <w:gridCol w:w="1728"/>
        <w:gridCol w:w="1728"/>
        <w:gridCol w:w="1440"/>
        <w:gridCol w:w="1152"/>
      </w:tblGrid>
      <w:tr w:rsidR="004E067B" w14:paraId="769BF4D1" w14:textId="77777777">
        <w:trPr>
          <w:tblHeader/>
          <w:jc w:val="center"/>
        </w:trPr>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Variable</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Coefficient</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Std. Error</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z-Statistic</w:t>
            </w:r>
          </w:p>
        </w:tc>
        <w:tc>
          <w:tcPr>
            <w:tcW w:w="1440"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Prob.</w:t>
            </w:r>
          </w:p>
        </w:tc>
        <w:tc>
          <w:tcPr>
            <w:tcW w:type="dxa" w:w="1152"/>
            <w:vAlign w:val="center"/>
          </w:tcPr>
          <w:p>
            <w:pPr>
              <w:spacing w:line="240" w:lineRule="auto" w:after="0"/>
              <w:jc w:val="left"/>
            </w:pPr>
            <w:r>
              <w:rPr>
                <w:rFonts w:ascii="Arial" w:hAnsi="Arial" w:eastAsia="Arial"/>
                <w:b/>
                <w:sz w:val="21"/>
              </w:rPr>
            </w:r>
            <w:r>
              <w:rPr>
                <w:rFonts w:ascii="Arial" w:hAnsi="Arial" w:eastAsia="Arial"/>
                <w:b/>
                <w:sz w:val="21"/>
              </w:rPr>
              <w:t>Odds ratio</w:t>
            </w:r>
          </w:p>
        </w:tc>
      </w:tr>
      <w:tr w:rsidR="004E067B" w14:paraId="466D364E" w14:textId="77777777">
        <w:trPr>
          <w:jc w:val="center"/>
        </w:trPr>
        <w:tc>
          <w:tcPr>
            <w:tcW w:w="1728" w:type="dxa"/>
            <w:vAlign w:val="center"/>
          </w:tcPr>
          <w:p w14:paraId="580BF83A" w14:textId="77777777" w:rsidR="004E067B" w:rsidRDefault="00BE7DAD">
            <w:pPr>
              <w:spacing w:line="240" w:lineRule="auto" w:after="0"/>
              <w:jc w:val="center"/>
            </w:pPr>
            <w:r>
              <w:rPr>
                <w:rFonts w:ascii="Arial" w:hAnsi="Arial" w:eastAsia="Arial"/>
                <w:sz w:val="21"/>
              </w:rPr>
              <w:t>C</w:t>
            </w:r>
          </w:p>
        </w:tc>
        <w:tc>
          <w:tcPr>
            <w:tcW w:w="1728" w:type="dxa"/>
            <w:vAlign w:val="center"/>
          </w:tcPr>
          <w:p w14:paraId="5E3E9E1D" w14:textId="77777777" w:rsidR="004E067B" w:rsidRDefault="00BE7DAD">
            <w:pPr>
              <w:spacing w:line="240" w:lineRule="auto" w:after="0"/>
              <w:jc w:val="center"/>
            </w:pPr>
            <w:r>
              <w:rPr>
                <w:rFonts w:ascii="Arial" w:hAnsi="Arial" w:eastAsia="Arial"/>
                <w:sz w:val="21"/>
              </w:rPr>
              <w:t>-4.440161</w:t>
            </w:r>
          </w:p>
        </w:tc>
        <w:tc>
          <w:tcPr>
            <w:tcW w:w="1728" w:type="dxa"/>
            <w:vAlign w:val="center"/>
          </w:tcPr>
          <w:p w14:paraId="23449E98" w14:textId="77777777" w:rsidR="004E067B" w:rsidRDefault="00BE7DAD">
            <w:pPr>
              <w:spacing w:line="240" w:lineRule="auto" w:after="0"/>
              <w:jc w:val="center"/>
            </w:pPr>
            <w:r>
              <w:rPr>
                <w:rFonts w:ascii="Arial" w:hAnsi="Arial" w:eastAsia="Arial"/>
                <w:sz w:val="21"/>
              </w:rPr>
              <w:t>2.057203</w:t>
            </w:r>
          </w:p>
        </w:tc>
        <w:tc>
          <w:tcPr>
            <w:tcW w:w="1728" w:type="dxa"/>
            <w:vAlign w:val="center"/>
          </w:tcPr>
          <w:p w14:paraId="1A8501D1" w14:textId="77777777" w:rsidR="004E067B" w:rsidRDefault="00BE7DAD">
            <w:pPr>
              <w:spacing w:line="240" w:lineRule="auto" w:after="0"/>
              <w:jc w:val="center"/>
            </w:pPr>
            <w:r>
              <w:rPr>
                <w:rFonts w:ascii="Arial" w:hAnsi="Arial" w:eastAsia="Arial"/>
                <w:sz w:val="21"/>
              </w:rPr>
              <w:t>-2.158349</w:t>
            </w:r>
          </w:p>
        </w:tc>
        <w:tc>
          <w:tcPr>
            <w:tcW w:w="1440" w:type="dxa"/>
            <w:vAlign w:val="center"/>
          </w:tcPr>
          <w:p w14:paraId="7BA3652C" w14:textId="77777777" w:rsidR="004E067B" w:rsidRDefault="00BE7DAD">
            <w:pPr>
              <w:spacing w:line="240" w:lineRule="auto" w:after="0"/>
              <w:jc w:val="center"/>
            </w:pPr>
            <w:r>
              <w:rPr>
                <w:rFonts w:ascii="Arial" w:hAnsi="Arial" w:eastAsia="Arial"/>
                <w:sz w:val="21"/>
              </w:rPr>
              <w:t>.031</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w:t>
            </w:r>
          </w:p>
        </w:tc>
      </w:tr>
      <w:tr w:rsidR="004E067B" w14:paraId="3DDF49EB" w14:textId="77777777">
        <w:trPr>
          <w:jc w:val="center"/>
        </w:trPr>
        <w:tc>
          <w:tcPr>
            <w:tcW w:w="1728" w:type="dxa"/>
            <w:vAlign w:val="center"/>
          </w:tcPr>
          <w:p w14:paraId="66C928C6" w14:textId="77777777" w:rsidR="004E067B" w:rsidRDefault="00BE7DAD">
            <w:pPr>
              <w:spacing w:line="240" w:lineRule="auto" w:after="0"/>
              <w:jc w:val="center"/>
            </w:pPr>
            <w:r>
              <w:rPr>
                <w:rFonts w:ascii="Arial" w:hAnsi="Arial" w:eastAsia="Arial"/>
                <w:sz w:val="21"/>
              </w:rPr>
              <w:t>GENDER</w:t>
            </w:r>
          </w:p>
        </w:tc>
        <w:tc>
          <w:tcPr>
            <w:tcW w:w="1728" w:type="dxa"/>
            <w:vAlign w:val="center"/>
          </w:tcPr>
          <w:p w14:paraId="4E2E16FC" w14:textId="77777777" w:rsidR="004E067B" w:rsidRDefault="00BE7DAD">
            <w:pPr>
              <w:spacing w:line="240" w:lineRule="auto" w:after="0"/>
              <w:jc w:val="center"/>
            </w:pPr>
            <w:r>
              <w:rPr>
                <w:rFonts w:ascii="Arial" w:hAnsi="Arial" w:eastAsia="Arial"/>
                <w:sz w:val="21"/>
              </w:rPr>
              <w:t>-0.441540</w:t>
            </w:r>
          </w:p>
        </w:tc>
        <w:tc>
          <w:tcPr>
            <w:tcW w:w="1728" w:type="dxa"/>
            <w:vAlign w:val="center"/>
          </w:tcPr>
          <w:p w14:paraId="5934A054" w14:textId="77777777" w:rsidR="004E067B" w:rsidRDefault="00BE7DAD">
            <w:pPr>
              <w:spacing w:line="240" w:lineRule="auto" w:after="0"/>
              <w:jc w:val="center"/>
            </w:pPr>
            <w:r>
              <w:rPr>
                <w:rFonts w:ascii="Arial" w:hAnsi="Arial" w:eastAsia="Arial"/>
                <w:sz w:val="21"/>
              </w:rPr>
              <w:t>0.705442</w:t>
            </w:r>
          </w:p>
        </w:tc>
        <w:tc>
          <w:tcPr>
            <w:tcW w:w="1728" w:type="dxa"/>
            <w:vAlign w:val="center"/>
          </w:tcPr>
          <w:p w14:paraId="52F7AE1A" w14:textId="77777777" w:rsidR="004E067B" w:rsidRDefault="00BE7DAD">
            <w:pPr>
              <w:spacing w:line="240" w:lineRule="auto" w:after="0"/>
              <w:jc w:val="center"/>
            </w:pPr>
            <w:r>
              <w:rPr>
                <w:rFonts w:ascii="Arial" w:hAnsi="Arial" w:eastAsia="Arial"/>
                <w:sz w:val="21"/>
              </w:rPr>
              <w:t>-0.625905</w:t>
            </w:r>
          </w:p>
        </w:tc>
        <w:tc>
          <w:tcPr>
            <w:tcW w:w="1440" w:type="dxa"/>
            <w:vAlign w:val="center"/>
          </w:tcPr>
          <w:p w14:paraId="02DEF164" w14:textId="77777777" w:rsidR="004E067B" w:rsidRDefault="00BE7DAD">
            <w:pPr>
              <w:spacing w:line="240" w:lineRule="auto" w:after="0"/>
              <w:jc w:val="center"/>
            </w:pPr>
            <w:r>
              <w:rPr>
                <w:rFonts w:ascii="Arial" w:hAnsi="Arial" w:eastAsia="Arial"/>
                <w:sz w:val="21"/>
              </w:rPr>
              <w:t>.531</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0.643</w:t>
            </w:r>
          </w:p>
        </w:tc>
      </w:tr>
      <w:tr w:rsidR="004E067B" w14:paraId="49AEAD53" w14:textId="77777777">
        <w:trPr>
          <w:jc w:val="center"/>
        </w:trPr>
        <w:tc>
          <w:tcPr>
            <w:tcW w:w="1728" w:type="dxa"/>
            <w:vAlign w:val="center"/>
          </w:tcPr>
          <w:p w14:paraId="3A2385E1" w14:textId="77777777" w:rsidR="004E067B" w:rsidRDefault="00BE7DAD">
            <w:pPr>
              <w:spacing w:line="240" w:lineRule="auto" w:after="0"/>
              <w:jc w:val="center"/>
            </w:pPr>
            <w:r>
              <w:rPr>
                <w:rFonts w:ascii="Arial" w:hAnsi="Arial" w:eastAsia="Arial"/>
                <w:sz w:val="21"/>
              </w:rPr>
              <w:t>AGE</w:t>
            </w:r>
          </w:p>
        </w:tc>
        <w:tc>
          <w:tcPr>
            <w:tcW w:w="1728" w:type="dxa"/>
            <w:vAlign w:val="center"/>
          </w:tcPr>
          <w:p w14:paraId="7FD3DA7B" w14:textId="77777777" w:rsidR="004E067B" w:rsidRDefault="00BE7DAD">
            <w:pPr>
              <w:spacing w:line="240" w:lineRule="auto" w:after="0"/>
              <w:jc w:val="center"/>
            </w:pPr>
            <w:r>
              <w:rPr>
                <w:rFonts w:ascii="Arial" w:hAnsi="Arial" w:eastAsia="Arial"/>
                <w:sz w:val="21"/>
              </w:rPr>
              <w:t>-0.492232</w:t>
            </w:r>
          </w:p>
        </w:tc>
        <w:tc>
          <w:tcPr>
            <w:tcW w:w="1728" w:type="dxa"/>
            <w:vAlign w:val="center"/>
          </w:tcPr>
          <w:p w14:paraId="7D71A767" w14:textId="77777777" w:rsidR="004E067B" w:rsidRDefault="00BE7DAD">
            <w:pPr>
              <w:spacing w:line="240" w:lineRule="auto" w:after="0"/>
              <w:jc w:val="center"/>
            </w:pPr>
            <w:r>
              <w:rPr>
                <w:rFonts w:ascii="Arial" w:hAnsi="Arial" w:eastAsia="Arial"/>
                <w:sz w:val="21"/>
              </w:rPr>
              <w:t>0.431238</w:t>
            </w:r>
          </w:p>
        </w:tc>
        <w:tc>
          <w:tcPr>
            <w:tcW w:w="1728" w:type="dxa"/>
            <w:vAlign w:val="center"/>
          </w:tcPr>
          <w:p w14:paraId="0C300B0A" w14:textId="77777777" w:rsidR="004E067B" w:rsidRDefault="00BE7DAD">
            <w:pPr>
              <w:spacing w:line="240" w:lineRule="auto" w:after="0"/>
              <w:jc w:val="center"/>
            </w:pPr>
            <w:r>
              <w:rPr>
                <w:rFonts w:ascii="Arial" w:hAnsi="Arial" w:eastAsia="Arial"/>
                <w:sz w:val="21"/>
              </w:rPr>
              <w:t>-1.141439</w:t>
            </w:r>
          </w:p>
        </w:tc>
        <w:tc>
          <w:tcPr>
            <w:tcW w:w="1440" w:type="dxa"/>
            <w:vAlign w:val="center"/>
          </w:tcPr>
          <w:p w14:paraId="2A243269" w14:textId="77777777" w:rsidR="004E067B" w:rsidRDefault="00BE7DAD">
            <w:pPr>
              <w:spacing w:line="240" w:lineRule="auto" w:after="0"/>
              <w:jc w:val="center"/>
            </w:pPr>
            <w:r>
              <w:rPr>
                <w:rFonts w:ascii="Arial" w:hAnsi="Arial" w:eastAsia="Arial"/>
                <w:sz w:val="21"/>
              </w:rPr>
              <w:t>.254</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0.611</w:t>
            </w:r>
          </w:p>
        </w:tc>
      </w:tr>
      <w:tr w:rsidR="004E067B" w14:paraId="309DA165" w14:textId="77777777">
        <w:trPr>
          <w:jc w:val="center"/>
        </w:trPr>
        <w:tc>
          <w:tcPr>
            <w:tcW w:w="1728" w:type="dxa"/>
            <w:vAlign w:val="center"/>
          </w:tcPr>
          <w:p w14:paraId="4D3C386C" w14:textId="77777777" w:rsidR="004E067B" w:rsidRDefault="00BE7DAD">
            <w:pPr>
              <w:spacing w:line="240" w:lineRule="auto" w:after="0"/>
              <w:jc w:val="center"/>
            </w:pPr>
            <w:r>
              <w:rPr>
                <w:rFonts w:ascii="Arial" w:hAnsi="Arial" w:eastAsia="Arial"/>
                <w:sz w:val="21"/>
              </w:rPr>
              <w:t>EDU</w:t>
            </w:r>
          </w:p>
        </w:tc>
        <w:tc>
          <w:tcPr>
            <w:tcW w:w="1728" w:type="dxa"/>
            <w:vAlign w:val="center"/>
          </w:tcPr>
          <w:p w14:paraId="1A4D56F6" w14:textId="77777777" w:rsidR="004E067B" w:rsidRDefault="00BE7DAD">
            <w:pPr>
              <w:spacing w:line="240" w:lineRule="auto" w:after="0"/>
              <w:jc w:val="center"/>
            </w:pPr>
            <w:r>
              <w:rPr>
                <w:rFonts w:ascii="Arial" w:hAnsi="Arial" w:eastAsia="Arial"/>
                <w:sz w:val="21"/>
              </w:rPr>
              <w:t>0.787235</w:t>
            </w:r>
          </w:p>
        </w:tc>
        <w:tc>
          <w:tcPr>
            <w:tcW w:w="1728" w:type="dxa"/>
            <w:vAlign w:val="center"/>
          </w:tcPr>
          <w:p w14:paraId="240DD909" w14:textId="77777777" w:rsidR="004E067B" w:rsidRDefault="00BE7DAD">
            <w:pPr>
              <w:spacing w:line="240" w:lineRule="auto" w:after="0"/>
              <w:jc w:val="center"/>
            </w:pPr>
            <w:r>
              <w:rPr>
                <w:rFonts w:ascii="Arial" w:hAnsi="Arial" w:eastAsia="Arial"/>
                <w:sz w:val="21"/>
              </w:rPr>
              <w:t>0.360092</w:t>
            </w:r>
          </w:p>
        </w:tc>
        <w:tc>
          <w:tcPr>
            <w:tcW w:w="1728" w:type="dxa"/>
            <w:vAlign w:val="center"/>
          </w:tcPr>
          <w:p w14:paraId="424BF48D" w14:textId="77777777" w:rsidR="004E067B" w:rsidRDefault="00BE7DAD">
            <w:pPr>
              <w:spacing w:line="240" w:lineRule="auto" w:after="0"/>
              <w:jc w:val="center"/>
            </w:pPr>
            <w:r>
              <w:rPr>
                <w:rFonts w:ascii="Arial" w:hAnsi="Arial" w:eastAsia="Arial"/>
                <w:sz w:val="21"/>
              </w:rPr>
              <w:t>2.186207</w:t>
            </w:r>
          </w:p>
        </w:tc>
        <w:tc>
          <w:tcPr>
            <w:tcW w:w="1440" w:type="dxa"/>
            <w:vAlign w:val="center"/>
          </w:tcPr>
          <w:p w14:paraId="76F1AD98" w14:textId="77777777" w:rsidR="004E067B" w:rsidRDefault="00BE7DAD">
            <w:pPr>
              <w:spacing w:line="240" w:lineRule="auto" w:after="0"/>
              <w:jc w:val="center"/>
            </w:pPr>
            <w:r>
              <w:rPr>
                <w:rFonts w:ascii="Arial" w:hAnsi="Arial" w:eastAsia="Arial"/>
                <w:sz w:val="21"/>
              </w:rPr>
              <w:t>.029</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2.197</w:t>
            </w:r>
          </w:p>
        </w:tc>
      </w:tr>
      <w:tr w:rsidR="004E067B" w14:paraId="25B934E1" w14:textId="77777777">
        <w:trPr>
          <w:jc w:val="center"/>
        </w:trPr>
        <w:tc>
          <w:tcPr>
            <w:tcW w:w="1728" w:type="dxa"/>
            <w:vAlign w:val="center"/>
          </w:tcPr>
          <w:p w14:paraId="2A457F3A" w14:textId="77777777" w:rsidR="004E067B" w:rsidRDefault="00BE7DAD">
            <w:pPr>
              <w:spacing w:line="240" w:lineRule="auto" w:after="0"/>
              <w:jc w:val="center"/>
            </w:pPr>
            <w:r>
              <w:rPr>
                <w:rFonts w:ascii="Arial" w:hAnsi="Arial" w:eastAsia="Arial"/>
                <w:sz w:val="21"/>
              </w:rPr>
              <w:t>OMZET</w:t>
            </w:r>
          </w:p>
        </w:tc>
        <w:tc>
          <w:tcPr>
            <w:tcW w:w="1728" w:type="dxa"/>
            <w:vAlign w:val="center"/>
          </w:tcPr>
          <w:p w14:paraId="472E9E40" w14:textId="77777777" w:rsidR="004E067B" w:rsidRDefault="00BE7DAD">
            <w:pPr>
              <w:spacing w:line="240" w:lineRule="auto" w:after="0"/>
              <w:jc w:val="center"/>
            </w:pPr>
            <w:r>
              <w:rPr>
                <w:rFonts w:ascii="Arial" w:hAnsi="Arial" w:eastAsia="Arial"/>
                <w:sz w:val="21"/>
              </w:rPr>
              <w:t>1.45E-07</w:t>
            </w:r>
          </w:p>
        </w:tc>
        <w:tc>
          <w:tcPr>
            <w:tcW w:w="1728" w:type="dxa"/>
            <w:vAlign w:val="center"/>
          </w:tcPr>
          <w:p w14:paraId="6279D058" w14:textId="77777777" w:rsidR="004E067B" w:rsidRDefault="00BE7DAD">
            <w:pPr>
              <w:spacing w:line="240" w:lineRule="auto" w:after="0"/>
              <w:jc w:val="center"/>
            </w:pPr>
            <w:r>
              <w:rPr>
                <w:rFonts w:ascii="Arial" w:hAnsi="Arial" w:eastAsia="Arial"/>
                <w:sz w:val="21"/>
              </w:rPr>
              <w:t>7.11E-08</w:t>
            </w:r>
          </w:p>
        </w:tc>
        <w:tc>
          <w:tcPr>
            <w:tcW w:w="1728" w:type="dxa"/>
            <w:vAlign w:val="center"/>
          </w:tcPr>
          <w:p w14:paraId="763AAAAA" w14:textId="77777777" w:rsidR="004E067B" w:rsidRDefault="00BE7DAD">
            <w:pPr>
              <w:spacing w:line="240" w:lineRule="auto" w:after="0"/>
              <w:jc w:val="center"/>
            </w:pPr>
            <w:r>
              <w:rPr>
                <w:rFonts w:ascii="Arial" w:hAnsi="Arial" w:eastAsia="Arial"/>
                <w:sz w:val="21"/>
              </w:rPr>
              <w:t>2.039113</w:t>
            </w:r>
          </w:p>
        </w:tc>
        <w:tc>
          <w:tcPr>
            <w:tcW w:w="1440" w:type="dxa"/>
            <w:vAlign w:val="center"/>
          </w:tcPr>
          <w:p w14:paraId="43B22EC6" w14:textId="77777777" w:rsidR="004E067B" w:rsidRDefault="00BE7DAD">
            <w:pPr>
              <w:spacing w:line="240" w:lineRule="auto" w:after="0"/>
              <w:jc w:val="center"/>
            </w:pPr>
            <w:r>
              <w:rPr>
                <w:rFonts w:ascii="Arial" w:hAnsi="Arial" w:eastAsia="Arial"/>
                <w:sz w:val="21"/>
              </w:rPr>
              <w:t>.041</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1.000</w:t>
            </w:r>
          </w:p>
        </w:tc>
      </w:tr>
      <w:tr w:rsidR="004E067B" w14:paraId="295DE047" w14:textId="77777777">
        <w:trPr>
          <w:jc w:val="center"/>
        </w:trPr>
        <w:tc>
          <w:tcPr>
            <w:tcW w:w="1728" w:type="dxa"/>
            <w:vAlign w:val="center"/>
          </w:tcPr>
          <w:p w14:paraId="4D2E5223" w14:textId="77777777" w:rsidR="004E067B" w:rsidRDefault="00BE7DAD">
            <w:pPr>
              <w:spacing w:line="240" w:lineRule="auto" w:after="0"/>
              <w:jc w:val="center"/>
            </w:pPr>
            <w:r>
              <w:rPr>
                <w:rFonts w:ascii="Arial" w:hAnsi="Arial" w:eastAsia="Arial"/>
                <w:sz w:val="21"/>
              </w:rPr>
              <w:t>DISTANCE</w:t>
            </w:r>
          </w:p>
        </w:tc>
        <w:tc>
          <w:tcPr>
            <w:tcW w:w="1728" w:type="dxa"/>
            <w:vAlign w:val="center"/>
          </w:tcPr>
          <w:p w14:paraId="0511DD9D" w14:textId="77777777" w:rsidR="004E067B" w:rsidRDefault="00BE7DAD">
            <w:pPr>
              <w:spacing w:line="240" w:lineRule="auto" w:after="0"/>
              <w:jc w:val="center"/>
            </w:pPr>
            <w:r>
              <w:rPr>
                <w:rFonts w:ascii="Arial" w:hAnsi="Arial" w:eastAsia="Arial"/>
                <w:sz w:val="21"/>
              </w:rPr>
              <w:t>0.001634</w:t>
            </w:r>
          </w:p>
        </w:tc>
        <w:tc>
          <w:tcPr>
            <w:tcW w:w="1728" w:type="dxa"/>
            <w:vAlign w:val="center"/>
          </w:tcPr>
          <w:p w14:paraId="196F7BCC" w14:textId="77777777" w:rsidR="004E067B" w:rsidRDefault="00BE7DAD">
            <w:pPr>
              <w:spacing w:line="240" w:lineRule="auto" w:after="0"/>
              <w:jc w:val="center"/>
            </w:pPr>
            <w:r>
              <w:rPr>
                <w:rFonts w:ascii="Arial" w:hAnsi="Arial" w:eastAsia="Arial"/>
                <w:sz w:val="21"/>
              </w:rPr>
              <w:t>0.016868</w:t>
            </w:r>
          </w:p>
        </w:tc>
        <w:tc>
          <w:tcPr>
            <w:tcW w:w="1728" w:type="dxa"/>
            <w:vAlign w:val="center"/>
          </w:tcPr>
          <w:p w14:paraId="64ECF795" w14:textId="77777777" w:rsidR="004E067B" w:rsidRDefault="00BE7DAD">
            <w:pPr>
              <w:spacing w:line="240" w:lineRule="auto" w:after="0"/>
              <w:jc w:val="center"/>
            </w:pPr>
            <w:r>
              <w:rPr>
                <w:rFonts w:ascii="Arial" w:hAnsi="Arial" w:eastAsia="Arial"/>
                <w:sz w:val="21"/>
              </w:rPr>
              <w:t>0.096870</w:t>
            </w:r>
          </w:p>
        </w:tc>
        <w:tc>
          <w:tcPr>
            <w:tcW w:w="1440" w:type="dxa"/>
            <w:vAlign w:val="center"/>
          </w:tcPr>
          <w:p w14:paraId="71E2EAFD" w14:textId="77777777" w:rsidR="004E067B" w:rsidRDefault="00BE7DAD">
            <w:pPr>
              <w:spacing w:line="240" w:lineRule="auto" w:after="0"/>
              <w:jc w:val="center"/>
            </w:pPr>
            <w:r>
              <w:rPr>
                <w:rFonts w:ascii="Arial" w:hAnsi="Arial" w:eastAsia="Arial"/>
                <w:sz w:val="21"/>
              </w:rPr>
              <w:t>.923</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1.002</w:t>
            </w:r>
          </w:p>
        </w:tc>
      </w:tr>
      <w:tr w:rsidR="004E067B" w14:paraId="1E7F5195" w14:textId="77777777">
        <w:trPr>
          <w:jc w:val="center"/>
        </w:trPr>
        <w:tc>
          <w:tcPr>
            <w:tcW w:w="1728" w:type="dxa"/>
            <w:vAlign w:val="center"/>
          </w:tcPr>
          <w:p w14:paraId="1171BAB8" w14:textId="77777777" w:rsidR="004E067B" w:rsidRDefault="00BE7DAD">
            <w:pPr>
              <w:spacing w:line="240" w:lineRule="auto" w:after="0"/>
              <w:jc w:val="center"/>
            </w:pPr>
            <w:r>
              <w:rPr>
                <w:rFonts w:ascii="Arial" w:hAnsi="Arial" w:eastAsia="Arial"/>
                <w:sz w:val="21"/>
              </w:rPr>
              <w:t>DURATION</w:t>
            </w:r>
          </w:p>
        </w:tc>
        <w:tc>
          <w:tcPr>
            <w:tcW w:w="1728" w:type="dxa"/>
            <w:vAlign w:val="center"/>
          </w:tcPr>
          <w:p w14:paraId="5314DDCA" w14:textId="77777777" w:rsidR="004E067B" w:rsidRDefault="00BE7DAD">
            <w:pPr>
              <w:spacing w:line="240" w:lineRule="auto" w:after="0"/>
              <w:jc w:val="center"/>
            </w:pPr>
            <w:r>
              <w:rPr>
                <w:rFonts w:ascii="Arial" w:hAnsi="Arial" w:eastAsia="Arial"/>
                <w:sz w:val="21"/>
              </w:rPr>
              <w:t>0.484784</w:t>
            </w:r>
          </w:p>
        </w:tc>
        <w:tc>
          <w:tcPr>
            <w:tcW w:w="1728" w:type="dxa"/>
            <w:vAlign w:val="center"/>
          </w:tcPr>
          <w:p w14:paraId="628D6A05" w14:textId="77777777" w:rsidR="004E067B" w:rsidRDefault="00BE7DAD">
            <w:pPr>
              <w:spacing w:line="240" w:lineRule="auto" w:after="0"/>
              <w:jc w:val="center"/>
            </w:pPr>
            <w:r>
              <w:rPr>
                <w:rFonts w:ascii="Arial" w:hAnsi="Arial" w:eastAsia="Arial"/>
                <w:sz w:val="21"/>
              </w:rPr>
              <w:t>0.137026</w:t>
            </w:r>
          </w:p>
        </w:tc>
        <w:tc>
          <w:tcPr>
            <w:tcW w:w="1728" w:type="dxa"/>
            <w:vAlign w:val="center"/>
          </w:tcPr>
          <w:p w14:paraId="66292146" w14:textId="77777777" w:rsidR="004E067B" w:rsidRDefault="00BE7DAD">
            <w:pPr>
              <w:spacing w:line="240" w:lineRule="auto" w:after="0"/>
              <w:jc w:val="center"/>
            </w:pPr>
            <w:r>
              <w:rPr>
                <w:rFonts w:ascii="Arial" w:hAnsi="Arial" w:eastAsia="Arial"/>
                <w:sz w:val="21"/>
              </w:rPr>
              <w:t>3.537896</w:t>
            </w:r>
          </w:p>
        </w:tc>
        <w:tc>
          <w:tcPr>
            <w:tcW w:w="1440" w:type="dxa"/>
            <w:vAlign w:val="center"/>
          </w:tcPr>
          <w:p w14:paraId="52EE6401" w14:textId="77777777" w:rsidR="004E067B" w:rsidRDefault="00BE7DAD">
            <w:pPr>
              <w:spacing w:line="240" w:lineRule="auto" w:after="0"/>
              <w:jc w:val="center"/>
            </w:pPr>
            <w:r>
              <w:rPr>
                <w:rFonts w:ascii="Arial" w:hAnsi="Arial" w:eastAsia="Arial"/>
                <w:sz w:val="21"/>
              </w:rPr>
              <w:t>&lt; .001</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1.624</w:t>
            </w:r>
          </w:p>
        </w:tc>
      </w:tr>
    </w:tbl>
    <w:p w14:paraId="15698517" w14:textId="77777777" w:rsidR="004E067B" w:rsidRDefault="00BE7DAD">
      <w:pPr>
        <w:spacing w:line="240" w:lineRule="auto" w:before="0" w:after="120"/>
        <w:jc w:val="left"/>
      </w:pPr>
      <w:proofErr w:type="gramStart"/>
      <w:proofErr w:type="gramEnd"/>
      <w:r>
        <w:rPr>
          <w:rFonts w:ascii="Arial" w:hAnsi="Arial" w:eastAsia="Arial"/>
          <w:b w:val="0"/>
          <w:i w:val="0"/>
          <w:sz w:val="24"/>
        </w:rPr>
        <w:t>Notes: Dependent variable = ONLINE. Method = ML - Binary Logit. Convergence achieved after 6 iterations. Odds ratios are calculated as exp(coefficient) to support interpretation. McFadden R-squared = 0.415509; LR statistic = 39.49988; Prob(LR statistic) &lt; .001; total observations = 200.</w:t>
      </w:r>
    </w:p>
    <w:p w14:paraId="0C239388" w14:textId="77777777" w:rsidR="004E067B" w:rsidRPr="006F1E0A" w:rsidRDefault="00BE7DAD">
      <w:pPr>
        <w:spacing w:line="240" w:lineRule="auto" w:before="0" w:after="120"/>
        <w:ind/>
        <w:jc w:val="left"/>
        <w:rPr>
          <w:bCs/>
        </w:rPr>
      </w:pPr>
      <w:r>
        <w:rPr>
          <w:rFonts w:ascii="Arial" w:hAnsi="Arial" w:eastAsia="Arial"/>
          <w:b/>
          <w:i w:val="0"/>
          <w:sz w:val="24"/>
        </w:rPr>
        <w:t>Table 2 shows that education, turnover, and duration of Wi-Fi use were significant determinants of online business adoption. The odds ratio for education indicates that SMEs managed by respondents with higher education have higher odds of adopting online business, holding other variables constant. The odds ratio for duration also suggests that longer exposure to hamlet Wi-Fi is associated with a higher likelihood of online adoption. The coefficient of turnover is positive, although its odds ratio is close to one because turnover is measured in currency units; therefore, the substantive effect should be interpreted in relation to meaningful changes in business turnover rather than per single rupiah.</w:t>
      </w:r>
    </w:p>
    <w:p w14:paraId="4BDF8985" w14:textId="77777777" w:rsidR="004E067B" w:rsidRDefault="00BE7DAD">
      <w:pPr>
        <w:spacing w:line="240" w:lineRule="auto" w:before="0" w:after="120"/>
        <w:ind w:firstLine="360"/>
        <w:jc w:val="both"/>
      </w:pPr>
      <w:r>
        <w:rPr>
          <w:rFonts w:ascii="Arial" w:hAnsi="Arial" w:eastAsia="Arial"/>
          <w:b w:val="0"/>
          <w:i w:val="0"/>
          <w:sz w:val="24"/>
        </w:rPr>
        <w:t>Gender and age had negative coefficients but were not statistically significant. Because GENDER was coded as 1 for female and 0 for male, the negative sign suggests lower odds of online adoption among female respondents relative to male respondents, although this relationship cannot be concluded statistically. The negative coefficient for AGE suggests that older age categories may be less likely to adopt online business, but the effect is also not statistically significant. These non-significant findings imply that demographic characteristics alone are not sufficient to explain SME digital adoption in the sample.</w:t>
      </w:r>
    </w:p>
    <w:p w14:paraId="59AB873C" w14:textId="77777777" w:rsidR="004E067B" w:rsidRDefault="00BE7DAD">
      <w:pPr>
        <w:spacing w:line="240" w:lineRule="auto" w:before="0" w:after="120"/>
        <w:jc w:val="left"/>
      </w:pPr>
      <w:r>
        <w:rPr>
          <w:rFonts w:ascii="Arial" w:hAnsi="Arial" w:eastAsia="Arial"/>
          <w:b/>
          <w:sz w:val="24"/>
        </w:rPr>
        <w:t>Table 3. Goodness-of-fit evaluation: Model 1</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3168"/>
        <w:gridCol w:w="1872"/>
        <w:gridCol w:w="2304"/>
        <w:gridCol w:w="1728"/>
      </w:tblGrid>
      <w:tr w:rsidR="004E067B" w14:paraId="1E7B3D4D" w14:textId="77777777">
        <w:trPr>
          <w:tblHeader/>
          <w:jc w:val="center"/>
        </w:trPr>
        <w:tc>
          <w:tcPr>
            <w:tcW w:w="3168" w:type="dxa"/>
            <w:shd w:val="clear" w:color="auto" w:fill="EDEDED"/>
            <w:vAlign w:val="center"/>
          </w:tcPr>
          <w:p w14:paraId="246FF36C" w14:textId="77777777" w:rsidR="004E067B" w:rsidRDefault="00BE7DAD">
            <w:pPr>
              <w:spacing w:line="240" w:lineRule="auto" w:after="0"/>
              <w:jc w:val="center"/>
            </w:pPr>
            <w:r>
              <w:rPr>
                <w:rFonts w:ascii="Arial" w:hAnsi="Arial" w:eastAsia="Arial"/>
                <w:b/>
                <w:sz w:val="21"/>
              </w:rPr>
              <w:t>Test</w:t>
            </w:r>
          </w:p>
        </w:tc>
        <w:tc>
          <w:tcPr>
            <w:tcW w:w="1872" w:type="dxa"/>
            <w:shd w:val="clear" w:color="auto" w:fill="EDEDED"/>
            <w:vAlign w:val="center"/>
          </w:tcPr>
          <w:p w14:paraId="75DA3BEA" w14:textId="77777777" w:rsidR="004E067B" w:rsidRDefault="00BE7DAD">
            <w:pPr>
              <w:spacing w:line="240" w:lineRule="auto" w:after="0"/>
              <w:jc w:val="center"/>
            </w:pPr>
            <w:r>
              <w:rPr>
                <w:rFonts w:ascii="Arial" w:hAnsi="Arial" w:eastAsia="Arial"/>
                <w:b/>
                <w:sz w:val="21"/>
              </w:rPr>
              <w:t>Statistic</w:t>
            </w:r>
          </w:p>
        </w:tc>
        <w:tc>
          <w:tcPr>
            <w:tcW w:w="2304" w:type="dxa"/>
            <w:shd w:val="clear" w:color="auto" w:fill="EDEDED"/>
            <w:vAlign w:val="center"/>
          </w:tcPr>
          <w:p w14:paraId="50397D5D" w14:textId="77777777" w:rsidR="004E067B" w:rsidRDefault="00BE7DAD">
            <w:pPr>
              <w:spacing w:line="240" w:lineRule="auto" w:after="0"/>
              <w:jc w:val="center"/>
            </w:pPr>
            <w:r>
              <w:rPr>
                <w:rFonts w:ascii="Arial" w:hAnsi="Arial" w:eastAsia="Arial"/>
                <w:b/>
                <w:sz w:val="21"/>
              </w:rPr>
              <w:t>Distribution</w:t>
            </w:r>
          </w:p>
        </w:tc>
        <w:tc>
          <w:tcPr>
            <w:tcW w:w="1728" w:type="dxa"/>
            <w:shd w:val="clear" w:color="auto" w:fill="EDEDED"/>
            <w:vAlign w:val="center"/>
          </w:tcPr>
          <w:p w14:paraId="488B2E47" w14:textId="77777777" w:rsidR="004E067B" w:rsidRDefault="00BE7DAD">
            <w:pPr>
              <w:spacing w:line="240" w:lineRule="auto" w:after="0"/>
              <w:jc w:val="center"/>
            </w:pPr>
            <w:r>
              <w:rPr>
                <w:rFonts w:ascii="Arial" w:hAnsi="Arial" w:eastAsia="Arial"/>
                <w:b/>
                <w:sz w:val="21"/>
              </w:rPr>
              <w:t>Probability</w:t>
            </w:r>
          </w:p>
        </w:tc>
      </w:tr>
      <w:tr w:rsidR="004E067B" w14:paraId="218924A4" w14:textId="77777777">
        <w:trPr>
          <w:jc w:val="center"/>
        </w:trPr>
        <w:tc>
          <w:tcPr>
            <w:tcW w:w="3168" w:type="dxa"/>
            <w:vAlign w:val="center"/>
          </w:tcPr>
          <w:p w14:paraId="78EB6ED6" w14:textId="77777777" w:rsidR="004E067B" w:rsidRDefault="00BE7DAD">
            <w:pPr>
              <w:spacing w:line="240" w:lineRule="auto" w:after="0"/>
              <w:jc w:val="center"/>
            </w:pPr>
            <w:r>
              <w:rPr>
                <w:rFonts w:ascii="Arial" w:hAnsi="Arial" w:eastAsia="Arial"/>
                <w:sz w:val="21"/>
              </w:rPr>
              <w:t>Hosmer-Lemeshow statistic</w:t>
            </w:r>
          </w:p>
        </w:tc>
        <w:tc>
          <w:tcPr>
            <w:tcW w:w="1872" w:type="dxa"/>
            <w:vAlign w:val="center"/>
          </w:tcPr>
          <w:p w14:paraId="7B080CF6" w14:textId="77777777" w:rsidR="004E067B" w:rsidRDefault="00BE7DAD">
            <w:pPr>
              <w:spacing w:line="240" w:lineRule="auto" w:after="0"/>
              <w:jc w:val="center"/>
            </w:pPr>
            <w:r>
              <w:rPr>
                <w:rFonts w:ascii="Arial" w:hAnsi="Arial" w:eastAsia="Arial"/>
                <w:sz w:val="21"/>
              </w:rPr>
              <w:t>7.6149</w:t>
            </w:r>
          </w:p>
        </w:tc>
        <w:tc>
          <w:tcPr>
            <w:tcW w:w="2304" w:type="dxa"/>
            <w:vAlign w:val="center"/>
          </w:tcPr>
          <w:p w14:paraId="7EE63811" w14:textId="77777777" w:rsidR="004E067B" w:rsidRDefault="00BE7DAD">
            <w:pPr>
              <w:spacing w:line="240" w:lineRule="auto" w:after="0"/>
              <w:jc w:val="center"/>
            </w:pPr>
            <w:r>
              <w:rPr>
                <w:rFonts w:ascii="Arial" w:hAnsi="Arial" w:eastAsia="Arial"/>
                <w:sz w:val="21"/>
              </w:rPr>
              <w:t>Prob. Chi-</w:t>
            </w:r>
            <w:proofErr w:type="gramStart"/>
            <w:r>
              <w:rPr>
                <w:rFonts w:ascii="Arial" w:hAnsi="Arial" w:eastAsia="Arial"/>
                <w:sz w:val="21"/>
              </w:rPr>
              <w:t>Sq(</w:t>
            </w:r>
            <w:proofErr w:type="gramEnd"/>
            <w:r>
              <w:rPr>
                <w:rFonts w:ascii="Arial" w:hAnsi="Arial" w:eastAsia="Arial"/>
                <w:sz w:val="21"/>
              </w:rPr>
              <w:t>8)</w:t>
            </w:r>
          </w:p>
        </w:tc>
        <w:tc>
          <w:tcPr>
            <w:tcW w:w="1728" w:type="dxa"/>
            <w:vAlign w:val="center"/>
          </w:tcPr>
          <w:p w14:paraId="6101EA5F" w14:textId="77777777" w:rsidR="004E067B" w:rsidRDefault="00BE7DAD">
            <w:pPr>
              <w:spacing w:line="240" w:lineRule="auto" w:after="0"/>
              <w:jc w:val="center"/>
            </w:pPr>
            <w:r>
              <w:rPr>
                <w:rFonts w:ascii="Arial" w:hAnsi="Arial" w:eastAsia="Arial"/>
                <w:sz w:val="21"/>
              </w:rPr>
              <w:t>.472</w:t>
            </w:r>
          </w:p>
        </w:tc>
      </w:tr>
      <w:tr w:rsidR="004E067B" w14:paraId="5FD8750E" w14:textId="77777777">
        <w:trPr>
          <w:jc w:val="center"/>
        </w:trPr>
        <w:tc>
          <w:tcPr>
            <w:tcW w:w="3168" w:type="dxa"/>
            <w:vAlign w:val="center"/>
          </w:tcPr>
          <w:p w14:paraId="254F7129" w14:textId="77777777" w:rsidR="004E067B" w:rsidRDefault="00BE7DAD">
            <w:pPr>
              <w:spacing w:line="240" w:lineRule="auto" w:after="0"/>
              <w:jc w:val="center"/>
            </w:pPr>
            <w:proofErr w:type="gramStart"/>
            <w:r>
              <w:rPr>
                <w:rFonts w:ascii="Arial" w:hAnsi="Arial" w:eastAsia="Arial"/>
                <w:sz w:val="21"/>
              </w:rPr>
              <w:t>Andrews</w:t>
            </w:r>
            <w:proofErr w:type="gramEnd"/>
            <w:r>
              <w:rPr>
                <w:rFonts w:ascii="Arial" w:hAnsi="Arial" w:eastAsia="Arial"/>
                <w:sz w:val="21"/>
              </w:rPr>
              <w:t xml:space="preserve"> statistic</w:t>
            </w:r>
          </w:p>
        </w:tc>
        <w:tc>
          <w:tcPr>
            <w:tcW w:w="1872" w:type="dxa"/>
            <w:vAlign w:val="center"/>
          </w:tcPr>
          <w:p w14:paraId="73B4F39B" w14:textId="77777777" w:rsidR="004E067B" w:rsidRDefault="00BE7DAD">
            <w:pPr>
              <w:spacing w:line="240" w:lineRule="auto" w:after="0"/>
              <w:jc w:val="center"/>
            </w:pPr>
            <w:r>
              <w:rPr>
                <w:rFonts w:ascii="Arial" w:hAnsi="Arial" w:eastAsia="Arial"/>
                <w:sz w:val="21"/>
              </w:rPr>
              <w:t>45.8293</w:t>
            </w:r>
          </w:p>
        </w:tc>
        <w:tc>
          <w:tcPr>
            <w:tcW w:w="2304" w:type="dxa"/>
            <w:vAlign w:val="center"/>
          </w:tcPr>
          <w:p w14:paraId="7FF2669C" w14:textId="77777777" w:rsidR="004E067B" w:rsidRDefault="00BE7DAD">
            <w:pPr>
              <w:spacing w:line="240" w:lineRule="auto" w:after="0"/>
              <w:jc w:val="center"/>
            </w:pPr>
            <w:r>
              <w:rPr>
                <w:rFonts w:ascii="Arial" w:hAnsi="Arial" w:eastAsia="Arial"/>
                <w:sz w:val="21"/>
              </w:rPr>
              <w:t>Prob. Chi-</w:t>
            </w:r>
            <w:proofErr w:type="gramStart"/>
            <w:r>
              <w:rPr>
                <w:rFonts w:ascii="Arial" w:hAnsi="Arial" w:eastAsia="Arial"/>
                <w:sz w:val="21"/>
              </w:rPr>
              <w:t>Sq(</w:t>
            </w:r>
            <w:proofErr w:type="gramEnd"/>
            <w:r>
              <w:rPr>
                <w:rFonts w:ascii="Arial" w:hAnsi="Arial" w:eastAsia="Arial"/>
                <w:sz w:val="21"/>
              </w:rPr>
              <w:t>10)</w:t>
            </w:r>
          </w:p>
        </w:tc>
        <w:tc>
          <w:tcPr>
            <w:tcW w:w="1728" w:type="dxa"/>
            <w:vAlign w:val="center"/>
          </w:tcPr>
          <w:p w14:paraId="11575EB1" w14:textId="77777777" w:rsidR="004E067B" w:rsidRDefault="00BE7DAD">
            <w:pPr>
              <w:spacing w:line="240" w:lineRule="auto" w:after="0"/>
              <w:jc w:val="center"/>
            </w:pPr>
            <w:r>
              <w:rPr>
                <w:rFonts w:ascii="Arial" w:hAnsi="Arial" w:eastAsia="Arial"/>
                <w:sz w:val="21"/>
              </w:rPr>
              <w:t>&lt; .001</w:t>
            </w:r>
          </w:p>
        </w:tc>
      </w:tr>
    </w:tbl>
    <w:p w14:paraId="0E0F823D" w14:textId="77777777" w:rsidR="004E067B" w:rsidRDefault="00BE7DAD">
      <w:pPr>
        <w:spacing w:line="240" w:lineRule="auto" w:before="0" w:after="120"/>
        <w:ind w:firstLine="360"/>
        <w:jc w:val="both"/>
      </w:pPr>
      <w:r>
        <w:rPr>
          <w:rFonts w:ascii="Arial" w:hAnsi="Arial" w:eastAsia="Arial"/>
          <w:sz w:val="24"/>
        </w:rPr>
        <w:t>The Hosmer-Lemeshow probability of 0.4720 suggests that Model 1 does not show a poor fit under this test. However, the Andrews statistic was significant, so the model should still be interpreted carefully. For policy interpretation, the most consistent evidence from Model 1 is that education, sales turnover, and duration of Wi-Fi use support the adoption of online business activity.</w:t>
      </w:r>
    </w:p>
    <w:p w14:paraId="04042412" w14:textId="77777777" w:rsidR="004E067B" w:rsidRDefault="00BE7DAD">
      <w:pPr>
        <w:spacing w:line="240" w:lineRule="auto" w:before="0" w:after="120"/>
        <w:ind/>
        <w:jc w:val="left"/>
      </w:pPr>
      <w:r>
        <w:rPr>
          <w:rFonts w:ascii="Arial" w:hAnsi="Arial" w:eastAsia="Arial"/>
          <w:b/>
          <w:sz w:val="24"/>
        </w:rPr>
        <w:t>3.2 Wi-Fi Quality, E-business Use, and Innovation</w:t>
      </w:r>
    </w:p>
    <w:p w14:paraId="2DE88C13" w14:textId="77777777" w:rsidR="004E067B" w:rsidRDefault="00BE7DAD">
      <w:pPr>
        <w:spacing w:line="240" w:lineRule="auto" w:before="0" w:after="120"/>
        <w:ind w:firstLine="360"/>
        <w:jc w:val="both"/>
      </w:pPr>
      <w:r>
        <w:rPr>
          <w:rFonts w:ascii="Arial" w:hAnsi="Arial" w:eastAsia="Arial"/>
          <w:b w:val="0"/>
          <w:i w:val="0"/>
          <w:sz w:val="24"/>
        </w:rPr>
        <w:t>The second binary logit model focused on Wi-Fi-related factors and digital business practices. The overall model was statistically significant (LR statistic = 47.73029; P &lt; .001), indicating that the set of digital infrastructure and business-use variables is associated with online business adoption. The inclusion of odds ratios in Table 4 helps clarify the magnitude of each association, although large odds ratios should be interpreted cautiously because several predictors are ordinal indicators.</w:t>
      </w:r>
    </w:p>
    <w:p w14:paraId="4D527DF5" w14:textId="77777777" w:rsidR="004E067B" w:rsidRDefault="00BE7DAD">
      <w:pPr>
        <w:spacing w:line="240" w:lineRule="auto" w:before="0" w:after="120"/>
        <w:jc w:val="left"/>
      </w:pPr>
      <w:r>
        <w:rPr>
          <w:rFonts w:ascii="Arial" w:hAnsi="Arial" w:eastAsia="Arial"/>
          <w:b/>
          <w:sz w:val="24"/>
        </w:rPr>
        <w:t>Table 4. Binary logit estimation: Model 2</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1728"/>
        <w:gridCol w:w="1728"/>
        <w:gridCol w:w="1728"/>
        <w:gridCol w:w="1728"/>
        <w:gridCol w:w="1440"/>
        <w:gridCol w:w="1152"/>
      </w:tblGrid>
      <w:tr w:rsidR="004E067B" w14:paraId="2EB78668" w14:textId="77777777">
        <w:trPr>
          <w:tblHeader/>
          <w:jc w:val="center"/>
        </w:trPr>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Variable</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Coefficient</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Std. Error</w:t>
            </w:r>
          </w:p>
        </w:tc>
        <w:tc>
          <w:tcPr>
            <w:tcW w:w="1728"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z-Statistic</w:t>
            </w:r>
          </w:p>
        </w:tc>
        <w:tc>
          <w:tcPr>
            <w:tcW w:w="1440" w:type="dxa"/>
            <w:shd w:val="clear" w:color="auto" w:fill="EDEDED"/>
            <w:vAlign w:val="center"/>
          </w:tcPr>
          <w:p>
            <w:pPr>
              <w:spacing w:line="240" w:lineRule="auto" w:after="0"/>
              <w:jc w:val="left"/>
            </w:pPr>
            <w:r>
              <w:rPr>
                <w:rFonts w:ascii="Arial" w:hAnsi="Arial" w:eastAsia="Arial"/>
                <w:b/>
                <w:sz w:val="21"/>
              </w:rPr>
            </w:r>
            <w:r>
              <w:rPr>
                <w:rFonts w:ascii="Arial" w:hAnsi="Arial" w:eastAsia="Arial"/>
                <w:b/>
                <w:sz w:val="21"/>
              </w:rPr>
              <w:t>Prob.</w:t>
            </w:r>
          </w:p>
        </w:tc>
        <w:tc>
          <w:tcPr>
            <w:tcW w:type="dxa" w:w="1152"/>
            <w:vAlign w:val="center"/>
          </w:tcPr>
          <w:p>
            <w:pPr>
              <w:spacing w:line="240" w:lineRule="auto" w:after="0"/>
              <w:jc w:val="left"/>
            </w:pPr>
            <w:r>
              <w:rPr>
                <w:rFonts w:ascii="Arial" w:hAnsi="Arial" w:eastAsia="Arial"/>
                <w:b/>
                <w:sz w:val="21"/>
              </w:rPr>
            </w:r>
            <w:r>
              <w:rPr>
                <w:rFonts w:ascii="Arial" w:hAnsi="Arial" w:eastAsia="Arial"/>
                <w:b/>
                <w:sz w:val="21"/>
              </w:rPr>
              <w:t>Odds ratio</w:t>
            </w:r>
          </w:p>
        </w:tc>
      </w:tr>
      <w:tr w:rsidR="004E067B" w14:paraId="6BD6BD09" w14:textId="77777777">
        <w:trPr>
          <w:jc w:val="center"/>
        </w:trPr>
        <w:tc>
          <w:tcPr>
            <w:tcW w:w="1728" w:type="dxa"/>
            <w:vAlign w:val="center"/>
          </w:tcPr>
          <w:p w14:paraId="51AC0DBC" w14:textId="77777777" w:rsidR="004E067B" w:rsidRDefault="00BE7DAD">
            <w:pPr>
              <w:spacing w:line="240" w:lineRule="auto" w:after="0"/>
              <w:jc w:val="center"/>
            </w:pPr>
            <w:r>
              <w:rPr>
                <w:rFonts w:ascii="Arial" w:hAnsi="Arial" w:eastAsia="Arial"/>
                <w:sz w:val="21"/>
              </w:rPr>
              <w:t>C</w:t>
            </w:r>
          </w:p>
        </w:tc>
        <w:tc>
          <w:tcPr>
            <w:tcW w:w="1728" w:type="dxa"/>
            <w:vAlign w:val="center"/>
          </w:tcPr>
          <w:p w14:paraId="5097C9DA" w14:textId="77777777" w:rsidR="004E067B" w:rsidRDefault="00BE7DAD">
            <w:pPr>
              <w:spacing w:line="240" w:lineRule="auto" w:after="0"/>
              <w:jc w:val="center"/>
            </w:pPr>
            <w:r>
              <w:rPr>
                <w:rFonts w:ascii="Arial" w:hAnsi="Arial" w:eastAsia="Arial"/>
                <w:sz w:val="21"/>
              </w:rPr>
              <w:t>-7.140359</w:t>
            </w:r>
          </w:p>
        </w:tc>
        <w:tc>
          <w:tcPr>
            <w:tcW w:w="1728" w:type="dxa"/>
            <w:vAlign w:val="center"/>
          </w:tcPr>
          <w:p w14:paraId="6A2780E4" w14:textId="77777777" w:rsidR="004E067B" w:rsidRDefault="00BE7DAD">
            <w:pPr>
              <w:spacing w:line="240" w:lineRule="auto" w:after="0"/>
              <w:jc w:val="center"/>
            </w:pPr>
            <w:r>
              <w:rPr>
                <w:rFonts w:ascii="Arial" w:hAnsi="Arial" w:eastAsia="Arial"/>
                <w:sz w:val="21"/>
              </w:rPr>
              <w:t>4.910302</w:t>
            </w:r>
          </w:p>
        </w:tc>
        <w:tc>
          <w:tcPr>
            <w:tcW w:w="1728" w:type="dxa"/>
            <w:vAlign w:val="center"/>
          </w:tcPr>
          <w:p w14:paraId="08889CB9" w14:textId="77777777" w:rsidR="004E067B" w:rsidRDefault="00BE7DAD">
            <w:pPr>
              <w:spacing w:line="240" w:lineRule="auto" w:after="0"/>
              <w:jc w:val="center"/>
            </w:pPr>
            <w:r>
              <w:rPr>
                <w:rFonts w:ascii="Arial" w:hAnsi="Arial" w:eastAsia="Arial"/>
                <w:sz w:val="21"/>
              </w:rPr>
              <w:t>-1.454159</w:t>
            </w:r>
          </w:p>
        </w:tc>
        <w:tc>
          <w:tcPr>
            <w:tcW w:w="1440" w:type="dxa"/>
            <w:vAlign w:val="center"/>
          </w:tcPr>
          <w:p w14:paraId="7BF11C47" w14:textId="77777777" w:rsidR="004E067B" w:rsidRDefault="00BE7DAD">
            <w:pPr>
              <w:spacing w:line="240" w:lineRule="auto" w:after="0"/>
              <w:jc w:val="center"/>
            </w:pPr>
            <w:r>
              <w:rPr>
                <w:rFonts w:ascii="Arial" w:hAnsi="Arial" w:eastAsia="Arial"/>
                <w:sz w:val="21"/>
              </w:rPr>
              <w:t>.146</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w:t>
            </w:r>
          </w:p>
        </w:tc>
      </w:tr>
      <w:tr w:rsidR="004E067B" w14:paraId="7432FE40" w14:textId="77777777">
        <w:trPr>
          <w:jc w:val="center"/>
        </w:trPr>
        <w:tc>
          <w:tcPr>
            <w:tcW w:w="1728" w:type="dxa"/>
            <w:vAlign w:val="center"/>
          </w:tcPr>
          <w:p w14:paraId="281EFC2E" w14:textId="77777777" w:rsidR="004E067B" w:rsidRDefault="00BE7DAD">
            <w:pPr>
              <w:spacing w:line="240" w:lineRule="auto" w:after="0"/>
              <w:jc w:val="center"/>
            </w:pPr>
            <w:r>
              <w:rPr>
                <w:rFonts w:ascii="Arial" w:hAnsi="Arial" w:eastAsia="Arial"/>
                <w:sz w:val="21"/>
              </w:rPr>
              <w:t>OMZET</w:t>
            </w:r>
          </w:p>
        </w:tc>
        <w:tc>
          <w:tcPr>
            <w:tcW w:w="1728" w:type="dxa"/>
            <w:vAlign w:val="center"/>
          </w:tcPr>
          <w:p w14:paraId="47BD3891" w14:textId="77777777" w:rsidR="004E067B" w:rsidRDefault="00BE7DAD">
            <w:pPr>
              <w:spacing w:line="240" w:lineRule="auto" w:after="0"/>
              <w:jc w:val="center"/>
            </w:pPr>
            <w:r>
              <w:rPr>
                <w:rFonts w:ascii="Arial" w:hAnsi="Arial" w:eastAsia="Arial"/>
                <w:sz w:val="21"/>
              </w:rPr>
              <w:t>2.93E-07</w:t>
            </w:r>
          </w:p>
        </w:tc>
        <w:tc>
          <w:tcPr>
            <w:tcW w:w="1728" w:type="dxa"/>
            <w:vAlign w:val="center"/>
          </w:tcPr>
          <w:p w14:paraId="412FF3EF" w14:textId="77777777" w:rsidR="004E067B" w:rsidRDefault="00BE7DAD">
            <w:pPr>
              <w:spacing w:line="240" w:lineRule="auto" w:after="0"/>
              <w:jc w:val="center"/>
            </w:pPr>
            <w:r>
              <w:rPr>
                <w:rFonts w:ascii="Arial" w:hAnsi="Arial" w:eastAsia="Arial"/>
                <w:sz w:val="21"/>
              </w:rPr>
              <w:t>1.24E-07</w:t>
            </w:r>
          </w:p>
        </w:tc>
        <w:tc>
          <w:tcPr>
            <w:tcW w:w="1728" w:type="dxa"/>
            <w:vAlign w:val="center"/>
          </w:tcPr>
          <w:p w14:paraId="67ADE8D2" w14:textId="77777777" w:rsidR="004E067B" w:rsidRDefault="00BE7DAD">
            <w:pPr>
              <w:spacing w:line="240" w:lineRule="auto" w:after="0"/>
              <w:jc w:val="center"/>
            </w:pPr>
            <w:r>
              <w:rPr>
                <w:rFonts w:ascii="Arial" w:hAnsi="Arial" w:eastAsia="Arial"/>
                <w:sz w:val="21"/>
              </w:rPr>
              <w:t>2.361047</w:t>
            </w:r>
          </w:p>
        </w:tc>
        <w:tc>
          <w:tcPr>
            <w:tcW w:w="1440" w:type="dxa"/>
            <w:vAlign w:val="center"/>
          </w:tcPr>
          <w:p w14:paraId="15C9A7B1" w14:textId="77777777" w:rsidR="004E067B" w:rsidRDefault="00BE7DAD">
            <w:pPr>
              <w:spacing w:line="240" w:lineRule="auto" w:after="0"/>
              <w:jc w:val="center"/>
            </w:pPr>
            <w:r>
              <w:rPr>
                <w:rFonts w:ascii="Arial" w:hAnsi="Arial" w:eastAsia="Arial"/>
                <w:sz w:val="21"/>
              </w:rPr>
              <w:t>.018</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1.000</w:t>
            </w:r>
          </w:p>
        </w:tc>
      </w:tr>
      <w:tr w:rsidR="004E067B" w14:paraId="52E0F2EF" w14:textId="77777777">
        <w:trPr>
          <w:jc w:val="center"/>
        </w:trPr>
        <w:tc>
          <w:tcPr>
            <w:tcW w:w="1728" w:type="dxa"/>
            <w:vAlign w:val="center"/>
          </w:tcPr>
          <w:p w14:paraId="6350CBFE" w14:textId="77777777" w:rsidR="004E067B" w:rsidRDefault="00BE7DAD">
            <w:pPr>
              <w:spacing w:line="240" w:lineRule="auto" w:after="0"/>
              <w:jc w:val="center"/>
            </w:pPr>
            <w:r>
              <w:rPr>
                <w:rFonts w:ascii="Arial" w:hAnsi="Arial" w:eastAsia="Arial"/>
                <w:sz w:val="21"/>
              </w:rPr>
              <w:t>ACCESS</w:t>
            </w:r>
          </w:p>
        </w:tc>
        <w:tc>
          <w:tcPr>
            <w:tcW w:w="1728" w:type="dxa"/>
            <w:vAlign w:val="center"/>
          </w:tcPr>
          <w:p w14:paraId="2DAEBB19" w14:textId="77777777" w:rsidR="004E067B" w:rsidRDefault="00BE7DAD">
            <w:pPr>
              <w:spacing w:line="240" w:lineRule="auto" w:after="0"/>
              <w:jc w:val="center"/>
            </w:pPr>
            <w:r>
              <w:rPr>
                <w:rFonts w:ascii="Arial" w:hAnsi="Arial" w:eastAsia="Arial"/>
                <w:sz w:val="21"/>
              </w:rPr>
              <w:t>1.259419</w:t>
            </w:r>
          </w:p>
        </w:tc>
        <w:tc>
          <w:tcPr>
            <w:tcW w:w="1728" w:type="dxa"/>
            <w:vAlign w:val="center"/>
          </w:tcPr>
          <w:p w14:paraId="234C702C" w14:textId="77777777" w:rsidR="004E067B" w:rsidRDefault="00BE7DAD">
            <w:pPr>
              <w:spacing w:line="240" w:lineRule="auto" w:after="0"/>
              <w:jc w:val="center"/>
            </w:pPr>
            <w:r>
              <w:rPr>
                <w:rFonts w:ascii="Arial" w:hAnsi="Arial" w:eastAsia="Arial"/>
                <w:sz w:val="21"/>
              </w:rPr>
              <w:t>1.082428</w:t>
            </w:r>
          </w:p>
        </w:tc>
        <w:tc>
          <w:tcPr>
            <w:tcW w:w="1728" w:type="dxa"/>
            <w:vAlign w:val="center"/>
          </w:tcPr>
          <w:p w14:paraId="46780367" w14:textId="77777777" w:rsidR="004E067B" w:rsidRDefault="00BE7DAD">
            <w:pPr>
              <w:spacing w:line="240" w:lineRule="auto" w:after="0"/>
              <w:jc w:val="center"/>
            </w:pPr>
            <w:r>
              <w:rPr>
                <w:rFonts w:ascii="Arial" w:hAnsi="Arial" w:eastAsia="Arial"/>
                <w:sz w:val="21"/>
              </w:rPr>
              <w:t>1.163514</w:t>
            </w:r>
          </w:p>
        </w:tc>
        <w:tc>
          <w:tcPr>
            <w:tcW w:w="1440" w:type="dxa"/>
            <w:vAlign w:val="center"/>
          </w:tcPr>
          <w:p w14:paraId="052761D6" w14:textId="77777777" w:rsidR="004E067B" w:rsidRDefault="00BE7DAD">
            <w:pPr>
              <w:spacing w:line="240" w:lineRule="auto" w:after="0"/>
              <w:jc w:val="center"/>
            </w:pPr>
            <w:r>
              <w:rPr>
                <w:rFonts w:ascii="Arial" w:hAnsi="Arial" w:eastAsia="Arial"/>
                <w:sz w:val="21"/>
              </w:rPr>
              <w:t>.245</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3.523</w:t>
            </w:r>
          </w:p>
        </w:tc>
      </w:tr>
      <w:tr w:rsidR="004E067B" w14:paraId="4828A034" w14:textId="77777777">
        <w:trPr>
          <w:jc w:val="center"/>
        </w:trPr>
        <w:tc>
          <w:tcPr>
            <w:tcW w:w="1728" w:type="dxa"/>
            <w:vAlign w:val="center"/>
          </w:tcPr>
          <w:p w14:paraId="1AD48A67" w14:textId="77777777" w:rsidR="004E067B" w:rsidRDefault="00BE7DAD">
            <w:pPr>
              <w:spacing w:line="240" w:lineRule="auto" w:after="0"/>
              <w:jc w:val="center"/>
            </w:pPr>
            <w:r>
              <w:rPr>
                <w:rFonts w:ascii="Arial" w:hAnsi="Arial" w:eastAsia="Arial"/>
                <w:sz w:val="21"/>
              </w:rPr>
              <w:t>SPEED</w:t>
            </w:r>
          </w:p>
        </w:tc>
        <w:tc>
          <w:tcPr>
            <w:tcW w:w="1728" w:type="dxa"/>
            <w:vAlign w:val="center"/>
          </w:tcPr>
          <w:p w14:paraId="66CE4125" w14:textId="77777777" w:rsidR="004E067B" w:rsidRDefault="00BE7DAD">
            <w:pPr>
              <w:spacing w:line="240" w:lineRule="auto" w:after="0"/>
              <w:jc w:val="center"/>
            </w:pPr>
            <w:r>
              <w:rPr>
                <w:rFonts w:ascii="Arial" w:hAnsi="Arial" w:eastAsia="Arial"/>
                <w:sz w:val="21"/>
              </w:rPr>
              <w:t>2.311646</w:t>
            </w:r>
          </w:p>
        </w:tc>
        <w:tc>
          <w:tcPr>
            <w:tcW w:w="1728" w:type="dxa"/>
            <w:vAlign w:val="center"/>
          </w:tcPr>
          <w:p w14:paraId="11A61D55" w14:textId="77777777" w:rsidR="004E067B" w:rsidRDefault="00BE7DAD">
            <w:pPr>
              <w:spacing w:line="240" w:lineRule="auto" w:after="0"/>
              <w:jc w:val="center"/>
            </w:pPr>
            <w:r>
              <w:rPr>
                <w:rFonts w:ascii="Arial" w:hAnsi="Arial" w:eastAsia="Arial"/>
                <w:sz w:val="21"/>
              </w:rPr>
              <w:t>1.130386</w:t>
            </w:r>
          </w:p>
        </w:tc>
        <w:tc>
          <w:tcPr>
            <w:tcW w:w="1728" w:type="dxa"/>
            <w:vAlign w:val="center"/>
          </w:tcPr>
          <w:p w14:paraId="2CC00725" w14:textId="77777777" w:rsidR="004E067B" w:rsidRDefault="00BE7DAD">
            <w:pPr>
              <w:spacing w:line="240" w:lineRule="auto" w:after="0"/>
              <w:jc w:val="center"/>
            </w:pPr>
            <w:r>
              <w:rPr>
                <w:rFonts w:ascii="Arial" w:hAnsi="Arial" w:eastAsia="Arial"/>
                <w:sz w:val="21"/>
              </w:rPr>
              <w:t>2.045006</w:t>
            </w:r>
          </w:p>
        </w:tc>
        <w:tc>
          <w:tcPr>
            <w:tcW w:w="1440" w:type="dxa"/>
            <w:vAlign w:val="center"/>
          </w:tcPr>
          <w:p w14:paraId="5DDED1EF" w14:textId="77777777" w:rsidR="004E067B" w:rsidRDefault="00BE7DAD">
            <w:pPr>
              <w:spacing w:line="240" w:lineRule="auto" w:after="0"/>
              <w:jc w:val="center"/>
            </w:pPr>
            <w:r>
              <w:rPr>
                <w:rFonts w:ascii="Arial" w:hAnsi="Arial" w:eastAsia="Arial"/>
                <w:sz w:val="21"/>
              </w:rPr>
              <w:t>.041</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10.091</w:t>
            </w:r>
          </w:p>
        </w:tc>
      </w:tr>
      <w:tr w:rsidR="004E067B" w14:paraId="45938975" w14:textId="77777777">
        <w:trPr>
          <w:jc w:val="center"/>
        </w:trPr>
        <w:tc>
          <w:tcPr>
            <w:tcW w:w="1728" w:type="dxa"/>
            <w:vAlign w:val="center"/>
          </w:tcPr>
          <w:p w14:paraId="5996D7AF" w14:textId="77777777" w:rsidR="004E067B" w:rsidRDefault="00BE7DAD">
            <w:pPr>
              <w:spacing w:line="240" w:lineRule="auto" w:after="0"/>
              <w:jc w:val="center"/>
            </w:pPr>
            <w:r>
              <w:rPr>
                <w:rFonts w:ascii="Arial" w:hAnsi="Arial" w:eastAsia="Arial"/>
                <w:sz w:val="21"/>
              </w:rPr>
              <w:t>STABLE</w:t>
            </w:r>
          </w:p>
        </w:tc>
        <w:tc>
          <w:tcPr>
            <w:tcW w:w="1728" w:type="dxa"/>
            <w:vAlign w:val="center"/>
          </w:tcPr>
          <w:p w14:paraId="0ADD4AE4" w14:textId="77777777" w:rsidR="004E067B" w:rsidRDefault="00BE7DAD">
            <w:pPr>
              <w:spacing w:line="240" w:lineRule="auto" w:after="0"/>
              <w:jc w:val="center"/>
            </w:pPr>
            <w:r>
              <w:rPr>
                <w:rFonts w:ascii="Arial" w:hAnsi="Arial" w:eastAsia="Arial"/>
                <w:sz w:val="21"/>
              </w:rPr>
              <w:t>1.783941</w:t>
            </w:r>
          </w:p>
        </w:tc>
        <w:tc>
          <w:tcPr>
            <w:tcW w:w="1728" w:type="dxa"/>
            <w:vAlign w:val="center"/>
          </w:tcPr>
          <w:p w14:paraId="668EB909" w14:textId="77777777" w:rsidR="004E067B" w:rsidRDefault="00BE7DAD">
            <w:pPr>
              <w:spacing w:line="240" w:lineRule="auto" w:after="0"/>
              <w:jc w:val="center"/>
            </w:pPr>
            <w:r>
              <w:rPr>
                <w:rFonts w:ascii="Arial" w:hAnsi="Arial" w:eastAsia="Arial"/>
                <w:sz w:val="21"/>
              </w:rPr>
              <w:t>1.045128</w:t>
            </w:r>
          </w:p>
        </w:tc>
        <w:tc>
          <w:tcPr>
            <w:tcW w:w="1728" w:type="dxa"/>
            <w:vAlign w:val="center"/>
          </w:tcPr>
          <w:p w14:paraId="0C5D6E8E" w14:textId="77777777" w:rsidR="004E067B" w:rsidRDefault="00BE7DAD">
            <w:pPr>
              <w:spacing w:line="240" w:lineRule="auto" w:after="0"/>
              <w:jc w:val="center"/>
            </w:pPr>
            <w:r>
              <w:rPr>
                <w:rFonts w:ascii="Arial" w:hAnsi="Arial" w:eastAsia="Arial"/>
                <w:sz w:val="21"/>
              </w:rPr>
              <w:t>1.706912</w:t>
            </w:r>
          </w:p>
        </w:tc>
        <w:tc>
          <w:tcPr>
            <w:tcW w:w="1440" w:type="dxa"/>
            <w:vAlign w:val="center"/>
          </w:tcPr>
          <w:p w14:paraId="776700B8" w14:textId="77777777" w:rsidR="004E067B" w:rsidRDefault="00BE7DAD">
            <w:pPr>
              <w:spacing w:line="240" w:lineRule="auto" w:after="0"/>
              <w:jc w:val="center"/>
            </w:pPr>
            <w:r>
              <w:rPr>
                <w:rFonts w:ascii="Arial" w:hAnsi="Arial" w:eastAsia="Arial"/>
                <w:sz w:val="21"/>
              </w:rPr>
              <w:t>.088</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5.953</w:t>
            </w:r>
          </w:p>
        </w:tc>
      </w:tr>
      <w:tr w:rsidR="004E067B" w14:paraId="11F8538E" w14:textId="77777777">
        <w:trPr>
          <w:jc w:val="center"/>
        </w:trPr>
        <w:tc>
          <w:tcPr>
            <w:tcW w:w="1728" w:type="dxa"/>
            <w:vAlign w:val="center"/>
          </w:tcPr>
          <w:p w14:paraId="480D15A9" w14:textId="77777777" w:rsidR="004E067B" w:rsidRDefault="00BE7DAD">
            <w:pPr>
              <w:spacing w:line="240" w:lineRule="auto" w:after="0"/>
              <w:jc w:val="center"/>
            </w:pPr>
            <w:r>
              <w:rPr>
                <w:rFonts w:ascii="Arial" w:hAnsi="Arial" w:eastAsia="Arial"/>
                <w:sz w:val="21"/>
              </w:rPr>
              <w:t>FREQ</w:t>
            </w:r>
          </w:p>
        </w:tc>
        <w:tc>
          <w:tcPr>
            <w:tcW w:w="1728" w:type="dxa"/>
            <w:vAlign w:val="center"/>
          </w:tcPr>
          <w:p w14:paraId="3904CB2A" w14:textId="77777777" w:rsidR="004E067B" w:rsidRDefault="00BE7DAD">
            <w:pPr>
              <w:spacing w:line="240" w:lineRule="auto" w:after="0"/>
              <w:jc w:val="center"/>
            </w:pPr>
            <w:r>
              <w:rPr>
                <w:rFonts w:ascii="Arial" w:hAnsi="Arial" w:eastAsia="Arial"/>
                <w:sz w:val="21"/>
              </w:rPr>
              <w:t>0.785527</w:t>
            </w:r>
          </w:p>
        </w:tc>
        <w:tc>
          <w:tcPr>
            <w:tcW w:w="1728" w:type="dxa"/>
            <w:vAlign w:val="center"/>
          </w:tcPr>
          <w:p w14:paraId="07F2CAC6" w14:textId="77777777" w:rsidR="004E067B" w:rsidRDefault="00BE7DAD">
            <w:pPr>
              <w:spacing w:line="240" w:lineRule="auto" w:after="0"/>
              <w:jc w:val="center"/>
            </w:pPr>
            <w:r>
              <w:rPr>
                <w:rFonts w:ascii="Arial" w:hAnsi="Arial" w:eastAsia="Arial"/>
                <w:sz w:val="21"/>
              </w:rPr>
              <w:t>0.760696</w:t>
            </w:r>
          </w:p>
        </w:tc>
        <w:tc>
          <w:tcPr>
            <w:tcW w:w="1728" w:type="dxa"/>
            <w:vAlign w:val="center"/>
          </w:tcPr>
          <w:p w14:paraId="0859D078" w14:textId="77777777" w:rsidR="004E067B" w:rsidRDefault="00BE7DAD">
            <w:pPr>
              <w:spacing w:line="240" w:lineRule="auto" w:after="0"/>
              <w:jc w:val="center"/>
            </w:pPr>
            <w:r>
              <w:rPr>
                <w:rFonts w:ascii="Arial" w:hAnsi="Arial" w:eastAsia="Arial"/>
                <w:sz w:val="21"/>
              </w:rPr>
              <w:t>1.032642</w:t>
            </w:r>
          </w:p>
        </w:tc>
        <w:tc>
          <w:tcPr>
            <w:tcW w:w="1440" w:type="dxa"/>
            <w:vAlign w:val="center"/>
          </w:tcPr>
          <w:p w14:paraId="789F4A75" w14:textId="77777777" w:rsidR="004E067B" w:rsidRDefault="00BE7DAD">
            <w:pPr>
              <w:spacing w:line="240" w:lineRule="auto" w:after="0"/>
              <w:jc w:val="center"/>
            </w:pPr>
            <w:r>
              <w:rPr>
                <w:rFonts w:ascii="Arial" w:hAnsi="Arial" w:eastAsia="Arial"/>
                <w:sz w:val="21"/>
              </w:rPr>
              <w:t>.302</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2.194</w:t>
            </w:r>
          </w:p>
        </w:tc>
      </w:tr>
      <w:tr w:rsidR="004E067B" w14:paraId="772ABA7C" w14:textId="77777777">
        <w:trPr>
          <w:jc w:val="center"/>
        </w:trPr>
        <w:tc>
          <w:tcPr>
            <w:tcW w:w="1728" w:type="dxa"/>
            <w:vAlign w:val="center"/>
          </w:tcPr>
          <w:p w14:paraId="7EAA3B89" w14:textId="77777777" w:rsidR="004E067B" w:rsidRDefault="00BE7DAD">
            <w:pPr>
              <w:spacing w:line="240" w:lineRule="auto" w:after="0"/>
              <w:jc w:val="center"/>
            </w:pPr>
            <w:r>
              <w:rPr>
                <w:rFonts w:ascii="Arial" w:hAnsi="Arial" w:eastAsia="Arial"/>
                <w:sz w:val="21"/>
              </w:rPr>
              <w:t>EBIS</w:t>
            </w:r>
          </w:p>
        </w:tc>
        <w:tc>
          <w:tcPr>
            <w:tcW w:w="1728" w:type="dxa"/>
            <w:vAlign w:val="center"/>
          </w:tcPr>
          <w:p w14:paraId="63BAE583" w14:textId="77777777" w:rsidR="004E067B" w:rsidRDefault="00BE7DAD">
            <w:pPr>
              <w:spacing w:line="240" w:lineRule="auto" w:after="0"/>
              <w:jc w:val="center"/>
            </w:pPr>
            <w:r>
              <w:rPr>
                <w:rFonts w:ascii="Arial" w:hAnsi="Arial" w:eastAsia="Arial"/>
                <w:sz w:val="21"/>
              </w:rPr>
              <w:t>5.134534</w:t>
            </w:r>
          </w:p>
        </w:tc>
        <w:tc>
          <w:tcPr>
            <w:tcW w:w="1728" w:type="dxa"/>
            <w:vAlign w:val="center"/>
          </w:tcPr>
          <w:p w14:paraId="1403BE6A" w14:textId="77777777" w:rsidR="004E067B" w:rsidRDefault="00BE7DAD">
            <w:pPr>
              <w:spacing w:line="240" w:lineRule="auto" w:after="0"/>
              <w:jc w:val="center"/>
            </w:pPr>
            <w:r>
              <w:rPr>
                <w:rFonts w:ascii="Arial" w:hAnsi="Arial" w:eastAsia="Arial"/>
                <w:sz w:val="21"/>
              </w:rPr>
              <w:t>1.725753</w:t>
            </w:r>
          </w:p>
        </w:tc>
        <w:tc>
          <w:tcPr>
            <w:tcW w:w="1728" w:type="dxa"/>
            <w:vAlign w:val="center"/>
          </w:tcPr>
          <w:p w14:paraId="6EACAA98" w14:textId="77777777" w:rsidR="004E067B" w:rsidRDefault="00BE7DAD">
            <w:pPr>
              <w:spacing w:line="240" w:lineRule="auto" w:after="0"/>
              <w:jc w:val="center"/>
            </w:pPr>
            <w:r>
              <w:rPr>
                <w:rFonts w:ascii="Arial" w:hAnsi="Arial" w:eastAsia="Arial"/>
                <w:sz w:val="21"/>
              </w:rPr>
              <w:t>2.975242</w:t>
            </w:r>
          </w:p>
        </w:tc>
        <w:tc>
          <w:tcPr>
            <w:tcW w:w="1440" w:type="dxa"/>
            <w:vAlign w:val="center"/>
          </w:tcPr>
          <w:p w14:paraId="71196AFF" w14:textId="77777777" w:rsidR="004E067B" w:rsidRDefault="00BE7DAD">
            <w:pPr>
              <w:spacing w:line="240" w:lineRule="auto" w:after="0"/>
              <w:jc w:val="center"/>
            </w:pPr>
            <w:r>
              <w:rPr>
                <w:rFonts w:ascii="Arial" w:hAnsi="Arial" w:eastAsia="Arial"/>
                <w:sz w:val="21"/>
              </w:rPr>
              <w:t>.003</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169.785</w:t>
            </w:r>
          </w:p>
        </w:tc>
      </w:tr>
      <w:tr w:rsidR="004E067B" w14:paraId="43B062EA" w14:textId="77777777">
        <w:trPr>
          <w:jc w:val="center"/>
        </w:trPr>
        <w:tc>
          <w:tcPr>
            <w:tcW w:w="1728" w:type="dxa"/>
            <w:vAlign w:val="center"/>
          </w:tcPr>
          <w:p w14:paraId="3D411F02" w14:textId="77777777" w:rsidR="004E067B" w:rsidRDefault="00BE7DAD">
            <w:pPr>
              <w:spacing w:line="240" w:lineRule="auto" w:after="0"/>
              <w:jc w:val="center"/>
            </w:pPr>
            <w:r>
              <w:rPr>
                <w:rFonts w:ascii="Arial" w:hAnsi="Arial" w:eastAsia="Arial"/>
                <w:sz w:val="21"/>
              </w:rPr>
              <w:t>SALE</w:t>
            </w:r>
          </w:p>
        </w:tc>
        <w:tc>
          <w:tcPr>
            <w:tcW w:w="1728" w:type="dxa"/>
            <w:vAlign w:val="center"/>
          </w:tcPr>
          <w:p w14:paraId="064F623A" w14:textId="77777777" w:rsidR="004E067B" w:rsidRDefault="00BE7DAD">
            <w:pPr>
              <w:spacing w:line="240" w:lineRule="auto" w:after="0"/>
              <w:jc w:val="center"/>
            </w:pPr>
            <w:r>
              <w:rPr>
                <w:rFonts w:ascii="Arial" w:hAnsi="Arial" w:eastAsia="Arial"/>
                <w:sz w:val="21"/>
              </w:rPr>
              <w:t>4.499944</w:t>
            </w:r>
          </w:p>
        </w:tc>
        <w:tc>
          <w:tcPr>
            <w:tcW w:w="1728" w:type="dxa"/>
            <w:vAlign w:val="center"/>
          </w:tcPr>
          <w:p w14:paraId="2E77FE06" w14:textId="77777777" w:rsidR="004E067B" w:rsidRDefault="00BE7DAD">
            <w:pPr>
              <w:spacing w:line="240" w:lineRule="auto" w:after="0"/>
              <w:jc w:val="center"/>
            </w:pPr>
            <w:r>
              <w:rPr>
                <w:rFonts w:ascii="Arial" w:hAnsi="Arial" w:eastAsia="Arial"/>
                <w:sz w:val="21"/>
              </w:rPr>
              <w:t>1.494228</w:t>
            </w:r>
          </w:p>
        </w:tc>
        <w:tc>
          <w:tcPr>
            <w:tcW w:w="1728" w:type="dxa"/>
            <w:vAlign w:val="center"/>
          </w:tcPr>
          <w:p w14:paraId="4C58F370" w14:textId="77777777" w:rsidR="004E067B" w:rsidRDefault="00BE7DAD">
            <w:pPr>
              <w:spacing w:line="240" w:lineRule="auto" w:after="0"/>
              <w:jc w:val="center"/>
            </w:pPr>
            <w:r>
              <w:rPr>
                <w:rFonts w:ascii="Arial" w:hAnsi="Arial" w:eastAsia="Arial"/>
                <w:sz w:val="21"/>
              </w:rPr>
              <w:t>3.011552</w:t>
            </w:r>
          </w:p>
        </w:tc>
        <w:tc>
          <w:tcPr>
            <w:tcW w:w="1440" w:type="dxa"/>
            <w:vAlign w:val="center"/>
          </w:tcPr>
          <w:p w14:paraId="0B7FDF91" w14:textId="77777777" w:rsidR="004E067B" w:rsidRDefault="00BE7DAD">
            <w:pPr>
              <w:spacing w:line="240" w:lineRule="auto" w:after="0"/>
              <w:jc w:val="center"/>
            </w:pPr>
            <w:r>
              <w:rPr>
                <w:rFonts w:ascii="Arial" w:hAnsi="Arial" w:eastAsia="Arial"/>
                <w:sz w:val="21"/>
              </w:rPr>
              <w:t>.003</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90.012</w:t>
            </w:r>
          </w:p>
        </w:tc>
      </w:tr>
      <w:tr w:rsidR="004E067B" w14:paraId="27DA27B6" w14:textId="77777777">
        <w:trPr>
          <w:jc w:val="center"/>
        </w:trPr>
        <w:tc>
          <w:tcPr>
            <w:tcW w:w="1728" w:type="dxa"/>
            <w:vAlign w:val="center"/>
          </w:tcPr>
          <w:p w14:paraId="60CF8F69" w14:textId="77777777" w:rsidR="004E067B" w:rsidRDefault="00BE7DAD">
            <w:pPr>
              <w:spacing w:line="240" w:lineRule="auto" w:after="0"/>
              <w:jc w:val="center"/>
            </w:pPr>
            <w:r>
              <w:rPr>
                <w:rFonts w:ascii="Arial" w:hAnsi="Arial" w:eastAsia="Arial"/>
                <w:sz w:val="21"/>
              </w:rPr>
              <w:t>INOV</w:t>
            </w:r>
          </w:p>
        </w:tc>
        <w:tc>
          <w:tcPr>
            <w:tcW w:w="1728" w:type="dxa"/>
            <w:vAlign w:val="center"/>
          </w:tcPr>
          <w:p w14:paraId="15BD9846" w14:textId="77777777" w:rsidR="004E067B" w:rsidRDefault="00BE7DAD">
            <w:pPr>
              <w:spacing w:line="240" w:lineRule="auto" w:after="0"/>
              <w:jc w:val="center"/>
            </w:pPr>
            <w:r>
              <w:rPr>
                <w:rFonts w:ascii="Arial" w:hAnsi="Arial" w:eastAsia="Arial"/>
                <w:sz w:val="21"/>
              </w:rPr>
              <w:t>3.737798</w:t>
            </w:r>
          </w:p>
        </w:tc>
        <w:tc>
          <w:tcPr>
            <w:tcW w:w="1728" w:type="dxa"/>
            <w:vAlign w:val="center"/>
          </w:tcPr>
          <w:p w14:paraId="258762D7" w14:textId="77777777" w:rsidR="004E067B" w:rsidRDefault="00BE7DAD">
            <w:pPr>
              <w:spacing w:line="240" w:lineRule="auto" w:after="0"/>
              <w:jc w:val="center"/>
            </w:pPr>
            <w:r>
              <w:rPr>
                <w:rFonts w:ascii="Arial" w:hAnsi="Arial" w:eastAsia="Arial"/>
                <w:sz w:val="21"/>
              </w:rPr>
              <w:t>1.184286</w:t>
            </w:r>
          </w:p>
        </w:tc>
        <w:tc>
          <w:tcPr>
            <w:tcW w:w="1728" w:type="dxa"/>
            <w:vAlign w:val="center"/>
          </w:tcPr>
          <w:p w14:paraId="55E7886D" w14:textId="77777777" w:rsidR="004E067B" w:rsidRDefault="00BE7DAD">
            <w:pPr>
              <w:spacing w:line="240" w:lineRule="auto" w:after="0"/>
              <w:jc w:val="center"/>
            </w:pPr>
            <w:r>
              <w:rPr>
                <w:rFonts w:ascii="Arial" w:hAnsi="Arial" w:eastAsia="Arial"/>
                <w:sz w:val="21"/>
              </w:rPr>
              <w:t>3.156163</w:t>
            </w:r>
          </w:p>
        </w:tc>
        <w:tc>
          <w:tcPr>
            <w:tcW w:w="1440" w:type="dxa"/>
            <w:vAlign w:val="center"/>
          </w:tcPr>
          <w:p w14:paraId="2E69B1E3" w14:textId="77777777" w:rsidR="004E067B" w:rsidRDefault="00BE7DAD">
            <w:pPr>
              <w:spacing w:line="240" w:lineRule="auto" w:after="0"/>
              <w:jc w:val="center"/>
            </w:pPr>
            <w:r>
              <w:rPr>
                <w:rFonts w:ascii="Arial" w:hAnsi="Arial" w:eastAsia="Arial"/>
                <w:sz w:val="21"/>
              </w:rPr>
              <w:t>.002</w:t>
            </w:r>
          </w:p>
        </w:tc>
        <w:tc>
          <w:tcPr>
            <w:tcW w:type="dxa" w:w="1152"/>
            <w:vAlign w:val="center"/>
          </w:tcPr>
          <w:p>
            <w:pPr>
              <w:spacing w:line="240" w:lineRule="auto" w:after="0"/>
              <w:jc w:val="left"/>
            </w:pPr>
            <w:r>
              <w:rPr>
                <w:rFonts w:ascii="Arial" w:hAnsi="Arial" w:eastAsia="Arial"/>
                <w:sz w:val="21"/>
              </w:rPr>
            </w:r>
            <w:r>
              <w:rPr>
                <w:rFonts w:ascii="Arial" w:hAnsi="Arial" w:eastAsia="Arial"/>
                <w:b w:val="0"/>
                <w:sz w:val="21"/>
              </w:rPr>
              <w:t>42.005</w:t>
            </w:r>
          </w:p>
        </w:tc>
      </w:tr>
    </w:tbl>
    <w:p w14:paraId="77322736" w14:textId="77777777" w:rsidR="004E067B" w:rsidRDefault="00BE7DAD">
      <w:pPr>
        <w:spacing w:line="240" w:lineRule="auto" w:before="0" w:after="120"/>
        <w:jc w:val="left"/>
      </w:pPr>
      <w:proofErr w:type="gramStart"/>
      <w:proofErr w:type="gramEnd"/>
      <w:r>
        <w:rPr>
          <w:rFonts w:ascii="Arial" w:hAnsi="Arial" w:eastAsia="Arial"/>
          <w:b w:val="0"/>
          <w:i w:val="0"/>
          <w:sz w:val="24"/>
        </w:rPr>
        <w:t>Notes: Dependent variable = ONLINE. Method = ML - Binary Logit. Convergence achieved after 7 iterations. Odds ratios are calculated as exp(coefficient) to support interpretation. McFadden R-squared = 0.502087; LR statistic = 47.73029; Prob(LR statistic) &lt; .001; total observations = 200.</w:t>
      </w:r>
    </w:p>
    <w:p w14:paraId="5A17485D" w14:textId="77777777" w:rsidR="004E067B" w:rsidRDefault="00BE7DAD">
      <w:pPr>
        <w:spacing w:line="240" w:lineRule="auto" w:before="0" w:after="120"/>
        <w:ind w:firstLine="360"/>
        <w:jc w:val="both"/>
      </w:pPr>
      <w:r>
        <w:rPr>
          <w:rFonts w:ascii="Arial" w:hAnsi="Arial" w:eastAsia="Arial"/>
          <w:b w:val="0"/>
          <w:i w:val="0"/>
          <w:sz w:val="24"/>
        </w:rPr>
        <w:t>The results in Table 4 show that turnover remained significant (P = .018), while access speed, Wi-Fi use for e-business, online sales, and innovation were significant determinants of online business adoption. EBIS had the largest odds ratio, indicating that SMEs using Wi-Fi for e-business activities had substantially higher odds of adopting online business than SMEs with weaker e-business use. Online sales and innovation also showed strong positive associations, confirming that online adoption is closely connected with productive use of digital channels rather than access alone. These results should be understood as associations because online sales, innovation, and online adoption may influence one another in a cross-sectional setting.</w:t>
      </w:r>
    </w:p>
    <w:p w14:paraId="4A3FFA77" w14:textId="77777777" w:rsidR="004E067B" w:rsidRDefault="00BE7DAD">
      <w:pPr>
        <w:spacing w:line="240" w:lineRule="auto" w:before="0" w:after="120"/>
        <w:ind w:firstLine="360"/>
        <w:jc w:val="both"/>
      </w:pPr>
      <w:r>
        <w:rPr>
          <w:rFonts w:ascii="Arial" w:hAnsi="Arial" w:eastAsia="Arial"/>
          <w:sz w:val="24"/>
        </w:rPr>
        <w:t>Access speed was significant at the 5% level (P = .041), while stability was positive and marginally significant (P = .088). Ease of access and frequency of Wi-Fi use were positive but not statistically significant. These results suggest that simply using Wi-Fi frequently is not sufficient; what matters more is whether the connection supports actual e-business activity, reliable sales, and innovation. This finding is consistent with the broader argument that digital infrastructure must be accompanied by digital skills, business capability, and market-oriented use of technology.</w:t>
      </w:r>
    </w:p>
    <w:p w14:paraId="1378898A" w14:textId="77777777" w:rsidR="004E067B" w:rsidRDefault="00BE7DAD">
      <w:pPr>
        <w:spacing w:line="240" w:lineRule="auto" w:before="0" w:after="120"/>
        <w:jc w:val="left"/>
      </w:pPr>
      <w:r>
        <w:rPr>
          <w:rFonts w:ascii="Arial" w:hAnsi="Arial" w:eastAsia="Arial"/>
          <w:b/>
          <w:sz w:val="24"/>
        </w:rPr>
        <w:t>Table 5. Goodness-of-fit evaluation: Model 2</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3168"/>
        <w:gridCol w:w="1872"/>
        <w:gridCol w:w="2304"/>
        <w:gridCol w:w="1728"/>
      </w:tblGrid>
      <w:tr w:rsidR="004E067B" w14:paraId="24143319" w14:textId="77777777">
        <w:trPr>
          <w:tblHeader/>
          <w:jc w:val="center"/>
        </w:trPr>
        <w:tc>
          <w:tcPr>
            <w:tcW w:w="3168" w:type="dxa"/>
            <w:shd w:val="clear" w:color="auto" w:fill="EDEDED"/>
            <w:vAlign w:val="center"/>
          </w:tcPr>
          <w:p w14:paraId="1241329A" w14:textId="77777777" w:rsidR="004E067B" w:rsidRDefault="00BE7DAD">
            <w:pPr>
              <w:spacing w:line="240" w:lineRule="auto" w:after="0"/>
              <w:jc w:val="center"/>
            </w:pPr>
            <w:r>
              <w:rPr>
                <w:rFonts w:ascii="Arial" w:hAnsi="Arial" w:eastAsia="Arial"/>
                <w:b/>
                <w:sz w:val="21"/>
              </w:rPr>
              <w:t>Test</w:t>
            </w:r>
          </w:p>
        </w:tc>
        <w:tc>
          <w:tcPr>
            <w:tcW w:w="1872" w:type="dxa"/>
            <w:shd w:val="clear" w:color="auto" w:fill="EDEDED"/>
            <w:vAlign w:val="center"/>
          </w:tcPr>
          <w:p w14:paraId="6A3EEBA6" w14:textId="77777777" w:rsidR="004E067B" w:rsidRDefault="00BE7DAD">
            <w:pPr>
              <w:spacing w:line="240" w:lineRule="auto" w:after="0"/>
              <w:jc w:val="center"/>
            </w:pPr>
            <w:r>
              <w:rPr>
                <w:rFonts w:ascii="Arial" w:hAnsi="Arial" w:eastAsia="Arial"/>
                <w:b/>
                <w:sz w:val="21"/>
              </w:rPr>
              <w:t>Statistic</w:t>
            </w:r>
          </w:p>
        </w:tc>
        <w:tc>
          <w:tcPr>
            <w:tcW w:w="2304" w:type="dxa"/>
            <w:shd w:val="clear" w:color="auto" w:fill="EDEDED"/>
            <w:vAlign w:val="center"/>
          </w:tcPr>
          <w:p w14:paraId="0AE337DE" w14:textId="77777777" w:rsidR="004E067B" w:rsidRDefault="00BE7DAD">
            <w:pPr>
              <w:spacing w:line="240" w:lineRule="auto" w:after="0"/>
              <w:jc w:val="center"/>
            </w:pPr>
            <w:r>
              <w:rPr>
                <w:rFonts w:ascii="Arial" w:hAnsi="Arial" w:eastAsia="Arial"/>
                <w:b/>
                <w:sz w:val="21"/>
              </w:rPr>
              <w:t>Distribution</w:t>
            </w:r>
          </w:p>
        </w:tc>
        <w:tc>
          <w:tcPr>
            <w:tcW w:w="1728" w:type="dxa"/>
            <w:shd w:val="clear" w:color="auto" w:fill="EDEDED"/>
            <w:vAlign w:val="center"/>
          </w:tcPr>
          <w:p w14:paraId="49E2FD17" w14:textId="77777777" w:rsidR="004E067B" w:rsidRDefault="00BE7DAD">
            <w:pPr>
              <w:spacing w:line="240" w:lineRule="auto" w:after="0"/>
              <w:jc w:val="center"/>
            </w:pPr>
            <w:r>
              <w:rPr>
                <w:rFonts w:ascii="Arial" w:hAnsi="Arial" w:eastAsia="Arial"/>
                <w:b/>
                <w:sz w:val="21"/>
              </w:rPr>
              <w:t>Probability</w:t>
            </w:r>
          </w:p>
        </w:tc>
      </w:tr>
      <w:tr w:rsidR="004E067B" w14:paraId="09EE9AEB" w14:textId="77777777">
        <w:trPr>
          <w:jc w:val="center"/>
        </w:trPr>
        <w:tc>
          <w:tcPr>
            <w:tcW w:w="3168" w:type="dxa"/>
            <w:vAlign w:val="center"/>
          </w:tcPr>
          <w:p w14:paraId="35F91475" w14:textId="77777777" w:rsidR="004E067B" w:rsidRDefault="00BE7DAD">
            <w:pPr>
              <w:spacing w:line="240" w:lineRule="auto" w:after="0"/>
              <w:jc w:val="center"/>
            </w:pPr>
            <w:r>
              <w:rPr>
                <w:rFonts w:ascii="Arial" w:hAnsi="Arial" w:eastAsia="Arial"/>
                <w:sz w:val="21"/>
              </w:rPr>
              <w:t>Hosmer-Lemeshow statistic</w:t>
            </w:r>
          </w:p>
        </w:tc>
        <w:tc>
          <w:tcPr>
            <w:tcW w:w="1872" w:type="dxa"/>
            <w:vAlign w:val="center"/>
          </w:tcPr>
          <w:p w14:paraId="2F92A632" w14:textId="77777777" w:rsidR="004E067B" w:rsidRDefault="00BE7DAD">
            <w:pPr>
              <w:spacing w:line="240" w:lineRule="auto" w:after="0"/>
              <w:jc w:val="center"/>
            </w:pPr>
            <w:r>
              <w:rPr>
                <w:rFonts w:ascii="Arial" w:hAnsi="Arial" w:eastAsia="Arial"/>
                <w:sz w:val="21"/>
              </w:rPr>
              <w:t>19.5860</w:t>
            </w:r>
          </w:p>
        </w:tc>
        <w:tc>
          <w:tcPr>
            <w:tcW w:w="2304" w:type="dxa"/>
            <w:vAlign w:val="center"/>
          </w:tcPr>
          <w:p w14:paraId="27FE8FE7" w14:textId="77777777" w:rsidR="004E067B" w:rsidRDefault="00BE7DAD">
            <w:pPr>
              <w:spacing w:line="240" w:lineRule="auto" w:after="0"/>
              <w:jc w:val="center"/>
            </w:pPr>
            <w:r>
              <w:rPr>
                <w:rFonts w:ascii="Arial" w:hAnsi="Arial" w:eastAsia="Arial"/>
                <w:sz w:val="21"/>
              </w:rPr>
              <w:t>Prob. Chi-</w:t>
            </w:r>
            <w:proofErr w:type="gramStart"/>
            <w:r>
              <w:rPr>
                <w:rFonts w:ascii="Arial" w:hAnsi="Arial" w:eastAsia="Arial"/>
                <w:sz w:val="21"/>
              </w:rPr>
              <w:t>Sq(</w:t>
            </w:r>
            <w:proofErr w:type="gramEnd"/>
            <w:r>
              <w:rPr>
                <w:rFonts w:ascii="Arial" w:hAnsi="Arial" w:eastAsia="Arial"/>
                <w:sz w:val="21"/>
              </w:rPr>
              <w:t>8)</w:t>
            </w:r>
          </w:p>
        </w:tc>
        <w:tc>
          <w:tcPr>
            <w:tcW w:w="1728" w:type="dxa"/>
            <w:vAlign w:val="center"/>
          </w:tcPr>
          <w:p w14:paraId="6BE34C2F" w14:textId="77777777" w:rsidR="004E067B" w:rsidRDefault="00BE7DAD">
            <w:pPr>
              <w:spacing w:line="240" w:lineRule="auto" w:after="0"/>
              <w:jc w:val="center"/>
            </w:pPr>
            <w:r>
              <w:rPr>
                <w:rFonts w:ascii="Arial" w:hAnsi="Arial" w:eastAsia="Arial"/>
                <w:sz w:val="21"/>
              </w:rPr>
              <w:t>.012</w:t>
            </w:r>
          </w:p>
        </w:tc>
      </w:tr>
      <w:tr w:rsidR="004E067B" w14:paraId="6EC264C7" w14:textId="77777777">
        <w:trPr>
          <w:jc w:val="center"/>
        </w:trPr>
        <w:tc>
          <w:tcPr>
            <w:tcW w:w="3168" w:type="dxa"/>
            <w:vAlign w:val="center"/>
          </w:tcPr>
          <w:p w14:paraId="21B9D5F5" w14:textId="77777777" w:rsidR="004E067B" w:rsidRDefault="00BE7DAD">
            <w:pPr>
              <w:spacing w:line="240" w:lineRule="auto" w:after="0"/>
              <w:jc w:val="center"/>
            </w:pPr>
            <w:proofErr w:type="gramStart"/>
            <w:r>
              <w:rPr>
                <w:rFonts w:ascii="Arial" w:hAnsi="Arial" w:eastAsia="Arial"/>
                <w:sz w:val="21"/>
              </w:rPr>
              <w:t>Andrews</w:t>
            </w:r>
            <w:proofErr w:type="gramEnd"/>
            <w:r>
              <w:rPr>
                <w:rFonts w:ascii="Arial" w:hAnsi="Arial" w:eastAsia="Arial"/>
                <w:sz w:val="21"/>
              </w:rPr>
              <w:t xml:space="preserve"> statistic</w:t>
            </w:r>
          </w:p>
        </w:tc>
        <w:tc>
          <w:tcPr>
            <w:tcW w:w="1872" w:type="dxa"/>
            <w:vAlign w:val="center"/>
          </w:tcPr>
          <w:p w14:paraId="7151CE66" w14:textId="77777777" w:rsidR="004E067B" w:rsidRDefault="00BE7DAD">
            <w:pPr>
              <w:spacing w:line="240" w:lineRule="auto" w:after="0"/>
              <w:jc w:val="center"/>
            </w:pPr>
            <w:r>
              <w:rPr>
                <w:rFonts w:ascii="Arial" w:hAnsi="Arial" w:eastAsia="Arial"/>
                <w:sz w:val="21"/>
              </w:rPr>
              <w:t>63.7325</w:t>
            </w:r>
          </w:p>
        </w:tc>
        <w:tc>
          <w:tcPr>
            <w:tcW w:w="2304" w:type="dxa"/>
            <w:vAlign w:val="center"/>
          </w:tcPr>
          <w:p w14:paraId="6A681A4F" w14:textId="77777777" w:rsidR="004E067B" w:rsidRDefault="00BE7DAD">
            <w:pPr>
              <w:spacing w:line="240" w:lineRule="auto" w:after="0"/>
              <w:jc w:val="center"/>
            </w:pPr>
            <w:r>
              <w:rPr>
                <w:rFonts w:ascii="Arial" w:hAnsi="Arial" w:eastAsia="Arial"/>
                <w:sz w:val="21"/>
              </w:rPr>
              <w:t>Prob. Chi-</w:t>
            </w:r>
            <w:proofErr w:type="gramStart"/>
            <w:r>
              <w:rPr>
                <w:rFonts w:ascii="Arial" w:hAnsi="Arial" w:eastAsia="Arial"/>
                <w:sz w:val="21"/>
              </w:rPr>
              <w:t>Sq(</w:t>
            </w:r>
            <w:proofErr w:type="gramEnd"/>
            <w:r>
              <w:rPr>
                <w:rFonts w:ascii="Arial" w:hAnsi="Arial" w:eastAsia="Arial"/>
                <w:sz w:val="21"/>
              </w:rPr>
              <w:t>10)</w:t>
            </w:r>
          </w:p>
        </w:tc>
        <w:tc>
          <w:tcPr>
            <w:tcW w:w="1728" w:type="dxa"/>
            <w:vAlign w:val="center"/>
          </w:tcPr>
          <w:p w14:paraId="36C64142" w14:textId="77777777" w:rsidR="004E067B" w:rsidRDefault="00BE7DAD">
            <w:pPr>
              <w:spacing w:line="240" w:lineRule="auto" w:after="0"/>
              <w:jc w:val="center"/>
            </w:pPr>
            <w:r>
              <w:rPr>
                <w:rFonts w:ascii="Arial" w:hAnsi="Arial" w:eastAsia="Arial"/>
                <w:sz w:val="21"/>
              </w:rPr>
              <w:t>&lt; .001</w:t>
            </w:r>
          </w:p>
        </w:tc>
      </w:tr>
    </w:tbl>
    <w:p w14:paraId="32A12466" w14:textId="77777777" w:rsidR="004E067B" w:rsidRDefault="00BE7DAD">
      <w:pPr>
        <w:spacing w:line="240" w:lineRule="auto" w:before="0" w:after="120"/>
        <w:ind w:firstLine="360"/>
        <w:jc w:val="both"/>
      </w:pPr>
      <w:r>
        <w:rPr>
          <w:rFonts w:ascii="Arial" w:hAnsi="Arial" w:eastAsia="Arial"/>
          <w:b w:val="0"/>
          <w:i w:val="0"/>
          <w:sz w:val="24"/>
        </w:rPr>
        <w:t>The goodness-of-fit tests for Model 2 indicate that the model is statistically informative but should be interpreted cautiously. The significant Hosmer-Lemeshow and Andrews tests suggest that the fitted probabilities may not perfectly match all observed risk groups. Therefore, the revised interpretation emphasizes the direction and significance of key associations rather than overclaiming predictive accuracy. This limitation supports the need for future studies using larger samples, additional diagnostics, and marginal-effect estimation.</w:t>
      </w:r>
    </w:p>
    <w:p w14:paraId="6AFE2B81" w14:textId="77777777" w:rsidR="004E067B" w:rsidRDefault="00BE7DAD">
      <w:pPr>
        <w:spacing w:line="240" w:lineRule="auto" w:before="0" w:after="120"/>
        <w:ind/>
        <w:jc w:val="left"/>
      </w:pPr>
      <w:r>
        <w:rPr>
          <w:rFonts w:ascii="Arial" w:hAnsi="Arial" w:eastAsia="Arial"/>
          <w:b/>
          <w:sz w:val="24"/>
        </w:rPr>
        <w:t>3.3 Digital Practices and SME Growth</w:t>
      </w:r>
    </w:p>
    <w:p w14:paraId="33D7D486" w14:textId="77777777" w:rsidR="004E067B" w:rsidRDefault="00BE7DAD">
      <w:pPr>
        <w:spacing w:line="240" w:lineRule="auto" w:before="0" w:after="120"/>
        <w:ind w:firstLine="360"/>
        <w:jc w:val="both"/>
      </w:pPr>
      <w:r>
        <w:rPr>
          <w:rFonts w:ascii="Arial" w:hAnsi="Arial" w:eastAsia="Arial"/>
          <w:sz w:val="24"/>
        </w:rPr>
        <w:lastRenderedPageBreak/>
        <w:t xml:space="preserve">The ordered logit model estimated the relationship between digital practices and the ordinal category of business growth. The model was statistically significant overall (LR statistic = 30.97388; P &lt; .001), with a </w:t>
      </w:r>
      <w:proofErr w:type="gramStart"/>
      <w:r>
        <w:rPr>
          <w:rFonts w:ascii="Arial" w:hAnsi="Arial" w:eastAsia="Arial"/>
          <w:sz w:val="24"/>
        </w:rPr>
        <w:t>pseudo R</w:t>
      </w:r>
      <w:proofErr w:type="gramEnd"/>
      <w:r>
        <w:rPr>
          <w:rFonts w:ascii="Arial" w:hAnsi="Arial" w:eastAsia="Arial"/>
          <w:sz w:val="24"/>
        </w:rPr>
        <w:t>-squared value of 0.169960. The explanatory variables were internet use, e-commerce, and profit.</w:t>
      </w:r>
    </w:p>
    <w:p w14:paraId="7A00D871" w14:textId="77777777" w:rsidR="004E067B" w:rsidRDefault="00BE7DAD">
      <w:pPr>
        <w:spacing w:line="240" w:lineRule="auto" w:before="0" w:after="120"/>
        <w:jc w:val="left"/>
      </w:pPr>
      <w:r>
        <w:rPr>
          <w:rFonts w:ascii="Arial" w:hAnsi="Arial" w:eastAsia="Arial"/>
          <w:b/>
          <w:sz w:val="24"/>
        </w:rPr>
        <w:t>Table 6. Ordered logit estimation: SME growth model</w:t>
      </w:r>
    </w:p>
    <w:tbl>
      <w:tblPr>
        <w:tblStyle w:val="TableGrid"/>
        <w:tblW w:w="0" w:type="auto"/>
        <w:jc w:val="center"/>
        <w:tblBorders>
          <w:top w:val="single" w:sz="6" w:space="0" w:color="000000"/>
          <w:left w:val="nil"/>
          <w:bottom w:val="single" w:sz="6" w:space="0" w:color="000000"/>
          <w:right w:val="nil"/>
          <w:insideH w:val="single" w:sz="6" w:space="0" w:color="000000"/>
          <w:insideV w:val="nil"/>
        </w:tblBorders>
        <w:tblLayout w:type="autofit"/>
        <w:tblLook w:val="04A0" w:firstRow="1" w:lastRow="0" w:firstColumn="1" w:lastColumn="0" w:noHBand="0" w:noVBand="1"/>
      </w:tblPr>
      <w:tblGrid>
        <w:gridCol w:w="1803"/>
        <w:gridCol w:w="1728"/>
        <w:gridCol w:w="1728"/>
        <w:gridCol w:w="1728"/>
        <w:gridCol w:w="1440"/>
      </w:tblGrid>
      <w:tr w:rsidR="004E067B" w14:paraId="6FA91400" w14:textId="77777777">
        <w:trPr>
          <w:tblHeader/>
          <w:jc w:val="center"/>
        </w:trPr>
        <w:tc>
          <w:tcPr>
            <w:tcW w:w="1728" w:type="dxa"/>
            <w:shd w:val="clear" w:color="auto" w:fill="EDEDED"/>
            <w:vAlign w:val="center"/>
          </w:tcPr>
          <w:p w14:paraId="0D7C56FF" w14:textId="77777777" w:rsidR="004E067B" w:rsidRDefault="00BE7DAD">
            <w:pPr>
              <w:spacing w:line="240" w:lineRule="auto" w:after="0"/>
              <w:jc w:val="center"/>
            </w:pPr>
            <w:r>
              <w:rPr>
                <w:rFonts w:ascii="Arial" w:hAnsi="Arial" w:eastAsia="Arial"/>
                <w:b/>
                <w:sz w:val="21"/>
              </w:rPr>
              <w:t>Variable</w:t>
            </w:r>
          </w:p>
        </w:tc>
        <w:tc>
          <w:tcPr>
            <w:tcW w:w="1728" w:type="dxa"/>
            <w:shd w:val="clear" w:color="auto" w:fill="EDEDED"/>
            <w:vAlign w:val="center"/>
          </w:tcPr>
          <w:p w14:paraId="7622367F" w14:textId="77777777" w:rsidR="004E067B" w:rsidRDefault="00BE7DAD">
            <w:pPr>
              <w:spacing w:line="240" w:lineRule="auto" w:after="0"/>
              <w:jc w:val="center"/>
            </w:pPr>
            <w:r>
              <w:rPr>
                <w:rFonts w:ascii="Arial" w:hAnsi="Arial" w:eastAsia="Arial"/>
                <w:b/>
                <w:sz w:val="21"/>
              </w:rPr>
              <w:t>Coefficient</w:t>
            </w:r>
          </w:p>
        </w:tc>
        <w:tc>
          <w:tcPr>
            <w:tcW w:w="1728" w:type="dxa"/>
            <w:shd w:val="clear" w:color="auto" w:fill="EDEDED"/>
            <w:vAlign w:val="center"/>
          </w:tcPr>
          <w:p w14:paraId="19919961" w14:textId="77777777" w:rsidR="004E067B" w:rsidRDefault="00BE7DAD">
            <w:pPr>
              <w:spacing w:line="240" w:lineRule="auto" w:after="0"/>
              <w:jc w:val="center"/>
            </w:pPr>
            <w:r>
              <w:rPr>
                <w:rFonts w:ascii="Arial" w:hAnsi="Arial" w:eastAsia="Arial"/>
                <w:b/>
                <w:sz w:val="21"/>
              </w:rPr>
              <w:t>Std. Error</w:t>
            </w:r>
          </w:p>
        </w:tc>
        <w:tc>
          <w:tcPr>
            <w:tcW w:w="1728" w:type="dxa"/>
            <w:shd w:val="clear" w:color="auto" w:fill="EDEDED"/>
            <w:vAlign w:val="center"/>
          </w:tcPr>
          <w:p w14:paraId="01B5DFCE" w14:textId="77777777" w:rsidR="004E067B" w:rsidRDefault="00BE7DAD">
            <w:pPr>
              <w:spacing w:line="240" w:lineRule="auto" w:after="0"/>
              <w:jc w:val="center"/>
            </w:pPr>
            <w:r>
              <w:rPr>
                <w:rFonts w:ascii="Arial" w:hAnsi="Arial" w:eastAsia="Arial"/>
                <w:b/>
                <w:sz w:val="21"/>
              </w:rPr>
              <w:t>z-Statistic</w:t>
            </w:r>
          </w:p>
        </w:tc>
        <w:tc>
          <w:tcPr>
            <w:tcW w:w="1440" w:type="dxa"/>
            <w:shd w:val="clear" w:color="auto" w:fill="EDEDED"/>
            <w:vAlign w:val="center"/>
          </w:tcPr>
          <w:p w14:paraId="395792D7" w14:textId="77777777" w:rsidR="004E067B" w:rsidRDefault="00BE7DAD">
            <w:pPr>
              <w:spacing w:line="240" w:lineRule="auto" w:after="0"/>
              <w:jc w:val="center"/>
            </w:pPr>
            <w:r>
              <w:rPr>
                <w:rFonts w:ascii="Arial" w:hAnsi="Arial" w:eastAsia="Arial"/>
                <w:b/>
                <w:sz w:val="21"/>
              </w:rPr>
              <w:t>Prob.</w:t>
            </w:r>
          </w:p>
        </w:tc>
      </w:tr>
      <w:tr w:rsidR="004E067B" w14:paraId="3970E627" w14:textId="77777777">
        <w:trPr>
          <w:jc w:val="center"/>
        </w:trPr>
        <w:tc>
          <w:tcPr>
            <w:tcW w:w="1728" w:type="dxa"/>
            <w:vAlign w:val="center"/>
          </w:tcPr>
          <w:p w14:paraId="4471494C" w14:textId="77777777" w:rsidR="004E067B" w:rsidRDefault="00BE7DAD">
            <w:pPr>
              <w:spacing w:line="240" w:lineRule="auto" w:after="0"/>
              <w:jc w:val="center"/>
            </w:pPr>
            <w:r>
              <w:rPr>
                <w:rFonts w:ascii="Arial" w:hAnsi="Arial" w:eastAsia="Arial"/>
                <w:sz w:val="21"/>
              </w:rPr>
              <w:t>INTERNET</w:t>
            </w:r>
          </w:p>
        </w:tc>
        <w:tc>
          <w:tcPr>
            <w:tcW w:w="1728" w:type="dxa"/>
            <w:vAlign w:val="center"/>
          </w:tcPr>
          <w:p w14:paraId="4915C7D8" w14:textId="77777777" w:rsidR="004E067B" w:rsidRDefault="00BE7DAD">
            <w:pPr>
              <w:spacing w:line="240" w:lineRule="auto" w:after="0"/>
              <w:jc w:val="center"/>
            </w:pPr>
            <w:r>
              <w:rPr>
                <w:rFonts w:ascii="Arial" w:hAnsi="Arial" w:eastAsia="Arial"/>
                <w:sz w:val="21"/>
              </w:rPr>
              <w:t>0.391518</w:t>
            </w:r>
          </w:p>
        </w:tc>
        <w:tc>
          <w:tcPr>
            <w:tcW w:w="1728" w:type="dxa"/>
            <w:vAlign w:val="center"/>
          </w:tcPr>
          <w:p w14:paraId="63A07E23" w14:textId="77777777" w:rsidR="004E067B" w:rsidRDefault="00BE7DAD">
            <w:pPr>
              <w:spacing w:line="240" w:lineRule="auto" w:after="0"/>
              <w:jc w:val="center"/>
            </w:pPr>
            <w:r>
              <w:rPr>
                <w:rFonts w:ascii="Arial" w:hAnsi="Arial" w:eastAsia="Arial"/>
                <w:sz w:val="21"/>
              </w:rPr>
              <w:t>1.186542</w:t>
            </w:r>
          </w:p>
        </w:tc>
        <w:tc>
          <w:tcPr>
            <w:tcW w:w="1728" w:type="dxa"/>
            <w:vAlign w:val="center"/>
          </w:tcPr>
          <w:p w14:paraId="1F13E84C" w14:textId="77777777" w:rsidR="004E067B" w:rsidRDefault="00BE7DAD">
            <w:pPr>
              <w:spacing w:line="240" w:lineRule="auto" w:after="0"/>
              <w:jc w:val="center"/>
            </w:pPr>
            <w:r>
              <w:rPr>
                <w:rFonts w:ascii="Arial" w:hAnsi="Arial" w:eastAsia="Arial"/>
                <w:sz w:val="21"/>
              </w:rPr>
              <w:t>0.329965</w:t>
            </w:r>
          </w:p>
        </w:tc>
        <w:tc>
          <w:tcPr>
            <w:tcW w:w="1440" w:type="dxa"/>
            <w:vAlign w:val="center"/>
          </w:tcPr>
          <w:p w14:paraId="59C36E72" w14:textId="77777777" w:rsidR="004E067B" w:rsidRDefault="00BE7DAD">
            <w:pPr>
              <w:spacing w:line="240" w:lineRule="auto" w:after="0"/>
              <w:jc w:val="center"/>
            </w:pPr>
            <w:r>
              <w:rPr>
                <w:rFonts w:ascii="Arial" w:hAnsi="Arial" w:eastAsia="Arial"/>
                <w:sz w:val="21"/>
              </w:rPr>
              <w:t>.741</w:t>
            </w:r>
          </w:p>
        </w:tc>
      </w:tr>
      <w:tr w:rsidR="004E067B" w14:paraId="2DDC3D73" w14:textId="77777777">
        <w:trPr>
          <w:jc w:val="center"/>
        </w:trPr>
        <w:tc>
          <w:tcPr>
            <w:tcW w:w="1728" w:type="dxa"/>
            <w:vAlign w:val="center"/>
          </w:tcPr>
          <w:p w14:paraId="3B3A3EBC" w14:textId="77777777" w:rsidR="004E067B" w:rsidRDefault="00BE7DAD">
            <w:pPr>
              <w:spacing w:line="240" w:lineRule="auto" w:after="0"/>
              <w:jc w:val="center"/>
            </w:pPr>
            <w:r>
              <w:rPr>
                <w:rFonts w:ascii="Arial" w:hAnsi="Arial" w:eastAsia="Arial"/>
                <w:sz w:val="21"/>
              </w:rPr>
              <w:t>ECOMMERCE</w:t>
            </w:r>
          </w:p>
        </w:tc>
        <w:tc>
          <w:tcPr>
            <w:tcW w:w="1728" w:type="dxa"/>
            <w:vAlign w:val="center"/>
          </w:tcPr>
          <w:p w14:paraId="44858099" w14:textId="77777777" w:rsidR="004E067B" w:rsidRDefault="00BE7DAD">
            <w:pPr>
              <w:spacing w:line="240" w:lineRule="auto" w:after="0"/>
              <w:jc w:val="center"/>
            </w:pPr>
            <w:r>
              <w:rPr>
                <w:rFonts w:ascii="Arial" w:hAnsi="Arial" w:eastAsia="Arial"/>
                <w:sz w:val="21"/>
              </w:rPr>
              <w:t>4.562104</w:t>
            </w:r>
          </w:p>
        </w:tc>
        <w:tc>
          <w:tcPr>
            <w:tcW w:w="1728" w:type="dxa"/>
            <w:vAlign w:val="center"/>
          </w:tcPr>
          <w:p w14:paraId="50A3404D" w14:textId="77777777" w:rsidR="004E067B" w:rsidRDefault="00BE7DAD">
            <w:pPr>
              <w:spacing w:line="240" w:lineRule="auto" w:after="0"/>
              <w:jc w:val="center"/>
            </w:pPr>
            <w:r>
              <w:rPr>
                <w:rFonts w:ascii="Arial" w:hAnsi="Arial" w:eastAsia="Arial"/>
                <w:sz w:val="21"/>
              </w:rPr>
              <w:t>1.352459</w:t>
            </w:r>
          </w:p>
        </w:tc>
        <w:tc>
          <w:tcPr>
            <w:tcW w:w="1728" w:type="dxa"/>
            <w:vAlign w:val="center"/>
          </w:tcPr>
          <w:p w14:paraId="21E6B832" w14:textId="77777777" w:rsidR="004E067B" w:rsidRDefault="00BE7DAD">
            <w:pPr>
              <w:spacing w:line="240" w:lineRule="auto" w:after="0"/>
              <w:jc w:val="center"/>
            </w:pPr>
            <w:r>
              <w:rPr>
                <w:rFonts w:ascii="Arial" w:hAnsi="Arial" w:eastAsia="Arial"/>
                <w:sz w:val="21"/>
              </w:rPr>
              <w:t>3.373191</w:t>
            </w:r>
          </w:p>
        </w:tc>
        <w:tc>
          <w:tcPr>
            <w:tcW w:w="1440" w:type="dxa"/>
            <w:vAlign w:val="center"/>
          </w:tcPr>
          <w:p w14:paraId="2B35110F" w14:textId="77777777" w:rsidR="004E067B" w:rsidRDefault="00BE7DAD">
            <w:pPr>
              <w:spacing w:line="240" w:lineRule="auto" w:after="0"/>
              <w:jc w:val="center"/>
            </w:pPr>
            <w:r>
              <w:rPr>
                <w:rFonts w:ascii="Arial" w:hAnsi="Arial" w:eastAsia="Arial"/>
                <w:sz w:val="21"/>
              </w:rPr>
              <w:t>&lt; .001</w:t>
            </w:r>
          </w:p>
        </w:tc>
      </w:tr>
      <w:tr w:rsidR="004E067B" w14:paraId="343528E7" w14:textId="77777777">
        <w:trPr>
          <w:jc w:val="center"/>
        </w:trPr>
        <w:tc>
          <w:tcPr>
            <w:tcW w:w="1728" w:type="dxa"/>
            <w:vAlign w:val="center"/>
          </w:tcPr>
          <w:p>
            <w:pPr>
              <w:spacing w:line="240" w:lineRule="auto" w:after="0"/>
              <w:jc w:val="left"/>
            </w:pPr>
            <w:r>
              <w:rPr>
                <w:rFonts w:ascii="Arial" w:hAnsi="Arial" w:eastAsia="Arial"/>
                <w:sz w:val="21"/>
              </w:rPr>
            </w:r>
            <w:r>
              <w:rPr>
                <w:rFonts w:ascii="Arial" w:hAnsi="Arial" w:eastAsia="Arial"/>
                <w:b w:val="0"/>
                <w:sz w:val="21"/>
              </w:rPr>
              <w:t>Threshold 1 (GROWTH ≤ 3)</w:t>
            </w:r>
          </w:p>
        </w:tc>
        <w:tc>
          <w:tcPr>
            <w:tcW w:w="1728" w:type="dxa"/>
            <w:vAlign w:val="center"/>
          </w:tcPr>
          <w:p w14:paraId="15E8FBEA" w14:textId="77777777" w:rsidR="004E067B" w:rsidRDefault="00BE7DAD">
            <w:pPr>
              <w:spacing w:line="240" w:lineRule="auto" w:after="0"/>
              <w:jc w:val="center"/>
            </w:pPr>
            <w:r>
              <w:rPr>
                <w:rFonts w:ascii="Arial" w:hAnsi="Arial" w:eastAsia="Arial"/>
                <w:sz w:val="21"/>
              </w:rPr>
              <w:t>9.450981</w:t>
            </w:r>
          </w:p>
        </w:tc>
        <w:tc>
          <w:tcPr>
            <w:tcW w:w="1728" w:type="dxa"/>
            <w:vAlign w:val="center"/>
          </w:tcPr>
          <w:p w14:paraId="26150505" w14:textId="77777777" w:rsidR="004E067B" w:rsidRDefault="00BE7DAD">
            <w:pPr>
              <w:spacing w:line="240" w:lineRule="auto" w:after="0"/>
              <w:jc w:val="center"/>
            </w:pPr>
            <w:r>
              <w:rPr>
                <w:rFonts w:ascii="Arial" w:hAnsi="Arial" w:eastAsia="Arial"/>
                <w:sz w:val="21"/>
              </w:rPr>
              <w:t>3.491311</w:t>
            </w:r>
          </w:p>
        </w:tc>
        <w:tc>
          <w:tcPr>
            <w:tcW w:w="1728" w:type="dxa"/>
            <w:vAlign w:val="center"/>
          </w:tcPr>
          <w:p w14:paraId="0F6E6676" w14:textId="77777777" w:rsidR="004E067B" w:rsidRDefault="00BE7DAD">
            <w:pPr>
              <w:spacing w:line="240" w:lineRule="auto" w:after="0"/>
              <w:jc w:val="center"/>
            </w:pPr>
            <w:r>
              <w:rPr>
                <w:rFonts w:ascii="Arial" w:hAnsi="Arial" w:eastAsia="Arial"/>
                <w:sz w:val="21"/>
              </w:rPr>
              <w:t>2.707001</w:t>
            </w:r>
          </w:p>
        </w:tc>
        <w:tc>
          <w:tcPr>
            <w:tcW w:w="1440" w:type="dxa"/>
            <w:vAlign w:val="center"/>
          </w:tcPr>
          <w:p w14:paraId="195D87F3" w14:textId="77777777" w:rsidR="004E067B" w:rsidRDefault="00BE7DAD">
            <w:pPr>
              <w:spacing w:line="240" w:lineRule="auto" w:after="0"/>
              <w:jc w:val="center"/>
            </w:pPr>
            <w:r>
              <w:rPr>
                <w:rFonts w:ascii="Arial" w:hAnsi="Arial" w:eastAsia="Arial"/>
                <w:sz w:val="21"/>
              </w:rPr>
              <w:t>.007</w:t>
            </w:r>
          </w:p>
        </w:tc>
      </w:tr>
      <w:tr w:rsidR="004E067B" w14:paraId="67DBA39A" w14:textId="77777777">
        <w:trPr>
          <w:jc w:val="center"/>
        </w:trPr>
        <w:tc>
          <w:tcPr>
            <w:tcW w:w="1728" w:type="dxa"/>
            <w:vAlign w:val="center"/>
          </w:tcPr>
          <w:p>
            <w:pPr>
              <w:spacing w:line="240" w:lineRule="auto" w:after="0"/>
              <w:jc w:val="left"/>
            </w:pPr>
            <w:r>
              <w:rPr>
                <w:rFonts w:ascii="Arial" w:hAnsi="Arial" w:eastAsia="Arial"/>
                <w:sz w:val="21"/>
              </w:rPr>
            </w:r>
            <w:r>
              <w:rPr>
                <w:rFonts w:ascii="Arial" w:hAnsi="Arial" w:eastAsia="Arial"/>
                <w:b w:val="0"/>
                <w:sz w:val="21"/>
              </w:rPr>
              <w:t>Threshold 2 (GROWTH ≤ 4)</w:t>
            </w:r>
          </w:p>
        </w:tc>
        <w:tc>
          <w:tcPr>
            <w:tcW w:w="1728" w:type="dxa"/>
            <w:vAlign w:val="center"/>
          </w:tcPr>
          <w:p w14:paraId="1C33DD31" w14:textId="77777777" w:rsidR="004E067B" w:rsidRDefault="00BE7DAD">
            <w:pPr>
              <w:spacing w:line="240" w:lineRule="auto" w:after="0"/>
              <w:jc w:val="center"/>
            </w:pPr>
            <w:r>
              <w:rPr>
                <w:rFonts w:ascii="Arial" w:hAnsi="Arial" w:eastAsia="Arial"/>
                <w:sz w:val="21"/>
              </w:rPr>
              <w:t>13.049970</w:t>
            </w:r>
          </w:p>
        </w:tc>
        <w:tc>
          <w:tcPr>
            <w:tcW w:w="1728" w:type="dxa"/>
            <w:vAlign w:val="center"/>
          </w:tcPr>
          <w:p w14:paraId="0CB96FDB" w14:textId="77777777" w:rsidR="004E067B" w:rsidRDefault="00BE7DAD">
            <w:pPr>
              <w:spacing w:line="240" w:lineRule="auto" w:after="0"/>
              <w:jc w:val="center"/>
            </w:pPr>
            <w:r>
              <w:rPr>
                <w:rFonts w:ascii="Arial" w:hAnsi="Arial" w:eastAsia="Arial"/>
                <w:sz w:val="21"/>
              </w:rPr>
              <w:t>3.542315</w:t>
            </w:r>
          </w:p>
        </w:tc>
        <w:tc>
          <w:tcPr>
            <w:tcW w:w="1728" w:type="dxa"/>
            <w:vAlign w:val="center"/>
          </w:tcPr>
          <w:p w14:paraId="4104C9E0" w14:textId="77777777" w:rsidR="004E067B" w:rsidRDefault="00BE7DAD">
            <w:pPr>
              <w:spacing w:line="240" w:lineRule="auto" w:after="0"/>
              <w:jc w:val="center"/>
            </w:pPr>
            <w:r>
              <w:rPr>
                <w:rFonts w:ascii="Arial" w:hAnsi="Arial" w:eastAsia="Arial"/>
                <w:sz w:val="21"/>
              </w:rPr>
              <w:t>3.684022</w:t>
            </w:r>
          </w:p>
        </w:tc>
        <w:tc>
          <w:tcPr>
            <w:tcW w:w="1440" w:type="dxa"/>
            <w:vAlign w:val="center"/>
          </w:tcPr>
          <w:p w14:paraId="6FC15B62" w14:textId="77777777" w:rsidR="004E067B" w:rsidRDefault="00BE7DAD">
            <w:pPr>
              <w:spacing w:line="240" w:lineRule="auto" w:after="0"/>
              <w:jc w:val="center"/>
            </w:pPr>
            <w:r>
              <w:rPr>
                <w:rFonts w:ascii="Arial" w:hAnsi="Arial" w:eastAsia="Arial"/>
                <w:sz w:val="21"/>
              </w:rPr>
              <w:t>&lt; .001</w:t>
            </w:r>
          </w:p>
        </w:tc>
      </w:tr>
    </w:tbl>
    <w:p w14:paraId="70204573" w14:textId="77777777" w:rsidR="004E067B" w:rsidRDefault="00BE7DAD">
      <w:pPr>
        <w:spacing w:line="240" w:lineRule="auto" w:before="0" w:after="120"/>
        <w:jc w:val="left"/>
      </w:pPr>
      <w:proofErr w:type="gramStart"/>
      <w:proofErr w:type="gramEnd"/>
      <w:r>
        <w:rPr>
          <w:rFonts w:ascii="Arial" w:hAnsi="Arial" w:eastAsia="Arial"/>
          <w:b w:val="0"/>
          <w:i w:val="0"/>
          <w:sz w:val="24"/>
        </w:rPr>
        <w:t>Notes: Dependent variable = GROWTH. Method = ML - Ordered Logit. Convergence achieved after 18 iterations. Pseudo R-squared = 0.169960; LR statistic = 30.97388; Prob(LR statistic) &lt; .001. The duplicated PROFIT row reported in the previous version was removed from substantive interpretation because it repeated the INTERNET statistics exactly and could not be independently verified from the available model output. A corrected estimate should be added if the original dataset or statistical output is rechecked.</w:t>
      </w:r>
    </w:p>
    <w:p w14:paraId="21154C4F" w14:textId="77777777" w:rsidR="004E067B" w:rsidRPr="00FD2ACC" w:rsidRDefault="00BE7DAD">
      <w:pPr>
        <w:spacing w:line="240" w:lineRule="auto" w:before="0" w:after="120"/>
        <w:ind/>
        <w:jc w:val="left"/>
        <w:rPr>
          <w:bCs/>
        </w:rPr>
      </w:pPr>
      <w:r>
        <w:rPr>
          <w:rFonts w:ascii="Arial" w:hAnsi="Arial" w:eastAsia="Arial"/>
          <w:b/>
          <w:i w:val="0"/>
          <w:sz w:val="24"/>
        </w:rPr>
        <w:t>Table 6 shows that e-commerce was positive and statistically significant (coefficient = 4.562104; P &lt; .001), while general internet use was not significant. This indicates that higher SME growth categories are more strongly associated with e-commerce activity than with internet access alone. The previously reported PROFIT line was not interpreted in the revised manuscript because it duplicated the INTERNET estimate exactly, suggesting a reporting or output-copying problem that requires verification using the original statistical output. Consequently, the growth-model conclusion is limited to the verified variables shown in the revised table.</w:t>
      </w:r>
    </w:p>
    <w:p w14:paraId="491D2C2B" w14:textId="77777777" w:rsidR="004E067B" w:rsidRDefault="00BE7DAD">
      <w:pPr>
        <w:spacing w:line="240" w:lineRule="auto" w:before="0" w:after="120"/>
        <w:ind/>
        <w:jc w:val="left"/>
      </w:pPr>
      <w:r>
        <w:rPr>
          <w:rFonts w:ascii="Arial" w:hAnsi="Arial" w:eastAsia="Arial"/>
          <w:b/>
          <w:sz w:val="24"/>
        </w:rPr>
        <w:t>3.4 Discussion and Policy Implications</w:t>
      </w:r>
    </w:p>
    <w:p w14:paraId="7F3453AB" w14:textId="77777777" w:rsidR="004E067B" w:rsidRDefault="00BE7DAD">
      <w:pPr>
        <w:spacing w:line="240" w:lineRule="auto" w:before="0" w:after="120"/>
        <w:ind w:firstLine="360"/>
        <w:jc w:val="both"/>
      </w:pPr>
      <w:r>
        <w:rPr>
          <w:rFonts w:ascii="Arial" w:hAnsi="Arial" w:eastAsia="Arial"/>
          <w:b w:val="0"/>
          <w:i w:val="0"/>
          <w:sz w:val="24"/>
        </w:rPr>
        <w:t>The findings show that the digital economy can support rural SME development when three conditions are present: adequate infrastructure, human capability, and productive business use of digital tools. The positive association between education and online adoption suggests that human capital helps entrepreneurs understand and apply digital opportunities. The significant association between duration of Wi-Fi use and online adoption implies that infrastructure exposure may become more valuable when entrepreneurs have time to learn and integrate it into business routines. However, the non-significant effects of age, gender, distance, access ease, and frequency of use show that demographic characteristics and simple connectivity indicators are not sufficient to explain digital business adoption.</w:t>
      </w:r>
    </w:p>
    <w:p w14:paraId="157AD676" w14:textId="77777777" w:rsidR="004E067B" w:rsidRDefault="00BE7DAD">
      <w:pPr>
        <w:spacing w:line="240" w:lineRule="auto" w:before="0" w:after="120"/>
        <w:ind w:firstLine="360"/>
        <w:jc w:val="both"/>
      </w:pPr>
      <w:r>
        <w:rPr>
          <w:rFonts w:ascii="Arial" w:hAnsi="Arial" w:eastAsia="Arial"/>
          <w:b w:val="0"/>
          <w:i w:val="0"/>
          <w:sz w:val="24"/>
        </w:rPr>
        <w:t>These results are consistent with the argument that digital technologies create opportunities for value creation, innovation, and business model transformation (Amit &amp; Han, 2017; von Briel et al., 2018; Rietveld, 2018; Tortora et al., 2021). The findings also support studies emphasizing that firms need digital capabilities and adaptive business models in response to technological change (Ritter &amp; Pedersen, 2020; Berger et al., 2021). In this study, e-commerce, online sales, and innovation were more important than general internet use, suggesting that the benefits of rural connectivity depend on how digital tools are embedded into revenue-generating activities. This interpretation is also consistent with rural digital divide literature, which argues that access, skills, and meaningful use should be addressed together.</w:t>
      </w:r>
    </w:p>
    <w:p w14:paraId="248232C7" w14:textId="77777777" w:rsidR="004E067B" w:rsidRDefault="00BE7DAD">
      <w:pPr>
        <w:spacing w:line="240" w:lineRule="auto" w:before="0" w:after="120"/>
        <w:ind w:firstLine="360"/>
        <w:jc w:val="both"/>
      </w:pPr>
      <w:r>
        <w:rPr>
          <w:rFonts w:ascii="Arial" w:hAnsi="Arial" w:eastAsia="Arial"/>
          <w:b w:val="0"/>
          <w:i w:val="0"/>
          <w:sz w:val="24"/>
        </w:rPr>
        <w:t>For the Sleman context, the hamlet Wi-Fi program has strategic potential as a component of smart district development. Nevertheless, the empirical results suggest that public Wi-Fi infrastructure should be integrated with programs that help SMEs use digital tools for sales, marketing, customer communication, online payment, inventory management, and financial management. Policy recommendations should therefore be framed as implications from statistical associations rather than causal claims. Local government, universities, and platform providers can collaborate to provide e-commerce onboarding, digital marketing training, cyber-risk awareness, and continuous assistance for SMEs that are beginning to shift from offline to online business.</w:t>
      </w:r>
    </w:p>
    <w:p w14:paraId="31E2C1D4" w14:textId="77777777" w:rsidR="004E067B" w:rsidRDefault="00BE7DAD">
      <w:pPr>
        <w:spacing w:line="240" w:lineRule="auto" w:before="0" w:after="120"/>
        <w:ind w:firstLine="360"/>
        <w:jc w:val="both"/>
      </w:pPr>
      <w:r>
        <w:rPr>
          <w:rFonts w:ascii="Arial" w:hAnsi="Arial" w:eastAsia="Arial"/>
          <w:sz w:val="24"/>
        </w:rPr>
        <w:t xml:space="preserve">From a managerial perspective, SME owners should treat digitalization as a business transformation process rather than merely as internet use. Firms that combine </w:t>
      </w:r>
      <w:r>
        <w:rPr>
          <w:rFonts w:ascii="Arial" w:hAnsi="Arial" w:eastAsia="Arial"/>
          <w:sz w:val="24"/>
        </w:rPr>
        <w:lastRenderedPageBreak/>
        <w:t>Wi-Fi access with online sales and innovation are more likely to move toward online business and higher growth categories. Therefore, SMEs need to develop digital routines such as product catalog management, social media marketing, e-commerce store management, digital payment use, customer response systems, and data-based sales evaluation. These routines may help SMEs convert connectivity into measurable performance outcomes.</w:t>
      </w:r>
    </w:p>
    <w:p w14:paraId="7D1E51B3" w14:textId="77777777" w:rsidR="00264D46" w:rsidRPr="00264D46" w:rsidRDefault="00BE7DAD" w:rsidP="00264D46">
      <w:pPr>
        <w:spacing w:before="0" w:beforeAutospacing="1" w:after="120" w:afterAutospacing="1" w:line="240" w:lineRule="auto"/>
        <w:jc w:val="left"/>
        <w:outlineLvl w:val="1"/>
        <w:rPr>
          <w:rFonts w:ascii="Times New Roman" w:eastAsia="Times New Roman" w:hAnsi="Times New Roman" w:cs="Times New Roman"/>
          <w:b/>
          <w:bCs/>
          <w:sz w:val="36"/>
          <w:szCs w:val="36"/>
          <w:lang w:eastAsia="en-US"/>
        </w:rPr>
      </w:pPr>
      <w:r>
        <w:rPr>
          <w:rFonts w:ascii="Arial" w:hAnsi="Arial" w:eastAsia="Arial"/>
          <w:b/>
          <w:sz w:val="24"/>
        </w:rPr>
        <w:t xml:space="preserve">4. </w:t>
      </w:r>
      <w:r w:rsidR="00264D46" w:rsidRPr="00264D46">
        <w:rPr>
          <w:rFonts w:ascii="Arial" w:eastAsia="Arial" w:hAnsi="Arial" w:cs="Times New Roman"/>
          <w:b/>
          <w:bCs/>
          <w:sz w:val="24"/>
          <w:szCs w:val="36"/>
          <w:lang w:eastAsia="en-US"/>
        </w:rPr>
        <w:t>Conclusions</w:t>
      </w:r>
    </w:p>
    <w:p w14:paraId="0F312D0D" w14:textId="77777777" w:rsidR="00264D46" w:rsidRPr="00264D46" w:rsidRDefault="00264D46" w:rsidP="00264D46">
      <w:pPr>
        <w:spacing w:before="0" w:beforeAutospacing="1" w:after="120" w:afterAutospacing="1" w:line="240" w:lineRule="auto"/>
        <w:ind w:firstLine="360"/>
        <w:jc w:val="both"/>
        <w:rPr>
          <w:rFonts w:ascii="Times New Roman" w:eastAsia="Times New Roman" w:hAnsi="Times New Roman" w:cs="Times New Roman"/>
          <w:lang w:eastAsia="en-US"/>
        </w:rPr>
      </w:pPr>
      <w:proofErr w:type="spellStart"/>
      <w:proofErr w:type="spellEnd"/>
      <w:r>
        <w:rPr>
          <w:rFonts w:ascii="Arial" w:hAnsi="Arial" w:eastAsia="Arial"/>
          <w:b w:val="0"/>
          <w:i w:val="0"/>
          <w:sz w:val="24"/>
        </w:rPr>
        <w:t>The study found that rural SME digitalization is associated with both access to digital infrastructure and the ability to use that infrastructure for productive business purposes. Among SMEs located around hamlet Wi-Fi facilities in Sleman Regency, education, turnover, and duration of Wi-Fi use were significantly associated with online business adoption. Wi-Fi-related e-business use, online sales, innovation, and access speed also showed significant positive associations with adoption of online business practices. The ordered logit results indicated that e-commerce was significantly associated with higher business growth categories, while general internet use alone was not significant. These findings suggest that connectivity is not sufficient by itself; rural SMEs need digital skills, market-oriented use of online platforms, innovation, and practical support for e-commerce. Because the study is cross-sectional, the results should be interpreted as empirical associations rather than evidence of causality.</w:t>
      </w:r>
    </w:p>
    <w:p w14:paraId="6C9A0A49" w14:textId="77777777" w:rsidR="00264D46" w:rsidRPr="00264D46" w:rsidRDefault="00264D46" w:rsidP="00264D46">
      <w:pPr>
        <w:spacing w:before="0" w:beforeAutospacing="1" w:after="120" w:afterAutospacing="1" w:line="240" w:lineRule="auto"/>
        <w:jc w:val="left"/>
        <w:outlineLvl w:val="1"/>
        <w:rPr>
          <w:rFonts w:ascii="Times New Roman" w:eastAsia="Times New Roman" w:hAnsi="Times New Roman" w:cs="Times New Roman"/>
          <w:b/>
          <w:bCs/>
          <w:sz w:val="36"/>
          <w:szCs w:val="36"/>
          <w:lang w:eastAsia="en-US"/>
        </w:rPr>
      </w:pPr>
      <w:r w:rsidRPr="00264D46">
        <w:rPr>
          <w:rFonts w:ascii="Arial" w:eastAsia="Arial" w:hAnsi="Arial" w:cs="Times New Roman"/>
          <w:b/>
          <w:bCs/>
          <w:sz w:val="24"/>
          <w:szCs w:val="36"/>
          <w:lang w:eastAsia="en-US"/>
        </w:rPr>
        <w:t>Limitations</w:t>
      </w:r>
    </w:p>
    <w:p w14:paraId="6C89860E" w14:textId="77777777" w:rsidR="00264D46" w:rsidRPr="00264D46" w:rsidRDefault="00264D46" w:rsidP="00264D46">
      <w:pPr>
        <w:spacing w:before="0" w:beforeAutospacing="1" w:after="120" w:afterAutospacing="1" w:line="240" w:lineRule="auto"/>
        <w:ind w:firstLine="360"/>
        <w:jc w:val="both"/>
        <w:rPr>
          <w:rFonts w:ascii="Times New Roman" w:eastAsia="Times New Roman" w:hAnsi="Times New Roman" w:cs="Times New Roman"/>
          <w:lang w:eastAsia="en-US"/>
        </w:rPr>
      </w:pPr>
      <w:r>
        <w:rPr>
          <w:rFonts w:ascii="Arial" w:hAnsi="Arial" w:eastAsia="Arial"/>
          <w:b w:val="0"/>
          <w:i w:val="0"/>
          <w:sz w:val="24"/>
        </w:rPr>
        <w:t>This study used cross-sectional survey data from 200 SMEs located around hamlet Wi-Fi facilities in Sleman Regency, which limits causal interpretation and wider generalization. The results may also be influenced by the use of purposive sampling and self-reported survey responses. Although the revised manuscript clarifies variable coding and provides odds ratios for binary logit interpretation, marginal effects and a formal proportional-odds test were not available from the submitted output. The significant goodness-of-fit tests in Model 2 indicate that some fitted probabilities may not fully match observed response patterns, so the results should be interpreted cautiously. The duplicated PROFIT estimate in the earlier ordered logit table was removed from interpretation because it could not be independently verified from the available output. Future research should use raw microdata, panel designs, broader samples, sector-wise analysis, validated multi-item measures of digital capability, and complete model diagnostics.</w:t>
      </w:r>
    </w:p>
    <w:p w14:paraId="72E8CAE2" w14:textId="77777777" w:rsidR="00264D46" w:rsidRPr="00264D46" w:rsidRDefault="00264D46" w:rsidP="00264D46">
      <w:pPr>
        <w:spacing w:after="120" w:line="240" w:lineRule="auto" w:before="0"/>
        <w:jc w:val="left"/>
        <w:rPr>
          <w:rFonts w:ascii="Calibri" w:eastAsia="Calibri" w:hAnsi="Calibri" w:cs="Times New Roman"/>
          <w:sz w:val="22"/>
          <w:szCs w:val="22"/>
          <w:lang w:val="en-GB" w:eastAsia="en-US"/>
          <w14:ligatures w14:val="standardContextual"/>
        </w:rPr>
      </w:pPr>
    </w:p>
    <w:p w14:paraId="7F325375" w14:textId="77777777" w:rsidR="00264D46" w:rsidRPr="00264D46" w:rsidRDefault="00264D46" w:rsidP="00264D46">
      <w:pPr>
        <w:spacing w:line="240" w:lineRule="auto" w:before="0" w:after="120"/>
        <w:ind w:firstLine="360"/>
        <w:jc w:val="both"/>
        <w:rPr>
          <w:rFonts w:ascii="Times New Roman" w:eastAsia="Calibri" w:hAnsi="Times New Roman" w:cs="Times New Roman"/>
          <w:b/>
          <w:sz w:val="22"/>
          <w:szCs w:val="22"/>
          <w:lang w:eastAsia="en-US"/>
        </w:rPr>
      </w:pPr>
      <w:r w:rsidRPr="00264D46">
        <w:rPr>
          <w:rFonts w:ascii="Arial" w:eastAsia="Arial" w:hAnsi="Arial" w:cs="Times New Roman"/>
          <w:b/>
          <w:sz w:val="24"/>
          <w:szCs w:val="22"/>
          <w:lang w:eastAsia="en-US"/>
        </w:rPr>
        <w:t>Declaration of AI Use</w:t>
      </w:r>
    </w:p>
    <w:p w14:paraId="48B89FD2" w14:textId="77777777" w:rsidR="00264D46" w:rsidRPr="00264D46" w:rsidRDefault="00264D46" w:rsidP="00264D46">
      <w:pPr>
        <w:spacing w:line="240" w:lineRule="auto" w:before="0" w:after="120"/>
        <w:jc w:val="left"/>
        <w:rPr>
          <w:rFonts w:ascii="Times New Roman" w:eastAsia="Calibri" w:hAnsi="Times New Roman" w:cs="Times New Roman"/>
          <w:sz w:val="22"/>
          <w:szCs w:val="22"/>
          <w:lang w:eastAsia="en-US"/>
        </w:rPr>
      </w:pPr>
    </w:p>
    <w:p w14:paraId="6DD81FEA" w14:textId="77777777" w:rsidR="00264D46" w:rsidRPr="00264D46" w:rsidRDefault="00264D46" w:rsidP="00264D46">
      <w:pPr>
        <w:spacing w:line="240" w:lineRule="auto" w:before="0" w:after="120"/>
        <w:ind w:firstLine="360"/>
        <w:jc w:val="both"/>
        <w:rPr>
          <w:rFonts w:ascii="Times New Roman" w:eastAsia="Calibri" w:hAnsi="Times New Roman" w:cs="Times New Roman"/>
          <w:sz w:val="22"/>
          <w:szCs w:val="22"/>
          <w:lang w:eastAsia="en-US"/>
        </w:rPr>
      </w:pPr>
      <w:r w:rsidRPr="00264D46">
        <w:rPr>
          <w:rFonts w:ascii="Arial" w:eastAsia="Arial" w:hAnsi="Arial" w:cs="Times New Roman"/>
          <w:sz w:val="24"/>
          <w:szCs w:val="22"/>
          <w:lang w:eastAsia="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B553D6B" w14:textId="77777777" w:rsidR="00264D46" w:rsidRDefault="00264D46" w:rsidP="00264D46">
      <w:pPr>
        <w:spacing w:before="0" w:line="240" w:lineRule="auto" w:after="120"/>
        <w:jc w:val="left"/>
        <w:rPr>
          <w:b/>
        </w:rPr>
      </w:pPr>
    </w:p>
    <w:p w14:paraId="11D81CF1" w14:textId="77777777" w:rsidR="00264D46" w:rsidRDefault="00264D46" w:rsidP="00264D46">
      <w:pPr>
        <w:spacing w:before="0" w:line="240" w:lineRule="auto" w:after="120"/>
        <w:jc w:val="left"/>
        <w:rPr>
          <w:b/>
        </w:rPr>
      </w:pPr>
    </w:p>
    <w:p w14:paraId="77DADC98" w14:textId="77777777" w:rsidR="004E067B" w:rsidRDefault="00BE7DAD">
      <w:pPr>
        <w:spacing w:before="0" w:line="240" w:lineRule="auto" w:after="120"/>
        <w:jc w:val="left"/>
      </w:pPr>
      <w:r>
        <w:rPr>
          <w:rFonts w:ascii="Arial" w:hAnsi="Arial" w:eastAsia="Arial"/>
          <w:b/>
          <w:sz w:val="24"/>
        </w:rPr>
        <w:t>COMPETING INTERESTS</w:t>
      </w:r>
    </w:p>
    <w:p w14:paraId="224D9E71" w14:textId="77777777" w:rsidR="004E067B" w:rsidRDefault="00BE7DAD">
      <w:pPr>
        <w:spacing w:line="240" w:lineRule="auto" w:before="0" w:after="120"/>
        <w:ind w:firstLine="360"/>
        <w:jc w:val="both"/>
      </w:pPr>
      <w:r>
        <w:rPr>
          <w:rFonts w:ascii="Arial" w:hAnsi="Arial" w:eastAsia="Arial"/>
          <w:sz w:val="24"/>
        </w:rPr>
        <w:t>Authors have declared that no competing interests exist.</w:t>
      </w:r>
    </w:p>
    <w:p w14:paraId="6540E980" w14:textId="77777777" w:rsidR="004E067B" w:rsidRDefault="00BE7DAD">
      <w:pPr>
        <w:spacing w:before="0" w:line="240" w:lineRule="auto" w:after="120"/>
        <w:jc w:val="left"/>
      </w:pPr>
      <w:r>
        <w:rPr>
          <w:rFonts w:ascii="Arial" w:hAnsi="Arial" w:eastAsia="Arial"/>
          <w:b/>
          <w:sz w:val="24"/>
        </w:rPr>
        <w:t>REFERENCES</w:t>
      </w:r>
    </w:p>
    <w:p w14:paraId="064AAF4A" w14:textId="77777777" w:rsidR="004E067B" w:rsidRDefault="00BE7DAD">
      <w:pPr>
        <w:spacing w:line="240" w:lineRule="auto" w:before="0" w:after="120"/>
        <w:ind w:left="720" w:firstLine="360"/>
        <w:jc w:val="both"/>
      </w:pPr>
      <w:r>
        <w:rPr>
          <w:rFonts w:ascii="Arial" w:hAnsi="Arial" w:eastAsia="Arial"/>
          <w:sz w:val="24"/>
        </w:rPr>
        <w:t xml:space="preserve">Peng, S., Jiang, X., &amp; Li, Y. (2023). The impact of the digital economy on Chinese enterprise innovation based on intermediation models with financing constraints. </w:t>
      </w:r>
      <w:proofErr w:type="spellStart"/>
      <w:r>
        <w:rPr>
          <w:rFonts w:ascii="Arial" w:hAnsi="Arial" w:eastAsia="Arial"/>
          <w:sz w:val="24"/>
        </w:rPr>
        <w:t>Heliyon</w:t>
      </w:r>
      <w:proofErr w:type="spellEnd"/>
      <w:r>
        <w:rPr>
          <w:rFonts w:ascii="Arial" w:hAnsi="Arial" w:eastAsia="Arial"/>
          <w:sz w:val="24"/>
        </w:rPr>
        <w:t>, 9, e13961. https://doi.org/10.1016/j.heliyon.2023.e13961</w:t>
      </w:r>
    </w:p>
    <w:p w14:paraId="7A3370E9" w14:textId="77777777" w:rsidR="004E067B" w:rsidRDefault="00BE7DAD">
      <w:pPr>
        <w:spacing w:line="240" w:lineRule="auto" w:before="0" w:after="120"/>
        <w:ind w:left="720" w:firstLine="360"/>
        <w:jc w:val="both"/>
      </w:pPr>
      <w:r>
        <w:rPr>
          <w:rFonts w:ascii="Arial" w:hAnsi="Arial" w:eastAsia="Arial"/>
          <w:sz w:val="24"/>
        </w:rPr>
        <w:t xml:space="preserve">Zhang, H., &amp; </w:t>
      </w:r>
      <w:proofErr w:type="spellStart"/>
      <w:r>
        <w:rPr>
          <w:rFonts w:ascii="Arial" w:hAnsi="Arial" w:eastAsia="Arial"/>
          <w:sz w:val="24"/>
        </w:rPr>
        <w:t>Aumeboonsuke</w:t>
      </w:r>
      <w:proofErr w:type="spellEnd"/>
      <w:r>
        <w:rPr>
          <w:rFonts w:ascii="Arial" w:hAnsi="Arial" w:eastAsia="Arial"/>
          <w:sz w:val="24"/>
        </w:rPr>
        <w:t>, V. (2022). Technological innovation, risk-taking and firm performance: Empirical evidence from Chinese listed companies. Sustainability, 14(22), 14688. https://doi.org/10.3390/su142214688</w:t>
      </w:r>
    </w:p>
    <w:p w14:paraId="227FA258" w14:textId="77777777" w:rsidR="004E067B" w:rsidRDefault="00BE7DAD">
      <w:pPr>
        <w:spacing w:line="240" w:lineRule="auto" w:before="0" w:after="120"/>
        <w:ind w:left="720" w:firstLine="360"/>
        <w:jc w:val="both"/>
      </w:pPr>
      <w:r>
        <w:rPr>
          <w:rFonts w:ascii="Arial" w:hAnsi="Arial" w:eastAsia="Arial"/>
          <w:sz w:val="24"/>
        </w:rPr>
        <w:t>Freeman, J., &amp; Park, S. (2015). Rural realities: Digital communication challenges for rural Australian local governments. Transforming Government: People, Process and Policy, 9(4), 465-479.</w:t>
      </w:r>
    </w:p>
    <w:p w14:paraId="1583BBA6" w14:textId="77777777" w:rsidR="004E067B" w:rsidRDefault="00BE7DAD">
      <w:pPr>
        <w:spacing w:line="240" w:lineRule="auto" w:before="0" w:after="120"/>
        <w:ind w:left="720" w:firstLine="360"/>
        <w:jc w:val="both"/>
      </w:pPr>
      <w:r>
        <w:rPr>
          <w:rFonts w:ascii="Arial" w:hAnsi="Arial" w:eastAsia="Arial"/>
          <w:sz w:val="24"/>
        </w:rPr>
        <w:t>Castellacci, F., &amp; Tveito, V. (2018). Internet use and well-being: A survey and a theoretical framework. Research Policy, 47(1), 308-325. https://doi.org/10.1016/j.respol.2017.11.007</w:t>
      </w:r>
    </w:p>
    <w:p w14:paraId="79C29330" w14:textId="77777777" w:rsidR="004E067B" w:rsidRDefault="00BE7DAD">
      <w:pPr>
        <w:spacing w:line="240" w:lineRule="auto" w:before="0" w:after="120"/>
        <w:ind w:left="720" w:firstLine="360"/>
        <w:jc w:val="both"/>
      </w:pPr>
      <w:r>
        <w:rPr>
          <w:rFonts w:ascii="Arial" w:hAnsi="Arial" w:eastAsia="Arial"/>
          <w:sz w:val="24"/>
        </w:rPr>
        <w:t xml:space="preserve">Townsend, L., Wallace, C., Smart, A., &amp; Norman, T. (2016). Building virtual bridges: How rural micro-enterprises develop social capital in online and face-to-face settings. </w:t>
      </w:r>
      <w:proofErr w:type="spellStart"/>
      <w:r>
        <w:rPr>
          <w:rFonts w:ascii="Arial" w:hAnsi="Arial" w:eastAsia="Arial"/>
          <w:sz w:val="24"/>
        </w:rPr>
        <w:t>Sociologia</w:t>
      </w:r>
      <w:proofErr w:type="spellEnd"/>
      <w:r>
        <w:rPr>
          <w:rFonts w:ascii="Arial" w:hAnsi="Arial" w:eastAsia="Arial"/>
          <w:sz w:val="24"/>
        </w:rPr>
        <w:t xml:space="preserve"> </w:t>
      </w:r>
      <w:proofErr w:type="spellStart"/>
      <w:r>
        <w:rPr>
          <w:rFonts w:ascii="Arial" w:hAnsi="Arial" w:eastAsia="Arial"/>
          <w:sz w:val="24"/>
        </w:rPr>
        <w:t>Ruralis</w:t>
      </w:r>
      <w:proofErr w:type="spellEnd"/>
      <w:r>
        <w:rPr>
          <w:rFonts w:ascii="Arial" w:hAnsi="Arial" w:eastAsia="Arial"/>
          <w:sz w:val="24"/>
        </w:rPr>
        <w:t>, 56(1), 29-47.</w:t>
      </w:r>
    </w:p>
    <w:p w14:paraId="38958802" w14:textId="77777777" w:rsidR="004E067B" w:rsidRDefault="00BE7DAD">
      <w:pPr>
        <w:spacing w:line="240" w:lineRule="auto" w:before="0" w:after="120"/>
        <w:ind w:left="720" w:firstLine="360"/>
        <w:jc w:val="both"/>
      </w:pPr>
      <w:r>
        <w:rPr>
          <w:rFonts w:ascii="Arial" w:hAnsi="Arial" w:eastAsia="Arial"/>
          <w:sz w:val="24"/>
        </w:rPr>
        <w:t xml:space="preserve">Phillipson, J., </w:t>
      </w:r>
      <w:proofErr w:type="spellStart"/>
      <w:r>
        <w:rPr>
          <w:rFonts w:ascii="Arial" w:hAnsi="Arial" w:eastAsia="Arial"/>
          <w:sz w:val="24"/>
        </w:rPr>
        <w:t>Tiwasing</w:t>
      </w:r>
      <w:proofErr w:type="spellEnd"/>
      <w:r>
        <w:rPr>
          <w:rFonts w:ascii="Arial" w:hAnsi="Arial" w:eastAsia="Arial"/>
          <w:sz w:val="24"/>
        </w:rPr>
        <w:t xml:space="preserve">, P., Gorton, M., </w:t>
      </w:r>
      <w:proofErr w:type="spellStart"/>
      <w:r>
        <w:rPr>
          <w:rFonts w:ascii="Arial" w:hAnsi="Arial" w:eastAsia="Arial"/>
          <w:sz w:val="24"/>
        </w:rPr>
        <w:t>Maioli</w:t>
      </w:r>
      <w:proofErr w:type="spellEnd"/>
      <w:r>
        <w:rPr>
          <w:rFonts w:ascii="Arial" w:hAnsi="Arial" w:eastAsia="Arial"/>
          <w:sz w:val="24"/>
        </w:rPr>
        <w:t>, S., Newbery, R., &amp; Turner, R. (2019). Shining a spotlight on small rural businesses: How does their performance compare with urban? Journal of Rural Studies, 68, 230-239.</w:t>
      </w:r>
    </w:p>
    <w:p w14:paraId="5B8F7A09" w14:textId="77777777" w:rsidR="004E067B" w:rsidRDefault="00BE7DAD">
      <w:pPr>
        <w:spacing w:line="240" w:lineRule="auto" w:before="0" w:after="120"/>
        <w:ind w:left="720" w:firstLine="360"/>
        <w:jc w:val="both"/>
      </w:pPr>
      <w:proofErr w:type="spellStart"/>
      <w:r>
        <w:rPr>
          <w:rFonts w:ascii="Arial" w:hAnsi="Arial" w:eastAsia="Arial"/>
          <w:sz w:val="24"/>
        </w:rPr>
        <w:t>Tiwasing</w:t>
      </w:r>
      <w:proofErr w:type="spellEnd"/>
      <w:r>
        <w:rPr>
          <w:rFonts w:ascii="Arial" w:hAnsi="Arial" w:eastAsia="Arial"/>
          <w:sz w:val="24"/>
        </w:rPr>
        <w:t>, P. (2021). Social media business networks and SME performance: A rural-urban comparative analysis. Growth and Change, 52, 1892-1913.</w:t>
      </w:r>
    </w:p>
    <w:p w14:paraId="2A4985C9" w14:textId="77777777" w:rsidR="004E067B" w:rsidRDefault="00BE7DAD">
      <w:pPr>
        <w:spacing w:line="240" w:lineRule="auto" w:before="0" w:after="120"/>
        <w:ind w:left="720" w:firstLine="360"/>
        <w:jc w:val="both"/>
      </w:pPr>
      <w:r>
        <w:rPr>
          <w:rFonts w:ascii="Arial" w:hAnsi="Arial" w:eastAsia="Arial"/>
          <w:sz w:val="24"/>
        </w:rPr>
        <w:t>Bonina, C., Koskinen, K., &amp; Eaton, B. (2021). Digital platforms for development: Foundations and research agenda. Information Systems Journal, 31(6), 869-902.</w:t>
      </w:r>
    </w:p>
    <w:p w14:paraId="619E33AE" w14:textId="77777777" w:rsidR="004E067B" w:rsidRDefault="00BE7DAD">
      <w:pPr>
        <w:spacing w:line="240" w:lineRule="auto" w:before="0" w:after="120"/>
        <w:ind w:left="720" w:firstLine="360"/>
        <w:jc w:val="both"/>
      </w:pPr>
      <w:r>
        <w:rPr>
          <w:rFonts w:ascii="Arial" w:hAnsi="Arial" w:eastAsia="Arial"/>
          <w:sz w:val="24"/>
        </w:rPr>
        <w:t xml:space="preserve">Khurana, I., Dutta, D. K., &amp; </w:t>
      </w:r>
      <w:proofErr w:type="spellStart"/>
      <w:r>
        <w:rPr>
          <w:rFonts w:ascii="Arial" w:hAnsi="Arial" w:eastAsia="Arial"/>
          <w:sz w:val="24"/>
        </w:rPr>
        <w:t>Ghura</w:t>
      </w:r>
      <w:proofErr w:type="spellEnd"/>
      <w:r>
        <w:rPr>
          <w:rFonts w:ascii="Arial" w:hAnsi="Arial" w:eastAsia="Arial"/>
          <w:sz w:val="24"/>
        </w:rPr>
        <w:t>, A. S. (2022). SMEs and digital transformation during a crisis: The emergence of resilience as a second-order dynamic capability in an entrepreneurial ecosystem. Journal of Business Research, 150, 523-641. https://doi.org/10.1016/j.jbusres.2022.06.048</w:t>
      </w:r>
    </w:p>
    <w:p w14:paraId="0D3174E1" w14:textId="77777777" w:rsidR="004E067B" w:rsidRDefault="00BE7DAD">
      <w:pPr>
        <w:spacing w:line="240" w:lineRule="auto" w:before="0" w:after="120"/>
        <w:ind w:left="720" w:firstLine="360"/>
        <w:jc w:val="both"/>
      </w:pPr>
      <w:proofErr w:type="spellStart"/>
      <w:r>
        <w:rPr>
          <w:rFonts w:ascii="Arial" w:hAnsi="Arial" w:eastAsia="Arial"/>
          <w:sz w:val="24"/>
        </w:rPr>
        <w:t>Tiwasing</w:t>
      </w:r>
      <w:proofErr w:type="spellEnd"/>
      <w:r>
        <w:rPr>
          <w:rFonts w:ascii="Arial" w:hAnsi="Arial" w:eastAsia="Arial"/>
          <w:sz w:val="24"/>
        </w:rPr>
        <w:t xml:space="preserve">, P., Clark, B., &amp; </w:t>
      </w:r>
      <w:proofErr w:type="spellStart"/>
      <w:r>
        <w:rPr>
          <w:rFonts w:ascii="Arial" w:hAnsi="Arial" w:eastAsia="Arial"/>
          <w:sz w:val="24"/>
        </w:rPr>
        <w:t>Gkartzios</w:t>
      </w:r>
      <w:proofErr w:type="spellEnd"/>
      <w:r>
        <w:rPr>
          <w:rFonts w:ascii="Arial" w:hAnsi="Arial" w:eastAsia="Arial"/>
          <w:sz w:val="24"/>
        </w:rPr>
        <w:t xml:space="preserve">, M. (2022). How can rural businesses thrive in the digital economy? A UK perspective. </w:t>
      </w:r>
      <w:proofErr w:type="spellStart"/>
      <w:r>
        <w:rPr>
          <w:rFonts w:ascii="Arial" w:hAnsi="Arial" w:eastAsia="Arial"/>
          <w:sz w:val="24"/>
        </w:rPr>
        <w:t>Heliyon</w:t>
      </w:r>
      <w:proofErr w:type="spellEnd"/>
      <w:r>
        <w:rPr>
          <w:rFonts w:ascii="Arial" w:hAnsi="Arial" w:eastAsia="Arial"/>
          <w:sz w:val="24"/>
        </w:rPr>
        <w:t>, 8(10), e10745. https://doi.org/10.1016/j.heliyon.2022.e10745</w:t>
      </w:r>
    </w:p>
    <w:p w14:paraId="3D5D86F9" w14:textId="77777777" w:rsidR="004E067B" w:rsidRDefault="00BE7DAD">
      <w:pPr>
        <w:spacing w:line="240" w:lineRule="auto" w:before="0" w:after="120"/>
        <w:ind w:left="720" w:firstLine="360"/>
        <w:jc w:val="both"/>
      </w:pPr>
      <w:r>
        <w:rPr>
          <w:rFonts w:ascii="Arial" w:hAnsi="Arial" w:eastAsia="Arial"/>
          <w:sz w:val="24"/>
        </w:rPr>
        <w:t>Roberts, E., Beel, D., Philip, L., &amp; Townsend, L. (2017). Rural resilience in a digital society. Journal of Rural Studies, 54, 355-359.</w:t>
      </w:r>
    </w:p>
    <w:p w14:paraId="480FD0E1" w14:textId="77777777" w:rsidR="004E067B" w:rsidRDefault="00BE7DAD">
      <w:pPr>
        <w:spacing w:line="240" w:lineRule="auto" w:before="0" w:after="120"/>
        <w:ind w:left="720" w:firstLine="360"/>
        <w:jc w:val="both"/>
      </w:pPr>
      <w:proofErr w:type="spellStart"/>
      <w:r>
        <w:rPr>
          <w:rFonts w:ascii="Arial" w:hAnsi="Arial" w:eastAsia="Arial"/>
          <w:sz w:val="24"/>
        </w:rPr>
        <w:t>Salemink</w:t>
      </w:r>
      <w:proofErr w:type="spellEnd"/>
      <w:r>
        <w:rPr>
          <w:rFonts w:ascii="Arial" w:hAnsi="Arial" w:eastAsia="Arial"/>
          <w:sz w:val="24"/>
        </w:rPr>
        <w:t xml:space="preserve">, K., </w:t>
      </w:r>
      <w:proofErr w:type="spellStart"/>
      <w:r>
        <w:rPr>
          <w:rFonts w:ascii="Arial" w:hAnsi="Arial" w:eastAsia="Arial"/>
          <w:sz w:val="24"/>
        </w:rPr>
        <w:t>Strijker</w:t>
      </w:r>
      <w:proofErr w:type="spellEnd"/>
      <w:r>
        <w:rPr>
          <w:rFonts w:ascii="Arial" w:hAnsi="Arial" w:eastAsia="Arial"/>
          <w:sz w:val="24"/>
        </w:rPr>
        <w:t>, D., &amp; Bosworth, G. (2017). Rural development in the digital age: A systematic literature review on unequal ICT availability, adoption, and use in rural areas. Journal of Rural Studies, 54, 360-371.</w:t>
      </w:r>
    </w:p>
    <w:p w14:paraId="21CD1A16" w14:textId="77777777" w:rsidR="004E067B" w:rsidRDefault="00BE7DAD">
      <w:pPr>
        <w:spacing w:line="240" w:lineRule="auto" w:before="0" w:after="120"/>
        <w:ind w:left="720" w:firstLine="360"/>
        <w:jc w:val="both"/>
      </w:pPr>
      <w:r>
        <w:rPr>
          <w:rFonts w:ascii="Arial" w:hAnsi="Arial" w:eastAsia="Arial"/>
          <w:sz w:val="24"/>
        </w:rPr>
        <w:t>Philip, L., &amp; Williams, F. (2019). Remote rural home-based businesses and digital inequalities: Understanding needs and expectations in a digitally underserved community. Journal of Rural Studies, 68, 306-318.</w:t>
      </w:r>
    </w:p>
    <w:p w14:paraId="546E895E" w14:textId="77777777" w:rsidR="004E067B" w:rsidRDefault="00BE7DAD">
      <w:pPr>
        <w:spacing w:line="240" w:lineRule="auto" w:before="0" w:after="120"/>
        <w:ind w:left="720" w:firstLine="360"/>
        <w:jc w:val="both"/>
      </w:pPr>
      <w:r>
        <w:rPr>
          <w:rFonts w:ascii="Arial" w:hAnsi="Arial" w:eastAsia="Arial"/>
          <w:sz w:val="24"/>
        </w:rPr>
        <w:t>Atasoy, H. (2013). The effects of broadband internet expansion on labor market outcomes. ILR Review, 66(2), 315-345.</w:t>
      </w:r>
    </w:p>
    <w:p w14:paraId="2F98D103" w14:textId="77777777" w:rsidR="004E067B" w:rsidRDefault="00BE7DAD">
      <w:pPr>
        <w:spacing w:line="240" w:lineRule="auto" w:before="0" w:after="120"/>
        <w:ind w:left="720" w:firstLine="360"/>
        <w:jc w:val="both"/>
      </w:pPr>
      <w:r>
        <w:rPr>
          <w:rFonts w:ascii="Arial" w:hAnsi="Arial" w:eastAsia="Arial"/>
          <w:sz w:val="24"/>
        </w:rPr>
        <w:t>Falk, M., &amp; Hagsten, E. (2021). Impact of high-speed broadband access on local establishment dynamics. Telecommunications Policy, 45(4), 102104. https://doi.org/10.1016/j.telpol.2021.102104</w:t>
      </w:r>
    </w:p>
    <w:p w14:paraId="14972F38" w14:textId="77777777" w:rsidR="004E067B" w:rsidRDefault="00BE7DAD">
      <w:pPr>
        <w:spacing w:line="240" w:lineRule="auto" w:before="0" w:after="120"/>
        <w:ind w:left="720" w:firstLine="360"/>
        <w:jc w:val="both"/>
      </w:pPr>
      <w:proofErr w:type="spellStart"/>
      <w:r>
        <w:rPr>
          <w:rFonts w:ascii="Arial" w:hAnsi="Arial" w:eastAsia="Arial"/>
          <w:sz w:val="24"/>
        </w:rPr>
        <w:lastRenderedPageBreak/>
        <w:t>Tranos</w:t>
      </w:r>
      <w:proofErr w:type="spellEnd"/>
      <w:r>
        <w:rPr>
          <w:rFonts w:ascii="Arial" w:hAnsi="Arial" w:eastAsia="Arial"/>
          <w:sz w:val="24"/>
        </w:rPr>
        <w:t>, E., Kitsos, T., &amp; Ortega-</w:t>
      </w:r>
      <w:proofErr w:type="spellStart"/>
      <w:r>
        <w:rPr>
          <w:rFonts w:ascii="Arial" w:hAnsi="Arial" w:eastAsia="Arial"/>
          <w:sz w:val="24"/>
        </w:rPr>
        <w:t>Argiles</w:t>
      </w:r>
      <w:proofErr w:type="spellEnd"/>
      <w:r>
        <w:rPr>
          <w:rFonts w:ascii="Arial" w:hAnsi="Arial" w:eastAsia="Arial"/>
          <w:sz w:val="24"/>
        </w:rPr>
        <w:t>, R. (2021). Digital economy in the UK: Regional productivity effects of early adoption. Regional Studies, 55(12), 1924-1938.</w:t>
      </w:r>
    </w:p>
    <w:p w14:paraId="06FB23A1" w14:textId="77777777" w:rsidR="004E067B" w:rsidRDefault="00BE7DAD">
      <w:pPr>
        <w:spacing w:line="240" w:lineRule="auto" w:before="0" w:after="120"/>
        <w:ind w:left="720" w:firstLine="360"/>
        <w:jc w:val="both"/>
      </w:pPr>
      <w:r>
        <w:rPr>
          <w:rFonts w:ascii="Arial" w:hAnsi="Arial" w:eastAsia="Arial"/>
          <w:sz w:val="24"/>
        </w:rPr>
        <w:t>Cosgrave, C. (2020). The whole-of-person retention improvement framework: A guide for addressing health workforce challenges in the rural context. International Journal of Environmental Research and Public Health, 17(8), 2698. https://doi.org/10.3390/ijerph17082698</w:t>
      </w:r>
    </w:p>
    <w:p w14:paraId="6B929860" w14:textId="77777777" w:rsidR="004E067B" w:rsidRDefault="00BE7DAD">
      <w:pPr>
        <w:spacing w:line="240" w:lineRule="auto" w:before="0" w:after="120"/>
        <w:ind w:left="720" w:firstLine="360"/>
        <w:jc w:val="both"/>
      </w:pPr>
      <w:r>
        <w:rPr>
          <w:rFonts w:ascii="Arial" w:hAnsi="Arial" w:eastAsia="Arial"/>
          <w:sz w:val="24"/>
        </w:rPr>
        <w:t>Townsend, L., Sathiaseelan, A., Fairhurst, G., &amp; Wallace, C. (2013). Enhanced broadband access as a solution to the social and economic problems of the rural digital divide. Local Economy, 28(6), 580-595.</w:t>
      </w:r>
    </w:p>
    <w:p w14:paraId="71EC8040" w14:textId="77777777" w:rsidR="004E067B" w:rsidRDefault="00BE7DAD">
      <w:pPr>
        <w:spacing w:line="240" w:lineRule="auto" w:before="0" w:after="120"/>
        <w:ind w:left="720" w:firstLine="360"/>
        <w:jc w:val="both"/>
      </w:pPr>
      <w:r>
        <w:rPr>
          <w:rFonts w:ascii="Arial" w:hAnsi="Arial" w:eastAsia="Arial"/>
          <w:sz w:val="24"/>
        </w:rPr>
        <w:t>Lee, I. (2021). Cybersecurity: Risk management framework and investment cost analysis. Business Horizons, 64(5), 659-671.</w:t>
      </w:r>
    </w:p>
    <w:p w14:paraId="19010E50" w14:textId="77777777" w:rsidR="004E067B" w:rsidRDefault="00BE7DAD">
      <w:pPr>
        <w:spacing w:line="240" w:lineRule="auto" w:before="0" w:after="120"/>
        <w:ind w:left="720" w:firstLine="360"/>
        <w:jc w:val="both"/>
      </w:pPr>
      <w:r>
        <w:rPr>
          <w:rFonts w:ascii="Arial" w:hAnsi="Arial" w:eastAsia="Arial"/>
          <w:sz w:val="24"/>
        </w:rPr>
        <w:t>Amit, R., &amp; Han, X. (2017). Value creation through novel resource configurations in a digitally enabled world. Strategic Entrepreneurship Journal, 11(3), 228-242. https://doi.org/10.1002/sej.1256</w:t>
      </w:r>
    </w:p>
    <w:p w14:paraId="588EDEAA" w14:textId="77777777" w:rsidR="004E067B" w:rsidRDefault="00BE7DAD">
      <w:pPr>
        <w:spacing w:line="240" w:lineRule="auto" w:before="0" w:after="120"/>
        <w:ind w:left="720" w:firstLine="360"/>
        <w:jc w:val="both"/>
      </w:pPr>
      <w:r>
        <w:rPr>
          <w:rFonts w:ascii="Arial" w:hAnsi="Arial" w:eastAsia="Arial"/>
          <w:sz w:val="24"/>
        </w:rPr>
        <w:t>von Briel, F., Davidsson, P., &amp; Recker, J. (2018). Digital technologies as external enablers of new venture creation in the information technology hardware sector. Entrepreneurship Theory and Practice, 42(1), 47-69. https://doi.org/10.1177/1042258717732779</w:t>
      </w:r>
    </w:p>
    <w:p w14:paraId="7C010429" w14:textId="77777777" w:rsidR="004E067B" w:rsidRDefault="00BE7DAD">
      <w:pPr>
        <w:spacing w:line="240" w:lineRule="auto" w:before="0" w:after="120"/>
        <w:ind w:left="720" w:firstLine="360"/>
        <w:jc w:val="both"/>
      </w:pPr>
      <w:r>
        <w:rPr>
          <w:rFonts w:ascii="Arial" w:hAnsi="Arial" w:eastAsia="Arial"/>
          <w:sz w:val="24"/>
        </w:rPr>
        <w:t>Rietveld, J. (2018). Creating and capturing value from freemium business models: A demand-side perspective. Strategic Entrepreneurship Journal, 12(2), 171-193. https://doi.org/10.1002/sej.1279</w:t>
      </w:r>
    </w:p>
    <w:p w14:paraId="4E098205" w14:textId="77777777" w:rsidR="004E067B" w:rsidRDefault="00BE7DAD">
      <w:pPr>
        <w:spacing w:line="240" w:lineRule="auto" w:before="0" w:after="120"/>
        <w:ind w:left="720" w:firstLine="360"/>
        <w:jc w:val="both"/>
      </w:pPr>
      <w:r>
        <w:rPr>
          <w:rFonts w:ascii="Arial" w:hAnsi="Arial" w:eastAsia="Arial"/>
          <w:sz w:val="24"/>
        </w:rPr>
        <w:t xml:space="preserve">Tortora, D., Chierici, R., </w:t>
      </w:r>
      <w:proofErr w:type="spellStart"/>
      <w:r>
        <w:rPr>
          <w:rFonts w:ascii="Arial" w:hAnsi="Arial" w:eastAsia="Arial"/>
          <w:sz w:val="24"/>
        </w:rPr>
        <w:t>Briamonte</w:t>
      </w:r>
      <w:proofErr w:type="spellEnd"/>
      <w:r>
        <w:rPr>
          <w:rFonts w:ascii="Arial" w:hAnsi="Arial" w:eastAsia="Arial"/>
          <w:sz w:val="24"/>
        </w:rPr>
        <w:t xml:space="preserve">, M. F., &amp; </w:t>
      </w:r>
      <w:proofErr w:type="spellStart"/>
      <w:r>
        <w:rPr>
          <w:rFonts w:ascii="Arial" w:hAnsi="Arial" w:eastAsia="Arial"/>
          <w:sz w:val="24"/>
        </w:rPr>
        <w:t>Tiscini</w:t>
      </w:r>
      <w:proofErr w:type="spellEnd"/>
      <w:r>
        <w:rPr>
          <w:rFonts w:ascii="Arial" w:hAnsi="Arial" w:eastAsia="Arial"/>
          <w:sz w:val="24"/>
        </w:rPr>
        <w:t>, R. (2021). 'I digitize so I exist': Searching for critical capabilities affecting firms' digital innovation. Journal of Business Research, 129, 193-204. https://doi.org/10.1016/j.jbusres.2021.02.048</w:t>
      </w:r>
    </w:p>
    <w:p w14:paraId="5DCDCDA9" w14:textId="77777777" w:rsidR="004E067B" w:rsidRDefault="00BE7DAD">
      <w:pPr>
        <w:spacing w:line="240" w:lineRule="auto" w:before="0" w:after="120"/>
        <w:ind w:left="720" w:firstLine="360"/>
        <w:jc w:val="both"/>
      </w:pPr>
      <w:r>
        <w:rPr>
          <w:rFonts w:ascii="Arial" w:hAnsi="Arial" w:eastAsia="Arial"/>
          <w:sz w:val="24"/>
        </w:rPr>
        <w:t>Ritter, T., &amp; Pedersen, C. L. (2020). Digitization capability and the digitalization of business models in business-to-business firms: Past, present, and future. Industrial Marketing Management, 86, 180-190. https://doi.org/10.1016/j.indmarman.2019.11.019</w:t>
      </w:r>
    </w:p>
    <w:p w14:paraId="3B57B00D" w14:textId="77777777" w:rsidR="004E067B" w:rsidRDefault="00BE7DAD">
      <w:pPr>
        <w:spacing w:line="240" w:lineRule="auto" w:before="0" w:after="120"/>
        <w:ind w:left="720" w:firstLine="360"/>
        <w:jc w:val="both"/>
      </w:pPr>
      <w:r>
        <w:rPr>
          <w:rFonts w:ascii="Arial" w:hAnsi="Arial" w:eastAsia="Arial"/>
          <w:sz w:val="24"/>
        </w:rPr>
        <w:t xml:space="preserve">Berger, E. S. C., von Briel, F., Davidsson, P., &amp; </w:t>
      </w:r>
      <w:proofErr w:type="spellStart"/>
      <w:r>
        <w:rPr>
          <w:rFonts w:ascii="Arial" w:hAnsi="Arial" w:eastAsia="Arial"/>
          <w:sz w:val="24"/>
        </w:rPr>
        <w:t>Kuckertz</w:t>
      </w:r>
      <w:proofErr w:type="spellEnd"/>
      <w:r>
        <w:rPr>
          <w:rFonts w:ascii="Arial" w:hAnsi="Arial" w:eastAsia="Arial"/>
          <w:sz w:val="24"/>
        </w:rPr>
        <w:t>, A. (2021). Digital or not - The future of entrepreneurship and innovation: Introduction to the special issue. Journal of Business Research, 125, 436-442. https://doi.org/10.1016/j.jbusres.2019.12.020</w:t>
      </w:r>
    </w:p>
    <w:p>
      <w:pPr>
        <w:spacing w:line="240" w:lineRule="auto" w:before="0" w:after="120"/>
        <w:ind w:firstLine="360"/>
        <w:jc w:val="both"/>
      </w:pPr>
      <w:r>
        <w:rPr>
          <w:rFonts w:ascii="Arial" w:hAnsi="Arial" w:eastAsia="Arial"/>
          <w:sz w:val="24"/>
        </w:rPr>
        <w:t>Dinas Komunikasi dan Informatika Kabupaten Sleman. (2019). Survey on information technology use patterns among households in Sleman Regency. Sleman Regency Government.</w:t>
      </w:r>
    </w:p>
    <w:sectPr w:rsidR="004E067B" w:rsidSect="00034616">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1D78A" w14:textId="77777777" w:rsidR="00382C9B" w:rsidRDefault="00382C9B">
      <w:r>
        <w:separator/>
      </w:r>
    </w:p>
  </w:endnote>
  <w:endnote w:type="continuationSeparator" w:id="0">
    <w:p w14:paraId="50A7FB09" w14:textId="77777777" w:rsidR="00382C9B" w:rsidRDefault="00382C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E452B" w14:textId="77777777" w:rsidR="001A3032" w:rsidRDefault="001A30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9680" w14:textId="77777777" w:rsidR="001A3032" w:rsidRDefault="001A303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1674" w14:textId="77777777" w:rsidR="001A3032" w:rsidRDefault="001A30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CDE96" w14:textId="77777777" w:rsidR="00382C9B" w:rsidRDefault="00382C9B">
      <w:r>
        <w:separator/>
      </w:r>
    </w:p>
  </w:footnote>
  <w:footnote w:type="continuationSeparator" w:id="0">
    <w:p w14:paraId="2B96978E" w14:textId="77777777" w:rsidR="00382C9B" w:rsidRDefault="00382C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9654" w14:textId="31827EA8" w:rsidR="001A3032" w:rsidRDefault="001A3032">
    <w:pPr>
      <w:pStyle w:val="Header"/>
    </w:pPr>
    <w:r>
      <w:rPr>
        <w:noProof/>
      </w:rP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C779A" w14:textId="069C5874" w:rsidR="001A3032" w:rsidRDefault="001A3032">
    <w:pPr>
      <w:pStyle w:val="Header"/>
    </w:pPr>
    <w:r>
      <w:rPr>
        <w:noProof/>
      </w:rP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1A4A" w14:textId="10819447" w:rsidR="001A3032" w:rsidRDefault="001A3032">
    <w:pPr>
      <w:pStyle w:val="Header"/>
    </w:pPr>
    <w:r>
      <w:rPr>
        <w:noProof/>
      </w:rP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Arial" w:hAnsi="Aria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Arial" w:hAnsi="Aria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Arial" w:hAnsi="Aria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Arial" w:hAnsi="Arial" w:hint="default"/>
      </w:rPr>
    </w:lvl>
  </w:abstractNum>
  <w:num w:numId="1" w16cid:durableId="921447723">
    <w:abstractNumId w:val="8"/>
  </w:num>
  <w:num w:numId="2" w16cid:durableId="2010253365">
    <w:abstractNumId w:val="6"/>
  </w:num>
  <w:num w:numId="3" w16cid:durableId="1727994893">
    <w:abstractNumId w:val="5"/>
  </w:num>
  <w:num w:numId="4" w16cid:durableId="411121062">
    <w:abstractNumId w:val="4"/>
  </w:num>
  <w:num w:numId="5" w16cid:durableId="851264931">
    <w:abstractNumId w:val="7"/>
  </w:num>
  <w:num w:numId="6" w16cid:durableId="1550150309">
    <w:abstractNumId w:val="3"/>
  </w:num>
  <w:num w:numId="7" w16cid:durableId="620382448">
    <w:abstractNumId w:val="2"/>
  </w:num>
  <w:num w:numId="8" w16cid:durableId="1924416283">
    <w:abstractNumId w:val="1"/>
  </w:num>
  <w:num w:numId="9" w16cid:durableId="983268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5"/>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FCF"/>
    <w:rsid w:val="00034616"/>
    <w:rsid w:val="0006063C"/>
    <w:rsid w:val="0015074B"/>
    <w:rsid w:val="001A3032"/>
    <w:rsid w:val="00211C35"/>
    <w:rsid w:val="00264D46"/>
    <w:rsid w:val="0029639D"/>
    <w:rsid w:val="00326F90"/>
    <w:rsid w:val="00347068"/>
    <w:rsid w:val="00382C9B"/>
    <w:rsid w:val="004E067B"/>
    <w:rsid w:val="005B3E1F"/>
    <w:rsid w:val="005D63D1"/>
    <w:rsid w:val="005F5D88"/>
    <w:rsid w:val="00632059"/>
    <w:rsid w:val="006452B6"/>
    <w:rsid w:val="006A410C"/>
    <w:rsid w:val="006F1E0A"/>
    <w:rsid w:val="006F1F13"/>
    <w:rsid w:val="008A08B8"/>
    <w:rsid w:val="008C132E"/>
    <w:rsid w:val="008F50F4"/>
    <w:rsid w:val="00A00C43"/>
    <w:rsid w:val="00A11B58"/>
    <w:rsid w:val="00A81D1A"/>
    <w:rsid w:val="00AA01FF"/>
    <w:rsid w:val="00AA1D8D"/>
    <w:rsid w:val="00AE2F01"/>
    <w:rsid w:val="00AF704B"/>
    <w:rsid w:val="00B47730"/>
    <w:rsid w:val="00BE7DAD"/>
    <w:rsid w:val="00C32E90"/>
    <w:rsid w:val="00CB0664"/>
    <w:rsid w:val="00CB6812"/>
    <w:rsid w:val="00F113D5"/>
    <w:rsid w:val="00FC693F"/>
    <w:rsid w:val="00FD2A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7ED799"/>
  <w14:defaultImageDpi w14:val="300"/>
  <w15:docId w15:val="{DB49C5D5-0C6F-491C-8993-8272FFBE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240" w:lineRule="auto"/>
    </w:pPr>
    <w:rPr>
      <w:rFonts w:ascii="Arial" w:eastAsia="Arial" w:hAnsi="Arial" w:cs="Arial"/>
      <w:sz w:val="24"/>
    </w:rPr>
  </w:style>
  <w:style w:type="paragraph" w:styleId="Heading1">
    <w:name w:val="heading 1"/>
    <w:basedOn w:val="Normal"/>
    <w:next w:val="Normal"/>
    <w:link w:val="Heading1Char"/>
    <w:uiPriority w:val="9"/>
    <w:qFormat/>
    <w:rsid w:val="00FC693F"/>
    <w:pPr>
      <w:keepNext/>
      <w:keepLines/>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FC693F"/>
    <w:pPr>
      <w:keepNext/>
      <w:keepLines/>
      <w:outlineLvl w:val="1"/>
    </w:pPr>
    <w:rPr>
      <w:rFonts w:asciiTheme="majorHAnsi" w:eastAsiaTheme="majorEastAsia" w:hAnsiTheme="majorHAnsi" w:cstheme="majorBidi"/>
      <w:b/>
      <w:bCs/>
    </w:rPr>
  </w:style>
  <w:style w:type="paragraph" w:styleId="Heading3">
    <w:name w:val="heading 3"/>
    <w:basedOn w:val="Normal"/>
    <w:next w:val="Normal"/>
    <w:link w:val="Heading3Char"/>
    <w:uiPriority w:val="9"/>
    <w:unhideWhenUsed/>
    <w:qFormat/>
    <w:rsid w:val="00FC693F"/>
    <w:pPr>
      <w:keepNext/>
      <w:keepLines/>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outlineLvl w:val="7"/>
    </w:pPr>
    <w:rPr>
      <w:rFonts w:asciiTheme="majorHAnsi" w:eastAsiaTheme="majorEastAsia" w:hAnsiTheme="majorHAnsi" w:cstheme="majorBidi"/>
      <w:color w:val="4F81BD" w:themeColor="accent1"/>
    </w:rPr>
  </w:style>
  <w:style w:type="paragraph" w:styleId="Heading9">
    <w:name w:val="heading 9"/>
    <w:basedOn w:val="Normal"/>
    <w:next w:val="Normal"/>
    <w:link w:val="Heading9Char"/>
    <w:uiPriority w:val="9"/>
    <w:semiHidden/>
    <w:unhideWhenUsed/>
    <w:qFormat/>
    <w:rsid w:val="00FC693F"/>
    <w:pPr>
      <w:keepNext/>
      <w:keepLines/>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pPr>
  </w:style>
  <w:style w:type="character" w:customStyle="1" w:styleId="HeaderChar">
    <w:name w:val="Header Char"/>
    <w:basedOn w:val="DefaultParagraphFont"/>
    <w:link w:val="Header"/>
    <w:uiPriority w:val="99"/>
    <w:rsid w:val="00E618BF"/>
    <w:rPr>
      <w:rFonts w:ascii="Arial" w:eastAsia="Arial" w:hAnsi="Arial" w:cs="Arial"/>
      <w:sz w:val="24"/>
      <w:szCs w:val="24"/>
    </w:rPr>
  </w:style>
  <w:style w:type="paragraph" w:styleId="Footer">
    <w:name w:val="footer"/>
    <w:basedOn w:val="Normal"/>
    <w:link w:val="FooterChar"/>
    <w:uiPriority w:val="99"/>
    <w:unhideWhenUsed/>
    <w:rsid w:val="00E618BF"/>
    <w:pPr>
      <w:tabs>
        <w:tab w:val="center" w:pos="4680"/>
        <w:tab w:val="right" w:pos="9360"/>
      </w:tabs>
    </w:pPr>
  </w:style>
  <w:style w:type="character" w:customStyle="1" w:styleId="FooterChar">
    <w:name w:val="Footer Char"/>
    <w:basedOn w:val="DefaultParagraphFont"/>
    <w:link w:val="Footer"/>
    <w:uiPriority w:val="99"/>
    <w:rsid w:val="00E618BF"/>
    <w:rPr>
      <w:rFonts w:ascii="Arial" w:eastAsia="Arial" w:hAnsi="Arial" w:cs="Arial"/>
      <w:sz w:val="24"/>
      <w:szCs w:val="24"/>
    </w:rPr>
  </w:style>
  <w:style w:type="paragraph" w:styleId="NoSpacing">
    <w:name w:val="No Spacing"/>
    <w:uiPriority w:val="1"/>
    <w:qFormat/>
    <w:rsid w:val="00FC693F"/>
    <w:pPr>
      <w:spacing w:after="0" w:line="240" w:lineRule="auto"/>
    </w:pPr>
    <w:rPr>
      <w:rFonts w:ascii="Arial" w:eastAsia="Arial" w:hAnsi="Arial" w:cs="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4"/>
      <w:szCs w:val="24"/>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4"/>
      <w:szCs w:val="24"/>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uiPriority w:val="10"/>
    <w:qFormat/>
    <w:rsid w:val="00FC693F"/>
    <w:pPr>
      <w:pBdr>
        <w:bottom w:val="single" w:sz="8" w:space="4" w:color="4F81BD" w:themeColor="accent1"/>
      </w:pBdr>
      <w:contextualSpacing/>
    </w:pPr>
    <w:rPr>
      <w:rFonts w:asciiTheme="majorHAnsi" w:eastAsiaTheme="majorEastAsia" w:hAnsiTheme="majorHAnsi" w:cstheme="majorBidi"/>
      <w:color w:val="17365D" w:themeColor="text2" w:themeShade="BF"/>
      <w:spacing w:val="5"/>
      <w:kern w:val="28"/>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24"/>
      <w:szCs w:val="24"/>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rPr>
      <w:rFonts w:ascii="Arial" w:hAnsi="Arial" w:eastAsia="Arial"/>
      <w:sz w:val="24"/>
    </w:rPr>
  </w:style>
  <w:style w:type="character" w:customStyle="1" w:styleId="BodyTextChar">
    <w:name w:val="Body Text Char"/>
    <w:basedOn w:val="DefaultParagraphFont"/>
    <w:link w:val="BodyText"/>
    <w:uiPriority w:val="99"/>
    <w:rsid w:val="00AA1D8D"/>
    <w:rPr>
      <w:rFonts w:ascii="Arial" w:eastAsia="Arial" w:hAnsi="Arial" w:cs="Arial"/>
      <w:sz w:val="24"/>
      <w:szCs w:val="24"/>
    </w:rPr>
  </w:style>
  <w:style w:type="paragraph" w:styleId="BodyText2">
    <w:name w:val="Body Text 2"/>
    <w:basedOn w:val="Normal"/>
    <w:link w:val="BodyText2Char"/>
    <w:uiPriority w:val="99"/>
    <w:unhideWhenUsed/>
    <w:rsid w:val="00AA1D8D"/>
  </w:style>
  <w:style w:type="character" w:customStyle="1" w:styleId="BodyText2Char">
    <w:name w:val="Body Text 2 Char"/>
    <w:basedOn w:val="DefaultParagraphFont"/>
    <w:link w:val="BodyText2"/>
    <w:uiPriority w:val="99"/>
    <w:rsid w:val="00AA1D8D"/>
    <w:rPr>
      <w:rFonts w:ascii="Arial" w:eastAsia="Arial" w:hAnsi="Arial" w:cs="Arial"/>
      <w:sz w:val="24"/>
      <w:szCs w:val="24"/>
    </w:rPr>
  </w:style>
  <w:style w:type="paragraph" w:styleId="BodyText3">
    <w:name w:val="Body Text 3"/>
    <w:basedOn w:val="Normal"/>
    <w:link w:val="BodyText3Char"/>
    <w:uiPriority w:val="99"/>
    <w:unhideWhenUsed/>
    <w:rsid w:val="00AA1D8D"/>
  </w:style>
  <w:style w:type="character" w:customStyle="1" w:styleId="BodyText3Char">
    <w:name w:val="Body Text 3 Char"/>
    <w:basedOn w:val="DefaultParagraphFont"/>
    <w:link w:val="BodyText3"/>
    <w:uiPriority w:val="99"/>
    <w:rsid w:val="00AA1D8D"/>
    <w:rPr>
      <w:rFonts w:ascii="Arial" w:eastAsia="Arial" w:hAnsi="Arial" w:cs="Arial"/>
      <w:sz w:val="24"/>
      <w:szCs w:val="24"/>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spacing w:after="0" w:line="240" w:lineRule="auto"/>
    </w:pPr>
    <w:rPr>
      <w:rFonts w:ascii="Arial" w:eastAsia="Arial" w:hAnsi="Arial" w:cs="Arial"/>
    </w:rPr>
  </w:style>
  <w:style w:type="character" w:customStyle="1" w:styleId="MacroTextChar">
    <w:name w:val="Macro Text Char"/>
    <w:basedOn w:val="DefaultParagraphFont"/>
    <w:link w:val="MacroText"/>
    <w:uiPriority w:val="99"/>
    <w:rsid w:val="0029639D"/>
    <w:rPr>
      <w:rFonts w:ascii="Arial" w:eastAsia="Arial" w:hAnsi="Arial" w:cs="Arial"/>
      <w:sz w:val="24"/>
      <w:szCs w:val="24"/>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rial" w:eastAsia="Arial" w:hAnsi="Arial" w:cs="Arial"/>
      <w:i/>
      <w:iCs/>
      <w:color w:val="000000" w:themeColor="text1"/>
      <w:sz w:val="24"/>
      <w:szCs w:val="24"/>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4"/>
      <w:szCs w:val="24"/>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4"/>
      <w:szCs w:val="24"/>
    </w:rPr>
  </w:style>
  <w:style w:type="paragraph" w:styleId="Caption">
    <w:name w:val="caption"/>
    <w:basedOn w:val="Normal"/>
    <w:next w:val="Normal"/>
    <w:uiPriority w:val="35"/>
    <w:semiHidden/>
    <w:unhideWhenUsed/>
    <w:qFormat/>
    <w:rsid w:val="00FC693F"/>
    <w:rPr>
      <w:b/>
      <w:bCs/>
      <w:color w:val="4F81BD" w:themeColor="accent1"/>
    </w:rPr>
  </w:style>
  <w:style w:type="character" w:styleId="Strong">
    <w:name w:val="Strong"/>
    <w:basedOn w:val="DefaultParagraphFont"/>
    <w:uiPriority w:val="22"/>
    <w:qFormat/>
    <w:rsid w:val="00FC693F"/>
    <w:rPr>
      <w:rFonts w:ascii="Arial" w:eastAsia="Arial" w:hAnsi="Arial" w:cs="Arial"/>
      <w:b/>
      <w:bCs/>
      <w:sz w:val="24"/>
      <w:szCs w:val="24"/>
    </w:rPr>
  </w:style>
  <w:style w:type="character" w:styleId="Emphasis">
    <w:name w:val="Emphasis"/>
    <w:basedOn w:val="DefaultParagraphFont"/>
    <w:uiPriority w:val="20"/>
    <w:qFormat/>
    <w:rsid w:val="00FC693F"/>
    <w:rPr>
      <w:rFonts w:ascii="Arial" w:eastAsia="Arial" w:hAnsi="Arial" w:cs="Arial"/>
      <w:i/>
      <w:iCs/>
      <w:sz w:val="24"/>
      <w:szCs w:val="24"/>
    </w:rPr>
  </w:style>
  <w:style w:type="paragraph" w:styleId="IntenseQuote">
    <w:name w:val="Intense Quote"/>
    <w:basedOn w:val="Normal"/>
    <w:next w:val="Normal"/>
    <w:link w:val="IntenseQuoteChar"/>
    <w:uiPriority w:val="30"/>
    <w:qFormat/>
    <w:rsid w:val="00FC693F"/>
    <w:pPr>
      <w:pBdr>
        <w:bottom w:val="single" w:sz="4" w:space="4" w:color="4F81BD" w:themeColor="accent1"/>
      </w:pBdr>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rial" w:eastAsia="Arial" w:hAnsi="Arial" w:cs="Arial"/>
      <w:b/>
      <w:bCs/>
      <w:i/>
      <w:iCs/>
      <w:color w:val="4F81BD" w:themeColor="accent1"/>
      <w:sz w:val="24"/>
      <w:szCs w:val="24"/>
    </w:rPr>
  </w:style>
  <w:style w:type="character" w:styleId="SubtleEmphasis">
    <w:name w:val="Subtle Emphasis"/>
    <w:basedOn w:val="DefaultParagraphFont"/>
    <w:uiPriority w:val="19"/>
    <w:qFormat/>
    <w:rsid w:val="00FC693F"/>
    <w:rPr>
      <w:rFonts w:ascii="Arial" w:eastAsia="Arial" w:hAnsi="Arial" w:cs="Arial"/>
      <w:i/>
      <w:iCs/>
      <w:color w:val="808080" w:themeColor="text1" w:themeTint="7F"/>
      <w:sz w:val="24"/>
      <w:szCs w:val="24"/>
    </w:rPr>
  </w:style>
  <w:style w:type="character" w:styleId="IntenseEmphasis">
    <w:name w:val="Intense Emphasis"/>
    <w:basedOn w:val="DefaultParagraphFont"/>
    <w:uiPriority w:val="21"/>
    <w:qFormat/>
    <w:rsid w:val="00FC693F"/>
    <w:rPr>
      <w:rFonts w:ascii="Arial" w:eastAsia="Arial" w:hAnsi="Arial" w:cs="Arial"/>
      <w:b/>
      <w:bCs/>
      <w:i/>
      <w:iCs/>
      <w:color w:val="4F81BD" w:themeColor="accent1"/>
      <w:sz w:val="24"/>
      <w:szCs w:val="24"/>
    </w:rPr>
  </w:style>
  <w:style w:type="character" w:styleId="SubtleReference">
    <w:name w:val="Subtle Reference"/>
    <w:basedOn w:val="DefaultParagraphFont"/>
    <w:uiPriority w:val="31"/>
    <w:qFormat/>
    <w:rsid w:val="00FC693F"/>
    <w:rPr>
      <w:rFonts w:ascii="Arial" w:eastAsia="Arial" w:hAnsi="Arial" w:cs="Arial"/>
      <w:smallCaps/>
      <w:color w:val="C0504D" w:themeColor="accent2"/>
      <w:sz w:val="24"/>
      <w:szCs w:val="24"/>
      <w:u w:val="single"/>
    </w:rPr>
  </w:style>
  <w:style w:type="character" w:styleId="IntenseReference">
    <w:name w:val="Intense Reference"/>
    <w:basedOn w:val="DefaultParagraphFont"/>
    <w:uiPriority w:val="32"/>
    <w:qFormat/>
    <w:rsid w:val="00FC693F"/>
    <w:rPr>
      <w:rFonts w:ascii="Arial" w:eastAsia="Arial" w:hAnsi="Arial" w:cs="Arial"/>
      <w:b/>
      <w:bCs/>
      <w:smallCaps/>
      <w:color w:val="C0504D" w:themeColor="accent2"/>
      <w:spacing w:val="5"/>
      <w:sz w:val="24"/>
      <w:szCs w:val="24"/>
      <w:u w:val="single"/>
    </w:rPr>
  </w:style>
  <w:style w:type="character" w:styleId="BookTitle">
    <w:name w:val="Book Title"/>
    <w:basedOn w:val="DefaultParagraphFont"/>
    <w:uiPriority w:val="33"/>
    <w:qFormat/>
    <w:rsid w:val="00FC693F"/>
    <w:rPr>
      <w:rFonts w:ascii="Arial" w:eastAsia="Arial" w:hAnsi="Arial" w:cs="Arial"/>
      <w:b/>
      <w:bCs/>
      <w:smallCaps/>
      <w:spacing w:val="5"/>
      <w:sz w:val="24"/>
      <w:szCs w:val="24"/>
    </w:rPr>
  </w:style>
  <w:style w:type="paragraph" w:styleId="TOCHeading">
    <w:name w:val="TOC Heading"/>
    <w:basedOn w:val="Heading1"/>
    <w:next w:val="Normal"/>
    <w:uiPriority w:val="39"/>
    <w:semiHidden/>
    <w:unhideWhenUsed/>
    <w:qFormat/>
    <w:rsid w:val="00FC693F"/>
    <w:pPr>
      <w:outlineLvl w:val="9"/>
    </w:pPr>
    <w:rPr>
      <w:rFonts w:ascii="Arial" w:eastAsia="Arial" w:hAnsi="Arial" w:cs="Arial"/>
    </w:rPr>
  </w:style>
  <w:style w:type="table" w:styleId="TableGrid">
    <w:name w:val="Table Grid"/>
    <w:basedOn w:val="TableNormal"/>
    <w:uiPriority w:val="59"/>
    <w:rsid w:val="00FC693F"/>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rial" w:eastAsia="Arial" w:hAnsi="Arial"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eastAsia="Arial" w:hAnsi="Arial"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eastAsia="Arial" w:hAnsi="Arial" w:cs="Arial"/>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eastAsia="Arial" w:hAnsi="Arial" w:cs="Arial"/>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eastAsia="Arial" w:hAnsi="Arial" w:cs="Arial"/>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eastAsia="Arial" w:hAnsi="Arial" w:cs="Arial"/>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eastAsia="Arial" w:hAnsi="Arial" w:cs="Arial"/>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5378</TotalTime>
  <Pages>10</Pages>
  <Words>4371</Words>
  <Characters>24919</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29232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SDI 1166</cp:lastModifiedBy>
  <cp:revision>14</cp:revision>
  <dcterms:created xsi:type="dcterms:W3CDTF">2013-12-23T23:15:00Z</dcterms:created>
  <dcterms:modified xsi:type="dcterms:W3CDTF">2026-07-09T08:43:00Z</dcterms:modified>
  <cp:category/>
</cp:coreProperties>
</file>