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139D" w14:textId="1CB8D3C9" w:rsidR="00EA5CF6" w:rsidRPr="00E868E9" w:rsidRDefault="002A2CF9" w:rsidP="00E868E9">
      <w:pPr>
        <w:pStyle w:val="NoSpacing"/>
        <w:jc w:val="center"/>
        <w:rPr>
          <w:rFonts w:ascii="Times New Roman" w:hAnsi="Times New Roman" w:cs="Times New Roman"/>
          <w:b/>
          <w:bCs/>
          <w:sz w:val="32"/>
          <w:szCs w:val="32"/>
        </w:rPr>
      </w:pPr>
      <w:bookmarkStart w:id="0" w:name="_Hlk219470298"/>
      <w:bookmarkEnd w:id="0"/>
      <w:r w:rsidRPr="00E868E9">
        <w:rPr>
          <w:rFonts w:ascii="Times New Roman" w:hAnsi="Times New Roman" w:cs="Times New Roman"/>
          <w:b/>
          <w:bCs/>
          <w:sz w:val="32"/>
          <w:szCs w:val="32"/>
        </w:rPr>
        <w:t xml:space="preserve">Unveiling the Pathogenicity and Cultural </w:t>
      </w:r>
      <w:r w:rsidR="00CF722A" w:rsidRPr="00E868E9">
        <w:rPr>
          <w:rFonts w:ascii="Times New Roman" w:hAnsi="Times New Roman" w:cs="Times New Roman"/>
          <w:b/>
          <w:bCs/>
          <w:sz w:val="32"/>
          <w:szCs w:val="32"/>
        </w:rPr>
        <w:t>Behavior</w:t>
      </w:r>
      <w:r w:rsidRPr="00E868E9">
        <w:rPr>
          <w:rFonts w:ascii="Times New Roman" w:hAnsi="Times New Roman" w:cs="Times New Roman"/>
          <w:b/>
          <w:bCs/>
          <w:sz w:val="32"/>
          <w:szCs w:val="32"/>
        </w:rPr>
        <w:t xml:space="preserve"> of </w:t>
      </w:r>
      <w:proofErr w:type="spellStart"/>
      <w:r w:rsidRPr="00CF722A">
        <w:rPr>
          <w:rFonts w:ascii="Times New Roman" w:hAnsi="Times New Roman" w:cs="Times New Roman"/>
          <w:b/>
          <w:bCs/>
          <w:i/>
          <w:iCs/>
          <w:sz w:val="32"/>
          <w:szCs w:val="32"/>
        </w:rPr>
        <w:t>Colletotrichum</w:t>
      </w:r>
      <w:proofErr w:type="spellEnd"/>
      <w:r w:rsidR="00CF722A">
        <w:rPr>
          <w:rFonts w:ascii="Times New Roman" w:hAnsi="Times New Roman" w:cs="Times New Roman"/>
          <w:b/>
          <w:bCs/>
          <w:i/>
          <w:iCs/>
          <w:sz w:val="32"/>
          <w:szCs w:val="32"/>
        </w:rPr>
        <w:t xml:space="preserve"> </w:t>
      </w:r>
      <w:proofErr w:type="spellStart"/>
      <w:r w:rsidRPr="00D44026">
        <w:rPr>
          <w:rFonts w:ascii="Times New Roman" w:hAnsi="Times New Roman" w:cs="Times New Roman"/>
          <w:b/>
          <w:bCs/>
          <w:i/>
          <w:iCs/>
          <w:sz w:val="32"/>
          <w:szCs w:val="32"/>
          <w:highlight w:val="yellow"/>
        </w:rPr>
        <w:t>capsici</w:t>
      </w:r>
      <w:proofErr w:type="spellEnd"/>
      <w:r w:rsidRPr="00E868E9">
        <w:rPr>
          <w:rFonts w:ascii="Times New Roman" w:hAnsi="Times New Roman" w:cs="Times New Roman"/>
          <w:b/>
          <w:bCs/>
          <w:sz w:val="32"/>
          <w:szCs w:val="32"/>
        </w:rPr>
        <w:t xml:space="preserve"> Causing </w:t>
      </w:r>
      <w:proofErr w:type="spellStart"/>
      <w:r w:rsidRPr="00E868E9">
        <w:rPr>
          <w:rFonts w:ascii="Times New Roman" w:hAnsi="Times New Roman" w:cs="Times New Roman"/>
          <w:b/>
          <w:bCs/>
          <w:sz w:val="32"/>
          <w:szCs w:val="32"/>
        </w:rPr>
        <w:t>Chilli</w:t>
      </w:r>
      <w:proofErr w:type="spellEnd"/>
      <w:r w:rsidRPr="00E868E9">
        <w:rPr>
          <w:rFonts w:ascii="Times New Roman" w:hAnsi="Times New Roman" w:cs="Times New Roman"/>
          <w:b/>
          <w:bCs/>
          <w:sz w:val="32"/>
          <w:szCs w:val="32"/>
        </w:rPr>
        <w:t xml:space="preserve"> Anthracnose</w:t>
      </w:r>
    </w:p>
    <w:p w14:paraId="2F1CC3A2" w14:textId="1DC8F630" w:rsidR="00A31D6C" w:rsidRPr="00C16F12" w:rsidRDefault="000C12B8">
      <w:pPr>
        <w:pStyle w:val="Heading1"/>
        <w:rPr>
          <w:rFonts w:ascii="Times New Roman" w:hAnsi="Times New Roman" w:cs="Times New Roman"/>
          <w:color w:val="000000" w:themeColor="text1"/>
        </w:rPr>
      </w:pPr>
      <w:r w:rsidRPr="00C16F12">
        <w:rPr>
          <w:rFonts w:ascii="Times New Roman" w:hAnsi="Times New Roman" w:cs="Times New Roman"/>
          <w:color w:val="000000" w:themeColor="text1"/>
        </w:rPr>
        <w:t>Abstract</w:t>
      </w:r>
    </w:p>
    <w:p w14:paraId="165FF726" w14:textId="47D13F5E" w:rsidR="00BD72D7" w:rsidRDefault="00BD72D7" w:rsidP="00D30E5C">
      <w:pPr>
        <w:jc w:val="both"/>
        <w:rPr>
          <w:rFonts w:ascii="Times New Roman" w:hAnsi="Times New Roman" w:cs="Times New Roman"/>
          <w:color w:val="000000" w:themeColor="text1"/>
          <w:sz w:val="24"/>
          <w:szCs w:val="24"/>
        </w:rPr>
      </w:pPr>
      <w:proofErr w:type="spellStart"/>
      <w:r w:rsidRPr="00D44026">
        <w:rPr>
          <w:rFonts w:ascii="Times New Roman" w:hAnsi="Times New Roman" w:cs="Times New Roman"/>
          <w:color w:val="000000" w:themeColor="text1"/>
          <w:sz w:val="24"/>
          <w:szCs w:val="24"/>
          <w:highlight w:val="yellow"/>
        </w:rPr>
        <w:t>Chilli</w:t>
      </w:r>
      <w:proofErr w:type="spellEnd"/>
      <w:r w:rsidRPr="00D44026">
        <w:rPr>
          <w:rFonts w:ascii="Times New Roman" w:hAnsi="Times New Roman" w:cs="Times New Roman"/>
          <w:color w:val="000000" w:themeColor="text1"/>
          <w:sz w:val="24"/>
          <w:szCs w:val="24"/>
          <w:highlight w:val="yellow"/>
        </w:rPr>
        <w:t xml:space="preserve"> (</w:t>
      </w:r>
      <w:r w:rsidRPr="00D44026">
        <w:rPr>
          <w:rFonts w:ascii="Times New Roman" w:hAnsi="Times New Roman" w:cs="Times New Roman"/>
          <w:i/>
          <w:iCs/>
          <w:color w:val="000000" w:themeColor="text1"/>
          <w:sz w:val="24"/>
          <w:szCs w:val="24"/>
          <w:highlight w:val="yellow"/>
        </w:rPr>
        <w:t xml:space="preserve">Capsicum </w:t>
      </w:r>
      <w:proofErr w:type="spellStart"/>
      <w:r w:rsidRPr="00D44026">
        <w:rPr>
          <w:rFonts w:ascii="Times New Roman" w:hAnsi="Times New Roman" w:cs="Times New Roman"/>
          <w:i/>
          <w:iCs/>
          <w:color w:val="000000" w:themeColor="text1"/>
          <w:sz w:val="24"/>
          <w:szCs w:val="24"/>
          <w:highlight w:val="yellow"/>
        </w:rPr>
        <w:t>annuum</w:t>
      </w:r>
      <w:proofErr w:type="spellEnd"/>
      <w:r w:rsidRPr="00D44026">
        <w:rPr>
          <w:rFonts w:ascii="Times New Roman" w:hAnsi="Times New Roman" w:cs="Times New Roman"/>
          <w:color w:val="000000" w:themeColor="text1"/>
          <w:sz w:val="24"/>
          <w:szCs w:val="24"/>
          <w:highlight w:val="yellow"/>
        </w:rPr>
        <w:t xml:space="preserve"> L.) represents a vital economic crop globally, yet its production faces severe constraints due to Anthracnose, a devastating fungal disease incited by </w:t>
      </w:r>
      <w:proofErr w:type="spellStart"/>
      <w:r w:rsidRPr="00D44026">
        <w:rPr>
          <w:rFonts w:ascii="Times New Roman" w:hAnsi="Times New Roman" w:cs="Times New Roman"/>
          <w:i/>
          <w:iCs/>
          <w:color w:val="000000" w:themeColor="text1"/>
          <w:sz w:val="24"/>
          <w:szCs w:val="24"/>
          <w:highlight w:val="yellow"/>
        </w:rPr>
        <w:t>Colletotrichum</w:t>
      </w:r>
      <w:proofErr w:type="spellEnd"/>
      <w:r w:rsidRPr="00D44026">
        <w:rPr>
          <w:rFonts w:ascii="Times New Roman" w:hAnsi="Times New Roman" w:cs="Times New Roman"/>
          <w:i/>
          <w:iCs/>
          <w:color w:val="000000" w:themeColor="text1"/>
          <w:sz w:val="24"/>
          <w:szCs w:val="24"/>
          <w:highlight w:val="yellow"/>
        </w:rPr>
        <w:t xml:space="preserve"> </w:t>
      </w:r>
      <w:proofErr w:type="spellStart"/>
      <w:r w:rsidRPr="00D44026">
        <w:rPr>
          <w:rFonts w:ascii="Times New Roman" w:hAnsi="Times New Roman" w:cs="Times New Roman"/>
          <w:i/>
          <w:iCs/>
          <w:color w:val="000000" w:themeColor="text1"/>
          <w:sz w:val="24"/>
          <w:szCs w:val="24"/>
          <w:highlight w:val="yellow"/>
        </w:rPr>
        <w:t>capsici</w:t>
      </w:r>
      <w:proofErr w:type="spellEnd"/>
      <w:r w:rsidRPr="00D44026">
        <w:rPr>
          <w:rFonts w:ascii="Times New Roman" w:hAnsi="Times New Roman" w:cs="Times New Roman"/>
          <w:color w:val="000000" w:themeColor="text1"/>
          <w:sz w:val="24"/>
          <w:szCs w:val="24"/>
          <w:highlight w:val="yellow"/>
        </w:rPr>
        <w:t xml:space="preserve">. Prevalent in tropical climates, this pathogen causes extensive pre- and post-harvest damage. The present investigation focused on isolating the pathogen from infected samples, confirming its virulence via Koch’s postulates, and profiling its cultural characteristics on distinct solid media. Pathogenicity tests involved the artificial inoculation of healthy </w:t>
      </w:r>
      <w:proofErr w:type="spellStart"/>
      <w:r w:rsidRPr="00D44026">
        <w:rPr>
          <w:rFonts w:ascii="Times New Roman" w:hAnsi="Times New Roman" w:cs="Times New Roman"/>
          <w:color w:val="000000" w:themeColor="text1"/>
          <w:sz w:val="24"/>
          <w:szCs w:val="24"/>
          <w:highlight w:val="yellow"/>
        </w:rPr>
        <w:t>chilli</w:t>
      </w:r>
      <w:proofErr w:type="spellEnd"/>
      <w:r w:rsidRPr="00D44026">
        <w:rPr>
          <w:rFonts w:ascii="Times New Roman" w:hAnsi="Times New Roman" w:cs="Times New Roman"/>
          <w:color w:val="000000" w:themeColor="text1"/>
          <w:sz w:val="24"/>
          <w:szCs w:val="24"/>
          <w:highlight w:val="yellow"/>
        </w:rPr>
        <w:t xml:space="preserve"> fruits, which reproduced typical symptoms like sunken, necrotic lesions with concentric rings of </w:t>
      </w:r>
      <w:proofErr w:type="spellStart"/>
      <w:r w:rsidRPr="00D44026">
        <w:rPr>
          <w:rFonts w:ascii="Times New Roman" w:hAnsi="Times New Roman" w:cs="Times New Roman"/>
          <w:color w:val="000000" w:themeColor="text1"/>
          <w:sz w:val="24"/>
          <w:szCs w:val="24"/>
          <w:highlight w:val="yellow"/>
        </w:rPr>
        <w:t>acervuli</w:t>
      </w:r>
      <w:proofErr w:type="spellEnd"/>
      <w:r w:rsidRPr="00D44026">
        <w:rPr>
          <w:rFonts w:ascii="Times New Roman" w:hAnsi="Times New Roman" w:cs="Times New Roman"/>
          <w:color w:val="000000" w:themeColor="text1"/>
          <w:sz w:val="24"/>
          <w:szCs w:val="24"/>
          <w:highlight w:val="yellow"/>
        </w:rPr>
        <w:t xml:space="preserve"> thereby validating the isolate's identity. To determine the optimal environment for mycelial proliferation, the fungus </w:t>
      </w:r>
      <w:proofErr w:type="gramStart"/>
      <w:r w:rsidRPr="00D44026">
        <w:rPr>
          <w:rFonts w:ascii="Times New Roman" w:hAnsi="Times New Roman" w:cs="Times New Roman"/>
          <w:color w:val="000000" w:themeColor="text1"/>
          <w:sz w:val="24"/>
          <w:szCs w:val="24"/>
          <w:highlight w:val="yellow"/>
        </w:rPr>
        <w:t>was cultured</w:t>
      </w:r>
      <w:proofErr w:type="gramEnd"/>
      <w:r w:rsidRPr="00D44026">
        <w:rPr>
          <w:rFonts w:ascii="Times New Roman" w:hAnsi="Times New Roman" w:cs="Times New Roman"/>
          <w:color w:val="000000" w:themeColor="text1"/>
          <w:sz w:val="24"/>
          <w:szCs w:val="24"/>
          <w:highlight w:val="yellow"/>
        </w:rPr>
        <w:t xml:space="preserve"> on Potato Dextrose Agar (PDA), </w:t>
      </w:r>
      <w:proofErr w:type="spellStart"/>
      <w:r w:rsidRPr="00D44026">
        <w:rPr>
          <w:rFonts w:ascii="Times New Roman" w:hAnsi="Times New Roman" w:cs="Times New Roman"/>
          <w:color w:val="000000" w:themeColor="text1"/>
          <w:sz w:val="24"/>
          <w:szCs w:val="24"/>
          <w:highlight w:val="yellow"/>
        </w:rPr>
        <w:t>Sabouraud’s</w:t>
      </w:r>
      <w:proofErr w:type="spellEnd"/>
      <w:r w:rsidRPr="00D44026">
        <w:rPr>
          <w:rFonts w:ascii="Times New Roman" w:hAnsi="Times New Roman" w:cs="Times New Roman"/>
          <w:color w:val="000000" w:themeColor="text1"/>
          <w:sz w:val="24"/>
          <w:szCs w:val="24"/>
          <w:highlight w:val="yellow"/>
        </w:rPr>
        <w:t xml:space="preserve"> Dextrose Agar (SDA), and </w:t>
      </w:r>
      <w:proofErr w:type="spellStart"/>
      <w:r w:rsidRPr="00D44026">
        <w:rPr>
          <w:rFonts w:ascii="Times New Roman" w:hAnsi="Times New Roman" w:cs="Times New Roman"/>
          <w:color w:val="000000" w:themeColor="text1"/>
          <w:sz w:val="24"/>
          <w:szCs w:val="24"/>
          <w:highlight w:val="yellow"/>
        </w:rPr>
        <w:t>Czapek’s</w:t>
      </w:r>
      <w:proofErr w:type="spellEnd"/>
      <w:r w:rsidRPr="00D44026">
        <w:rPr>
          <w:rFonts w:ascii="Times New Roman" w:hAnsi="Times New Roman" w:cs="Times New Roman"/>
          <w:color w:val="000000" w:themeColor="text1"/>
          <w:sz w:val="24"/>
          <w:szCs w:val="24"/>
          <w:highlight w:val="yellow"/>
        </w:rPr>
        <w:t xml:space="preserve"> Dox Agar. Statistical analysis demonstrated that nutrient composition significantly influenced fungal development. PDA proved to be the superior substrate, supporting the maximum radial growth of 69.33 mm. This </w:t>
      </w:r>
      <w:proofErr w:type="gramStart"/>
      <w:r w:rsidRPr="00D44026">
        <w:rPr>
          <w:rFonts w:ascii="Times New Roman" w:hAnsi="Times New Roman" w:cs="Times New Roman"/>
          <w:color w:val="000000" w:themeColor="text1"/>
          <w:sz w:val="24"/>
          <w:szCs w:val="24"/>
          <w:highlight w:val="yellow"/>
        </w:rPr>
        <w:t>was followed</w:t>
      </w:r>
      <w:proofErr w:type="gramEnd"/>
      <w:r w:rsidRPr="00D44026">
        <w:rPr>
          <w:rFonts w:ascii="Times New Roman" w:hAnsi="Times New Roman" w:cs="Times New Roman"/>
          <w:color w:val="000000" w:themeColor="text1"/>
          <w:sz w:val="24"/>
          <w:szCs w:val="24"/>
          <w:highlight w:val="yellow"/>
        </w:rPr>
        <w:t xml:space="preserve"> by SDA (59.33 mm), whereas </w:t>
      </w:r>
      <w:proofErr w:type="spellStart"/>
      <w:r w:rsidRPr="00D44026">
        <w:rPr>
          <w:rFonts w:ascii="Times New Roman" w:hAnsi="Times New Roman" w:cs="Times New Roman"/>
          <w:color w:val="000000" w:themeColor="text1"/>
          <w:sz w:val="24"/>
          <w:szCs w:val="24"/>
          <w:highlight w:val="yellow"/>
        </w:rPr>
        <w:t>Czapek’s</w:t>
      </w:r>
      <w:proofErr w:type="spellEnd"/>
      <w:r w:rsidRPr="00D44026">
        <w:rPr>
          <w:rFonts w:ascii="Times New Roman" w:hAnsi="Times New Roman" w:cs="Times New Roman"/>
          <w:color w:val="000000" w:themeColor="text1"/>
          <w:sz w:val="24"/>
          <w:szCs w:val="24"/>
          <w:highlight w:val="yellow"/>
        </w:rPr>
        <w:t xml:space="preserve"> Dox Agar resulted in comparatively restricted growth. These findings are pivotal, as identifying the most effective growth medium is a prerequisite for generating sufficient inoculum. This, in turn, facilitates further research into host-plant resistance screening and </w:t>
      </w:r>
      <w:r w:rsidRPr="00D44026">
        <w:rPr>
          <w:rFonts w:ascii="Times New Roman" w:hAnsi="Times New Roman" w:cs="Times New Roman"/>
          <w:i/>
          <w:iCs/>
          <w:color w:val="000000" w:themeColor="text1"/>
          <w:sz w:val="24"/>
          <w:szCs w:val="24"/>
          <w:highlight w:val="yellow"/>
        </w:rPr>
        <w:t>in vitro</w:t>
      </w:r>
      <w:r w:rsidRPr="00D44026">
        <w:rPr>
          <w:rFonts w:ascii="Times New Roman" w:hAnsi="Times New Roman" w:cs="Times New Roman"/>
          <w:color w:val="000000" w:themeColor="text1"/>
          <w:sz w:val="24"/>
          <w:szCs w:val="24"/>
          <w:highlight w:val="yellow"/>
        </w:rPr>
        <w:t xml:space="preserve"> fungicide testing, providing a foundational step toward designing robust, evidence-based management strategies to mitigate yield losses.</w:t>
      </w:r>
    </w:p>
    <w:p w14:paraId="6E2508A1" w14:textId="77777777" w:rsidR="00BD72D7" w:rsidRDefault="000C12B8" w:rsidP="00BD72D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Keywords: </w:t>
      </w:r>
      <w:proofErr w:type="spellStart"/>
      <w:r w:rsidRPr="00C16F12">
        <w:rPr>
          <w:rFonts w:ascii="Times New Roman" w:hAnsi="Times New Roman" w:cs="Times New Roman"/>
          <w:i/>
          <w:iCs/>
          <w:color w:val="000000" w:themeColor="text1"/>
          <w:sz w:val="24"/>
          <w:szCs w:val="24"/>
        </w:rPr>
        <w:t>Colletotrichum</w:t>
      </w:r>
      <w:proofErr w:type="spellEnd"/>
      <w:r w:rsidRPr="00C16F12">
        <w:rPr>
          <w:rFonts w:ascii="Times New Roman" w:hAnsi="Times New Roman" w:cs="Times New Roman"/>
          <w:i/>
          <w:iCs/>
          <w:color w:val="000000" w:themeColor="text1"/>
          <w:sz w:val="24"/>
          <w:szCs w:val="24"/>
        </w:rPr>
        <w:t xml:space="preserve">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w:t>
      </w:r>
      <w:r w:rsidR="00CF722A">
        <w:rPr>
          <w:rFonts w:ascii="Times New Roman" w:hAnsi="Times New Roman" w:cs="Times New Roman"/>
          <w:color w:val="000000" w:themeColor="text1"/>
          <w:sz w:val="24"/>
          <w:szCs w:val="24"/>
        </w:rPr>
        <w:t xml:space="preserve"> </w:t>
      </w:r>
      <w:r w:rsidRPr="00C16F12">
        <w:rPr>
          <w:rFonts w:ascii="Times New Roman" w:hAnsi="Times New Roman" w:cs="Times New Roman"/>
          <w:color w:val="000000" w:themeColor="text1"/>
          <w:sz w:val="24"/>
          <w:szCs w:val="24"/>
        </w:rPr>
        <w:t>anthracnose, pathogenicity, cultural characteristics</w:t>
      </w:r>
      <w:r w:rsidR="00CF722A">
        <w:rPr>
          <w:rFonts w:ascii="Times New Roman" w:hAnsi="Times New Roman" w:cs="Times New Roman"/>
          <w:color w:val="000000" w:themeColor="text1"/>
          <w:sz w:val="24"/>
          <w:szCs w:val="24"/>
        </w:rPr>
        <w:t xml:space="preserve"> </w:t>
      </w:r>
    </w:p>
    <w:p w14:paraId="44F5C4A9" w14:textId="63592673" w:rsidR="00BD72D7" w:rsidRPr="00BD72D7" w:rsidRDefault="00BD72D7" w:rsidP="00BD72D7">
      <w:pPr>
        <w:jc w:val="both"/>
        <w:rPr>
          <w:rFonts w:ascii="Times New Roman" w:hAnsi="Times New Roman" w:cs="Times New Roman"/>
          <w:b/>
          <w:bCs/>
          <w:color w:val="000000" w:themeColor="text1"/>
          <w:sz w:val="28"/>
          <w:szCs w:val="28"/>
        </w:rPr>
      </w:pPr>
      <w:r w:rsidRPr="00BD72D7">
        <w:rPr>
          <w:rFonts w:ascii="Times New Roman" w:hAnsi="Times New Roman" w:cs="Times New Roman"/>
          <w:b/>
          <w:bCs/>
          <w:color w:val="000000" w:themeColor="text1"/>
          <w:sz w:val="28"/>
          <w:szCs w:val="28"/>
        </w:rPr>
        <w:t>1. Introduction</w:t>
      </w:r>
    </w:p>
    <w:p w14:paraId="23866D39" w14:textId="005C9608" w:rsidR="00BD72D7" w:rsidRPr="00BD72D7" w:rsidRDefault="00BD72D7" w:rsidP="00BD72D7">
      <w:pPr>
        <w:pStyle w:val="NormalWeb"/>
        <w:spacing w:line="276" w:lineRule="auto"/>
        <w:jc w:val="both"/>
      </w:pPr>
      <w:r w:rsidRPr="00D44026">
        <w:rPr>
          <w:highlight w:val="yellow"/>
        </w:rPr>
        <w:t>Chilli (</w:t>
      </w:r>
      <w:r w:rsidRPr="00D44026">
        <w:rPr>
          <w:i/>
          <w:iCs/>
          <w:highlight w:val="yellow"/>
        </w:rPr>
        <w:t xml:space="preserve">Capsicum </w:t>
      </w:r>
      <w:proofErr w:type="spellStart"/>
      <w:r w:rsidRPr="00D44026">
        <w:rPr>
          <w:i/>
          <w:iCs/>
          <w:highlight w:val="yellow"/>
        </w:rPr>
        <w:t>annuum</w:t>
      </w:r>
      <w:proofErr w:type="spellEnd"/>
      <w:r w:rsidRPr="00D44026">
        <w:rPr>
          <w:highlight w:val="yellow"/>
        </w:rPr>
        <w:t xml:space="preserve"> L.) is one of the most valuable commercial spice and vegetable crops cultivated globally. Renowned for its unique pungency, vibrant </w:t>
      </w:r>
      <w:proofErr w:type="spellStart"/>
      <w:r w:rsidRPr="00D44026">
        <w:rPr>
          <w:highlight w:val="yellow"/>
        </w:rPr>
        <w:t>color</w:t>
      </w:r>
      <w:proofErr w:type="spellEnd"/>
      <w:r w:rsidRPr="00D44026">
        <w:rPr>
          <w:highlight w:val="yellow"/>
        </w:rPr>
        <w:t xml:space="preserve">, and aroma, it holds a central place in the cuisines of tropical and sub-tropical nations. Beyond its culinary applications, chilli possesses significant nutritional and pharmaceutical value. It is an excellent source of Vitamins A, C, and E, and is rich in antioxidants. The pungency in chilli </w:t>
      </w:r>
      <w:proofErr w:type="gramStart"/>
      <w:r w:rsidRPr="00D44026">
        <w:rPr>
          <w:highlight w:val="yellow"/>
        </w:rPr>
        <w:t>is attributed</w:t>
      </w:r>
      <w:proofErr w:type="gramEnd"/>
      <w:r w:rsidRPr="00D44026">
        <w:rPr>
          <w:highlight w:val="yellow"/>
        </w:rPr>
        <w:t xml:space="preserve"> to </w:t>
      </w:r>
      <w:r w:rsidRPr="00D44026">
        <w:rPr>
          <w:b/>
          <w:bCs/>
          <w:highlight w:val="yellow"/>
        </w:rPr>
        <w:t>capsaicin</w:t>
      </w:r>
      <w:r w:rsidRPr="00D44026">
        <w:rPr>
          <w:highlight w:val="yellow"/>
        </w:rPr>
        <w:t>, an alkaloid with proven anti-inflammatory, analgesic, and anti-obesity properties, making the crop economically vital for both the food and pharmaceutical industries (</w:t>
      </w:r>
      <w:proofErr w:type="spellStart"/>
      <w:r w:rsidRPr="00D44026">
        <w:rPr>
          <w:highlight w:val="yellow"/>
        </w:rPr>
        <w:t>Kiruthika</w:t>
      </w:r>
      <w:proofErr w:type="spellEnd"/>
      <w:r w:rsidRPr="00D44026">
        <w:rPr>
          <w:highlight w:val="yellow"/>
        </w:rPr>
        <w:t xml:space="preserve"> et al., 2024). India is a global leader in chilli cultivation, contributing approximately 43% of the world's production, yet the actual productivity per hectare often falls short of the potential due to various biotic and abiotic constraints (Anonymous, 2024).</w:t>
      </w:r>
    </w:p>
    <w:p w14:paraId="7718F7C6" w14:textId="5DC24AA1" w:rsidR="00BD72D7" w:rsidRPr="00BD72D7" w:rsidRDefault="00BD72D7" w:rsidP="00BD72D7">
      <w:pPr>
        <w:pStyle w:val="NormalWeb"/>
        <w:spacing w:line="276" w:lineRule="auto"/>
        <w:jc w:val="both"/>
      </w:pPr>
      <w:r w:rsidRPr="00D44026">
        <w:rPr>
          <w:highlight w:val="yellow"/>
        </w:rPr>
        <w:lastRenderedPageBreak/>
        <w:t xml:space="preserve">The crop </w:t>
      </w:r>
      <w:proofErr w:type="gramStart"/>
      <w:r w:rsidRPr="00D44026">
        <w:rPr>
          <w:highlight w:val="yellow"/>
        </w:rPr>
        <w:t>is subjected</w:t>
      </w:r>
      <w:proofErr w:type="gramEnd"/>
      <w:r w:rsidRPr="00D44026">
        <w:rPr>
          <w:highlight w:val="yellow"/>
        </w:rPr>
        <w:t xml:space="preserve"> to a wide array of diseases caused by fungi, bacteria, viruses, and nematodes at different stages of its growth. Among these biotic stresses, fungal diseases are the most detrimental, often turning chilli cultivation into a challenge by causing significant reductions in both the quality and quantity of the produce. Of particular concern is </w:t>
      </w:r>
      <w:r w:rsidRPr="00D44026">
        <w:rPr>
          <w:b/>
          <w:bCs/>
          <w:highlight w:val="yellow"/>
        </w:rPr>
        <w:t>Anthracnose</w:t>
      </w:r>
      <w:r w:rsidRPr="00D44026">
        <w:rPr>
          <w:highlight w:val="yellow"/>
        </w:rPr>
        <w:t xml:space="preserve">, a devastating fungal disease that has emerged as a major bottleneck in chilli production worldwide. </w:t>
      </w:r>
      <w:r w:rsidR="00F24FF6">
        <w:rPr>
          <w:highlight w:val="yellow"/>
        </w:rPr>
        <w:t>“</w:t>
      </w:r>
      <w:r w:rsidRPr="00D44026">
        <w:rPr>
          <w:highlight w:val="yellow"/>
        </w:rPr>
        <w:t xml:space="preserve">While several species of </w:t>
      </w:r>
      <w:proofErr w:type="spellStart"/>
      <w:r w:rsidRPr="00D44026">
        <w:rPr>
          <w:i/>
          <w:iCs/>
          <w:highlight w:val="yellow"/>
        </w:rPr>
        <w:t>Colletotrichum</w:t>
      </w:r>
      <w:proofErr w:type="spellEnd"/>
      <w:r w:rsidRPr="00D44026">
        <w:rPr>
          <w:highlight w:val="yellow"/>
        </w:rPr>
        <w:t xml:space="preserve"> are associated with this disease, </w:t>
      </w:r>
      <w:proofErr w:type="spellStart"/>
      <w:r w:rsidRPr="00D44026">
        <w:rPr>
          <w:b/>
          <w:bCs/>
          <w:i/>
          <w:iCs/>
          <w:highlight w:val="yellow"/>
        </w:rPr>
        <w:t>Colletotrichum</w:t>
      </w:r>
      <w:proofErr w:type="spellEnd"/>
      <w:r w:rsidRPr="00D44026">
        <w:rPr>
          <w:b/>
          <w:bCs/>
          <w:i/>
          <w:iCs/>
          <w:highlight w:val="yellow"/>
        </w:rPr>
        <w:t xml:space="preserve"> </w:t>
      </w:r>
      <w:proofErr w:type="spellStart"/>
      <w:r w:rsidRPr="00D44026">
        <w:rPr>
          <w:b/>
          <w:bCs/>
          <w:i/>
          <w:iCs/>
          <w:highlight w:val="yellow"/>
        </w:rPr>
        <w:t>capsici</w:t>
      </w:r>
      <w:proofErr w:type="spellEnd"/>
      <w:r w:rsidRPr="00D44026">
        <w:rPr>
          <w:highlight w:val="yellow"/>
        </w:rPr>
        <w:t xml:space="preserve"> (Syd.) Butler and </w:t>
      </w:r>
      <w:proofErr w:type="spellStart"/>
      <w:r w:rsidRPr="00D44026">
        <w:rPr>
          <w:highlight w:val="yellow"/>
        </w:rPr>
        <w:t>Bisby</w:t>
      </w:r>
      <w:proofErr w:type="spellEnd"/>
      <w:r w:rsidRPr="00D44026">
        <w:rPr>
          <w:highlight w:val="yellow"/>
        </w:rPr>
        <w:t xml:space="preserve"> is regarded as the most destructive pathogen in India and other Asian countries</w:t>
      </w:r>
      <w:r w:rsidR="00F24FF6">
        <w:rPr>
          <w:highlight w:val="yellow"/>
        </w:rPr>
        <w:t>”</w:t>
      </w:r>
      <w:r w:rsidRPr="00D44026">
        <w:rPr>
          <w:highlight w:val="yellow"/>
        </w:rPr>
        <w:t xml:space="preserve"> (</w:t>
      </w:r>
      <w:proofErr w:type="spellStart"/>
      <w:r w:rsidRPr="00D44026">
        <w:rPr>
          <w:highlight w:val="yellow"/>
        </w:rPr>
        <w:t>Rithesh</w:t>
      </w:r>
      <w:proofErr w:type="spellEnd"/>
      <w:r w:rsidRPr="00D44026">
        <w:rPr>
          <w:highlight w:val="yellow"/>
        </w:rPr>
        <w:t xml:space="preserve"> et al., 2025).</w:t>
      </w:r>
    </w:p>
    <w:p w14:paraId="13E65F7E" w14:textId="77777777" w:rsidR="00BD72D7" w:rsidRPr="00BD72D7" w:rsidRDefault="00BD72D7" w:rsidP="00BD72D7">
      <w:pPr>
        <w:pStyle w:val="NormalWeb"/>
        <w:spacing w:line="276" w:lineRule="auto"/>
        <w:jc w:val="both"/>
      </w:pPr>
      <w:r w:rsidRPr="00D44026">
        <w:rPr>
          <w:highlight w:val="yellow"/>
        </w:rPr>
        <w:t xml:space="preserve">Anthracnose typically manifests as a "ripe fruit rot" or "die-back." The symptoms generally appear as small, circular, sunken necrotic lesions on the fruit surface. As the disease progresses, these lesions enlarge and often merge, developing concentric rings of </w:t>
      </w:r>
      <w:proofErr w:type="spellStart"/>
      <w:r w:rsidRPr="00D44026">
        <w:rPr>
          <w:highlight w:val="yellow"/>
        </w:rPr>
        <w:t>acervuli</w:t>
      </w:r>
      <w:proofErr w:type="spellEnd"/>
      <w:r w:rsidRPr="00D44026">
        <w:rPr>
          <w:highlight w:val="yellow"/>
        </w:rPr>
        <w:t xml:space="preserve"> (fruiting bodies) that contain masses of pink to orange conidia. In severe cases, the fruit dries up, loses its pungency, and becomes unmarketable. The disease is not limited to the field; it frequently remains latent and activates during post-harvest storage and transit, leading to extensive losses in the supply chain (Kumar et al., 2021).</w:t>
      </w:r>
    </w:p>
    <w:p w14:paraId="07EA224B" w14:textId="77777777" w:rsidR="00BD72D7" w:rsidRPr="00BD72D7" w:rsidRDefault="00BD72D7" w:rsidP="00BD72D7">
      <w:pPr>
        <w:pStyle w:val="NormalWeb"/>
        <w:spacing w:line="276" w:lineRule="auto"/>
        <w:jc w:val="both"/>
      </w:pPr>
      <w:r w:rsidRPr="00D44026">
        <w:rPr>
          <w:highlight w:val="yellow"/>
        </w:rPr>
        <w:t xml:space="preserve">Economically, the impact of </w:t>
      </w:r>
      <w:r w:rsidRPr="00D44026">
        <w:rPr>
          <w:i/>
          <w:iCs/>
          <w:highlight w:val="yellow"/>
        </w:rPr>
        <w:t xml:space="preserve">C. </w:t>
      </w:r>
      <w:proofErr w:type="spellStart"/>
      <w:r w:rsidRPr="00D44026">
        <w:rPr>
          <w:i/>
          <w:iCs/>
          <w:highlight w:val="yellow"/>
        </w:rPr>
        <w:t>capsici</w:t>
      </w:r>
      <w:proofErr w:type="spellEnd"/>
      <w:r w:rsidRPr="00D44026">
        <w:rPr>
          <w:highlight w:val="yellow"/>
        </w:rPr>
        <w:t xml:space="preserve"> is profound. Recent estimates suggest that Anthracnose can cause yield losses ranging from </w:t>
      </w:r>
      <w:r w:rsidRPr="00D44026">
        <w:rPr>
          <w:b/>
          <w:bCs/>
          <w:highlight w:val="yellow"/>
        </w:rPr>
        <w:t>10% to 80%</w:t>
      </w:r>
      <w:r w:rsidRPr="00D44026">
        <w:rPr>
          <w:highlight w:val="yellow"/>
        </w:rPr>
        <w:t>, depending on the cultivar susceptibility and environmental conditions (Chen et al., 2024). The pathogen is highly aggressive under warm and humid conditions—specifically, temperatures between 25–30°C and relative humidity above 80%—which are typical of the chilli-growing seasons in India.</w:t>
      </w:r>
    </w:p>
    <w:p w14:paraId="5D3F5BF4" w14:textId="77777777" w:rsidR="003666E7" w:rsidRDefault="00BD72D7" w:rsidP="003666E7">
      <w:pPr>
        <w:pStyle w:val="NormalWeb"/>
        <w:spacing w:line="276" w:lineRule="auto"/>
        <w:jc w:val="both"/>
      </w:pPr>
      <w:r w:rsidRPr="00D44026">
        <w:rPr>
          <w:highlight w:val="yellow"/>
        </w:rPr>
        <w:t xml:space="preserve">Current management strategies rely heavily on the repeated application of synthetic fungicides such as </w:t>
      </w:r>
      <w:proofErr w:type="spellStart"/>
      <w:r w:rsidRPr="00D44026">
        <w:rPr>
          <w:highlight w:val="yellow"/>
        </w:rPr>
        <w:t>mancozeb</w:t>
      </w:r>
      <w:proofErr w:type="spellEnd"/>
      <w:r w:rsidRPr="00D44026">
        <w:rPr>
          <w:highlight w:val="yellow"/>
        </w:rPr>
        <w:t xml:space="preserve"> and </w:t>
      </w:r>
      <w:proofErr w:type="spellStart"/>
      <w:r w:rsidRPr="00D44026">
        <w:rPr>
          <w:highlight w:val="yellow"/>
        </w:rPr>
        <w:t>azoxystrobin</w:t>
      </w:r>
      <w:proofErr w:type="spellEnd"/>
      <w:r w:rsidRPr="00D44026">
        <w:rPr>
          <w:highlight w:val="yellow"/>
        </w:rPr>
        <w:t>. However, the indiscriminate use of these chemicals has led to the emergence of fungicide-resistant pathogen strains, residual toxicity in the produce, and severe environmental hazards (</w:t>
      </w:r>
      <w:proofErr w:type="spellStart"/>
      <w:r w:rsidRPr="00D44026">
        <w:rPr>
          <w:highlight w:val="yellow"/>
        </w:rPr>
        <w:t>Saxena</w:t>
      </w:r>
      <w:proofErr w:type="spellEnd"/>
      <w:r w:rsidRPr="00D44026">
        <w:rPr>
          <w:highlight w:val="yellow"/>
        </w:rPr>
        <w:t xml:space="preserve"> et al., 2016; Chen et al., 2024). Consequently, there is an urgent need to shift towards sustainable management practices, including the use of biological control agents and botanicals. To develop such effective bio-interventions, a thorough understanding of the pathogen's fundamental biology is required. Therefore, this study aims to isolate </w:t>
      </w:r>
      <w:r w:rsidRPr="00D44026">
        <w:rPr>
          <w:i/>
          <w:iCs/>
          <w:highlight w:val="yellow"/>
        </w:rPr>
        <w:t xml:space="preserve">C. </w:t>
      </w:r>
      <w:proofErr w:type="spellStart"/>
      <w:r w:rsidRPr="00D44026">
        <w:rPr>
          <w:i/>
          <w:iCs/>
          <w:highlight w:val="yellow"/>
        </w:rPr>
        <w:t>capsici</w:t>
      </w:r>
      <w:proofErr w:type="spellEnd"/>
      <w:r w:rsidRPr="00D44026">
        <w:rPr>
          <w:highlight w:val="yellow"/>
        </w:rPr>
        <w:t xml:space="preserve">, confirm its pathogenicity, and investigate its cultural characteristics on various solid media to identify the optimal conditions for its growth and sporulation, serving as a prerequisite for future </w:t>
      </w:r>
      <w:r w:rsidRPr="00D44026">
        <w:rPr>
          <w:i/>
          <w:iCs/>
          <w:highlight w:val="yellow"/>
        </w:rPr>
        <w:t>in vitro</w:t>
      </w:r>
      <w:r w:rsidRPr="00D44026">
        <w:rPr>
          <w:highlight w:val="yellow"/>
        </w:rPr>
        <w:t xml:space="preserve"> management studies.</w:t>
      </w:r>
    </w:p>
    <w:p w14:paraId="338A0D6D" w14:textId="6C1E30B4" w:rsidR="003666E7" w:rsidRPr="005301D4" w:rsidRDefault="003666E7" w:rsidP="005301D4">
      <w:pPr>
        <w:pStyle w:val="NormalWeb"/>
        <w:spacing w:line="276" w:lineRule="auto"/>
        <w:jc w:val="both"/>
        <w:rPr>
          <w:b/>
          <w:bCs/>
          <w:sz w:val="28"/>
          <w:szCs w:val="28"/>
        </w:rPr>
      </w:pPr>
      <w:r w:rsidRPr="005301D4">
        <w:rPr>
          <w:b/>
          <w:bCs/>
          <w:sz w:val="28"/>
          <w:szCs w:val="28"/>
        </w:rPr>
        <w:t>2. Materials and Methods</w:t>
      </w:r>
    </w:p>
    <w:p w14:paraId="5231CE5C" w14:textId="77777777" w:rsidR="003666E7" w:rsidRPr="005301D4" w:rsidRDefault="003666E7" w:rsidP="005301D4">
      <w:pPr>
        <w:pStyle w:val="NormalWeb"/>
        <w:spacing w:before="0" w:beforeAutospacing="0" w:line="276" w:lineRule="auto"/>
        <w:jc w:val="both"/>
      </w:pPr>
      <w:r w:rsidRPr="005301D4">
        <w:rPr>
          <w:b/>
          <w:bCs/>
        </w:rPr>
        <w:t>2.1 Experimental Site and Source of Plant Material</w:t>
      </w:r>
    </w:p>
    <w:p w14:paraId="5BC68F5D" w14:textId="6BDEC6D6" w:rsidR="003666E7" w:rsidRPr="005301D4" w:rsidRDefault="003666E7" w:rsidP="005301D4">
      <w:pPr>
        <w:pStyle w:val="NormalWeb"/>
        <w:spacing w:before="0" w:beforeAutospacing="0" w:line="276" w:lineRule="auto"/>
        <w:jc w:val="both"/>
      </w:pPr>
      <w:r w:rsidRPr="00D44026">
        <w:rPr>
          <w:highlight w:val="yellow"/>
        </w:rPr>
        <w:lastRenderedPageBreak/>
        <w:t xml:space="preserve">The present investigation </w:t>
      </w:r>
      <w:proofErr w:type="gramStart"/>
      <w:r w:rsidRPr="00D44026">
        <w:rPr>
          <w:highlight w:val="yellow"/>
        </w:rPr>
        <w:t>was conducted</w:t>
      </w:r>
      <w:proofErr w:type="gramEnd"/>
      <w:r w:rsidRPr="00D44026">
        <w:rPr>
          <w:highlight w:val="yellow"/>
        </w:rPr>
        <w:t xml:space="preserve"> during the </w:t>
      </w:r>
      <w:proofErr w:type="spellStart"/>
      <w:r w:rsidRPr="00D44026">
        <w:rPr>
          <w:i/>
          <w:iCs/>
          <w:highlight w:val="yellow"/>
        </w:rPr>
        <w:t>Kharif</w:t>
      </w:r>
      <w:proofErr w:type="spellEnd"/>
      <w:r w:rsidRPr="00D44026">
        <w:rPr>
          <w:highlight w:val="yellow"/>
        </w:rPr>
        <w:t xml:space="preserve"> season of </w:t>
      </w:r>
      <w:r w:rsidRPr="00D44026">
        <w:rPr>
          <w:b/>
          <w:bCs/>
          <w:highlight w:val="yellow"/>
        </w:rPr>
        <w:t>2023</w:t>
      </w:r>
      <w:r w:rsidRPr="00D44026">
        <w:rPr>
          <w:highlight w:val="yellow"/>
        </w:rPr>
        <w:t xml:space="preserve"> at the Department of Plant Pathology, PDKV, Akola Seeds of susceptible chilli cultivars, specifically </w:t>
      </w:r>
      <w:r w:rsidRPr="00D44026">
        <w:rPr>
          <w:i/>
          <w:iCs/>
          <w:highlight w:val="yellow"/>
        </w:rPr>
        <w:t xml:space="preserve">Capsicum </w:t>
      </w:r>
      <w:proofErr w:type="spellStart"/>
      <w:r w:rsidRPr="00D44026">
        <w:rPr>
          <w:i/>
          <w:iCs/>
          <w:highlight w:val="yellow"/>
        </w:rPr>
        <w:t>annuum</w:t>
      </w:r>
      <w:proofErr w:type="spellEnd"/>
      <w:r w:rsidRPr="00D44026">
        <w:rPr>
          <w:highlight w:val="yellow"/>
        </w:rPr>
        <w:t xml:space="preserve"> cv. AK-47 and Indum-11, were procured from a certified local seed agency. To eliminate seed-borne contaminants, the seeds were surface sterilized by immersing them in a 1% sodium hypochlorite (</w:t>
      </w:r>
      <w:proofErr w:type="spellStart"/>
      <w:r w:rsidRPr="00D44026">
        <w:rPr>
          <w:highlight w:val="yellow"/>
        </w:rPr>
        <w:t>NaOCl</w:t>
      </w:r>
      <w:proofErr w:type="spellEnd"/>
      <w:r w:rsidRPr="00D44026">
        <w:rPr>
          <w:highlight w:val="yellow"/>
        </w:rPr>
        <w:t xml:space="preserve">) solution for 2 minutes, followed by three successive washings with sterile distilled water to remove residual chemical traces. The seeds were sown (@ 10 seeds/pot) in plastic pots (15 cm diameter) filled with a steam-sterilized potting mixture consisting of soil, sand, and Farm Yard Manure (FYM) in a 2:1:1 ratio (v/v). After germination (approx. 7–10 days), the seedlings were thinned to maintain four healthy, uniform seedlings per pot. These plants </w:t>
      </w:r>
      <w:proofErr w:type="gramStart"/>
      <w:r w:rsidRPr="00D44026">
        <w:rPr>
          <w:highlight w:val="yellow"/>
        </w:rPr>
        <w:t>were maintained in a screen house under controlled environmental conditions and watered regularly to ensure vigorous growth prior to inoculation</w:t>
      </w:r>
      <w:proofErr w:type="gramEnd"/>
      <w:r w:rsidRPr="00D44026">
        <w:rPr>
          <w:highlight w:val="yellow"/>
        </w:rPr>
        <w:t>.</w:t>
      </w:r>
    </w:p>
    <w:p w14:paraId="6B76CADC" w14:textId="77777777" w:rsidR="003666E7" w:rsidRPr="005301D4" w:rsidRDefault="003666E7" w:rsidP="005301D4">
      <w:pPr>
        <w:pStyle w:val="NormalWeb"/>
        <w:spacing w:before="0" w:beforeAutospacing="0" w:line="276" w:lineRule="auto"/>
        <w:jc w:val="both"/>
      </w:pPr>
      <w:r w:rsidRPr="005301D4">
        <w:rPr>
          <w:b/>
          <w:bCs/>
        </w:rPr>
        <w:t>2.2 Isolation and Preparation of Inoculum</w:t>
      </w:r>
    </w:p>
    <w:p w14:paraId="47513F3A" w14:textId="475D6DA4" w:rsidR="003666E7" w:rsidRPr="005301D4" w:rsidRDefault="003666E7" w:rsidP="005301D4">
      <w:pPr>
        <w:pStyle w:val="NormalWeb"/>
        <w:spacing w:before="0" w:beforeAutospacing="0" w:line="276" w:lineRule="auto"/>
        <w:jc w:val="both"/>
      </w:pPr>
      <w:r w:rsidRPr="00D44026">
        <w:rPr>
          <w:highlight w:val="yellow"/>
        </w:rPr>
        <w:t xml:space="preserve">The pathogen, </w:t>
      </w:r>
      <w:proofErr w:type="spellStart"/>
      <w:r w:rsidRPr="00D44026">
        <w:rPr>
          <w:i/>
          <w:iCs/>
          <w:highlight w:val="yellow"/>
        </w:rPr>
        <w:t>Colletotrichum</w:t>
      </w:r>
      <w:proofErr w:type="spellEnd"/>
      <w:r w:rsidRPr="00D44026">
        <w:rPr>
          <w:i/>
          <w:iCs/>
          <w:highlight w:val="yellow"/>
        </w:rPr>
        <w:t xml:space="preserve"> </w:t>
      </w:r>
      <w:proofErr w:type="spellStart"/>
      <w:r w:rsidRPr="00D44026">
        <w:rPr>
          <w:i/>
          <w:iCs/>
          <w:highlight w:val="yellow"/>
        </w:rPr>
        <w:t>capsici</w:t>
      </w:r>
      <w:proofErr w:type="spellEnd"/>
      <w:r w:rsidRPr="00D44026">
        <w:rPr>
          <w:highlight w:val="yellow"/>
        </w:rPr>
        <w:t xml:space="preserve">, was isolated from naturally infected chilli fruits exhibiting characteristic anthracnose symptoms. The pure culture </w:t>
      </w:r>
      <w:proofErr w:type="gramStart"/>
      <w:r w:rsidRPr="00D44026">
        <w:rPr>
          <w:highlight w:val="yellow"/>
        </w:rPr>
        <w:t>was maintained</w:t>
      </w:r>
      <w:proofErr w:type="gramEnd"/>
      <w:r w:rsidRPr="00D44026">
        <w:rPr>
          <w:highlight w:val="yellow"/>
        </w:rPr>
        <w:t xml:space="preserve"> on Potato Dextrose Agar (PDA) slants at </w:t>
      </w:r>
      <w:r w:rsidRPr="00D44026">
        <w:rPr>
          <w:rStyle w:val="math-inline"/>
          <w:highlight w:val="yellow"/>
        </w:rPr>
        <w:t>4℃</w:t>
      </w:r>
      <w:r w:rsidRPr="00D44026">
        <w:rPr>
          <w:highlight w:val="yellow"/>
        </w:rPr>
        <w:t xml:space="preserve">. For inoculum preparation, the isolate </w:t>
      </w:r>
      <w:proofErr w:type="gramStart"/>
      <w:r w:rsidRPr="00D44026">
        <w:rPr>
          <w:highlight w:val="yellow"/>
        </w:rPr>
        <w:t xml:space="preserve">was sub-cultured onto fresh PDA Petri plates and incubated at </w:t>
      </w:r>
      <w:r w:rsidRPr="00D44026">
        <w:rPr>
          <w:rStyle w:val="math-inline"/>
          <w:highlight w:val="yellow"/>
        </w:rPr>
        <w:t>28℃</w:t>
      </w:r>
      <w:proofErr w:type="gramEnd"/>
      <w:r w:rsidRPr="00D44026">
        <w:rPr>
          <w:highlight w:val="yellow"/>
        </w:rPr>
        <w:t xml:space="preserve">. </w:t>
      </w:r>
      <w:proofErr w:type="gramStart"/>
      <w:r w:rsidRPr="00D44026">
        <w:rPr>
          <w:highlight w:val="yellow"/>
        </w:rPr>
        <w:t>for</w:t>
      </w:r>
      <w:proofErr w:type="gramEnd"/>
      <w:r w:rsidRPr="00D44026">
        <w:rPr>
          <w:highlight w:val="yellow"/>
        </w:rPr>
        <w:t xml:space="preserve"> 7 days to induce sporulation. A spore suspension was prepared by flooding the </w:t>
      </w:r>
      <w:proofErr w:type="gramStart"/>
      <w:r w:rsidRPr="00D44026">
        <w:rPr>
          <w:highlight w:val="yellow"/>
        </w:rPr>
        <w:t>fully grown</w:t>
      </w:r>
      <w:proofErr w:type="gramEnd"/>
      <w:r w:rsidRPr="00D44026">
        <w:rPr>
          <w:highlight w:val="yellow"/>
        </w:rPr>
        <w:t xml:space="preserve"> culture plates with 5–10 mL of sterile distilled water containing a drop of Tween-20 (0.1%) as a surfactant to disperse the conidia. The colony surface was gently scraped with a sterilized </w:t>
      </w:r>
      <w:proofErr w:type="gramStart"/>
      <w:r w:rsidRPr="00D44026">
        <w:rPr>
          <w:highlight w:val="yellow"/>
        </w:rPr>
        <w:t>camel-hair</w:t>
      </w:r>
      <w:proofErr w:type="gramEnd"/>
      <w:r w:rsidRPr="00D44026">
        <w:rPr>
          <w:highlight w:val="yellow"/>
        </w:rPr>
        <w:t xml:space="preserve"> brush or glass rod to release the conidia. The resultant slurry </w:t>
      </w:r>
      <w:proofErr w:type="gramStart"/>
      <w:r w:rsidRPr="00D44026">
        <w:rPr>
          <w:highlight w:val="yellow"/>
        </w:rPr>
        <w:t>was filtered</w:t>
      </w:r>
      <w:proofErr w:type="gramEnd"/>
      <w:r w:rsidRPr="00D44026">
        <w:rPr>
          <w:highlight w:val="yellow"/>
        </w:rPr>
        <w:t xml:space="preserve"> through a double-layered muslin cloth to separate mycelial fragments from the spores. The final concentration of the spore suspension </w:t>
      </w:r>
      <w:proofErr w:type="gramStart"/>
      <w:r w:rsidRPr="00D44026">
        <w:rPr>
          <w:highlight w:val="yellow"/>
        </w:rPr>
        <w:t>was adjusted</w:t>
      </w:r>
      <w:proofErr w:type="gramEnd"/>
      <w:r w:rsidRPr="00D44026">
        <w:rPr>
          <w:highlight w:val="yellow"/>
        </w:rPr>
        <w:t xml:space="preserve"> to </w:t>
      </w:r>
      <w:r w:rsidR="005301D4" w:rsidRPr="00D44026">
        <w:rPr>
          <w:rStyle w:val="math-inline"/>
          <w:highlight w:val="yellow"/>
        </w:rPr>
        <w:t>2×10</w:t>
      </w:r>
      <w:r w:rsidR="005301D4" w:rsidRPr="00D44026">
        <w:rPr>
          <w:rStyle w:val="math-inline"/>
          <w:highlight w:val="yellow"/>
          <w:vertAlign w:val="superscript"/>
        </w:rPr>
        <w:t>6</w:t>
      </w:r>
      <w:r w:rsidRPr="00D44026">
        <w:rPr>
          <w:highlight w:val="yellow"/>
        </w:rPr>
        <w:t xml:space="preserve"> conidia/mL using a haemocytometer (</w:t>
      </w:r>
      <w:proofErr w:type="spellStart"/>
      <w:r w:rsidRPr="00D44026">
        <w:rPr>
          <w:highlight w:val="yellow"/>
        </w:rPr>
        <w:t>Thind</w:t>
      </w:r>
      <w:proofErr w:type="spellEnd"/>
      <w:r w:rsidRPr="00D44026">
        <w:rPr>
          <w:highlight w:val="yellow"/>
        </w:rPr>
        <w:t xml:space="preserve"> and </w:t>
      </w:r>
      <w:proofErr w:type="spellStart"/>
      <w:r w:rsidRPr="00D44026">
        <w:rPr>
          <w:highlight w:val="yellow"/>
        </w:rPr>
        <w:t>Jhooty</w:t>
      </w:r>
      <w:proofErr w:type="spellEnd"/>
      <w:r w:rsidRPr="00D44026">
        <w:rPr>
          <w:highlight w:val="yellow"/>
        </w:rPr>
        <w:t>, 1990).</w:t>
      </w:r>
    </w:p>
    <w:p w14:paraId="12F35DBA" w14:textId="77777777" w:rsidR="003666E7" w:rsidRPr="005301D4" w:rsidRDefault="003666E7" w:rsidP="005301D4">
      <w:pPr>
        <w:pStyle w:val="NormalWeb"/>
        <w:spacing w:before="0" w:beforeAutospacing="0" w:line="276" w:lineRule="auto"/>
        <w:jc w:val="both"/>
      </w:pPr>
      <w:r w:rsidRPr="005301D4">
        <w:rPr>
          <w:b/>
          <w:bCs/>
        </w:rPr>
        <w:t>2.3 Pathogenicity Test on Seedlings (Koch’s Postulates)</w:t>
      </w:r>
    </w:p>
    <w:p w14:paraId="1D5F7141" w14:textId="595A3547" w:rsidR="003666E7" w:rsidRPr="005301D4" w:rsidRDefault="003666E7" w:rsidP="005301D4">
      <w:pPr>
        <w:pStyle w:val="NormalWeb"/>
        <w:spacing w:before="0" w:beforeAutospacing="0" w:line="276" w:lineRule="auto"/>
        <w:jc w:val="both"/>
      </w:pPr>
      <w:r w:rsidRPr="00D44026">
        <w:rPr>
          <w:highlight w:val="yellow"/>
        </w:rPr>
        <w:t xml:space="preserve">Pathogenicity </w:t>
      </w:r>
      <w:proofErr w:type="gramStart"/>
      <w:r w:rsidRPr="00D44026">
        <w:rPr>
          <w:highlight w:val="yellow"/>
        </w:rPr>
        <w:t>was established</w:t>
      </w:r>
      <w:proofErr w:type="gramEnd"/>
      <w:r w:rsidRPr="00D44026">
        <w:rPr>
          <w:highlight w:val="yellow"/>
        </w:rPr>
        <w:t xml:space="preserve"> on 45-day-old healthy chilli seedlings using the standard foliar spray method (</w:t>
      </w:r>
      <w:proofErr w:type="spellStart"/>
      <w:r w:rsidRPr="00D44026">
        <w:rPr>
          <w:highlight w:val="yellow"/>
        </w:rPr>
        <w:t>Shekhawat</w:t>
      </w:r>
      <w:proofErr w:type="spellEnd"/>
      <w:r w:rsidRPr="00D44026">
        <w:rPr>
          <w:highlight w:val="yellow"/>
        </w:rPr>
        <w:t xml:space="preserve"> and Prasad, 1971). The spore suspension (</w:t>
      </w:r>
      <w:r w:rsidR="005301D4" w:rsidRPr="00D44026">
        <w:rPr>
          <w:rStyle w:val="math-inline"/>
          <w:highlight w:val="yellow"/>
        </w:rPr>
        <w:t>2×10</w:t>
      </w:r>
      <w:r w:rsidR="005301D4" w:rsidRPr="00D44026">
        <w:rPr>
          <w:rStyle w:val="math-inline"/>
          <w:highlight w:val="yellow"/>
          <w:vertAlign w:val="superscript"/>
        </w:rPr>
        <w:t>6</w:t>
      </w:r>
      <w:r w:rsidR="005301D4" w:rsidRPr="00D44026">
        <w:rPr>
          <w:highlight w:val="yellow"/>
        </w:rPr>
        <w:t xml:space="preserve"> </w:t>
      </w:r>
      <w:r w:rsidRPr="00D44026">
        <w:rPr>
          <w:highlight w:val="yellow"/>
        </w:rPr>
        <w:t xml:space="preserve">conidia/mL) </w:t>
      </w:r>
      <w:proofErr w:type="gramStart"/>
      <w:r w:rsidRPr="00D44026">
        <w:rPr>
          <w:highlight w:val="yellow"/>
        </w:rPr>
        <w:t>was sprayed</w:t>
      </w:r>
      <w:proofErr w:type="gramEnd"/>
      <w:r w:rsidRPr="00D44026">
        <w:rPr>
          <w:highlight w:val="yellow"/>
        </w:rPr>
        <w:t xml:space="preserve"> onto the foliage using a sterilized hand atomizer until the point of run-off. To facilitate spore germination and penetration, the inoculation </w:t>
      </w:r>
      <w:proofErr w:type="gramStart"/>
      <w:r w:rsidRPr="00D44026">
        <w:rPr>
          <w:highlight w:val="yellow"/>
        </w:rPr>
        <w:t>was performed</w:t>
      </w:r>
      <w:proofErr w:type="gramEnd"/>
      <w:r w:rsidRPr="00D44026">
        <w:rPr>
          <w:highlight w:val="yellow"/>
        </w:rPr>
        <w:t xml:space="preserve"> in the evening hours. Immediately after spraying, the plants were covered with moistened, perforated polythene bags to create a </w:t>
      </w:r>
      <w:proofErr w:type="gramStart"/>
      <w:r w:rsidRPr="00D44026">
        <w:rPr>
          <w:highlight w:val="yellow"/>
        </w:rPr>
        <w:t>micro-climate</w:t>
      </w:r>
      <w:proofErr w:type="gramEnd"/>
      <w:r w:rsidRPr="00D44026">
        <w:rPr>
          <w:highlight w:val="yellow"/>
        </w:rPr>
        <w:t xml:space="preserve"> of high humidity (&gt;90%) for 48 hours. Control plants </w:t>
      </w:r>
      <w:proofErr w:type="gramStart"/>
      <w:r w:rsidRPr="00D44026">
        <w:rPr>
          <w:highlight w:val="yellow"/>
        </w:rPr>
        <w:t>were sprayed with sterile distilled water and similarly covered</w:t>
      </w:r>
      <w:proofErr w:type="gramEnd"/>
      <w:r w:rsidRPr="00D44026">
        <w:rPr>
          <w:highlight w:val="yellow"/>
        </w:rPr>
        <w:t xml:space="preserve">. After 48 hours, the bags </w:t>
      </w:r>
      <w:proofErr w:type="gramStart"/>
      <w:r w:rsidRPr="00D44026">
        <w:rPr>
          <w:highlight w:val="yellow"/>
        </w:rPr>
        <w:t>were removed</w:t>
      </w:r>
      <w:proofErr w:type="gramEnd"/>
      <w:r w:rsidRPr="00D44026">
        <w:rPr>
          <w:highlight w:val="yellow"/>
        </w:rPr>
        <w:t xml:space="preserve">, and the plants were kept under observation in the screen house. Symptom development </w:t>
      </w:r>
      <w:proofErr w:type="gramStart"/>
      <w:r w:rsidRPr="00D44026">
        <w:rPr>
          <w:highlight w:val="yellow"/>
        </w:rPr>
        <w:t>was monitored</w:t>
      </w:r>
      <w:proofErr w:type="gramEnd"/>
      <w:r w:rsidRPr="00D44026">
        <w:rPr>
          <w:highlight w:val="yellow"/>
        </w:rPr>
        <w:t xml:space="preserve"> daily, and re-isolation was performed from the resulting lesions to compare the morphological characteristics with the original parent culture.</w:t>
      </w:r>
    </w:p>
    <w:p w14:paraId="7188856E" w14:textId="77777777" w:rsidR="003666E7" w:rsidRPr="005301D4" w:rsidRDefault="003666E7" w:rsidP="005301D4">
      <w:pPr>
        <w:pStyle w:val="NormalWeb"/>
        <w:spacing w:before="0" w:beforeAutospacing="0" w:line="276" w:lineRule="auto"/>
        <w:jc w:val="both"/>
      </w:pPr>
      <w:r w:rsidRPr="005301D4">
        <w:rPr>
          <w:b/>
          <w:bCs/>
        </w:rPr>
        <w:lastRenderedPageBreak/>
        <w:t>2.4 Pathogenicity Test on Fruits (</w:t>
      </w:r>
      <w:proofErr w:type="gramStart"/>
      <w:r w:rsidRPr="005301D4">
        <w:rPr>
          <w:b/>
          <w:bCs/>
        </w:rPr>
        <w:t>Pin-Prick</w:t>
      </w:r>
      <w:proofErr w:type="gramEnd"/>
      <w:r w:rsidRPr="005301D4">
        <w:rPr>
          <w:b/>
          <w:bCs/>
        </w:rPr>
        <w:t xml:space="preserve"> Method)</w:t>
      </w:r>
    </w:p>
    <w:p w14:paraId="1D73BD5B" w14:textId="255D05D4" w:rsidR="003666E7" w:rsidRPr="005301D4" w:rsidRDefault="003666E7" w:rsidP="005301D4">
      <w:pPr>
        <w:pStyle w:val="NormalWeb"/>
        <w:spacing w:before="0" w:beforeAutospacing="0" w:line="276" w:lineRule="auto"/>
        <w:jc w:val="both"/>
      </w:pPr>
      <w:r w:rsidRPr="00D44026">
        <w:rPr>
          <w:highlight w:val="yellow"/>
        </w:rPr>
        <w:t xml:space="preserve">To assess fruit infection, healthy, semi-ripe chilli fruits </w:t>
      </w:r>
      <w:proofErr w:type="gramStart"/>
      <w:r w:rsidRPr="00D44026">
        <w:rPr>
          <w:highlight w:val="yellow"/>
        </w:rPr>
        <w:t>were harvested and washed thoroughly with tap water, followed by surface sterilization with 0.1% mercuric chloride (</w:t>
      </w:r>
      <w:proofErr w:type="spellStart"/>
      <w:r w:rsidRPr="00D44026">
        <w:rPr>
          <w:highlight w:val="yellow"/>
        </w:rPr>
        <w:t>HgCl</w:t>
      </w:r>
      <w:proofErr w:type="spellEnd"/>
      <w:r w:rsidRPr="00D44026">
        <w:rPr>
          <w:highlight w:val="yellow"/>
        </w:rPr>
        <w:t>) for 2 minutes</w:t>
      </w:r>
      <w:proofErr w:type="gramEnd"/>
      <w:r w:rsidRPr="00D44026">
        <w:rPr>
          <w:highlight w:val="yellow"/>
        </w:rPr>
        <w:t xml:space="preserve">. The fruits were then rinsed three times with sterile distilled water and air-dried in a laminar </w:t>
      </w:r>
      <w:proofErr w:type="gramStart"/>
      <w:r w:rsidRPr="00D44026">
        <w:rPr>
          <w:highlight w:val="yellow"/>
        </w:rPr>
        <w:t>air flow</w:t>
      </w:r>
      <w:proofErr w:type="gramEnd"/>
      <w:r w:rsidRPr="00D44026">
        <w:rPr>
          <w:highlight w:val="yellow"/>
        </w:rPr>
        <w:t xml:space="preserve"> chamber. Using a sterilized needle, the fruits were </w:t>
      </w:r>
      <w:proofErr w:type="gramStart"/>
      <w:r w:rsidRPr="00D44026">
        <w:rPr>
          <w:highlight w:val="yellow"/>
        </w:rPr>
        <w:t>pin-pricked</w:t>
      </w:r>
      <w:proofErr w:type="gramEnd"/>
      <w:r w:rsidRPr="00D44026">
        <w:rPr>
          <w:highlight w:val="yellow"/>
        </w:rPr>
        <w:t xml:space="preserve"> (approx. 1 mm deep) at three distinct equidistant spots to create an entry point for the pathogen. A </w:t>
      </w:r>
      <w:proofErr w:type="gramStart"/>
      <w:r w:rsidRPr="00D44026">
        <w:rPr>
          <w:highlight w:val="yellow"/>
        </w:rPr>
        <w:t xml:space="preserve">20 </w:t>
      </w:r>
      <w:proofErr w:type="spellStart"/>
      <w:r w:rsidR="005301D4" w:rsidRPr="00D44026">
        <w:rPr>
          <w:rStyle w:val="math-inline"/>
          <w:highlight w:val="yellow"/>
        </w:rPr>
        <w:t>μ</w:t>
      </w:r>
      <w:r w:rsidRPr="00D44026">
        <w:rPr>
          <w:highlight w:val="yellow"/>
        </w:rPr>
        <w:t>L</w:t>
      </w:r>
      <w:proofErr w:type="spellEnd"/>
      <w:proofErr w:type="gramEnd"/>
      <w:r w:rsidRPr="00D44026">
        <w:rPr>
          <w:highlight w:val="yellow"/>
        </w:rPr>
        <w:t xml:space="preserve"> droplet of the standard spore suspension (</w:t>
      </w:r>
      <w:r w:rsidR="005301D4" w:rsidRPr="00D44026">
        <w:rPr>
          <w:rStyle w:val="math-inline"/>
          <w:highlight w:val="yellow"/>
        </w:rPr>
        <w:t>2×10</w:t>
      </w:r>
      <w:r w:rsidR="005301D4" w:rsidRPr="00D44026">
        <w:rPr>
          <w:rStyle w:val="math-inline"/>
          <w:highlight w:val="yellow"/>
          <w:vertAlign w:val="superscript"/>
        </w:rPr>
        <w:t>6</w:t>
      </w:r>
      <w:r w:rsidR="005301D4" w:rsidRPr="00D44026">
        <w:rPr>
          <w:highlight w:val="yellow"/>
        </w:rPr>
        <w:t xml:space="preserve"> </w:t>
      </w:r>
      <w:r w:rsidRPr="00D44026">
        <w:rPr>
          <w:highlight w:val="yellow"/>
        </w:rPr>
        <w:t xml:space="preserve">conidia/mL) was carefully placed on each wounded site. Control fruits </w:t>
      </w:r>
      <w:proofErr w:type="gramStart"/>
      <w:r w:rsidRPr="00D44026">
        <w:rPr>
          <w:highlight w:val="yellow"/>
        </w:rPr>
        <w:t>were inoculated</w:t>
      </w:r>
      <w:proofErr w:type="gramEnd"/>
      <w:r w:rsidRPr="00D44026">
        <w:rPr>
          <w:highlight w:val="yellow"/>
        </w:rPr>
        <w:t xml:space="preserve"> with sterile distilled water. The inoculated fruits </w:t>
      </w:r>
      <w:proofErr w:type="gramStart"/>
      <w:r w:rsidRPr="00D44026">
        <w:rPr>
          <w:highlight w:val="yellow"/>
        </w:rPr>
        <w:t>were placed</w:t>
      </w:r>
      <w:proofErr w:type="gramEnd"/>
      <w:r w:rsidRPr="00D44026">
        <w:rPr>
          <w:highlight w:val="yellow"/>
        </w:rPr>
        <w:t xml:space="preserve"> in a moist chamber</w:t>
      </w:r>
      <w:r w:rsidR="005301D4" w:rsidRPr="00D44026">
        <w:rPr>
          <w:highlight w:val="yellow"/>
        </w:rPr>
        <w:t xml:space="preserve"> </w:t>
      </w:r>
      <w:r w:rsidRPr="00D44026">
        <w:rPr>
          <w:highlight w:val="yellow"/>
        </w:rPr>
        <w:t>constituted by Petri plates lined with wet blotting paper</w:t>
      </w:r>
      <w:r w:rsidR="005301D4" w:rsidRPr="00D44026">
        <w:rPr>
          <w:highlight w:val="yellow"/>
        </w:rPr>
        <w:t xml:space="preserve"> </w:t>
      </w:r>
      <w:r w:rsidRPr="00D44026">
        <w:rPr>
          <w:highlight w:val="yellow"/>
        </w:rPr>
        <w:t xml:space="preserve">and incubated at </w:t>
      </w:r>
      <w:r w:rsidRPr="00D44026">
        <w:rPr>
          <w:rStyle w:val="math-inline"/>
          <w:highlight w:val="yellow"/>
        </w:rPr>
        <w:t>28</w:t>
      </w:r>
      <w:r w:rsidR="005301D4" w:rsidRPr="00D44026">
        <w:rPr>
          <w:rStyle w:val="math-inline"/>
          <w:highlight w:val="yellow"/>
        </w:rPr>
        <w:t>℃</w:t>
      </w:r>
      <w:r w:rsidRPr="00D44026">
        <w:rPr>
          <w:highlight w:val="yellow"/>
        </w:rPr>
        <w:t xml:space="preserve">. The development of necrotic lesions, </w:t>
      </w:r>
      <w:proofErr w:type="spellStart"/>
      <w:r w:rsidRPr="00D44026">
        <w:rPr>
          <w:highlight w:val="yellow"/>
        </w:rPr>
        <w:t>acervuli</w:t>
      </w:r>
      <w:proofErr w:type="spellEnd"/>
      <w:r w:rsidRPr="00D44026">
        <w:rPr>
          <w:highlight w:val="yellow"/>
        </w:rPr>
        <w:t xml:space="preserve"> formation, and lesion size </w:t>
      </w:r>
      <w:proofErr w:type="gramStart"/>
      <w:r w:rsidRPr="00D44026">
        <w:rPr>
          <w:highlight w:val="yellow"/>
        </w:rPr>
        <w:t>were recorded</w:t>
      </w:r>
      <w:proofErr w:type="gramEnd"/>
      <w:r w:rsidRPr="00D44026">
        <w:rPr>
          <w:highlight w:val="yellow"/>
        </w:rPr>
        <w:t xml:space="preserve"> 5 to 7 days post-inoculation (</w:t>
      </w:r>
      <w:proofErr w:type="spellStart"/>
      <w:r w:rsidRPr="00D44026">
        <w:rPr>
          <w:highlight w:val="yellow"/>
        </w:rPr>
        <w:t>Montri</w:t>
      </w:r>
      <w:proofErr w:type="spellEnd"/>
      <w:r w:rsidRPr="00D44026">
        <w:rPr>
          <w:highlight w:val="yellow"/>
        </w:rPr>
        <w:t xml:space="preserve"> et al., 2009).</w:t>
      </w:r>
    </w:p>
    <w:p w14:paraId="7C341137" w14:textId="77777777" w:rsidR="003666E7" w:rsidRPr="005301D4" w:rsidRDefault="003666E7" w:rsidP="005301D4">
      <w:pPr>
        <w:pStyle w:val="NormalWeb"/>
        <w:spacing w:before="0" w:beforeAutospacing="0" w:line="276" w:lineRule="auto"/>
        <w:jc w:val="both"/>
      </w:pPr>
      <w:r w:rsidRPr="005301D4">
        <w:rPr>
          <w:b/>
          <w:bCs/>
        </w:rPr>
        <w:t>2.5 Cultural Characteristics on Solid Media</w:t>
      </w:r>
    </w:p>
    <w:p w14:paraId="74855DEB" w14:textId="77777777" w:rsidR="003666E7" w:rsidRPr="005301D4" w:rsidRDefault="003666E7" w:rsidP="005301D4">
      <w:pPr>
        <w:pStyle w:val="NormalWeb"/>
        <w:spacing w:before="0" w:beforeAutospacing="0" w:line="276" w:lineRule="auto"/>
        <w:jc w:val="both"/>
      </w:pPr>
      <w:r w:rsidRPr="005301D4">
        <w:t xml:space="preserve">To determine the physiological requirements of the pathogen, the cultural characteristics of </w:t>
      </w:r>
      <w:r w:rsidRPr="005301D4">
        <w:rPr>
          <w:i/>
          <w:iCs/>
        </w:rPr>
        <w:t xml:space="preserve">C. </w:t>
      </w:r>
      <w:proofErr w:type="spellStart"/>
      <w:r w:rsidRPr="005301D4">
        <w:rPr>
          <w:i/>
          <w:iCs/>
        </w:rPr>
        <w:t>capsici</w:t>
      </w:r>
      <w:proofErr w:type="spellEnd"/>
      <w:r w:rsidRPr="005301D4">
        <w:t xml:space="preserve"> </w:t>
      </w:r>
      <w:proofErr w:type="gramStart"/>
      <w:r w:rsidRPr="005301D4">
        <w:t>were evaluated</w:t>
      </w:r>
      <w:proofErr w:type="gramEnd"/>
      <w:r w:rsidRPr="005301D4">
        <w:t xml:space="preserve"> on five different solid media:</w:t>
      </w:r>
    </w:p>
    <w:p w14:paraId="3B70F2CA" w14:textId="77777777" w:rsidR="003666E7" w:rsidRPr="005301D4" w:rsidRDefault="003666E7" w:rsidP="005301D4">
      <w:pPr>
        <w:pStyle w:val="NormalWeb"/>
        <w:numPr>
          <w:ilvl w:val="0"/>
          <w:numId w:val="11"/>
        </w:numPr>
        <w:spacing w:before="0" w:beforeAutospacing="0" w:line="276" w:lineRule="auto"/>
        <w:jc w:val="both"/>
      </w:pPr>
      <w:r w:rsidRPr="005301D4">
        <w:rPr>
          <w:b/>
          <w:bCs/>
        </w:rPr>
        <w:t>Potato Dextrose Agar (PDA)</w:t>
      </w:r>
      <w:r w:rsidRPr="005301D4">
        <w:t xml:space="preserve"> (Riker and Riker, 1936)</w:t>
      </w:r>
    </w:p>
    <w:p w14:paraId="771EF0F1" w14:textId="77777777" w:rsidR="003666E7" w:rsidRPr="005301D4" w:rsidRDefault="003666E7" w:rsidP="005301D4">
      <w:pPr>
        <w:pStyle w:val="NormalWeb"/>
        <w:numPr>
          <w:ilvl w:val="0"/>
          <w:numId w:val="11"/>
        </w:numPr>
        <w:spacing w:before="0" w:beforeAutospacing="0" w:line="276" w:lineRule="auto"/>
        <w:jc w:val="both"/>
      </w:pPr>
      <w:proofErr w:type="spellStart"/>
      <w:r w:rsidRPr="005301D4">
        <w:rPr>
          <w:b/>
          <w:bCs/>
        </w:rPr>
        <w:t>Sabouraud’s</w:t>
      </w:r>
      <w:proofErr w:type="spellEnd"/>
      <w:r w:rsidRPr="005301D4">
        <w:rPr>
          <w:b/>
          <w:bCs/>
        </w:rPr>
        <w:t xml:space="preserve"> Dextrose Agar (SDA)</w:t>
      </w:r>
    </w:p>
    <w:p w14:paraId="790E4B47" w14:textId="77777777" w:rsidR="003666E7" w:rsidRPr="005301D4" w:rsidRDefault="003666E7" w:rsidP="005301D4">
      <w:pPr>
        <w:pStyle w:val="NormalWeb"/>
        <w:numPr>
          <w:ilvl w:val="0"/>
          <w:numId w:val="11"/>
        </w:numPr>
        <w:spacing w:before="0" w:beforeAutospacing="0" w:line="276" w:lineRule="auto"/>
        <w:jc w:val="both"/>
      </w:pPr>
      <w:proofErr w:type="spellStart"/>
      <w:r w:rsidRPr="005301D4">
        <w:rPr>
          <w:b/>
          <w:bCs/>
        </w:rPr>
        <w:t>Czapek’s</w:t>
      </w:r>
      <w:proofErr w:type="spellEnd"/>
      <w:r w:rsidRPr="005301D4">
        <w:rPr>
          <w:b/>
          <w:bCs/>
        </w:rPr>
        <w:t xml:space="preserve"> Dox Agar (CDA)</w:t>
      </w:r>
      <w:r w:rsidRPr="005301D4">
        <w:t xml:space="preserve"> (Thom and </w:t>
      </w:r>
      <w:proofErr w:type="spellStart"/>
      <w:r w:rsidRPr="005301D4">
        <w:t>Raper</w:t>
      </w:r>
      <w:proofErr w:type="spellEnd"/>
      <w:r w:rsidRPr="005301D4">
        <w:t>, 1945)</w:t>
      </w:r>
    </w:p>
    <w:p w14:paraId="346ADB34" w14:textId="77777777" w:rsidR="003666E7" w:rsidRPr="005301D4" w:rsidRDefault="003666E7" w:rsidP="005301D4">
      <w:pPr>
        <w:pStyle w:val="NormalWeb"/>
        <w:numPr>
          <w:ilvl w:val="0"/>
          <w:numId w:val="11"/>
        </w:numPr>
        <w:spacing w:before="0" w:beforeAutospacing="0" w:line="276" w:lineRule="auto"/>
        <w:jc w:val="both"/>
      </w:pPr>
      <w:r w:rsidRPr="005301D4">
        <w:rPr>
          <w:b/>
          <w:bCs/>
        </w:rPr>
        <w:t>Malt Extract Agar (MEA)</w:t>
      </w:r>
    </w:p>
    <w:p w14:paraId="02682FD6" w14:textId="77777777" w:rsidR="003666E7" w:rsidRPr="005301D4" w:rsidRDefault="003666E7" w:rsidP="005301D4">
      <w:pPr>
        <w:pStyle w:val="NormalWeb"/>
        <w:numPr>
          <w:ilvl w:val="0"/>
          <w:numId w:val="11"/>
        </w:numPr>
        <w:spacing w:before="0" w:beforeAutospacing="0" w:line="276" w:lineRule="auto"/>
        <w:jc w:val="both"/>
      </w:pPr>
      <w:r w:rsidRPr="005301D4">
        <w:rPr>
          <w:b/>
          <w:bCs/>
        </w:rPr>
        <w:t>Chilli Leaf Extract Agar</w:t>
      </w:r>
    </w:p>
    <w:p w14:paraId="71FFE554" w14:textId="50EEFB65" w:rsidR="003666E7" w:rsidRPr="005301D4" w:rsidRDefault="003666E7" w:rsidP="005301D4">
      <w:pPr>
        <w:pStyle w:val="NormalWeb"/>
        <w:spacing w:before="0" w:beforeAutospacing="0" w:line="276" w:lineRule="auto"/>
        <w:jc w:val="both"/>
      </w:pPr>
      <w:r w:rsidRPr="00D44026">
        <w:rPr>
          <w:b/>
          <w:bCs/>
          <w:highlight w:val="yellow"/>
        </w:rPr>
        <w:t>Protocol:</w:t>
      </w:r>
      <w:r w:rsidRPr="00D44026">
        <w:rPr>
          <w:highlight w:val="yellow"/>
        </w:rPr>
        <w:t xml:space="preserve"> The synthetic and semi-synthetic media were prepared according to standard compositions. For the host-specific </w:t>
      </w:r>
      <w:r w:rsidRPr="00D44026">
        <w:rPr>
          <w:b/>
          <w:bCs/>
          <w:highlight w:val="yellow"/>
        </w:rPr>
        <w:t>Chilli Leaf Extract Agar</w:t>
      </w:r>
      <w:r w:rsidRPr="00D44026">
        <w:rPr>
          <w:highlight w:val="yellow"/>
        </w:rPr>
        <w:t xml:space="preserve">, 200 g of fresh, healthy chilli leaves </w:t>
      </w:r>
      <w:proofErr w:type="gramStart"/>
      <w:r w:rsidRPr="00D44026">
        <w:rPr>
          <w:highlight w:val="yellow"/>
        </w:rPr>
        <w:t>were washed, macerated in 500 mL of distilled water, and boiled for 20 minutes</w:t>
      </w:r>
      <w:proofErr w:type="gramEnd"/>
      <w:r w:rsidRPr="00D44026">
        <w:rPr>
          <w:highlight w:val="yellow"/>
        </w:rPr>
        <w:t xml:space="preserve">. The extract was filtered through a muslin </w:t>
      </w:r>
      <w:proofErr w:type="gramStart"/>
      <w:r w:rsidRPr="00D44026">
        <w:rPr>
          <w:highlight w:val="yellow"/>
        </w:rPr>
        <w:t>cloth,</w:t>
      </w:r>
      <w:proofErr w:type="gramEnd"/>
      <w:r w:rsidRPr="00D44026">
        <w:rPr>
          <w:highlight w:val="yellow"/>
        </w:rPr>
        <w:t xml:space="preserve"> the volume made up to 1000 mL, and solidified with 20 g of agar before autoclaving at 121</w:t>
      </w:r>
      <w:r w:rsidR="005301D4" w:rsidRPr="00D44026">
        <w:rPr>
          <w:rStyle w:val="math-inline"/>
          <w:highlight w:val="yellow"/>
        </w:rPr>
        <w:t>℃</w:t>
      </w:r>
      <w:r w:rsidRPr="00D44026">
        <w:rPr>
          <w:highlight w:val="yellow"/>
        </w:rPr>
        <w:t xml:space="preserve"> (15 psi) for 20 minutes.</w:t>
      </w:r>
    </w:p>
    <w:p w14:paraId="010DB764" w14:textId="77777777" w:rsidR="003666E7" w:rsidRPr="005301D4" w:rsidRDefault="003666E7" w:rsidP="005301D4">
      <w:pPr>
        <w:pStyle w:val="NormalWeb"/>
        <w:spacing w:before="0" w:beforeAutospacing="0" w:line="276" w:lineRule="auto"/>
        <w:jc w:val="both"/>
      </w:pPr>
      <w:r w:rsidRPr="005301D4">
        <w:t xml:space="preserve">Sterilized molten media (approx. 20 mL) </w:t>
      </w:r>
      <w:proofErr w:type="gramStart"/>
      <w:r w:rsidRPr="005301D4">
        <w:t>were poured</w:t>
      </w:r>
      <w:proofErr w:type="gramEnd"/>
      <w:r w:rsidRPr="005301D4">
        <w:t xml:space="preserve"> into 90 mm Petri plates under aseptic conditions. Upon solidification, a 5 mm mycelial disc, cut from the actively growing margin of a 7-day-old culture using a sterilized </w:t>
      </w:r>
      <w:proofErr w:type="spellStart"/>
      <w:r w:rsidRPr="005301D4">
        <w:t>cork</w:t>
      </w:r>
      <w:proofErr w:type="spellEnd"/>
      <w:r w:rsidRPr="005301D4">
        <w:t xml:space="preserve"> borer, </w:t>
      </w:r>
      <w:proofErr w:type="gramStart"/>
      <w:r w:rsidRPr="005301D4">
        <w:t>was placed</w:t>
      </w:r>
      <w:proofErr w:type="gramEnd"/>
      <w:r w:rsidRPr="005301D4">
        <w:t xml:space="preserve"> in the </w:t>
      </w:r>
      <w:proofErr w:type="spellStart"/>
      <w:r w:rsidRPr="005301D4">
        <w:t>center</w:t>
      </w:r>
      <w:proofErr w:type="spellEnd"/>
      <w:r w:rsidRPr="005301D4">
        <w:t xml:space="preserve"> of each plate in an inverted position.</w:t>
      </w:r>
    </w:p>
    <w:p w14:paraId="064122B7" w14:textId="77777777" w:rsidR="003666E7" w:rsidRPr="005301D4" w:rsidRDefault="003666E7" w:rsidP="005301D4">
      <w:pPr>
        <w:pStyle w:val="NormalWeb"/>
        <w:spacing w:before="0" w:beforeAutospacing="0" w:line="276" w:lineRule="auto"/>
        <w:jc w:val="both"/>
      </w:pPr>
      <w:r w:rsidRPr="005301D4">
        <w:rPr>
          <w:b/>
          <w:bCs/>
        </w:rPr>
        <w:t>2.6 Observations and Statistical Analysis</w:t>
      </w:r>
    </w:p>
    <w:p w14:paraId="0BDD807B" w14:textId="1968A594" w:rsidR="003666E7" w:rsidRPr="005301D4" w:rsidRDefault="003666E7" w:rsidP="005301D4">
      <w:pPr>
        <w:pStyle w:val="NormalWeb"/>
        <w:spacing w:before="0" w:beforeAutospacing="0" w:line="276" w:lineRule="auto"/>
        <w:jc w:val="both"/>
      </w:pPr>
      <w:r w:rsidRPr="00D44026">
        <w:rPr>
          <w:highlight w:val="yellow"/>
        </w:rPr>
        <w:t xml:space="preserve">The experiment </w:t>
      </w:r>
      <w:proofErr w:type="gramStart"/>
      <w:r w:rsidRPr="00D44026">
        <w:rPr>
          <w:highlight w:val="yellow"/>
        </w:rPr>
        <w:t>was conducted</w:t>
      </w:r>
      <w:proofErr w:type="gramEnd"/>
      <w:r w:rsidRPr="00D44026">
        <w:rPr>
          <w:highlight w:val="yellow"/>
        </w:rPr>
        <w:t xml:space="preserve"> using a Completely Randomized Design (CRD) with three replications for each treatment. The plates </w:t>
      </w:r>
      <w:proofErr w:type="gramStart"/>
      <w:r w:rsidRPr="00D44026">
        <w:rPr>
          <w:highlight w:val="yellow"/>
        </w:rPr>
        <w:t>were incubated</w:t>
      </w:r>
      <w:proofErr w:type="gramEnd"/>
      <w:r w:rsidRPr="00D44026">
        <w:rPr>
          <w:highlight w:val="yellow"/>
        </w:rPr>
        <w:t xml:space="preserve"> at </w:t>
      </w:r>
      <w:r w:rsidR="005301D4" w:rsidRPr="00D44026">
        <w:rPr>
          <w:rStyle w:val="math-inline"/>
          <w:highlight w:val="yellow"/>
        </w:rPr>
        <w:t>28℃</w:t>
      </w:r>
      <w:r w:rsidRPr="00D44026">
        <w:rPr>
          <w:highlight w:val="yellow"/>
        </w:rPr>
        <w:t xml:space="preserve">. Radial growth </w:t>
      </w:r>
      <w:proofErr w:type="gramStart"/>
      <w:r w:rsidRPr="00D44026">
        <w:rPr>
          <w:highlight w:val="yellow"/>
        </w:rPr>
        <w:t>was measured</w:t>
      </w:r>
      <w:proofErr w:type="gramEnd"/>
      <w:r w:rsidRPr="00D44026">
        <w:rPr>
          <w:highlight w:val="yellow"/>
        </w:rPr>
        <w:t xml:space="preserve"> in two perpendicular directions once the pathogen covered the Petri plate in the fastest-growing medium (approx. 7–10 days). Colony characteristics, including texture (cottony/fluffy/sparse), margin </w:t>
      </w:r>
      <w:r w:rsidRPr="00D44026">
        <w:rPr>
          <w:highlight w:val="yellow"/>
        </w:rPr>
        <w:lastRenderedPageBreak/>
        <w:t xml:space="preserve">(regular/irregular), colour, and zonation, </w:t>
      </w:r>
      <w:proofErr w:type="gramStart"/>
      <w:r w:rsidRPr="00D44026">
        <w:rPr>
          <w:highlight w:val="yellow"/>
        </w:rPr>
        <w:t>were visually recorded</w:t>
      </w:r>
      <w:proofErr w:type="gramEnd"/>
      <w:r w:rsidRPr="00D44026">
        <w:rPr>
          <w:highlight w:val="yellow"/>
        </w:rPr>
        <w:t>. Data obtained were subjected to Analysis of Variance (ANOVA), and treatment means were compared using the Critical Difference (CD) test at a 5% level of significance (</w:t>
      </w:r>
      <w:r w:rsidRPr="00D44026">
        <w:rPr>
          <w:rStyle w:val="math-inline"/>
          <w:highlight w:val="yellow"/>
        </w:rPr>
        <w:t>P=0.05</w:t>
      </w:r>
      <w:r w:rsidRPr="00D44026">
        <w:rPr>
          <w:highlight w:val="yellow"/>
        </w:rPr>
        <w:t>) (Gomez and Gomez, 1984).</w:t>
      </w:r>
    </w:p>
    <w:p w14:paraId="32F95126" w14:textId="6AC8FCCF" w:rsidR="0052552C" w:rsidRPr="00C16F12" w:rsidRDefault="00663AD9" w:rsidP="00D30E5C">
      <w:pPr>
        <w:jc w:val="both"/>
        <w:rPr>
          <w:rFonts w:ascii="Times New Roman" w:hAnsi="Times New Roman" w:cs="Times New Roman"/>
          <w:color w:val="000000" w:themeColor="text1"/>
          <w:sz w:val="24"/>
          <w:szCs w:val="24"/>
        </w:rPr>
      </w:pPr>
      <w:r w:rsidRPr="00C16F12">
        <w:rPr>
          <w:rFonts w:ascii="Times New Roman" w:hAnsi="Times New Roman" w:cs="Times New Roman"/>
          <w:noProof/>
          <w:color w:val="000000" w:themeColor="text1"/>
          <w:sz w:val="24"/>
          <w:szCs w:val="24"/>
        </w:rPr>
        <w:drawing>
          <wp:inline distT="0" distB="0" distL="0" distR="0" wp14:anchorId="3B977FDE" wp14:editId="2B9EE4A0">
            <wp:extent cx="4826000" cy="3694915"/>
            <wp:effectExtent l="0" t="0" r="0" b="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R="00943159" w:rsidRPr="00C16F12" w:rsidRDefault="00943159" w:rsidP="00D30E5C">
      <w:pPr>
        <w:jc w:val="both"/>
        <w:rPr>
          <w:rFonts w:ascii="Times New Roman" w:hAnsi="Times New Roman" w:cs="Times New Roman"/>
          <w:color w:val="000000" w:themeColor="text1"/>
          <w:sz w:val="24"/>
          <w:szCs w:val="24"/>
        </w:rPr>
      </w:pPr>
    </w:p>
    <w:p w14:paraId="01D31B5D" w14:textId="3E1CFB12" w:rsidR="004B1D3E" w:rsidRDefault="000C12B8" w:rsidP="00764556">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3. Results and Discussion</w:t>
      </w:r>
    </w:p>
    <w:p w14:paraId="10531EB6" w14:textId="4E0220AC" w:rsidR="005B6E6D" w:rsidRPr="00364491" w:rsidRDefault="005B6E6D" w:rsidP="005B6E6D">
      <w:pPr>
        <w:spacing w:after="240" w:line="36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r>
      <w:r w:rsidRPr="00364491">
        <w:rPr>
          <w:rFonts w:ascii="Arial" w:hAnsi="Arial" w:cs="Arial"/>
          <w:b/>
          <w:sz w:val="24"/>
          <w:szCs w:val="24"/>
        </w:rPr>
        <w:t>Pathogenicity test</w:t>
      </w:r>
    </w:p>
    <w:p w14:paraId="2E903265" w14:textId="77777777" w:rsidR="005B6E6D" w:rsidRDefault="005B6E6D" w:rsidP="005E5774">
      <w:pPr>
        <w:spacing w:after="240" w:line="360" w:lineRule="auto"/>
        <w:ind w:firstLine="720"/>
        <w:jc w:val="both"/>
        <w:rPr>
          <w:rFonts w:ascii="Arial" w:hAnsi="Arial" w:cs="Arial"/>
          <w:sz w:val="24"/>
          <w:szCs w:val="24"/>
        </w:rPr>
      </w:pPr>
      <w:r w:rsidRPr="00364491">
        <w:rPr>
          <w:rFonts w:ascii="Arial" w:hAnsi="Arial" w:cs="Arial"/>
          <w:sz w:val="24"/>
          <w:szCs w:val="24"/>
        </w:rPr>
        <w:t xml:space="preserve">Pathogenicity test according to Koch’s postulate. The two varieties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 </w:t>
      </w:r>
      <w:proofErr w:type="gramStart"/>
      <w:r w:rsidRPr="00364491">
        <w:rPr>
          <w:rFonts w:ascii="Arial" w:hAnsi="Arial" w:cs="Arial"/>
          <w:sz w:val="24"/>
          <w:szCs w:val="24"/>
        </w:rPr>
        <w:t>is used</w:t>
      </w:r>
      <w:proofErr w:type="gramEnd"/>
      <w:r w:rsidRPr="00364491">
        <w:rPr>
          <w:rFonts w:ascii="Arial" w:hAnsi="Arial" w:cs="Arial"/>
          <w:sz w:val="24"/>
          <w:szCs w:val="24"/>
        </w:rPr>
        <w:t xml:space="preserve"> to prove pathogenicity. </w:t>
      </w:r>
      <w:proofErr w:type="gramStart"/>
      <w:r w:rsidRPr="00364491">
        <w:rPr>
          <w:rFonts w:ascii="Arial" w:hAnsi="Arial" w:cs="Arial"/>
          <w:sz w:val="24"/>
          <w:szCs w:val="24"/>
        </w:rPr>
        <w:t>The  varieties</w:t>
      </w:r>
      <w:proofErr w:type="gramEnd"/>
      <w:r w:rsidRPr="00364491">
        <w:rPr>
          <w:rFonts w:ascii="Arial" w:hAnsi="Arial" w:cs="Arial"/>
          <w:sz w:val="24"/>
          <w:szCs w:val="24"/>
        </w:rPr>
        <w:t xml:space="preserve"> was AK-47 and Indus-11. The</w:t>
      </w:r>
      <w:r w:rsidRPr="00364491">
        <w:rPr>
          <w:rFonts w:ascii="Arial" w:hAnsi="Arial" w:cs="Arial"/>
          <w:b/>
          <w:bCs/>
          <w:i/>
          <w:sz w:val="24"/>
          <w:szCs w:val="24"/>
        </w:rPr>
        <w:t xml:space="preserve"> </w:t>
      </w:r>
      <w:proofErr w:type="spellStart"/>
      <w:r w:rsidRPr="00364491">
        <w:rPr>
          <w:rFonts w:ascii="Arial" w:hAnsi="Arial" w:cs="Arial"/>
          <w:bCs/>
          <w:i/>
          <w:sz w:val="24"/>
          <w:szCs w:val="24"/>
        </w:rPr>
        <w:t>Colletotrichum</w:t>
      </w:r>
      <w:proofErr w:type="spellEnd"/>
      <w:r w:rsidRPr="00364491">
        <w:rPr>
          <w:rFonts w:ascii="Arial" w:hAnsi="Arial" w:cs="Arial"/>
          <w:bCs/>
          <w:i/>
          <w:sz w:val="24"/>
          <w:szCs w:val="24"/>
        </w:rPr>
        <w:t xml:space="preserve"> </w:t>
      </w:r>
      <w:proofErr w:type="spellStart"/>
      <w:r w:rsidRPr="00364491">
        <w:rPr>
          <w:rFonts w:ascii="Arial" w:hAnsi="Arial" w:cs="Arial"/>
          <w:bCs/>
          <w:i/>
          <w:sz w:val="24"/>
          <w:szCs w:val="24"/>
        </w:rPr>
        <w:t>capsici</w:t>
      </w:r>
      <w:proofErr w:type="spellEnd"/>
      <w:r w:rsidRPr="00364491">
        <w:rPr>
          <w:rFonts w:ascii="Arial" w:hAnsi="Arial" w:cs="Arial"/>
          <w:sz w:val="24"/>
          <w:szCs w:val="24"/>
        </w:rPr>
        <w:t xml:space="preserve">, isolated from anthracnose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w:t>
      </w:r>
      <w:proofErr w:type="gramStart"/>
      <w:r w:rsidRPr="00364491">
        <w:rPr>
          <w:rFonts w:ascii="Arial" w:hAnsi="Arial" w:cs="Arial"/>
          <w:sz w:val="24"/>
          <w:szCs w:val="24"/>
        </w:rPr>
        <w:t>was proved</w:t>
      </w:r>
      <w:proofErr w:type="gramEnd"/>
      <w:r w:rsidRPr="00364491">
        <w:rPr>
          <w:rFonts w:ascii="Arial" w:hAnsi="Arial" w:cs="Arial"/>
          <w:sz w:val="24"/>
          <w:szCs w:val="24"/>
        </w:rPr>
        <w:t xml:space="preserve"> pathogenic by artificial inoculation with spore suspension on leaves and branches of both varieties. After </w:t>
      </w:r>
      <w:proofErr w:type="gramStart"/>
      <w:r w:rsidRPr="00364491">
        <w:rPr>
          <w:rFonts w:ascii="Arial" w:hAnsi="Arial" w:cs="Arial"/>
          <w:sz w:val="24"/>
          <w:szCs w:val="24"/>
        </w:rPr>
        <w:t>that</w:t>
      </w:r>
      <w:proofErr w:type="gramEnd"/>
      <w:r w:rsidRPr="00364491">
        <w:rPr>
          <w:rFonts w:ascii="Arial" w:hAnsi="Arial" w:cs="Arial"/>
          <w:sz w:val="24"/>
          <w:szCs w:val="24"/>
        </w:rPr>
        <w:t xml:space="preserve"> the humidity was maintained by covering the inoculated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plants for 48 </w:t>
      </w:r>
      <w:proofErr w:type="spellStart"/>
      <w:r w:rsidRPr="00364491">
        <w:rPr>
          <w:rFonts w:ascii="Arial" w:hAnsi="Arial" w:cs="Arial"/>
          <w:sz w:val="24"/>
          <w:szCs w:val="24"/>
        </w:rPr>
        <w:t>hrs</w:t>
      </w:r>
      <w:proofErr w:type="spellEnd"/>
      <w:r w:rsidRPr="00364491">
        <w:rPr>
          <w:rFonts w:ascii="Arial" w:hAnsi="Arial" w:cs="Arial"/>
          <w:sz w:val="24"/>
          <w:szCs w:val="24"/>
        </w:rPr>
        <w:t xml:space="preserve"> after inoculation. Symptoms appeared seven days after inoculation. Symptoms on affected plants </w:t>
      </w:r>
      <w:r w:rsidRPr="00364491">
        <w:rPr>
          <w:rFonts w:ascii="Arial" w:hAnsi="Arial" w:cs="Arial"/>
          <w:w w:val="95"/>
          <w:sz w:val="24"/>
          <w:szCs w:val="24"/>
        </w:rPr>
        <w:t>causes necrosis of tender twigs from the tip to backward. The entire branch or the entire top of the plant may wither away. Numerous black dots (</w:t>
      </w:r>
      <w:proofErr w:type="spellStart"/>
      <w:r w:rsidRPr="00364491">
        <w:rPr>
          <w:rFonts w:ascii="Arial" w:hAnsi="Arial" w:cs="Arial"/>
          <w:w w:val="95"/>
          <w:sz w:val="24"/>
          <w:szCs w:val="24"/>
        </w:rPr>
        <w:t>acervuli</w:t>
      </w:r>
      <w:proofErr w:type="spellEnd"/>
      <w:r w:rsidRPr="00364491">
        <w:rPr>
          <w:rFonts w:ascii="Arial" w:hAnsi="Arial" w:cs="Arial"/>
          <w:w w:val="95"/>
          <w:sz w:val="24"/>
          <w:szCs w:val="24"/>
        </w:rPr>
        <w:t xml:space="preserve"> of fungus) </w:t>
      </w:r>
      <w:proofErr w:type="gramStart"/>
      <w:r w:rsidRPr="00364491">
        <w:rPr>
          <w:rFonts w:ascii="Arial" w:hAnsi="Arial" w:cs="Arial"/>
          <w:w w:val="95"/>
          <w:sz w:val="24"/>
          <w:szCs w:val="24"/>
        </w:rPr>
        <w:t>are found</w:t>
      </w:r>
      <w:proofErr w:type="gramEnd"/>
      <w:r w:rsidRPr="00364491">
        <w:rPr>
          <w:rFonts w:ascii="Arial" w:hAnsi="Arial" w:cs="Arial"/>
          <w:w w:val="95"/>
          <w:sz w:val="24"/>
          <w:szCs w:val="24"/>
        </w:rPr>
        <w:t xml:space="preserve"> scattered all over the necrotic surface of the affected twigs </w:t>
      </w:r>
      <w:r w:rsidRPr="00364491">
        <w:rPr>
          <w:rFonts w:ascii="Arial" w:hAnsi="Arial" w:cs="Arial"/>
          <w:sz w:val="24"/>
          <w:szCs w:val="24"/>
        </w:rPr>
        <w:t xml:space="preserve">and leaves. </w:t>
      </w:r>
      <w:proofErr w:type="spellStart"/>
      <w:r w:rsidRPr="00364491">
        <w:rPr>
          <w:rFonts w:ascii="Arial" w:hAnsi="Arial" w:cs="Arial"/>
          <w:sz w:val="24"/>
          <w:szCs w:val="24"/>
        </w:rPr>
        <w:t>Reisolations</w:t>
      </w:r>
      <w:proofErr w:type="spellEnd"/>
      <w:r w:rsidRPr="00364491">
        <w:rPr>
          <w:rFonts w:ascii="Arial" w:hAnsi="Arial" w:cs="Arial"/>
          <w:sz w:val="24"/>
          <w:szCs w:val="24"/>
        </w:rPr>
        <w:t xml:space="preserve"> </w:t>
      </w:r>
      <w:r w:rsidRPr="00364491">
        <w:rPr>
          <w:rFonts w:ascii="Arial" w:hAnsi="Arial" w:cs="Arial"/>
          <w:sz w:val="24"/>
          <w:szCs w:val="24"/>
        </w:rPr>
        <w:lastRenderedPageBreak/>
        <w:t xml:space="preserve">were made from artificially inoculated leaves and twig showing typical symptoms of Anthracnose </w:t>
      </w:r>
      <w:proofErr w:type="gramStart"/>
      <w:r w:rsidRPr="00364491">
        <w:rPr>
          <w:rFonts w:ascii="Arial" w:hAnsi="Arial" w:cs="Arial"/>
          <w:sz w:val="24"/>
          <w:szCs w:val="24"/>
        </w:rPr>
        <w:t>disease which</w:t>
      </w:r>
      <w:proofErr w:type="gramEnd"/>
      <w:r w:rsidRPr="00364491">
        <w:rPr>
          <w:rFonts w:ascii="Arial" w:hAnsi="Arial" w:cs="Arial"/>
          <w:sz w:val="24"/>
          <w:szCs w:val="24"/>
        </w:rPr>
        <w:t xml:space="preserve"> yielded fungal pathogens to those of the original organism. </w:t>
      </w:r>
    </w:p>
    <w:p w14:paraId="0CB4A8B4" w14:textId="77777777" w:rsidR="0034027B" w:rsidRDefault="0034027B" w:rsidP="005E5774">
      <w:pPr>
        <w:spacing w:after="240" w:line="360" w:lineRule="auto"/>
        <w:ind w:firstLine="720"/>
        <w:jc w:val="both"/>
        <w:rPr>
          <w:rFonts w:ascii="Arial" w:hAnsi="Arial" w:cs="Arial"/>
          <w:sz w:val="24"/>
          <w:szCs w:val="24"/>
        </w:rPr>
      </w:pPr>
    </w:p>
    <w:p w14:paraId="43664F9E" w14:textId="1C37D9E3" w:rsidR="005E5774" w:rsidRDefault="005E5774" w:rsidP="005E5774">
      <w:pPr>
        <w:spacing w:after="240" w:line="360" w:lineRule="auto"/>
        <w:ind w:firstLine="720"/>
        <w:jc w:val="both"/>
        <w:rPr>
          <w:rFonts w:ascii="Arial" w:hAnsi="Arial" w:cs="Arial"/>
          <w:b/>
          <w:bCs/>
          <w:i/>
          <w:sz w:val="6"/>
          <w:szCs w:val="24"/>
        </w:rPr>
        <w:sectPr w:rsidR="005E5774" w:rsidSect="0034027B">
          <w:headerReference w:type="even" r:id="rId9"/>
          <w:headerReference w:type="default" r:id="rId10"/>
          <w:footerReference w:type="even" r:id="rId11"/>
          <w:footerReference w:type="default" r:id="rId12"/>
          <w:headerReference w:type="first" r:id="rId13"/>
          <w:footerReference w:type="first" r:id="rId14"/>
          <w:pgSz w:w="11920" w:h="16850"/>
          <w:pgMar w:top="1440" w:right="1440" w:bottom="1440" w:left="2160" w:header="0" w:footer="720" w:gutter="720"/>
          <w:pgNumType w:start="31"/>
          <w:cols w:space="720"/>
          <w:titlePg/>
          <w:docGrid w:linePitch="299"/>
        </w:sectPr>
      </w:pPr>
    </w:p>
    <w:p w14:paraId="470942C8" w14:textId="77777777" w:rsidR="005B6E6D" w:rsidRPr="004E39AA" w:rsidRDefault="005B6E6D" w:rsidP="005B6E6D">
      <w:pPr>
        <w:spacing w:after="240" w:line="360" w:lineRule="auto"/>
        <w:ind w:hanging="90"/>
        <w:jc w:val="both"/>
        <w:rPr>
          <w:rFonts w:ascii="Arial" w:hAnsi="Arial" w:cs="Arial"/>
          <w:b/>
          <w:bCs/>
          <w:i/>
          <w:sz w:val="6"/>
          <w:szCs w:val="24"/>
        </w:rPr>
      </w:pPr>
      <w:r>
        <w:rPr>
          <w:rFonts w:ascii="Arial" w:hAnsi="Arial" w:cs="Arial"/>
          <w:b/>
          <w:bCs/>
          <w:i/>
          <w:noProof/>
          <w:sz w:val="24"/>
          <w:szCs w:val="24"/>
        </w:rPr>
        <w:lastRenderedPageBreak/>
        <mc:AlternateContent>
          <mc:Choice Requires="wpg">
            <w:drawing>
              <wp:anchor distT="0" distB="0" distL="114300" distR="114300" simplePos="0" relativeHeight="251652608" behindDoc="0" locked="0" layoutInCell="1" allowOverlap="1" wp14:anchorId="342F81EF" wp14:editId="068F1003">
                <wp:simplePos x="0" y="0"/>
                <wp:positionH relativeFrom="margin">
                  <wp:align>right</wp:align>
                </wp:positionH>
                <wp:positionV relativeFrom="margin">
                  <wp:align>top</wp:align>
                </wp:positionV>
                <wp:extent cx="4809490" cy="4314825"/>
                <wp:effectExtent l="76200" t="76200" r="124460" b="142875"/>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wps:txbx>
                        <wps:bodyPr rot="0" vert="horz" wrap="square" lIns="91440" tIns="45720" rIns="91440" bIns="45720" anchor="t" anchorCtr="0" upright="1">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R="005B6E6D" w:rsidRPr="00DE4B61" w:rsidRDefault="005B6E6D" w:rsidP="005B6E6D">
                              <w:pPr>
                                <w:jc w:val="center"/>
                                <w:rPr>
                                  <w:rFonts w:ascii="Arial" w:hAnsi="Arial" w:cs="Arial"/>
                                  <w:sz w:val="24"/>
                                  <w:szCs w:val="24"/>
                                </w:rPr>
                              </w:pPr>
                              <w:proofErr w:type="gramStart"/>
                              <w:r w:rsidRPr="00DE4B61">
                                <w:rPr>
                                  <w:rFonts w:ascii="Arial" w:hAnsi="Arial" w:cs="Arial"/>
                                  <w:b/>
                                  <w:bCs/>
                                  <w:sz w:val="24"/>
                                  <w:szCs w:val="24"/>
                                </w:rPr>
                                <w:t>variety-Indum-11</w:t>
                              </w:r>
                              <w:proofErr w:type="gramEnd"/>
                            </w:p>
                            <w:p w14:paraId="0BD9036A" w14:textId="77777777" w:rsidR="005B6E6D" w:rsidRDefault="005B6E6D" w:rsidP="005B6E6D"/>
                          </w:txbxContent>
                        </wps:txbx>
                        <wps:bodyPr rot="0" vert="horz" wrap="square" lIns="91440" tIns="45720" rIns="91440" bIns="45720" anchor="t" anchorCtr="0" upright="1">
                          <a:noAutofit/>
                        </wps:bodyPr>
                      </wps:wsp>
                      <pic:pic xmlns:pic="http://schemas.openxmlformats.org/drawingml/2006/picture">
                        <pic:nvPicPr>
                          <pic:cNvPr id="854797933" name="Picture 9" descr="l2.jpg"/>
                          <pic:cNvPicPr/>
                        </pic:nvPicPr>
                        <pic:blipFill>
                          <a:blip r:embed="rId15" cstate="print">
                            <a:extLst>
                              <a:ext uri="{28A0092B-C50C-407E-A947-70E740481C1C}">
                                <a14:useLocalDpi xmlns:a14="http://schemas.microsoft.com/office/drawing/2010/main" val="0"/>
                              </a:ext>
                            </a:extLst>
                          </a:blip>
                          <a:srcRect t="4444" r="1250" b="2222"/>
                          <a:stretch>
                            <a:fillRect/>
                          </a:stretch>
                        </pic:blipFill>
                        <pic:spPr>
                          <a:xfrm>
                            <a:off x="0" y="0"/>
                            <a:ext cx="4726380" cy="237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14" descr="c2.jpg"/>
                          <pic:cNvPicPr/>
                        </pic:nvPicPr>
                        <pic:blipFill>
                          <a:blip r:embed="rId16" cstate="print">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 name="Picture 13" descr="bp c.jpg"/>
                          <pic:cNvPicPr/>
                        </pic:nvPicPr>
                        <pic:blipFill>
                          <a:blip r:embed="rId17" cstate="print">
                            <a:extLst>
                              <a:ext uri="{28A0092B-C50C-407E-A947-70E740481C1C}">
                                <a14:useLocalDpi xmlns:a14="http://schemas.microsoft.com/office/drawing/2010/main" val="0"/>
                              </a:ext>
                            </a:extLst>
                          </a:blip>
                          <a:srcRect l="2593" t="5556" r="6543" b="21111"/>
                          <a:stretch>
                            <a:fillRect/>
                          </a:stretch>
                        </pic:blipFill>
                        <pic:spPr>
                          <a:xfrm>
                            <a:off x="3408219" y="3095914"/>
                            <a:ext cx="1401288" cy="184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Picture 15" descr="crop.jpg"/>
                          <pic:cNvPicPr/>
                        </pic:nvPicPr>
                        <pic:blipFill>
                          <a:blip r:embed="rId18" cstate="print">
                            <a:extLst>
                              <a:ext uri="{28A0092B-C50C-407E-A947-70E740481C1C}">
                                <a14:useLocalDpi xmlns:a14="http://schemas.microsoft.com/office/drawing/2010/main" val="0"/>
                              </a:ext>
                            </a:extLst>
                          </a:blip>
                          <a:srcRect t="13333" b="14444"/>
                          <a:stretch>
                            <a:fillRect/>
                          </a:stretch>
                        </pic:blipFill>
                        <pic:spPr>
                          <a:xfrm>
                            <a:off x="11876" y="3107790"/>
                            <a:ext cx="1472540"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342F81EF" id="Group 703011974" o:spid="_x0000_s1026" style="position:absolute;left:0;text-align:left;margin-left:327.5pt;margin-top:0;width:378.7pt;height:339.75pt;z-index:251652608;mso-position-horizontal:right;mso-position-horizontal-relative:margin;mso-position-vertical:top;mso-position-vertical-relative:margin;mso-height-relative:margin" coordsize="48095,4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">
                <v:shapetype id="_x0000_t202" coordsize="21600,21600" o:spt="202" path="m,l,21600r21600,l21600,xe">
                  <v:stroke joinstyle="miter"/>
                  <v:path gradientshapeok="t" o:connecttype="rect"/>
                </v:shapetype>
                <v:shape id="Text Box 17" o:spid="_x0000_s1027" type="#_x0000_t202" style="position:absolute;left:2137;top:25294;width:143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" stroked="f">
                  <v:textbox>
                    <w:txbxContent>
                      <w:p w14:paraId="6119FF65"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v:textbox>
                </v:shape>
                <v:shape id="Text Box 18" o:spid="_x0000_s1028" type="#_x0000_t202" style="position:absolute;left:29807;top:25413;width:161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" stroked="f">
                  <v:textbox>
                    <w:txbxContent>
                      <w:p w14:paraId="4D59DF51" w14:textId="77777777" w:rsidR="005B6E6D" w:rsidRPr="00DE4B61" w:rsidRDefault="005B6E6D" w:rsidP="005B6E6D">
                        <w:pPr>
                          <w:jc w:val="center"/>
                          <w:rPr>
                            <w:rFonts w:ascii="Arial" w:hAnsi="Arial" w:cs="Arial"/>
                            <w:sz w:val="24"/>
                            <w:szCs w:val="24"/>
                          </w:rPr>
                        </w:pPr>
                        <w:proofErr w:type="gramStart"/>
                        <w:r w:rsidRPr="00DE4B61">
                          <w:rPr>
                            <w:rFonts w:ascii="Arial" w:hAnsi="Arial" w:cs="Arial"/>
                            <w:b/>
                            <w:bCs/>
                            <w:sz w:val="24"/>
                            <w:szCs w:val="24"/>
                          </w:rPr>
                          <w:t>variety-Indum-11</w:t>
                        </w:r>
                        <w:proofErr w:type="gramEnd"/>
                      </w:p>
                      <w:p w14:paraId="0BD9036A" w14:textId="77777777" w:rsidR="005B6E6D" w:rsidRDefault="005B6E6D" w:rsidP="005B6E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2.jpg" style="position:absolute;width:47263;height:2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" stroked="t" strokeweight="3pt">
                  <v:stroke endcap="square"/>
                  <v:imagedata r:id="rId19" o:title="l2" croptop="2912f" cropbottom="1456f" cropright="819f"/>
                  <v:shadow on="t" color="black" opacity="28180f" origin="-.5,-.5" offset=".74836mm,.74836mm"/>
                </v:shape>
                <v:shape id="Picture 14" o:spid="_x0000_s1030" type="#_x0000_t75" alt="c2.jpg" style="position:absolute;left:19000;top:31077;width:13657;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" stroked="t" strokeweight="3pt">
                  <v:stroke endcap="square"/>
                  <v:imagedata r:id="rId20" o:title="c2"/>
                  <v:shadow on="t" color="black" opacity="28180f" origin="-.5,-.5" offset=".74836mm,.74836mm"/>
                </v:shape>
                <v:shape id="Picture 13" o:spid="_x0000_s1031" type="#_x0000_t75" alt="bp c.jpg" style="position:absolute;left:34082;top:30959;width:1401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" stroked="t" strokeweight="3pt">
                  <v:stroke endcap="square"/>
                  <v:imagedata r:id="rId21" o:title="bp c" croptop="3641f" cropbottom="13835f" cropleft="1699f" cropright="4288f"/>
                  <v:shadow on="t" color="black" opacity="28180f" origin="-.5,-.5" offset=".74836mm,.74836mm"/>
                </v:shape>
                <v:shape id="Picture 15" o:spid="_x0000_s1032" type="#_x0000_t75" alt="crop.jpg" style="position:absolute;left:118;top:31077;width:14726;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" stroked="t" strokeweight="3pt">
                  <v:stroke endcap="square"/>
                  <v:imagedata r:id="rId22" o:title="crop" croptop="8738f" cropbottom="9466f"/>
                  <v:shadow on="t" color="black" opacity="28180f" origin="-.5,-.5" offset=".74836mm,.74836mm"/>
                </v:shape>
                <w10:wrap type="square" anchorx="margin" anchory="margin"/>
              </v:group>
            </w:pict>
          </mc:Fallback>
        </mc:AlternateContent>
      </w:r>
    </w:p>
    <w:p w14:paraId="4953D017" w14:textId="77777777" w:rsidR="005B6E6D" w:rsidRPr="00364491" w:rsidRDefault="005B6E6D" w:rsidP="005B6E6D">
      <w:pPr>
        <w:spacing w:after="240" w:line="360" w:lineRule="auto"/>
        <w:ind w:hanging="90"/>
        <w:jc w:val="center"/>
        <w:rPr>
          <w:rFonts w:ascii="Arial" w:hAnsi="Arial" w:cs="Arial"/>
          <w:b/>
          <w:bCs/>
          <w:i/>
          <w:sz w:val="24"/>
          <w:szCs w:val="24"/>
        </w:rPr>
      </w:pPr>
      <w:r w:rsidRPr="00364491">
        <w:rPr>
          <w:rFonts w:ascii="Arial" w:hAnsi="Arial" w:cs="Arial"/>
          <w:b/>
          <w:bCs/>
          <w:i/>
          <w:sz w:val="24"/>
          <w:szCs w:val="24"/>
        </w:rPr>
        <w:t xml:space="preserve">(a) Pot culture for </w:t>
      </w:r>
      <w:proofErr w:type="spellStart"/>
      <w:r w:rsidRPr="00364491">
        <w:rPr>
          <w:rFonts w:ascii="Arial" w:hAnsi="Arial" w:cs="Arial"/>
          <w:b/>
          <w:bCs/>
          <w:i/>
          <w:sz w:val="24"/>
          <w:szCs w:val="24"/>
        </w:rPr>
        <w:t>pathogenisity</w:t>
      </w:r>
      <w:proofErr w:type="spellEnd"/>
      <w:r w:rsidRPr="00364491">
        <w:rPr>
          <w:rFonts w:ascii="Arial" w:hAnsi="Arial" w:cs="Arial"/>
          <w:b/>
          <w:bCs/>
          <w:i/>
          <w:sz w:val="24"/>
          <w:szCs w:val="24"/>
        </w:rPr>
        <w:t xml:space="preserve"> test</w:t>
      </w:r>
    </w:p>
    <w:p w14:paraId="2F62EF9A" w14:textId="77777777" w:rsidR="005B6E6D" w:rsidRPr="00364491"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mc:AlternateContent>
          <mc:Choice Requires="wpg">
            <w:drawing>
              <wp:anchor distT="0" distB="0" distL="114300" distR="114300" simplePos="0" relativeHeight="251654656" behindDoc="0" locked="0" layoutInCell="1" allowOverlap="1" wp14:anchorId="7DF5A94F" wp14:editId="546D2F50">
                <wp:simplePos x="0" y="0"/>
                <wp:positionH relativeFrom="column">
                  <wp:posOffset>85725</wp:posOffset>
                </wp:positionH>
                <wp:positionV relativeFrom="paragraph">
                  <wp:posOffset>-4445</wp:posOffset>
                </wp:positionV>
                <wp:extent cx="4366895" cy="2600325"/>
                <wp:effectExtent l="76200" t="76200" r="128905" b="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id="854797949" name="Picture 17" descr="HUMID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67283" cy="240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wps:txbx>
                        <wps:bodyPr rot="0" vert="horz" wrap="square" lIns="91440" tIns="45720" rIns="91440" bIns="45720" anchor="t" anchorCtr="0" upright="1">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variety-Indum</w:t>
                              </w:r>
                              <w:r w:rsidRPr="003F5FC1">
                                <w:rPr>
                                  <w:rFonts w:ascii="Arial" w:hAnsi="Arial" w:cs="Arial"/>
                                  <w:b/>
                                  <w:bCs/>
                                </w:rPr>
                                <w:t>-11</w:t>
                              </w:r>
                              <w:proofErr w:type="gramEnd"/>
                            </w:p>
                            <w:p w14:paraId="0477DDC6" w14:textId="77777777" w:rsidR="005B6E6D" w:rsidRDefault="005B6E6D" w:rsidP="005B6E6D">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F5A94F" id="Group 703011975" o:spid="_x0000_s1033" style="position:absolute;left:0;text-align:left;margin-left:6.75pt;margin-top:-.35pt;width:343.85pt;height:204.75pt;z-index:251654656;mso-height-relative:margin" coordsize="43672,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">
                <v:shape id="Picture 17" o:spid="_x0000_s1034" type="#_x0000_t75" alt="HUMIDITY.jpg" style="position:absolute;width:43672;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" stroked="t" strokeweight="3pt">
                  <v:stroke endcap="square"/>
                  <v:imagedata r:id="rId24" o:title="HUMIDITY"/>
                  <v:shadow on="t" color="black" opacity="28180f" origin="-.5,-.5" offset=".74836mm,.74836mm"/>
                </v:shape>
                <v:shape id="Text Box 20" o:spid="_x0000_s1035" type="#_x0000_t202" style="position:absolute;left:2729;top:24975;width:1322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" filled="f" stroked="f">
                  <v:textbox>
                    <w:txbxContent>
                      <w:p w14:paraId="76B155AB"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variety-AK-47</w:t>
                        </w:r>
                        <w:proofErr w:type="gramEnd"/>
                      </w:p>
                    </w:txbxContent>
                  </v:textbox>
                </v:shape>
                <v:shape id="Text Box 21" o:spid="_x0000_s1036" type="#_x0000_t202" style="position:absolute;left:27704;top:25111;width:147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" filled="f" stroked="f">
                  <v:textbox>
                    <w:txbxContent>
                      <w:p w14:paraId="3C7C37DD" w14:textId="77777777" w:rsidR="005B6E6D" w:rsidRPr="003F5FC1" w:rsidRDefault="005B6E6D" w:rsidP="005B6E6D">
                        <w:pPr>
                          <w:jc w:val="center"/>
                          <w:rPr>
                            <w:rFonts w:ascii="Arial" w:hAnsi="Arial" w:cs="Arial"/>
                            <w:sz w:val="24"/>
                            <w:szCs w:val="24"/>
                          </w:rPr>
                        </w:pPr>
                        <w:proofErr w:type="gramStart"/>
                        <w:r w:rsidRPr="003F5FC1">
                          <w:rPr>
                            <w:rFonts w:ascii="Arial" w:hAnsi="Arial" w:cs="Arial"/>
                            <w:b/>
                            <w:bCs/>
                            <w:sz w:val="24"/>
                            <w:szCs w:val="24"/>
                          </w:rPr>
                          <w:t>variety-Indum</w:t>
                        </w:r>
                        <w:r w:rsidRPr="003F5FC1">
                          <w:rPr>
                            <w:rFonts w:ascii="Arial" w:hAnsi="Arial" w:cs="Arial"/>
                            <w:b/>
                            <w:bCs/>
                          </w:rPr>
                          <w:t>-11</w:t>
                        </w:r>
                        <w:proofErr w:type="gramEnd"/>
                      </w:p>
                      <w:p w14:paraId="0477DDC6" w14:textId="77777777" w:rsidR="005B6E6D" w:rsidRDefault="005B6E6D" w:rsidP="005B6E6D">
                        <w:pPr>
                          <w:jc w:val="center"/>
                        </w:pPr>
                      </w:p>
                    </w:txbxContent>
                  </v:textbox>
                </v:shape>
              </v:group>
            </w:pict>
          </mc:Fallback>
        </mc:AlternateContent>
      </w:r>
    </w:p>
    <w:p w14:paraId="018EBA58" w14:textId="77777777" w:rsidR="005B6E6D" w:rsidRPr="00364491" w:rsidRDefault="005B6E6D" w:rsidP="005B6E6D">
      <w:pPr>
        <w:spacing w:after="240" w:line="360" w:lineRule="auto"/>
        <w:jc w:val="both"/>
        <w:rPr>
          <w:rFonts w:ascii="Arial" w:hAnsi="Arial" w:cs="Arial"/>
          <w:b/>
          <w:bCs/>
          <w:i/>
          <w:sz w:val="24"/>
          <w:szCs w:val="24"/>
        </w:rPr>
      </w:pPr>
    </w:p>
    <w:p w14:paraId="5B8F7BD0" w14:textId="77777777" w:rsidR="005B6E6D" w:rsidRDefault="005B6E6D" w:rsidP="005B6E6D">
      <w:pPr>
        <w:spacing w:after="240" w:line="360" w:lineRule="auto"/>
        <w:jc w:val="both"/>
        <w:rPr>
          <w:rFonts w:ascii="Arial" w:hAnsi="Arial" w:cs="Arial"/>
          <w:b/>
          <w:bCs/>
          <w:i/>
          <w:sz w:val="24"/>
          <w:szCs w:val="24"/>
        </w:rPr>
      </w:pPr>
      <w:r w:rsidRPr="00364491">
        <w:rPr>
          <w:rFonts w:ascii="Arial" w:hAnsi="Arial" w:cs="Arial"/>
          <w:b/>
          <w:bCs/>
          <w:i/>
          <w:sz w:val="24"/>
          <w:szCs w:val="24"/>
        </w:rPr>
        <w:t xml:space="preserve">    </w:t>
      </w:r>
    </w:p>
    <w:p w14:paraId="2A8DBD19" w14:textId="77777777" w:rsidR="005B6E6D" w:rsidRDefault="005B6E6D" w:rsidP="005B6E6D">
      <w:pPr>
        <w:spacing w:after="240" w:line="360" w:lineRule="auto"/>
        <w:jc w:val="both"/>
        <w:rPr>
          <w:rFonts w:ascii="Arial" w:hAnsi="Arial" w:cs="Arial"/>
          <w:b/>
          <w:bCs/>
          <w:i/>
          <w:sz w:val="24"/>
          <w:szCs w:val="24"/>
        </w:rPr>
      </w:pPr>
    </w:p>
    <w:p w14:paraId="1A9C218E" w14:textId="77777777" w:rsidR="005B6E6D" w:rsidRDefault="005B6E6D" w:rsidP="005B6E6D">
      <w:pPr>
        <w:spacing w:after="240" w:line="360" w:lineRule="auto"/>
        <w:jc w:val="both"/>
        <w:rPr>
          <w:rFonts w:ascii="Arial" w:hAnsi="Arial" w:cs="Arial"/>
          <w:b/>
          <w:bCs/>
          <w:i/>
          <w:sz w:val="24"/>
          <w:szCs w:val="24"/>
        </w:rPr>
      </w:pPr>
    </w:p>
    <w:p w14:paraId="72C00446" w14:textId="77777777" w:rsidR="005B6E6D" w:rsidRDefault="005B6E6D" w:rsidP="005B6E6D">
      <w:pPr>
        <w:spacing w:after="240" w:line="360" w:lineRule="auto"/>
        <w:jc w:val="both"/>
        <w:rPr>
          <w:rFonts w:ascii="Arial" w:hAnsi="Arial" w:cs="Arial"/>
          <w:b/>
          <w:bCs/>
          <w:i/>
          <w:sz w:val="24"/>
          <w:szCs w:val="24"/>
        </w:rPr>
      </w:pPr>
    </w:p>
    <w:p w14:paraId="4B70DA67" w14:textId="77777777" w:rsidR="005B6E6D" w:rsidRPr="00FD48B1" w:rsidRDefault="005B6E6D" w:rsidP="005B6E6D">
      <w:pPr>
        <w:spacing w:after="240" w:line="360" w:lineRule="auto"/>
        <w:jc w:val="both"/>
        <w:rPr>
          <w:rFonts w:ascii="Arial" w:hAnsi="Arial" w:cs="Arial"/>
          <w:b/>
          <w:bCs/>
          <w:i/>
          <w:sz w:val="12"/>
          <w:szCs w:val="24"/>
        </w:rPr>
      </w:pPr>
    </w:p>
    <w:p w14:paraId="43778DB1" w14:textId="77777777" w:rsidR="005B6E6D" w:rsidRDefault="005B6E6D" w:rsidP="005B6E6D">
      <w:pPr>
        <w:spacing w:after="240" w:line="360" w:lineRule="auto"/>
        <w:jc w:val="center"/>
        <w:rPr>
          <w:rFonts w:ascii="Arial" w:hAnsi="Arial" w:cs="Arial"/>
          <w:b/>
          <w:bCs/>
          <w:i/>
          <w:sz w:val="24"/>
          <w:szCs w:val="24"/>
        </w:rPr>
      </w:pPr>
      <w:r w:rsidRPr="00364491">
        <w:rPr>
          <w:rFonts w:ascii="Arial" w:hAnsi="Arial" w:cs="Arial"/>
          <w:b/>
          <w:bCs/>
          <w:i/>
          <w:sz w:val="24"/>
          <w:szCs w:val="24"/>
        </w:rPr>
        <w:t>(b)</w:t>
      </w:r>
      <w:r>
        <w:rPr>
          <w:rFonts w:ascii="Arial" w:hAnsi="Arial" w:cs="Arial"/>
          <w:b/>
          <w:bCs/>
          <w:i/>
          <w:sz w:val="24"/>
          <w:szCs w:val="24"/>
        </w:rPr>
        <w:t xml:space="preserve"> Humidity was maintain for </w:t>
      </w:r>
      <w:proofErr w:type="spellStart"/>
      <w:r>
        <w:rPr>
          <w:rFonts w:ascii="Arial" w:hAnsi="Arial" w:cs="Arial"/>
          <w:b/>
          <w:bCs/>
          <w:i/>
          <w:sz w:val="24"/>
          <w:szCs w:val="24"/>
        </w:rPr>
        <w:t>pathogenisity</w:t>
      </w:r>
      <w:proofErr w:type="spellEnd"/>
      <w:r>
        <w:rPr>
          <w:rFonts w:ascii="Arial" w:hAnsi="Arial" w:cs="Arial"/>
          <w:b/>
          <w:bCs/>
          <w:i/>
          <w:sz w:val="24"/>
          <w:szCs w:val="24"/>
        </w:rPr>
        <w:t xml:space="preserve"> test</w:t>
      </w:r>
    </w:p>
    <w:p w14:paraId="5C8384D5" w14:textId="0B1F35E4" w:rsidR="005B6E6D" w:rsidRPr="0081191B" w:rsidRDefault="00675CFB" w:rsidP="005B6E6D">
      <w:pPr>
        <w:spacing w:line="360" w:lineRule="auto"/>
        <w:ind w:left="1080" w:hanging="1080"/>
        <w:jc w:val="both"/>
        <w:rPr>
          <w:rFonts w:ascii="Arial" w:hAnsi="Arial" w:cs="Arial"/>
          <w:b/>
          <w:bCs/>
          <w:i/>
        </w:rPr>
      </w:pPr>
      <w:r w:rsidRPr="00D44026">
        <w:rPr>
          <w:rFonts w:ascii="Arial" w:hAnsi="Arial" w:cs="Arial"/>
          <w:b/>
          <w:bCs/>
          <w:sz w:val="24"/>
          <w:szCs w:val="24"/>
          <w:highlight w:val="yellow"/>
        </w:rPr>
        <w:t>Figure</w:t>
      </w:r>
      <w:r w:rsidR="005B6E6D" w:rsidRPr="00D44026">
        <w:rPr>
          <w:rFonts w:ascii="Arial" w:hAnsi="Arial" w:cs="Arial"/>
          <w:b/>
          <w:bCs/>
          <w:sz w:val="24"/>
          <w:szCs w:val="24"/>
          <w:highlight w:val="yellow"/>
        </w:rPr>
        <w:t xml:space="preserve"> </w:t>
      </w:r>
      <w:r w:rsidR="00663AD9" w:rsidRPr="00D44026">
        <w:rPr>
          <w:rFonts w:ascii="Arial" w:hAnsi="Arial" w:cs="Arial"/>
          <w:b/>
          <w:bCs/>
          <w:sz w:val="24"/>
          <w:szCs w:val="24"/>
          <w:highlight w:val="yellow"/>
        </w:rPr>
        <w:t>2</w:t>
      </w:r>
      <w:r w:rsidR="005B6E6D" w:rsidRPr="00675CFB">
        <w:rPr>
          <w:rFonts w:ascii="Arial" w:hAnsi="Arial" w:cs="Arial"/>
          <w:b/>
          <w:bCs/>
          <w:sz w:val="24"/>
          <w:szCs w:val="24"/>
        </w:rPr>
        <w:t>.</w:t>
      </w:r>
      <w:r w:rsidR="005B6E6D" w:rsidRPr="0081191B">
        <w:rPr>
          <w:rFonts w:ascii="Arial" w:hAnsi="Arial" w:cs="Arial"/>
          <w:b/>
          <w:bCs/>
          <w:i/>
          <w:sz w:val="24"/>
          <w:szCs w:val="24"/>
        </w:rPr>
        <w:t xml:space="preserve"> </w:t>
      </w:r>
      <w:r w:rsidR="005B6E6D">
        <w:rPr>
          <w:rFonts w:ascii="Arial" w:hAnsi="Arial" w:cs="Arial"/>
          <w:b/>
          <w:bCs/>
          <w:i/>
          <w:sz w:val="24"/>
          <w:szCs w:val="24"/>
        </w:rPr>
        <w:t xml:space="preserve">(a) </w:t>
      </w:r>
      <w:r w:rsidR="005B6E6D" w:rsidRPr="001D31AB">
        <w:rPr>
          <w:rFonts w:ascii="Arial" w:hAnsi="Arial" w:cs="Arial"/>
          <w:b/>
          <w:bCs/>
          <w:i/>
          <w:sz w:val="24"/>
          <w:szCs w:val="24"/>
        </w:rPr>
        <w:t xml:space="preserve">Pot culture for </w:t>
      </w:r>
      <w:proofErr w:type="spellStart"/>
      <w:r w:rsidR="005B6E6D" w:rsidRPr="001D31AB">
        <w:rPr>
          <w:rFonts w:ascii="Arial" w:hAnsi="Arial" w:cs="Arial"/>
          <w:b/>
          <w:bCs/>
          <w:i/>
          <w:sz w:val="24"/>
          <w:szCs w:val="24"/>
        </w:rPr>
        <w:t>pathogenisity</w:t>
      </w:r>
      <w:proofErr w:type="spellEnd"/>
      <w:r w:rsidR="005B6E6D" w:rsidRPr="001D31AB">
        <w:rPr>
          <w:rFonts w:ascii="Arial" w:hAnsi="Arial" w:cs="Arial"/>
          <w:b/>
          <w:bCs/>
          <w:i/>
          <w:sz w:val="24"/>
          <w:szCs w:val="24"/>
        </w:rPr>
        <w:t xml:space="preserve"> test</w:t>
      </w:r>
      <w:r w:rsidR="005B6E6D">
        <w:rPr>
          <w:rFonts w:ascii="Arial" w:hAnsi="Arial" w:cs="Arial"/>
          <w:b/>
          <w:bCs/>
          <w:i/>
          <w:sz w:val="24"/>
          <w:szCs w:val="24"/>
        </w:rPr>
        <w:t>;</w:t>
      </w:r>
      <w:r w:rsidR="005B6E6D" w:rsidRPr="001D31AB">
        <w:rPr>
          <w:rFonts w:ascii="Arial" w:hAnsi="Arial" w:cs="Arial"/>
          <w:b/>
          <w:bCs/>
          <w:i/>
          <w:sz w:val="24"/>
          <w:szCs w:val="24"/>
        </w:rPr>
        <w:t xml:space="preserve"> </w:t>
      </w:r>
      <w:r w:rsidR="005B6E6D">
        <w:rPr>
          <w:rFonts w:ascii="Arial" w:hAnsi="Arial" w:cs="Arial"/>
          <w:b/>
          <w:bCs/>
          <w:i/>
        </w:rPr>
        <w:t>(b)</w:t>
      </w:r>
      <w:r w:rsidR="005B6E6D">
        <w:rPr>
          <w:rFonts w:ascii="Arial" w:hAnsi="Arial" w:cs="Arial"/>
          <w:b/>
          <w:bCs/>
          <w:sz w:val="24"/>
          <w:szCs w:val="24"/>
        </w:rPr>
        <w:t xml:space="preserve"> Humidity was </w:t>
      </w:r>
      <w:r w:rsidR="005B6E6D" w:rsidRPr="008D2691">
        <w:rPr>
          <w:rFonts w:ascii="Arial" w:hAnsi="Arial" w:cs="Arial"/>
          <w:b/>
          <w:bCs/>
          <w:sz w:val="24"/>
          <w:szCs w:val="24"/>
        </w:rPr>
        <w:t xml:space="preserve">maintain for </w:t>
      </w:r>
      <w:proofErr w:type="spellStart"/>
      <w:r w:rsidR="005B6E6D" w:rsidRPr="008D2691">
        <w:rPr>
          <w:rFonts w:ascii="Arial" w:hAnsi="Arial" w:cs="Arial"/>
          <w:b/>
          <w:bCs/>
          <w:sz w:val="24"/>
          <w:szCs w:val="24"/>
        </w:rPr>
        <w:t>pathogenisity</w:t>
      </w:r>
      <w:proofErr w:type="spellEnd"/>
      <w:r w:rsidR="005B6E6D" w:rsidRPr="008D2691">
        <w:rPr>
          <w:rFonts w:ascii="Arial" w:hAnsi="Arial" w:cs="Arial"/>
          <w:b/>
          <w:bCs/>
          <w:sz w:val="24"/>
          <w:szCs w:val="24"/>
        </w:rPr>
        <w:t xml:space="preserve"> test</w:t>
      </w:r>
    </w:p>
    <w:p w14:paraId="3C8BCECC" w14:textId="77777777" w:rsidR="005B6E6D" w:rsidRDefault="005B6E6D" w:rsidP="005B6E6D">
      <w:pPr>
        <w:spacing w:after="240" w:line="360" w:lineRule="auto"/>
        <w:jc w:val="both"/>
        <w:rPr>
          <w:rFonts w:ascii="Arial" w:hAnsi="Arial" w:cs="Arial"/>
          <w:b/>
          <w:bCs/>
          <w:i/>
          <w:sz w:val="24"/>
          <w:szCs w:val="24"/>
        </w:rPr>
        <w:sectPr w:rsidR="005B6E6D" w:rsidSect="0034027B">
          <w:pgSz w:w="11920" w:h="16850"/>
          <w:pgMar w:top="1440" w:right="1440" w:bottom="1440" w:left="2160" w:header="0" w:footer="720" w:gutter="720"/>
          <w:pgNumType w:start="31"/>
          <w:cols w:space="720"/>
          <w:titlePg/>
          <w:docGrid w:linePitch="299"/>
        </w:sectPr>
      </w:pPr>
    </w:p>
    <w:p w14:paraId="5A8945C5" w14:textId="77777777" w:rsidR="005B6E6D"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w:lastRenderedPageBreak/>
        <mc:AlternateContent>
          <mc:Choice Requires="wpg">
            <w:drawing>
              <wp:anchor distT="0" distB="0" distL="114300" distR="114300" simplePos="0" relativeHeight="251656704" behindDoc="0" locked="0" layoutInCell="1" allowOverlap="1" wp14:anchorId="7BBCF463" wp14:editId="1AF8827D">
                <wp:simplePos x="1864426" y="961901"/>
                <wp:positionH relativeFrom="margin">
                  <wp:align>center</wp:align>
                </wp:positionH>
                <wp:positionV relativeFrom="margin">
                  <wp:align>top</wp:align>
                </wp:positionV>
                <wp:extent cx="4750130" cy="8134598"/>
                <wp:effectExtent l="0" t="76200" r="69850" b="1905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id="703011968" name="Picture 19" descr="initial.jpg"/>
                          <pic:cNvPicPr/>
                        </pic:nvPicPr>
                        <pic:blipFill>
                          <a:blip r:embed="rId25" cstate="print">
                            <a:extLst>
                              <a:ext uri="{28A0092B-C50C-407E-A947-70E740481C1C}">
                                <a14:useLocalDpi xmlns:a14="http://schemas.microsoft.com/office/drawing/2010/main" val="0"/>
                              </a:ext>
                            </a:extLst>
                          </a:blip>
                          <a:srcRect t="7377" b="12568"/>
                          <a:stretch>
                            <a:fillRect/>
                          </a:stretch>
                        </pic:blipFill>
                        <pic:spPr>
                          <a:xfrm>
                            <a:off x="95003" y="0"/>
                            <a:ext cx="2173184"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0" name="Picture 21" descr="LEAF Stearioscop.jpg"/>
                          <pic:cNvPicPr/>
                        </pic:nvPicPr>
                        <pic:blipFill>
                          <a:blip r:embed="rId26" cstate="print">
                            <a:extLst>
                              <a:ext uri="{28A0092B-C50C-407E-A947-70E740481C1C}">
                                <a14:useLocalDpi xmlns:a14="http://schemas.microsoft.com/office/drawing/2010/main" val="0"/>
                              </a:ext>
                            </a:extLst>
                          </a:blip>
                          <a:srcRect t="15555" b="11111"/>
                          <a:stretch>
                            <a:fillRect/>
                          </a:stretch>
                        </pic:blipFill>
                        <pic:spPr>
                          <a:xfrm>
                            <a:off x="2612571" y="0"/>
                            <a:ext cx="2030681"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(b) Stereoscopic image of </w:t>
                              </w:r>
                              <w:proofErr w:type="spellStart"/>
                              <w:r w:rsidRPr="005524D9">
                                <w:rPr>
                                  <w:rFonts w:ascii="Arial" w:hAnsi="Arial" w:cs="Arial"/>
                                  <w:b/>
                                  <w:sz w:val="24"/>
                                </w:rPr>
                                <w:t>acervuli</w:t>
                              </w:r>
                              <w:proofErr w:type="spellEnd"/>
                              <w:r w:rsidRPr="005524D9">
                                <w:rPr>
                                  <w:rFonts w:ascii="Arial" w:hAnsi="Arial" w:cs="Arial"/>
                                  <w:b/>
                                  <w:sz w:val="24"/>
                                </w:rPr>
                                <w:t xml:space="preserve"> on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1" name="Picture 22" descr="twig.jpg"/>
                          <pic:cNvPicPr/>
                        </pic:nvPicPr>
                        <pic:blipFill>
                          <a:blip r:embed="rId27" cstate="print">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2"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(d) Symptom on red fruit of </w:t>
                              </w:r>
                              <w:proofErr w:type="spellStart"/>
                              <w:r w:rsidRPr="005524D9">
                                <w:rPr>
                                  <w:rFonts w:ascii="Arial" w:hAnsi="Arial" w:cs="Arial"/>
                                  <w:b/>
                                  <w:sz w:val="24"/>
                                </w:rPr>
                                <w:t>chilli</w:t>
                              </w:r>
                              <w:proofErr w:type="spellEnd"/>
                              <w:r w:rsidRPr="005524D9">
                                <w:rPr>
                                  <w:rFonts w:ascii="Arial" w:hAnsi="Arial" w:cs="Arial"/>
                                  <w:b/>
                                  <w:sz w:val="24"/>
                                </w:rPr>
                                <w:t xml:space="preserve">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8" name="Picture 27" descr="green fruit chilli.jpg"/>
                          <pic:cNvPicPr/>
                        </pic:nvPicPr>
                        <pic:blipFill>
                          <a:blip r:embed="rId29" cstate="print">
                            <a:extLst>
                              <a:ext uri="{28A0092B-C50C-407E-A947-70E740481C1C}">
                                <a14:useLocalDpi xmlns:a14="http://schemas.microsoft.com/office/drawing/2010/main" val="0"/>
                              </a:ext>
                            </a:extLst>
                          </a:blip>
                          <a:stretch>
                            <a:fillRect/>
                          </a:stretch>
                        </pic:blipFill>
                        <pic:spPr>
                          <a:xfrm rot="16200000" flipV="1">
                            <a:off x="1353787" y="5011388"/>
                            <a:ext cx="1935678" cy="336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wps:txbx>
                        <wps:bodyPr rot="0" vert="horz" wrap="square" lIns="91440" tIns="45720" rIns="91440" bIns="45720" anchor="t" anchorCtr="0" upright="1">
                          <a:noAutofit/>
                        </wps:bodyPr>
                      </wps:wsp>
                    </wpg:wgp>
                  </a:graphicData>
                </a:graphic>
              </wp:anchor>
            </w:drawing>
          </mc:Choice>
          <mc:Fallback>
            <w:pict>
              <v:group w14:anchorId="7BBCF463" id="Group 703011983" o:spid="_x0000_s1037" style="position:absolute;left:0;text-align:left;margin-left:0;margin-top:0;width:374.05pt;height:640.5pt;z-index:251656704;mso-position-horizontal:center;mso-position-horizontal-relative:margin;mso-position-vertical:top;mso-position-vertical-relative:margin" coordsize="47501,8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">
                <v:shape id="Picture 19" o:spid="_x0000_s1038" type="#_x0000_t75" alt="initial.jpg" style="position:absolute;left:950;width:21731;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" stroked="t" strokeweight="3pt">
                  <v:stroke endcap="square"/>
                  <v:imagedata r:id="rId30" o:title="initial" croptop="4835f" cropbottom="8237f"/>
                  <v:shadow on="t" color="black" opacity="28180f" origin="-.5,-.5" offset=".74836mm,.74836mm"/>
                </v:shape>
                <v:shape id="Picture 21" o:spid="_x0000_s1039" type="#_x0000_t75" alt="LEAF Stearioscop.jpg" style="position:absolute;left:26125;width:203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" stroked="t" strokeweight="3pt">
                  <v:stroke endcap="square"/>
                  <v:imagedata r:id="rId31" o:title="LEAF Stearioscop" croptop="10194f" cropbottom="7282f"/>
                  <v:shadow on="t" color="black" opacity="28180f" origin="-.5,-.5" offset=".74836mm,.74836mm"/>
                </v:shape>
                <v:shape id="Text Box 703011976" o:spid="_x0000_s1040" type="#_x0000_t202" style="position:absolute;left:831;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" filled="f" stroked="f" strokeweight=".5pt">
                  <v:textbo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v:textbox>
                </v:shape>
                <v:shape id="Text Box 703011977" o:spid="_x0000_s1041" type="#_x0000_t202" style="position:absolute;left:25413;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" filled="f" stroked="f" strokeweight=".5pt">
                  <v:textbo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(b) Stereoscopic image of </w:t>
                        </w:r>
                        <w:proofErr w:type="spellStart"/>
                        <w:r w:rsidRPr="005524D9">
                          <w:rPr>
                            <w:rFonts w:ascii="Arial" w:hAnsi="Arial" w:cs="Arial"/>
                            <w:b/>
                            <w:sz w:val="24"/>
                          </w:rPr>
                          <w:t>acervuli</w:t>
                        </w:r>
                        <w:proofErr w:type="spellEnd"/>
                        <w:r w:rsidRPr="005524D9">
                          <w:rPr>
                            <w:rFonts w:ascii="Arial" w:hAnsi="Arial" w:cs="Arial"/>
                            <w:b/>
                            <w:sz w:val="24"/>
                          </w:rPr>
                          <w:t xml:space="preserve"> on leaves</w:t>
                        </w:r>
                      </w:p>
                    </w:txbxContent>
                  </v:textbox>
                </v:shape>
                <v:shape id="Picture 22" o:spid="_x0000_s1042" type="#_x0000_t75" alt="twig.jpg" style="position:absolute;left:1068;top:29569;width:21851;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" stroked="t" strokeweight="3pt">
                  <v:stroke endcap="square"/>
                  <v:imagedata r:id="rId32" o:title="twig"/>
                  <v:shadow on="t" color="black" opacity="28180f" origin="-.5,-.5" offset=".74836mm,.74836mm"/>
                </v:shape>
                <v:shape id="Picture 23" o:spid="_x0000_s1043" type="#_x0000_t75" style="position:absolute;left:26363;top:29688;width:2042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" stroked="t" strokeweight="3pt">
                  <v:stroke endcap="square"/>
                  <v:imagedata r:id="rId33" o:title=""/>
                  <v:shadow on="t" color="black" opacity="28180f" origin="-.5,-.5" offset=".74836mm,.74836mm"/>
                </v:shape>
                <v:shape id="Text Box 703011981" o:spid="_x0000_s1044" type="#_x0000_t202" style="position:absolute;left:1781;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" filled="f" stroked="f" strokeweight=".5pt">
                  <v:textbo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v:textbox>
                </v:shape>
                <v:shape id="Text Box 703011982" o:spid="_x0000_s1045" type="#_x0000_t202" style="position:absolute;left:25769;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" filled="f" stroked="f" strokeweight=".5pt">
                  <v:textbo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(d) Symptom on red fruit of </w:t>
                        </w:r>
                        <w:proofErr w:type="spellStart"/>
                        <w:r w:rsidRPr="005524D9">
                          <w:rPr>
                            <w:rFonts w:ascii="Arial" w:hAnsi="Arial" w:cs="Arial"/>
                            <w:b/>
                            <w:sz w:val="24"/>
                          </w:rPr>
                          <w:t>chilli</w:t>
                        </w:r>
                        <w:proofErr w:type="spellEnd"/>
                        <w:r w:rsidRPr="005524D9">
                          <w:rPr>
                            <w:rFonts w:ascii="Arial" w:hAnsi="Arial" w:cs="Arial"/>
                            <w:b/>
                            <w:sz w:val="24"/>
                          </w:rPr>
                          <w:t xml:space="preserve"> variety AK-47</w:t>
                        </w:r>
                      </w:p>
                    </w:txbxContent>
                  </v:textbox>
                </v:shape>
                <v:shape id="Picture 27" o:spid="_x0000_s1046" type="#_x0000_t75" alt="green fruit chilli.jpg" style="position:absolute;left:13538;top:50113;width:19356;height:3360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" stroked="t" strokeweight="3pt">
                  <v:stroke endcap="square"/>
                  <v:imagedata r:id="rId34" o:title="green fruit chilli"/>
                  <v:shadow on="t" color="black" opacity="28180f" origin="-.5,-.5" offset=".74836mm,.74836mm"/>
                </v:shape>
                <v:shape id="Text Box 22" o:spid="_x0000_s1047" type="#_x0000_t202" style="position:absolute;top:77783;width:475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" strokecolor="white [3212]">
                  <v:textbo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v:textbox>
                </v:shape>
                <w10:wrap type="square" anchorx="margin" anchory="margin"/>
              </v:group>
            </w:pict>
          </mc:Fallback>
        </mc:AlternateContent>
      </w:r>
    </w:p>
    <w:p w14:paraId="5F46725A" w14:textId="620E7946" w:rsidR="005B6E6D" w:rsidRPr="005C1CE8" w:rsidRDefault="00675CFB" w:rsidP="005B6E6D">
      <w:pPr>
        <w:spacing w:after="240" w:line="360" w:lineRule="auto"/>
        <w:jc w:val="both"/>
        <w:rPr>
          <w:rFonts w:ascii="Arial" w:hAnsi="Arial" w:cs="Arial"/>
          <w:b/>
          <w:bCs/>
          <w:i/>
          <w:sz w:val="24"/>
          <w:szCs w:val="24"/>
        </w:rPr>
      </w:pPr>
      <w:r w:rsidRPr="00D44026">
        <w:rPr>
          <w:rFonts w:ascii="Arial" w:hAnsi="Arial" w:cs="Arial"/>
          <w:b/>
          <w:bCs/>
          <w:sz w:val="24"/>
          <w:szCs w:val="24"/>
          <w:highlight w:val="yellow"/>
        </w:rPr>
        <w:t>Figure</w:t>
      </w:r>
      <w:r w:rsidR="005B6E6D" w:rsidRPr="00D44026">
        <w:rPr>
          <w:rFonts w:ascii="Arial" w:hAnsi="Arial" w:cs="Arial"/>
          <w:b/>
          <w:bCs/>
          <w:sz w:val="24"/>
          <w:szCs w:val="24"/>
          <w:highlight w:val="yellow"/>
        </w:rPr>
        <w:t xml:space="preserve"> </w:t>
      </w:r>
      <w:r w:rsidR="00663AD9" w:rsidRPr="00D44026">
        <w:rPr>
          <w:rFonts w:ascii="Arial" w:hAnsi="Arial" w:cs="Arial"/>
          <w:b/>
          <w:bCs/>
          <w:sz w:val="24"/>
          <w:szCs w:val="24"/>
          <w:highlight w:val="yellow"/>
        </w:rPr>
        <w:t>3</w:t>
      </w:r>
      <w:r w:rsidR="005B6E6D" w:rsidRPr="00675CFB">
        <w:rPr>
          <w:rFonts w:ascii="Arial" w:hAnsi="Arial" w:cs="Arial"/>
          <w:b/>
          <w:bCs/>
          <w:sz w:val="24"/>
          <w:szCs w:val="24"/>
        </w:rPr>
        <w:t>.</w:t>
      </w:r>
      <w:r w:rsidR="005B6E6D" w:rsidRPr="001D31AB">
        <w:rPr>
          <w:rFonts w:ascii="Arial" w:hAnsi="Arial" w:cs="Arial"/>
          <w:b/>
          <w:bCs/>
          <w:i/>
          <w:sz w:val="24"/>
          <w:szCs w:val="24"/>
        </w:rPr>
        <w:t xml:space="preserve"> </w:t>
      </w:r>
      <w:r w:rsidR="005B6E6D" w:rsidRPr="001D31AB">
        <w:rPr>
          <w:rFonts w:ascii="Arial" w:hAnsi="Arial" w:cs="Arial"/>
          <w:b/>
          <w:bCs/>
          <w:sz w:val="24"/>
          <w:szCs w:val="24"/>
        </w:rPr>
        <w:t>(a)</w:t>
      </w:r>
      <w:proofErr w:type="gramStart"/>
      <w:r w:rsidR="005B6E6D" w:rsidRPr="001D31AB">
        <w:rPr>
          <w:rFonts w:ascii="Arial" w:hAnsi="Arial" w:cs="Arial"/>
          <w:b/>
          <w:bCs/>
          <w:sz w:val="24"/>
          <w:szCs w:val="24"/>
        </w:rPr>
        <w:t>-(</w:t>
      </w:r>
      <w:proofErr w:type="gramEnd"/>
      <w:r w:rsidR="005B6E6D" w:rsidRPr="001D31AB">
        <w:rPr>
          <w:rFonts w:ascii="Arial" w:hAnsi="Arial" w:cs="Arial"/>
          <w:b/>
          <w:bCs/>
          <w:sz w:val="24"/>
          <w:szCs w:val="24"/>
        </w:rPr>
        <w:t xml:space="preserve">e) </w:t>
      </w:r>
      <w:proofErr w:type="spellStart"/>
      <w:r w:rsidR="005B6E6D">
        <w:rPr>
          <w:rFonts w:ascii="Arial" w:hAnsi="Arial" w:cs="Arial"/>
          <w:b/>
          <w:bCs/>
          <w:sz w:val="24"/>
          <w:szCs w:val="24"/>
        </w:rPr>
        <w:t>S</w:t>
      </w:r>
      <w:r w:rsidR="005B6E6D" w:rsidRPr="001D31AB">
        <w:rPr>
          <w:rFonts w:ascii="Arial" w:hAnsi="Arial" w:cs="Arial"/>
          <w:b/>
          <w:bCs/>
          <w:sz w:val="24"/>
          <w:szCs w:val="24"/>
        </w:rPr>
        <w:t>ypmtoms</w:t>
      </w:r>
      <w:proofErr w:type="spellEnd"/>
      <w:r w:rsidR="005B6E6D" w:rsidRPr="001D31AB">
        <w:rPr>
          <w:rFonts w:ascii="Arial" w:hAnsi="Arial" w:cs="Arial"/>
          <w:b/>
          <w:bCs/>
          <w:sz w:val="24"/>
          <w:szCs w:val="24"/>
        </w:rPr>
        <w:t xml:space="preserve"> on different parts of </w:t>
      </w:r>
      <w:proofErr w:type="spellStart"/>
      <w:r w:rsidR="005B6E6D" w:rsidRPr="001D31AB">
        <w:rPr>
          <w:rFonts w:ascii="Arial" w:hAnsi="Arial" w:cs="Arial"/>
          <w:b/>
          <w:bCs/>
          <w:sz w:val="24"/>
          <w:szCs w:val="24"/>
        </w:rPr>
        <w:t>chilli</w:t>
      </w:r>
      <w:proofErr w:type="spellEnd"/>
      <w:r w:rsidR="005B6E6D" w:rsidRPr="001D31AB">
        <w:rPr>
          <w:rFonts w:ascii="Arial" w:hAnsi="Arial" w:cs="Arial"/>
          <w:b/>
          <w:bCs/>
          <w:sz w:val="24"/>
          <w:szCs w:val="24"/>
        </w:rPr>
        <w:t xml:space="preserve"> crop</w:t>
      </w:r>
    </w:p>
    <w:p w14:paraId="2C9DD418" w14:textId="46FEEFEC" w:rsidR="005B6E6D" w:rsidRPr="00364491" w:rsidRDefault="005B6E6D" w:rsidP="005B6E6D">
      <w:pPr>
        <w:spacing w:after="240" w:line="360" w:lineRule="auto"/>
        <w:jc w:val="both"/>
        <w:rPr>
          <w:rFonts w:ascii="Arial" w:hAnsi="Arial" w:cs="Arial"/>
          <w:b/>
          <w:sz w:val="24"/>
          <w:szCs w:val="24"/>
        </w:rPr>
      </w:pPr>
      <w:bookmarkStart w:id="1" w:name="_Hlk145512715"/>
      <w:r>
        <w:rPr>
          <w:rFonts w:ascii="Arial" w:hAnsi="Arial" w:cs="Arial"/>
          <w:b/>
          <w:sz w:val="24"/>
          <w:szCs w:val="24"/>
        </w:rPr>
        <w:lastRenderedPageBreak/>
        <w:t>3.2</w:t>
      </w:r>
      <w:r>
        <w:rPr>
          <w:rFonts w:ascii="Arial" w:hAnsi="Arial" w:cs="Arial"/>
          <w:b/>
          <w:sz w:val="24"/>
          <w:szCs w:val="24"/>
        </w:rPr>
        <w:tab/>
      </w:r>
      <w:r w:rsidRPr="00364491">
        <w:rPr>
          <w:rFonts w:ascii="Arial" w:hAnsi="Arial" w:cs="Arial"/>
          <w:b/>
          <w:sz w:val="24"/>
          <w:szCs w:val="24"/>
        </w:rPr>
        <w:t>Cultural characters of Isolated Pathogen</w:t>
      </w:r>
    </w:p>
    <w:p w14:paraId="3DDE57B0" w14:textId="438168DF" w:rsidR="005B6E6D" w:rsidRPr="00364491" w:rsidRDefault="005B6E6D" w:rsidP="005B6E6D">
      <w:pPr>
        <w:spacing w:after="240" w:line="360" w:lineRule="auto"/>
        <w:ind w:firstLine="720"/>
        <w:jc w:val="both"/>
        <w:rPr>
          <w:rFonts w:ascii="Arial" w:hAnsi="Arial" w:cs="Arial"/>
          <w:b/>
          <w:sz w:val="24"/>
          <w:szCs w:val="24"/>
        </w:rPr>
      </w:pPr>
      <w:r w:rsidRPr="00364491">
        <w:rPr>
          <w:rFonts w:ascii="Arial" w:hAnsi="Arial" w:cs="Arial"/>
          <w:sz w:val="24"/>
          <w:szCs w:val="24"/>
        </w:rPr>
        <w:t xml:space="preserve">The variation in cultural characters of </w:t>
      </w:r>
      <w:proofErr w:type="spellStart"/>
      <w:r w:rsidRPr="00364491">
        <w:rPr>
          <w:rFonts w:ascii="Arial" w:hAnsi="Arial" w:cs="Arial"/>
          <w:i/>
          <w:sz w:val="24"/>
          <w:szCs w:val="24"/>
        </w:rPr>
        <w:t>Colletotrichum</w:t>
      </w:r>
      <w:proofErr w:type="spellEnd"/>
      <w:r w:rsidRPr="00364491">
        <w:rPr>
          <w:rFonts w:ascii="Arial" w:hAnsi="Arial" w:cs="Arial"/>
          <w:i/>
          <w:sz w:val="24"/>
          <w:szCs w:val="24"/>
        </w:rPr>
        <w:t xml:space="preserve"> </w:t>
      </w:r>
      <w:proofErr w:type="spellStart"/>
      <w:r w:rsidRPr="00364491">
        <w:rPr>
          <w:rFonts w:ascii="Arial" w:hAnsi="Arial" w:cs="Arial"/>
          <w:i/>
          <w:sz w:val="24"/>
          <w:szCs w:val="24"/>
        </w:rPr>
        <w:t>capsici</w:t>
      </w:r>
      <w:proofErr w:type="spellEnd"/>
      <w:r w:rsidRPr="00364491">
        <w:rPr>
          <w:rFonts w:ascii="Arial" w:hAnsi="Arial" w:cs="Arial"/>
          <w:sz w:val="24"/>
          <w:szCs w:val="24"/>
        </w:rPr>
        <w:t xml:space="preserve"> was studied on the five different solid media and the results thus obtained are presented in </w:t>
      </w:r>
      <w:r w:rsidRPr="00675CFB">
        <w:rPr>
          <w:rFonts w:ascii="Arial" w:hAnsi="Arial" w:cs="Arial"/>
          <w:sz w:val="24"/>
          <w:szCs w:val="24"/>
        </w:rPr>
        <w:t>Table 1 Fig. 1</w:t>
      </w:r>
      <w:r w:rsidRPr="00364491">
        <w:rPr>
          <w:rFonts w:ascii="Arial" w:hAnsi="Arial" w:cs="Arial"/>
          <w:sz w:val="24"/>
          <w:szCs w:val="24"/>
        </w:rPr>
        <w:t xml:space="preserve"> The radial growth, colony characters and sporulation of the fungus were recorded, when the maximum growth was attained on any one of the tested media. The effect of different culture media on the growth of fungi differed significantly</w:t>
      </w:r>
      <w:r>
        <w:rPr>
          <w:rFonts w:ascii="Arial" w:hAnsi="Arial" w:cs="Arial"/>
          <w:b/>
          <w:sz w:val="24"/>
          <w:szCs w:val="24"/>
        </w:rPr>
        <w:t>.</w:t>
      </w:r>
    </w:p>
    <w:p w14:paraId="15D6D2E8" w14:textId="77777777" w:rsidR="005B6E6D" w:rsidRPr="00364491" w:rsidRDefault="005B6E6D" w:rsidP="005B6E6D">
      <w:pPr>
        <w:spacing w:line="360" w:lineRule="auto"/>
        <w:jc w:val="both"/>
        <w:rPr>
          <w:rFonts w:ascii="Arial" w:hAnsi="Arial" w:cs="Arial"/>
          <w:b/>
          <w:sz w:val="24"/>
          <w:szCs w:val="24"/>
        </w:rPr>
      </w:pPr>
      <w:r w:rsidRPr="00364491">
        <w:rPr>
          <w:rFonts w:ascii="Arial" w:hAnsi="Arial" w:cs="Arial"/>
          <w:b/>
          <w:sz w:val="24"/>
          <w:szCs w:val="24"/>
        </w:rPr>
        <w:t xml:space="preserve">Table 1. Growth of </w:t>
      </w:r>
      <w:proofErr w:type="spellStart"/>
      <w:r w:rsidRPr="00364491">
        <w:rPr>
          <w:rFonts w:ascii="Arial" w:hAnsi="Arial" w:cs="Arial"/>
          <w:b/>
          <w:i/>
          <w:sz w:val="24"/>
          <w:szCs w:val="24"/>
        </w:rPr>
        <w:t>Colletotrichum</w:t>
      </w:r>
      <w:proofErr w:type="spellEnd"/>
      <w:r w:rsidRPr="00364491">
        <w:rPr>
          <w:rFonts w:ascii="Arial" w:hAnsi="Arial" w:cs="Arial"/>
          <w:b/>
          <w:i/>
          <w:sz w:val="24"/>
          <w:szCs w:val="24"/>
        </w:rPr>
        <w:t xml:space="preserve"> </w:t>
      </w:r>
      <w:proofErr w:type="spellStart"/>
      <w:r w:rsidRPr="00364491">
        <w:rPr>
          <w:rFonts w:ascii="Arial" w:hAnsi="Arial" w:cs="Arial"/>
          <w:b/>
          <w:i/>
          <w:sz w:val="24"/>
          <w:szCs w:val="24"/>
        </w:rPr>
        <w:t>capsici</w:t>
      </w:r>
      <w:proofErr w:type="spellEnd"/>
      <w:r w:rsidRPr="00364491">
        <w:rPr>
          <w:rFonts w:ascii="Arial" w:hAnsi="Arial" w:cs="Arial"/>
          <w:b/>
          <w:i/>
          <w:sz w:val="24"/>
          <w:szCs w:val="24"/>
        </w:rPr>
        <w:t xml:space="preserve"> </w:t>
      </w:r>
      <w:r w:rsidRPr="00364491">
        <w:rPr>
          <w:rFonts w:ascii="Arial" w:hAnsi="Arial" w:cs="Arial"/>
          <w:b/>
          <w:sz w:val="24"/>
          <w:szCs w:val="24"/>
        </w:rPr>
        <w:t>on different solid media</w:t>
      </w:r>
    </w:p>
    <w:tbl>
      <w:tblPr>
        <w:tblStyle w:val="TableGrid"/>
        <w:tblpPr w:leftFromText="180" w:rightFromText="180" w:vertAnchor="text" w:horzAnchor="margin" w:tblpXSpec="center" w:tblpY="342"/>
        <w:tblW w:w="7634" w:type="dxa"/>
        <w:tblLayout w:type="fixed"/>
        <w:tblLook w:val="04A0" w:firstRow="1" w:lastRow="0" w:firstColumn="1" w:lastColumn="0" w:noHBand="0" w:noVBand="1"/>
      </w:tblPr>
      <w:tblGrid>
        <w:gridCol w:w="4158"/>
        <w:gridCol w:w="1136"/>
        <w:gridCol w:w="1170"/>
        <w:gridCol w:w="1170"/>
      </w:tblGrid>
      <w:tr w:rsidR="005B6E6D" w:rsidRPr="00364491" w14:paraId="7B2C066A" w14:textId="77777777" w:rsidTr="008D4619">
        <w:trPr>
          <w:trHeight w:val="70"/>
        </w:trPr>
        <w:tc>
          <w:tcPr>
            <w:tcW w:w="4158" w:type="dxa"/>
            <w:vMerge w:val="restart"/>
          </w:tcPr>
          <w:bookmarkEnd w:id="1"/>
          <w:p w14:paraId="6D65CB32"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Treatments</w:t>
            </w:r>
          </w:p>
        </w:tc>
        <w:tc>
          <w:tcPr>
            <w:tcW w:w="3476" w:type="dxa"/>
            <w:gridSpan w:val="3"/>
          </w:tcPr>
          <w:p w14:paraId="753130DA"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Mean colony diameter (mm)</w:t>
            </w:r>
          </w:p>
        </w:tc>
      </w:tr>
      <w:tr w:rsidR="005B6E6D" w:rsidRPr="00364491" w14:paraId="28BDF3F2" w14:textId="77777777" w:rsidTr="008D4619">
        <w:trPr>
          <w:trHeight w:val="64"/>
        </w:trPr>
        <w:tc>
          <w:tcPr>
            <w:tcW w:w="4158" w:type="dxa"/>
            <w:vMerge/>
            <w:tcBorders>
              <w:bottom w:val="single" w:sz="4" w:space="0" w:color="auto"/>
            </w:tcBorders>
          </w:tcPr>
          <w:p w14:paraId="62FF0E03" w14:textId="77777777" w:rsidR="005B6E6D" w:rsidRPr="00364491" w:rsidRDefault="005B6E6D" w:rsidP="008D4619">
            <w:pPr>
              <w:spacing w:before="140" w:after="140" w:line="276" w:lineRule="auto"/>
              <w:jc w:val="center"/>
              <w:rPr>
                <w:rFonts w:ascii="Arial" w:hAnsi="Arial" w:cs="Arial"/>
                <w:sz w:val="24"/>
                <w:szCs w:val="24"/>
              </w:rPr>
            </w:pPr>
          </w:p>
        </w:tc>
        <w:tc>
          <w:tcPr>
            <w:tcW w:w="1136" w:type="dxa"/>
          </w:tcPr>
          <w:p w14:paraId="6DC96C8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3 DAI</w:t>
            </w:r>
          </w:p>
        </w:tc>
        <w:tc>
          <w:tcPr>
            <w:tcW w:w="1170" w:type="dxa"/>
          </w:tcPr>
          <w:p w14:paraId="6355059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5 DAI</w:t>
            </w:r>
          </w:p>
        </w:tc>
        <w:tc>
          <w:tcPr>
            <w:tcW w:w="1170" w:type="dxa"/>
          </w:tcPr>
          <w:p w14:paraId="4FC3E1E5"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7 DAI</w:t>
            </w:r>
          </w:p>
        </w:tc>
      </w:tr>
      <w:tr w:rsidR="005E5774" w:rsidRPr="00364491" w14:paraId="50F08996" w14:textId="77777777" w:rsidTr="00CC5316">
        <w:trPr>
          <w:trHeight w:val="64"/>
        </w:trPr>
        <w:tc>
          <w:tcPr>
            <w:tcW w:w="4158" w:type="dxa"/>
            <w:tcBorders>
              <w:top w:val="single" w:sz="4" w:space="0" w:color="auto"/>
              <w:left w:val="single" w:sz="4" w:space="0" w:color="auto"/>
              <w:bottom w:val="single" w:sz="4" w:space="0" w:color="auto"/>
              <w:right w:val="single" w:sz="4" w:space="0" w:color="auto"/>
            </w:tcBorders>
          </w:tcPr>
          <w:p w14:paraId="4AF167C5" w14:textId="77777777" w:rsidR="005E5774" w:rsidRPr="00364491" w:rsidRDefault="005E5774" w:rsidP="008D4619">
            <w:pPr>
              <w:spacing w:before="140" w:after="140" w:line="276" w:lineRule="auto"/>
              <w:rPr>
                <w:rFonts w:ascii="Arial" w:hAnsi="Arial" w:cs="Arial"/>
                <w:sz w:val="24"/>
                <w:szCs w:val="24"/>
              </w:rPr>
            </w:pPr>
            <w:bookmarkStart w:id="2" w:name="_Hlk145516652"/>
            <w:r w:rsidRPr="00364491">
              <w:rPr>
                <w:rFonts w:ascii="Arial" w:hAnsi="Arial" w:cs="Arial"/>
                <w:sz w:val="24"/>
                <w:szCs w:val="24"/>
              </w:rPr>
              <w:t>-Potato Dextrose Agar</w:t>
            </w:r>
            <w:bookmarkEnd w:id="2"/>
          </w:p>
        </w:tc>
        <w:tc>
          <w:tcPr>
            <w:tcW w:w="1136" w:type="dxa"/>
            <w:tcBorders>
              <w:left w:val="single" w:sz="4" w:space="0" w:color="auto"/>
            </w:tcBorders>
          </w:tcPr>
          <w:p w14:paraId="2A26D3FF"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32.33</w:t>
            </w:r>
          </w:p>
        </w:tc>
        <w:tc>
          <w:tcPr>
            <w:tcW w:w="1170" w:type="dxa"/>
          </w:tcPr>
          <w:p w14:paraId="2E9FB8E7"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42.33</w:t>
            </w:r>
          </w:p>
        </w:tc>
        <w:tc>
          <w:tcPr>
            <w:tcW w:w="1170" w:type="dxa"/>
          </w:tcPr>
          <w:p w14:paraId="408532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69.33</w:t>
            </w:r>
          </w:p>
        </w:tc>
      </w:tr>
      <w:tr w:rsidR="005E5774" w:rsidRPr="00364491" w14:paraId="619B264F" w14:textId="77777777" w:rsidTr="00AC2223">
        <w:trPr>
          <w:trHeight w:val="64"/>
        </w:trPr>
        <w:tc>
          <w:tcPr>
            <w:tcW w:w="4158" w:type="dxa"/>
            <w:tcBorders>
              <w:top w:val="single" w:sz="4" w:space="0" w:color="auto"/>
              <w:left w:val="single" w:sz="4" w:space="0" w:color="auto"/>
              <w:bottom w:val="single" w:sz="4" w:space="0" w:color="auto"/>
              <w:right w:val="single" w:sz="4" w:space="0" w:color="auto"/>
            </w:tcBorders>
          </w:tcPr>
          <w:p w14:paraId="0DBB2B50" w14:textId="77777777" w:rsidR="005E5774" w:rsidRPr="00364491" w:rsidRDefault="005E5774" w:rsidP="008D4619">
            <w:pPr>
              <w:spacing w:before="140" w:after="140" w:line="276" w:lineRule="auto"/>
              <w:rPr>
                <w:rFonts w:ascii="Arial" w:hAnsi="Arial" w:cs="Arial"/>
                <w:sz w:val="24"/>
                <w:szCs w:val="24"/>
              </w:rPr>
            </w:pPr>
            <w:bookmarkStart w:id="3" w:name="_Hlk145516709"/>
            <w:r w:rsidRPr="00364491">
              <w:rPr>
                <w:rFonts w:ascii="Arial" w:hAnsi="Arial" w:cs="Arial"/>
                <w:sz w:val="24"/>
                <w:szCs w:val="24"/>
              </w:rPr>
              <w:t>-</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extract agar</w:t>
            </w:r>
            <w:bookmarkEnd w:id="3"/>
          </w:p>
        </w:tc>
        <w:tc>
          <w:tcPr>
            <w:tcW w:w="1136" w:type="dxa"/>
            <w:tcBorders>
              <w:left w:val="single" w:sz="4" w:space="0" w:color="auto"/>
            </w:tcBorders>
          </w:tcPr>
          <w:p w14:paraId="6079602C"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0.00</w:t>
            </w:r>
          </w:p>
        </w:tc>
        <w:tc>
          <w:tcPr>
            <w:tcW w:w="1170" w:type="dxa"/>
          </w:tcPr>
          <w:p w14:paraId="2B6B561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19.66</w:t>
            </w:r>
          </w:p>
        </w:tc>
        <w:tc>
          <w:tcPr>
            <w:tcW w:w="1170" w:type="dxa"/>
          </w:tcPr>
          <w:p w14:paraId="4FD2B5F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40.66</w:t>
            </w:r>
          </w:p>
        </w:tc>
      </w:tr>
      <w:tr w:rsidR="005E5774" w:rsidRPr="00364491" w14:paraId="359D6C9A" w14:textId="77777777" w:rsidTr="00C93969">
        <w:trPr>
          <w:trHeight w:val="64"/>
        </w:trPr>
        <w:tc>
          <w:tcPr>
            <w:tcW w:w="4158" w:type="dxa"/>
            <w:tcBorders>
              <w:top w:val="single" w:sz="4" w:space="0" w:color="auto"/>
              <w:left w:val="single" w:sz="4" w:space="0" w:color="auto"/>
              <w:bottom w:val="single" w:sz="4" w:space="0" w:color="auto"/>
              <w:right w:val="single" w:sz="4" w:space="0" w:color="auto"/>
            </w:tcBorders>
          </w:tcPr>
          <w:p w14:paraId="268DF4FF" w14:textId="77777777" w:rsidR="005E5774" w:rsidRPr="00364491" w:rsidRDefault="005E5774" w:rsidP="008D4619">
            <w:pPr>
              <w:spacing w:before="140" w:after="140" w:line="276" w:lineRule="auto"/>
              <w:rPr>
                <w:rFonts w:ascii="Arial" w:hAnsi="Arial" w:cs="Arial"/>
                <w:sz w:val="24"/>
                <w:szCs w:val="24"/>
              </w:rPr>
            </w:pPr>
            <w:bookmarkStart w:id="4" w:name="_Hlk145516743"/>
            <w:r w:rsidRPr="00364491">
              <w:rPr>
                <w:rFonts w:ascii="Arial" w:hAnsi="Arial" w:cs="Arial"/>
                <w:sz w:val="24"/>
                <w:szCs w:val="24"/>
              </w:rPr>
              <w:t>-Malt extract Agar</w:t>
            </w:r>
            <w:bookmarkEnd w:id="4"/>
          </w:p>
        </w:tc>
        <w:tc>
          <w:tcPr>
            <w:tcW w:w="1136" w:type="dxa"/>
            <w:tcBorders>
              <w:left w:val="single" w:sz="4" w:space="0" w:color="auto"/>
            </w:tcBorders>
          </w:tcPr>
          <w:p w14:paraId="2EFC8F03"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28.33</w:t>
            </w:r>
          </w:p>
        </w:tc>
        <w:tc>
          <w:tcPr>
            <w:tcW w:w="1170" w:type="dxa"/>
          </w:tcPr>
          <w:p w14:paraId="2A073EA8"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33.33</w:t>
            </w:r>
          </w:p>
        </w:tc>
        <w:tc>
          <w:tcPr>
            <w:tcW w:w="1170" w:type="dxa"/>
          </w:tcPr>
          <w:p w14:paraId="72FB815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51.33</w:t>
            </w:r>
          </w:p>
        </w:tc>
      </w:tr>
      <w:tr w:rsidR="005E5774" w:rsidRPr="00364491" w14:paraId="6EB626F2" w14:textId="77777777" w:rsidTr="00863CD2">
        <w:trPr>
          <w:trHeight w:val="64"/>
        </w:trPr>
        <w:tc>
          <w:tcPr>
            <w:tcW w:w="4158" w:type="dxa"/>
            <w:tcBorders>
              <w:top w:val="single" w:sz="4" w:space="0" w:color="auto"/>
              <w:left w:val="single" w:sz="4" w:space="0" w:color="auto"/>
              <w:bottom w:val="single" w:sz="4" w:space="0" w:color="auto"/>
              <w:right w:val="single" w:sz="4" w:space="0" w:color="auto"/>
            </w:tcBorders>
          </w:tcPr>
          <w:p w14:paraId="2F09F4BB" w14:textId="77777777" w:rsidR="005E5774" w:rsidRPr="00364491" w:rsidRDefault="005E5774" w:rsidP="008D4619">
            <w:pPr>
              <w:spacing w:before="140" w:after="140" w:line="276" w:lineRule="auto"/>
              <w:rPr>
                <w:rFonts w:ascii="Arial" w:hAnsi="Arial" w:cs="Arial"/>
                <w:sz w:val="24"/>
                <w:szCs w:val="24"/>
              </w:rPr>
            </w:pPr>
            <w:bookmarkStart w:id="5" w:name="_Hlk145516781"/>
            <w:r w:rsidRPr="00364491">
              <w:rPr>
                <w:rFonts w:ascii="Arial" w:hAnsi="Arial" w:cs="Arial"/>
                <w:sz w:val="24"/>
                <w:szCs w:val="24"/>
              </w:rPr>
              <w:t>-</w:t>
            </w: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bookmarkEnd w:id="5"/>
          </w:p>
        </w:tc>
        <w:tc>
          <w:tcPr>
            <w:tcW w:w="1136" w:type="dxa"/>
            <w:tcBorders>
              <w:left w:val="single" w:sz="4" w:space="0" w:color="auto"/>
            </w:tcBorders>
          </w:tcPr>
          <w:p w14:paraId="2BFE7B15"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24.33</w:t>
            </w:r>
          </w:p>
        </w:tc>
        <w:tc>
          <w:tcPr>
            <w:tcW w:w="1170" w:type="dxa"/>
          </w:tcPr>
          <w:p w14:paraId="5CC4A39A"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39.33</w:t>
            </w:r>
          </w:p>
        </w:tc>
        <w:tc>
          <w:tcPr>
            <w:tcW w:w="1170" w:type="dxa"/>
          </w:tcPr>
          <w:p w14:paraId="7EC5360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59.33</w:t>
            </w:r>
          </w:p>
        </w:tc>
      </w:tr>
      <w:tr w:rsidR="005E5774" w:rsidRPr="00364491" w14:paraId="22AC6C94" w14:textId="77777777" w:rsidTr="00662B56">
        <w:trPr>
          <w:trHeight w:val="70"/>
        </w:trPr>
        <w:tc>
          <w:tcPr>
            <w:tcW w:w="4158" w:type="dxa"/>
            <w:tcBorders>
              <w:top w:val="single" w:sz="4" w:space="0" w:color="auto"/>
              <w:left w:val="single" w:sz="4" w:space="0" w:color="auto"/>
              <w:bottom w:val="single" w:sz="4" w:space="0" w:color="auto"/>
              <w:right w:val="single" w:sz="4" w:space="0" w:color="auto"/>
            </w:tcBorders>
          </w:tcPr>
          <w:p w14:paraId="08FF0A3E" w14:textId="77777777" w:rsidR="005E5774" w:rsidRPr="00364491" w:rsidRDefault="005E5774" w:rsidP="008D4619">
            <w:pPr>
              <w:spacing w:before="140" w:after="140" w:line="276" w:lineRule="auto"/>
              <w:rPr>
                <w:rFonts w:ascii="Arial" w:hAnsi="Arial" w:cs="Arial"/>
                <w:sz w:val="24"/>
                <w:szCs w:val="24"/>
              </w:rPr>
            </w:pPr>
            <w:bookmarkStart w:id="6" w:name="_Hlk145516814"/>
            <w:r w:rsidRPr="00364491">
              <w:rPr>
                <w:rFonts w:ascii="Arial" w:hAnsi="Arial" w:cs="Arial"/>
                <w:sz w:val="24"/>
                <w:szCs w:val="24"/>
              </w:rPr>
              <w:t>-</w:t>
            </w: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bookmarkEnd w:id="6"/>
          </w:p>
        </w:tc>
        <w:tc>
          <w:tcPr>
            <w:tcW w:w="1136" w:type="dxa"/>
            <w:tcBorders>
              <w:left w:val="single" w:sz="4" w:space="0" w:color="auto"/>
            </w:tcBorders>
          </w:tcPr>
          <w:p w14:paraId="3B3894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26.66</w:t>
            </w:r>
          </w:p>
        </w:tc>
        <w:tc>
          <w:tcPr>
            <w:tcW w:w="1170" w:type="dxa"/>
          </w:tcPr>
          <w:p w14:paraId="04A72576"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36.67</w:t>
            </w:r>
          </w:p>
        </w:tc>
        <w:tc>
          <w:tcPr>
            <w:tcW w:w="1170" w:type="dxa"/>
          </w:tcPr>
          <w:p w14:paraId="1B54E39B"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53.66</w:t>
            </w:r>
          </w:p>
        </w:tc>
      </w:tr>
      <w:tr w:rsidR="005B6E6D" w:rsidRPr="00364491" w14:paraId="04220D5C" w14:textId="77777777" w:rsidTr="008D4619">
        <w:trPr>
          <w:trHeight w:val="64"/>
        </w:trPr>
        <w:tc>
          <w:tcPr>
            <w:tcW w:w="4158" w:type="dxa"/>
            <w:tcBorders>
              <w:top w:val="single" w:sz="4" w:space="0" w:color="auto"/>
            </w:tcBorders>
          </w:tcPr>
          <w:p w14:paraId="4BCE373E"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F Test</w:t>
            </w:r>
          </w:p>
        </w:tc>
        <w:tc>
          <w:tcPr>
            <w:tcW w:w="1136" w:type="dxa"/>
          </w:tcPr>
          <w:p w14:paraId="412A185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06F3D09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5296F42C"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r>
      <w:tr w:rsidR="005B6E6D" w:rsidRPr="00364491" w14:paraId="2C3A74DD" w14:textId="77777777" w:rsidTr="008D4619">
        <w:trPr>
          <w:trHeight w:val="64"/>
        </w:trPr>
        <w:tc>
          <w:tcPr>
            <w:tcW w:w="4158" w:type="dxa"/>
          </w:tcPr>
          <w:p w14:paraId="29673FF1" w14:textId="77777777" w:rsidR="005B6E6D" w:rsidRPr="00364491" w:rsidRDefault="005B6E6D" w:rsidP="008D4619">
            <w:pPr>
              <w:tabs>
                <w:tab w:val="left" w:pos="765"/>
              </w:tabs>
              <w:spacing w:before="140" w:after="140" w:line="276" w:lineRule="auto"/>
              <w:ind w:left="900"/>
              <w:rPr>
                <w:rFonts w:ascii="Arial" w:hAnsi="Arial" w:cs="Arial"/>
                <w:sz w:val="24"/>
                <w:szCs w:val="24"/>
              </w:rPr>
            </w:pPr>
            <w:r w:rsidRPr="00364491">
              <w:rPr>
                <w:rFonts w:ascii="Arial" w:hAnsi="Arial" w:cs="Arial"/>
                <w:sz w:val="24"/>
                <w:szCs w:val="24"/>
              </w:rPr>
              <w:t>S.E. (</w:t>
            </w:r>
            <w:r w:rsidRPr="00364491">
              <w:rPr>
                <w:rFonts w:ascii="Arial" w:hAnsi="Arial" w:cs="Arial"/>
                <w:sz w:val="24"/>
                <w:szCs w:val="24"/>
                <w:u w:val="single"/>
              </w:rPr>
              <w:t>+</w:t>
            </w:r>
            <w:r w:rsidRPr="00364491">
              <w:rPr>
                <w:rFonts w:ascii="Arial" w:hAnsi="Arial" w:cs="Arial"/>
                <w:sz w:val="24"/>
                <w:szCs w:val="24"/>
              </w:rPr>
              <w:t>m)</w:t>
            </w:r>
          </w:p>
        </w:tc>
        <w:tc>
          <w:tcPr>
            <w:tcW w:w="1136" w:type="dxa"/>
          </w:tcPr>
          <w:p w14:paraId="790CB8E5"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0.29</w:t>
            </w:r>
          </w:p>
        </w:tc>
        <w:tc>
          <w:tcPr>
            <w:tcW w:w="1170" w:type="dxa"/>
          </w:tcPr>
          <w:p w14:paraId="781E19C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c>
          <w:tcPr>
            <w:tcW w:w="1170" w:type="dxa"/>
          </w:tcPr>
          <w:p w14:paraId="35D0F457"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r>
      <w:tr w:rsidR="005B6E6D" w:rsidRPr="00364491" w14:paraId="296E40C0" w14:textId="77777777" w:rsidTr="008D4619">
        <w:trPr>
          <w:trHeight w:val="70"/>
        </w:trPr>
        <w:tc>
          <w:tcPr>
            <w:tcW w:w="4158" w:type="dxa"/>
          </w:tcPr>
          <w:p w14:paraId="59A21228"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CD (P= 0.01)</w:t>
            </w:r>
          </w:p>
        </w:tc>
        <w:tc>
          <w:tcPr>
            <w:tcW w:w="1136" w:type="dxa"/>
          </w:tcPr>
          <w:p w14:paraId="399F7A7F"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1.33</w:t>
            </w:r>
          </w:p>
        </w:tc>
        <w:tc>
          <w:tcPr>
            <w:tcW w:w="1170" w:type="dxa"/>
          </w:tcPr>
          <w:p w14:paraId="362B3E8B"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c>
          <w:tcPr>
            <w:tcW w:w="1170" w:type="dxa"/>
          </w:tcPr>
          <w:p w14:paraId="340B1D4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r>
    </w:tbl>
    <w:p w14:paraId="7F27D538" w14:textId="77777777" w:rsidR="005B6E6D" w:rsidRDefault="005B6E6D" w:rsidP="005B6E6D">
      <w:pPr>
        <w:spacing w:after="240" w:line="360" w:lineRule="auto"/>
        <w:jc w:val="both"/>
        <w:rPr>
          <w:rFonts w:ascii="Arial" w:hAnsi="Arial" w:cs="Arial"/>
          <w:b/>
          <w:sz w:val="24"/>
          <w:szCs w:val="24"/>
        </w:rPr>
      </w:pPr>
    </w:p>
    <w:p w14:paraId="6CDDCC33" w14:textId="77777777" w:rsidR="005E5774" w:rsidRPr="00364491" w:rsidRDefault="005E5774" w:rsidP="005B6E6D">
      <w:pPr>
        <w:spacing w:after="240" w:line="360" w:lineRule="auto"/>
        <w:jc w:val="both"/>
        <w:rPr>
          <w:rFonts w:ascii="Arial" w:hAnsi="Arial" w:cs="Arial"/>
          <w:b/>
          <w:sz w:val="24"/>
          <w:szCs w:val="24"/>
        </w:rPr>
      </w:pPr>
    </w:p>
    <w:p w14:paraId="362BB5E3" w14:textId="77777777" w:rsidR="005B6E6D" w:rsidRDefault="005B6E6D" w:rsidP="005B6E6D">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p>
    <w:p w14:paraId="47085063" w14:textId="002C9C8A" w:rsidR="005B6E6D" w:rsidRDefault="005B6E6D" w:rsidP="005E5774">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r w:rsidRPr="00675CFB">
        <w:rPr>
          <w:rFonts w:ascii="Arial" w:hAnsi="Arial" w:cs="Arial"/>
          <w:b/>
          <w:noProof/>
          <w:sz w:val="24"/>
          <w:szCs w:val="24"/>
        </w:rPr>
        <w:lastRenderedPageBreak/>
        <mc:AlternateContent>
          <mc:Choice Requires="wpg">
            <w:drawing>
              <wp:anchor distT="0" distB="0" distL="114300" distR="114300" simplePos="0" relativeHeight="251658752" behindDoc="0" locked="0" layoutInCell="1" allowOverlap="1" wp14:anchorId="4AB2A716" wp14:editId="42C0E13E">
                <wp:simplePos x="1852551" y="985652"/>
                <wp:positionH relativeFrom="margin">
                  <wp:align>center</wp:align>
                </wp:positionH>
                <wp:positionV relativeFrom="margin">
                  <wp:align>top</wp:align>
                </wp:positionV>
                <wp:extent cx="4773880" cy="8148798"/>
                <wp:effectExtent l="76200" t="76200" r="141605" b="508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r:embed="rId35" cstate="print">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r:embed="rId36" cstate="print">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r:embed="rId37" cstate="print">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39">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2A716" id="Group 703011989" o:spid="_x0000_s1048" style="position:absolute;left:0;text-align:left;margin-left:0;margin-top:0;width:375.9pt;height:641.65pt;z-index:251658752;mso-position-horizontal:center;mso-position-horizontal-relative:margin;mso-position-vertical:top;mso-position-vertical-relative:margin" coordsize="47738,8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">
                <v:shape id="Picture 18" o:spid="_x0000_s1049" type="#_x0000_t75" style="position:absolute;width:22325;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" stroked="t" strokeweight="3pt">
                  <v:stroke endcap="square"/>
                  <v:imagedata r:id="rId40" o:title="" croptop="4339f" cropleft="8024f"/>
                  <v:shadow on="t" color="black" opacity="28180f" origin="-.5,-.5" offset=".74836mm,.74836mm"/>
                  <v:path arrowok="t"/>
                </v:shape>
                <v:shape id="Picture 15" o:spid="_x0000_s1050" type="#_x0000_t75" style="position:absolute;left:24938;width:222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" stroked="t" strokeweight="3pt">
                  <v:stroke endcap="square"/>
                  <v:imagedata r:id="rId41" o:title="" cropleft="9516f"/>
                  <v:shadow on="t" color="black" opacity="28180f" origin="-.5,-.5" offset=".74836mm,.74836mm"/>
                  <v:path arrowok="t"/>
                </v:shape>
                <v:shape id="Text Box 703011984" o:spid="_x0000_s1051" type="#_x0000_t202" style="position:absolute;left:8431;top:23394;width:409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" filled="f" stroked="f" strokeweight=".5pt">
                  <v:textbo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v:textbox>
                </v:shape>
                <v:shape id="Text Box 703011985" o:spid="_x0000_s1052" type="#_x0000_t202" style="position:absolute;left:34200;top:23394;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" filled="f" stroked="f" strokeweight=".5pt">
                  <v:textbo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v:textbox>
                </v:shape>
                <v:shape id="Picture 16" o:spid="_x0000_s1053" type="#_x0000_t75" style="position:absolute;top:27550;width:2244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" stroked="t" strokeweight="3pt">
                  <v:stroke endcap="square"/>
                  <v:imagedata r:id="rId42" o:title="" cropleft="9034f"/>
                  <v:shadow on="t" color="black" opacity="28180f" origin="-.5,-.5" offset=".74836mm,.74836mm"/>
                  <v:path arrowok="t"/>
                </v:shape>
                <v:shape id="Picture 19" o:spid="_x0000_s1054" type="#_x0000_t75" style="position:absolute;left:25056;top:27432;width:22682;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" stroked="t" strokeweight="3pt">
                  <v:stroke endcap="square"/>
                  <v:imagedata r:id="rId43" o:title=""/>
                  <v:shadow on="t" color="black" opacity="28180f" origin="-.5,-.5" offset=".74836mm,.74836mm"/>
                  <v:path arrowok="t"/>
                </v:shape>
                <v:shape id="Text Box 703011986" o:spid="_x0000_s1055" type="#_x0000_t202" style="position:absolute;left:8431;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" filled="f" stroked="f" strokeweight=".5pt">
                  <v:textbo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v:textbox>
                </v:shape>
                <v:shape id="Text Box 703011987" o:spid="_x0000_s1056" type="#_x0000_t202" style="position:absolute;left:34200;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" filled="f" stroked="f" strokeweight=".5pt">
                  <v:textbo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v:textbox>
                </v:shape>
                <v:shape id="Picture 20" o:spid="_x0000_s1057" type="#_x0000_t75" style="position:absolute;left:9025;top:53557;width:30638;height:2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" stroked="t" strokeweight="3pt">
                  <v:stroke endcap="square"/>
                  <v:imagedata r:id="rId44" o:title="" cropleft="5429f" cropright="3686f"/>
                  <v:shadow on="t" color="black" opacity="28180f" origin="-.5,-.5" offset=".74836mm,.74836mm"/>
                  <v:path arrowok="t"/>
                </v:shape>
                <v:shape id="Text Box 703011988" o:spid="_x0000_s1058" type="#_x0000_t202" style="position:absolute;left:21850;top:78020;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" filled="f" stroked="f" strokeweight=".5pt">
                  <v:textbo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v:textbox>
                </v:shape>
                <w10:wrap type="square" anchorx="margin" anchory="margin"/>
              </v:group>
            </w:pict>
          </mc:Fallback>
        </mc:AlternateContent>
      </w:r>
      <w:r w:rsidR="00675CFB" w:rsidRPr="00675CFB">
        <w:rPr>
          <w:rFonts w:ascii="Arial" w:hAnsi="Arial" w:cs="Arial"/>
          <w:b/>
          <w:sz w:val="24"/>
          <w:szCs w:val="24"/>
        </w:rPr>
        <w:t xml:space="preserve">Figure </w:t>
      </w:r>
      <w:r w:rsidR="00663AD9" w:rsidRPr="00675CFB">
        <w:rPr>
          <w:rFonts w:ascii="Arial" w:hAnsi="Arial" w:cs="Arial"/>
          <w:b/>
          <w:sz w:val="24"/>
          <w:szCs w:val="24"/>
        </w:rPr>
        <w:t>4</w:t>
      </w:r>
      <w:r w:rsidRPr="00675CFB">
        <w:rPr>
          <w:rFonts w:ascii="Arial" w:hAnsi="Arial" w:cs="Arial"/>
          <w:b/>
          <w:sz w:val="24"/>
          <w:szCs w:val="24"/>
        </w:rPr>
        <w:t>.</w:t>
      </w:r>
      <w:r w:rsidRPr="001D31AB">
        <w:rPr>
          <w:rFonts w:ascii="Arial" w:hAnsi="Arial" w:cs="Arial"/>
          <w:b/>
          <w:sz w:val="24"/>
          <w:szCs w:val="24"/>
        </w:rPr>
        <w:t xml:space="preserve"> Growth of </w:t>
      </w:r>
      <w:proofErr w:type="spellStart"/>
      <w:r w:rsidRPr="001D31AB">
        <w:rPr>
          <w:rFonts w:ascii="Arial" w:hAnsi="Arial" w:cs="Arial"/>
          <w:b/>
          <w:i/>
          <w:sz w:val="24"/>
          <w:szCs w:val="24"/>
        </w:rPr>
        <w:t>Colletotrichum</w:t>
      </w:r>
      <w:proofErr w:type="spellEnd"/>
      <w:r w:rsidRPr="001D31AB">
        <w:rPr>
          <w:rFonts w:ascii="Arial" w:hAnsi="Arial" w:cs="Arial"/>
          <w:b/>
          <w:i/>
          <w:sz w:val="24"/>
          <w:szCs w:val="24"/>
        </w:rPr>
        <w:t xml:space="preserve"> </w:t>
      </w:r>
      <w:proofErr w:type="spellStart"/>
      <w:r w:rsidRPr="001D31AB">
        <w:rPr>
          <w:rFonts w:ascii="Arial" w:hAnsi="Arial" w:cs="Arial"/>
          <w:b/>
          <w:i/>
          <w:sz w:val="24"/>
          <w:szCs w:val="24"/>
        </w:rPr>
        <w:t>capsici</w:t>
      </w:r>
      <w:proofErr w:type="spellEnd"/>
      <w:r w:rsidRPr="001D31AB">
        <w:rPr>
          <w:rFonts w:ascii="Arial" w:hAnsi="Arial" w:cs="Arial"/>
          <w:b/>
          <w:i/>
          <w:sz w:val="24"/>
          <w:szCs w:val="24"/>
        </w:rPr>
        <w:t xml:space="preserve"> </w:t>
      </w:r>
      <w:r w:rsidRPr="001D31AB">
        <w:rPr>
          <w:rFonts w:ascii="Arial" w:hAnsi="Arial" w:cs="Arial"/>
          <w:b/>
          <w:sz w:val="24"/>
          <w:szCs w:val="24"/>
        </w:rPr>
        <w:t>on different solid media</w:t>
      </w:r>
    </w:p>
    <w:p w14:paraId="42399F50" w14:textId="04827659" w:rsidR="005B6E6D" w:rsidRPr="005E5774" w:rsidRDefault="005B6E6D" w:rsidP="005B6E6D">
      <w:pPr>
        <w:spacing w:after="240" w:line="360" w:lineRule="auto"/>
        <w:jc w:val="both"/>
        <w:rPr>
          <w:rFonts w:ascii="Arial" w:hAnsi="Arial" w:cs="Arial"/>
          <w:b/>
          <w:sz w:val="24"/>
          <w:szCs w:val="24"/>
        </w:rPr>
      </w:pPr>
    </w:p>
    <w:p w14:paraId="37A19A0D" w14:textId="1C02DFA5" w:rsidR="005B6E6D" w:rsidRPr="00364491" w:rsidRDefault="005E5774" w:rsidP="005B6E6D">
      <w:pPr>
        <w:spacing w:after="240" w:line="360" w:lineRule="auto"/>
        <w:jc w:val="both"/>
        <w:rPr>
          <w:rFonts w:ascii="Arial" w:hAnsi="Arial" w:cs="Arial"/>
          <w:b/>
          <w:sz w:val="24"/>
          <w:szCs w:val="24"/>
        </w:rPr>
      </w:pPr>
      <w:r w:rsidRPr="00364491">
        <w:rPr>
          <w:rFonts w:ascii="Arial" w:hAnsi="Arial" w:cs="Arial"/>
          <w:b/>
          <w:noProof/>
          <w:sz w:val="24"/>
          <w:szCs w:val="24"/>
        </w:rPr>
        <w:drawing>
          <wp:inline distT="0" distB="0" distL="0" distR="0" wp14:anchorId="7C8DD0BA" wp14:editId="1BFDE115">
            <wp:extent cx="5501640" cy="3032760"/>
            <wp:effectExtent l="0" t="0" r="3810" b="1524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B6E6D" w:rsidRPr="00364491">
        <w:rPr>
          <w:rFonts w:ascii="Arial" w:hAnsi="Arial" w:cs="Arial"/>
          <w:b/>
          <w:sz w:val="24"/>
          <w:szCs w:val="24"/>
        </w:rPr>
        <w:t>Fig</w:t>
      </w:r>
      <w:r w:rsidR="005B6E6D">
        <w:rPr>
          <w:rFonts w:ascii="Arial" w:hAnsi="Arial" w:cs="Arial"/>
          <w:b/>
          <w:sz w:val="24"/>
          <w:szCs w:val="24"/>
        </w:rPr>
        <w:t>.</w:t>
      </w:r>
      <w:r w:rsidR="005B6E6D" w:rsidRPr="00364491">
        <w:rPr>
          <w:rFonts w:ascii="Arial" w:hAnsi="Arial" w:cs="Arial"/>
          <w:b/>
          <w:sz w:val="24"/>
          <w:szCs w:val="24"/>
        </w:rPr>
        <w:t xml:space="preserve"> 1. </w:t>
      </w:r>
      <w:bookmarkStart w:id="7" w:name="_Hlk145516556"/>
      <w:r w:rsidR="005B6E6D" w:rsidRPr="00364491">
        <w:rPr>
          <w:rFonts w:ascii="Arial" w:hAnsi="Arial" w:cs="Arial"/>
          <w:b/>
          <w:sz w:val="24"/>
          <w:szCs w:val="24"/>
        </w:rPr>
        <w:t xml:space="preserve">Growth of </w:t>
      </w:r>
      <w:proofErr w:type="spellStart"/>
      <w:r w:rsidR="005B6E6D" w:rsidRPr="00364491">
        <w:rPr>
          <w:rFonts w:ascii="Arial" w:hAnsi="Arial" w:cs="Arial"/>
          <w:b/>
          <w:i/>
          <w:sz w:val="24"/>
          <w:szCs w:val="24"/>
        </w:rPr>
        <w:t>Colletotrichum</w:t>
      </w:r>
      <w:proofErr w:type="spellEnd"/>
      <w:r w:rsidR="005B6E6D" w:rsidRPr="00364491">
        <w:rPr>
          <w:rFonts w:ascii="Arial" w:hAnsi="Arial" w:cs="Arial"/>
          <w:b/>
          <w:i/>
          <w:sz w:val="24"/>
          <w:szCs w:val="24"/>
        </w:rPr>
        <w:t xml:space="preserve"> </w:t>
      </w:r>
      <w:proofErr w:type="spellStart"/>
      <w:r w:rsidR="005B6E6D" w:rsidRPr="00364491">
        <w:rPr>
          <w:rFonts w:ascii="Arial" w:hAnsi="Arial" w:cs="Arial"/>
          <w:b/>
          <w:i/>
          <w:sz w:val="24"/>
          <w:szCs w:val="24"/>
        </w:rPr>
        <w:t>capsici</w:t>
      </w:r>
      <w:proofErr w:type="spellEnd"/>
      <w:r w:rsidR="005B6E6D" w:rsidRPr="00364491">
        <w:rPr>
          <w:rFonts w:ascii="Arial" w:hAnsi="Arial" w:cs="Arial"/>
          <w:b/>
          <w:i/>
          <w:sz w:val="24"/>
          <w:szCs w:val="24"/>
        </w:rPr>
        <w:t xml:space="preserve"> </w:t>
      </w:r>
      <w:r w:rsidR="005B6E6D">
        <w:rPr>
          <w:rFonts w:ascii="Arial" w:hAnsi="Arial" w:cs="Arial"/>
          <w:b/>
          <w:sz w:val="24"/>
          <w:szCs w:val="24"/>
        </w:rPr>
        <w:t>on different solid media</w:t>
      </w:r>
    </w:p>
    <w:bookmarkEnd w:id="7"/>
    <w:p w14:paraId="75D09406" w14:textId="5D3B8784" w:rsidR="005B6E6D" w:rsidRPr="00364491" w:rsidRDefault="005B6E6D" w:rsidP="005B6E6D">
      <w:pPr>
        <w:spacing w:after="240" w:line="360" w:lineRule="auto"/>
        <w:jc w:val="both"/>
        <w:rPr>
          <w:rFonts w:ascii="Arial" w:hAnsi="Arial" w:cs="Arial"/>
          <w:b/>
          <w:sz w:val="24"/>
          <w:szCs w:val="24"/>
        </w:rPr>
      </w:pPr>
    </w:p>
    <w:p w14:paraId="5DCB99AC" w14:textId="21398FE8" w:rsidR="005B6E6D" w:rsidRPr="00364491" w:rsidRDefault="005B6E6D" w:rsidP="005B6E6D">
      <w:pPr>
        <w:spacing w:line="360" w:lineRule="auto"/>
        <w:ind w:left="1080" w:hanging="1080"/>
        <w:jc w:val="both"/>
        <w:rPr>
          <w:rFonts w:ascii="Arial" w:hAnsi="Arial" w:cs="Arial"/>
          <w:b/>
          <w:sz w:val="24"/>
          <w:szCs w:val="24"/>
        </w:rPr>
      </w:pPr>
      <w:r w:rsidRPr="00364491">
        <w:rPr>
          <w:rFonts w:ascii="Arial" w:hAnsi="Arial" w:cs="Arial"/>
          <w:b/>
          <w:sz w:val="24"/>
          <w:szCs w:val="24"/>
        </w:rPr>
        <w:t xml:space="preserve">Table 2. Cultural characteristics and sporulation of </w:t>
      </w:r>
      <w:proofErr w:type="spellStart"/>
      <w:r w:rsidRPr="00364491">
        <w:rPr>
          <w:rFonts w:ascii="Arial" w:hAnsi="Arial" w:cs="Arial"/>
          <w:b/>
          <w:i/>
          <w:sz w:val="24"/>
          <w:szCs w:val="24"/>
        </w:rPr>
        <w:t>Colletotrichum</w:t>
      </w:r>
      <w:proofErr w:type="spellEnd"/>
      <w:r w:rsidRPr="00364491">
        <w:rPr>
          <w:rFonts w:ascii="Arial" w:hAnsi="Arial" w:cs="Arial"/>
          <w:b/>
          <w:i/>
          <w:sz w:val="24"/>
          <w:szCs w:val="24"/>
        </w:rPr>
        <w:t xml:space="preserve"> </w:t>
      </w:r>
      <w:proofErr w:type="spellStart"/>
      <w:r w:rsidRPr="00364491">
        <w:rPr>
          <w:rFonts w:ascii="Arial" w:hAnsi="Arial" w:cs="Arial"/>
          <w:b/>
          <w:i/>
          <w:sz w:val="24"/>
          <w:szCs w:val="24"/>
        </w:rPr>
        <w:t>capsici</w:t>
      </w:r>
      <w:proofErr w:type="spellEnd"/>
      <w:r w:rsidRPr="00364491">
        <w:rPr>
          <w:rFonts w:ascii="Arial" w:hAnsi="Arial" w:cs="Arial"/>
          <w:b/>
          <w:sz w:val="24"/>
          <w:szCs w:val="24"/>
        </w:rPr>
        <w:t xml:space="preserve"> on different solid media after 7 days of Incubation</w:t>
      </w:r>
    </w:p>
    <w:p w14:paraId="66D3401C" w14:textId="77777777" w:rsidR="005B6E6D" w:rsidRPr="000E6009" w:rsidRDefault="005B6E6D" w:rsidP="005B6E6D">
      <w:pPr>
        <w:spacing w:after="240" w:line="360" w:lineRule="auto"/>
        <w:jc w:val="both"/>
        <w:rPr>
          <w:rFonts w:ascii="Arial" w:hAnsi="Arial" w:cs="Arial"/>
          <w:b/>
          <w:sz w:val="16"/>
          <w:szCs w:val="24"/>
        </w:rPr>
      </w:pPr>
    </w:p>
    <w:tbl>
      <w:tblPr>
        <w:tblStyle w:val="TableGrid"/>
        <w:tblpPr w:leftFromText="180" w:rightFromText="180" w:vertAnchor="page" w:horzAnchor="margin" w:tblpXSpec="center" w:tblpY="3865"/>
        <w:tblOverlap w:val="never"/>
        <w:tblW w:w="7580" w:type="dxa"/>
        <w:tblLayout w:type="fixed"/>
        <w:tblLook w:val="04A0" w:firstRow="1" w:lastRow="0" w:firstColumn="1" w:lastColumn="0" w:noHBand="0" w:noVBand="1"/>
      </w:tblPr>
      <w:tblGrid>
        <w:gridCol w:w="2793"/>
        <w:gridCol w:w="3040"/>
        <w:gridCol w:w="1747"/>
      </w:tblGrid>
      <w:tr w:rsidR="005E5774" w:rsidRPr="00364491" w14:paraId="34FCE95F" w14:textId="77777777" w:rsidTr="005E5774">
        <w:trPr>
          <w:trHeight w:val="360"/>
        </w:trPr>
        <w:tc>
          <w:tcPr>
            <w:tcW w:w="2793" w:type="dxa"/>
          </w:tcPr>
          <w:p w14:paraId="6F90424B" w14:textId="7FEB3FD3"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lastRenderedPageBreak/>
              <w:t>Media</w:t>
            </w:r>
          </w:p>
        </w:tc>
        <w:tc>
          <w:tcPr>
            <w:tcW w:w="3040" w:type="dxa"/>
          </w:tcPr>
          <w:p w14:paraId="0C4C3B6C"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Growth characteristic</w:t>
            </w:r>
          </w:p>
        </w:tc>
        <w:tc>
          <w:tcPr>
            <w:tcW w:w="1747" w:type="dxa"/>
          </w:tcPr>
          <w:p w14:paraId="63906198"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Sporulation (10 DAI)</w:t>
            </w:r>
          </w:p>
        </w:tc>
      </w:tr>
      <w:tr w:rsidR="005E5774" w:rsidRPr="00364491" w14:paraId="100C03C4" w14:textId="77777777" w:rsidTr="005E5774">
        <w:trPr>
          <w:trHeight w:val="521"/>
        </w:trPr>
        <w:tc>
          <w:tcPr>
            <w:tcW w:w="2793" w:type="dxa"/>
          </w:tcPr>
          <w:p w14:paraId="24096F25"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Potato Dextrose Agar</w:t>
            </w:r>
          </w:p>
        </w:tc>
        <w:tc>
          <w:tcPr>
            <w:tcW w:w="3040" w:type="dxa"/>
          </w:tcPr>
          <w:p w14:paraId="18F99883"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Greyish white colony with </w:t>
            </w:r>
            <w:proofErr w:type="spellStart"/>
            <w:r w:rsidRPr="00364491">
              <w:rPr>
                <w:rFonts w:ascii="Arial" w:hAnsi="Arial" w:cs="Arial"/>
                <w:bCs/>
                <w:sz w:val="24"/>
                <w:szCs w:val="24"/>
              </w:rPr>
              <w:t>acervuli</w:t>
            </w:r>
            <w:proofErr w:type="spellEnd"/>
            <w:r w:rsidRPr="00364491">
              <w:rPr>
                <w:rFonts w:ascii="Arial" w:hAnsi="Arial" w:cs="Arial"/>
                <w:bCs/>
                <w:sz w:val="24"/>
                <w:szCs w:val="24"/>
              </w:rPr>
              <w:t xml:space="preserve"> at periphery</w:t>
            </w:r>
          </w:p>
        </w:tc>
        <w:tc>
          <w:tcPr>
            <w:tcW w:w="1747" w:type="dxa"/>
          </w:tcPr>
          <w:p w14:paraId="3A5CAAAA"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5059DBBB" w14:textId="77777777" w:rsidTr="005E5774">
        <w:trPr>
          <w:trHeight w:val="79"/>
        </w:trPr>
        <w:tc>
          <w:tcPr>
            <w:tcW w:w="2793" w:type="dxa"/>
          </w:tcPr>
          <w:p w14:paraId="6FF40506"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Chilli</w:t>
            </w:r>
            <w:proofErr w:type="spellEnd"/>
            <w:r w:rsidRPr="00364491">
              <w:rPr>
                <w:rFonts w:ascii="Arial" w:hAnsi="Arial" w:cs="Arial"/>
                <w:sz w:val="24"/>
                <w:szCs w:val="24"/>
              </w:rPr>
              <w:t xml:space="preserve"> extract agar</w:t>
            </w:r>
          </w:p>
        </w:tc>
        <w:tc>
          <w:tcPr>
            <w:tcW w:w="3040" w:type="dxa"/>
          </w:tcPr>
          <w:p w14:paraId="7F719F54"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Only </w:t>
            </w:r>
            <w:proofErr w:type="spellStart"/>
            <w:r w:rsidRPr="00364491">
              <w:rPr>
                <w:rFonts w:ascii="Arial" w:hAnsi="Arial" w:cs="Arial"/>
                <w:bCs/>
                <w:sz w:val="24"/>
                <w:szCs w:val="24"/>
              </w:rPr>
              <w:t>acevuli</w:t>
            </w:r>
            <w:proofErr w:type="spellEnd"/>
            <w:r w:rsidRPr="00364491">
              <w:rPr>
                <w:rFonts w:ascii="Arial" w:hAnsi="Arial" w:cs="Arial"/>
                <w:bCs/>
                <w:sz w:val="24"/>
                <w:szCs w:val="24"/>
              </w:rPr>
              <w:t xml:space="preserve"> are found</w:t>
            </w:r>
          </w:p>
        </w:tc>
        <w:tc>
          <w:tcPr>
            <w:tcW w:w="1747" w:type="dxa"/>
          </w:tcPr>
          <w:p w14:paraId="44FA45F0"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68C36558" w14:textId="77777777" w:rsidTr="005E5774">
        <w:trPr>
          <w:trHeight w:val="79"/>
        </w:trPr>
        <w:tc>
          <w:tcPr>
            <w:tcW w:w="2793" w:type="dxa"/>
          </w:tcPr>
          <w:p w14:paraId="5F64708D"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Malt extract Agar</w:t>
            </w:r>
          </w:p>
        </w:tc>
        <w:tc>
          <w:tcPr>
            <w:tcW w:w="3040" w:type="dxa"/>
          </w:tcPr>
          <w:p w14:paraId="2B3ECCB5"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w:t>
            </w:r>
          </w:p>
        </w:tc>
        <w:tc>
          <w:tcPr>
            <w:tcW w:w="1747" w:type="dxa"/>
          </w:tcPr>
          <w:p w14:paraId="233FFC6B"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7B5C7030" w14:textId="77777777" w:rsidTr="005E5774">
        <w:trPr>
          <w:trHeight w:val="79"/>
        </w:trPr>
        <w:tc>
          <w:tcPr>
            <w:tcW w:w="2793" w:type="dxa"/>
          </w:tcPr>
          <w:p w14:paraId="2F6B2371"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p>
        </w:tc>
        <w:tc>
          <w:tcPr>
            <w:tcW w:w="3040" w:type="dxa"/>
          </w:tcPr>
          <w:p w14:paraId="3C3B6BCF"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White to greyish colony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w:t>
            </w:r>
            <w:proofErr w:type="spellStart"/>
            <w:r w:rsidRPr="00364491">
              <w:rPr>
                <w:rFonts w:ascii="Arial" w:hAnsi="Arial" w:cs="Arial"/>
                <w:bCs/>
                <w:sz w:val="24"/>
                <w:szCs w:val="24"/>
              </w:rPr>
              <w:t>acervuli</w:t>
            </w:r>
            <w:proofErr w:type="spellEnd"/>
          </w:p>
        </w:tc>
        <w:tc>
          <w:tcPr>
            <w:tcW w:w="1747" w:type="dxa"/>
          </w:tcPr>
          <w:p w14:paraId="4EA3C229"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08DFFFB9" w14:textId="77777777" w:rsidTr="005E5774">
        <w:trPr>
          <w:trHeight w:val="537"/>
        </w:trPr>
        <w:tc>
          <w:tcPr>
            <w:tcW w:w="2793" w:type="dxa"/>
          </w:tcPr>
          <w:p w14:paraId="1B7AFCF3"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p>
        </w:tc>
        <w:tc>
          <w:tcPr>
            <w:tcW w:w="3040" w:type="dxa"/>
          </w:tcPr>
          <w:p w14:paraId="5846C028"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Whitish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concentric rings</w:t>
            </w:r>
          </w:p>
        </w:tc>
        <w:tc>
          <w:tcPr>
            <w:tcW w:w="1747" w:type="dxa"/>
          </w:tcPr>
          <w:p w14:paraId="2D469C1E"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bl>
    <w:p w14:paraId="14620100" w14:textId="2805B802" w:rsidR="005B6E6D" w:rsidRPr="00364491" w:rsidRDefault="005B6E6D" w:rsidP="005B6E6D">
      <w:pPr>
        <w:spacing w:before="240" w:after="120" w:line="360" w:lineRule="auto"/>
        <w:jc w:val="both"/>
        <w:rPr>
          <w:rFonts w:ascii="Arial" w:hAnsi="Arial" w:cs="Arial"/>
          <w:sz w:val="24"/>
          <w:szCs w:val="24"/>
        </w:rPr>
      </w:pPr>
      <w:r w:rsidRPr="00364491">
        <w:rPr>
          <w:rFonts w:ascii="Arial" w:hAnsi="Arial" w:cs="Arial"/>
          <w:sz w:val="24"/>
          <w:szCs w:val="24"/>
        </w:rPr>
        <w:t>Here,</w:t>
      </w:r>
    </w:p>
    <w:p w14:paraId="0ECD1799" w14:textId="77777777" w:rsidR="005B6E6D" w:rsidRPr="000E6009" w:rsidRDefault="005B6E6D" w:rsidP="005B6E6D">
      <w:pPr>
        <w:tabs>
          <w:tab w:val="left" w:pos="1260"/>
          <w:tab w:val="left" w:pos="1620"/>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R="005B6E6D" w:rsidRPr="00364491" w:rsidRDefault="005B6E6D" w:rsidP="005B6E6D">
      <w:pPr>
        <w:tabs>
          <w:tab w:val="left" w:pos="1260"/>
          <w:tab w:val="left" w:pos="1620"/>
        </w:tabs>
        <w:spacing w:after="12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Good sporulation</w:t>
      </w:r>
    </w:p>
    <w:p w14:paraId="7327DA46" w14:textId="77777777" w:rsidR="005B6E6D" w:rsidRPr="00364491" w:rsidRDefault="005B6E6D" w:rsidP="005B6E6D">
      <w:pPr>
        <w:tabs>
          <w:tab w:val="left" w:pos="1260"/>
          <w:tab w:val="left" w:pos="1620"/>
        </w:tabs>
        <w:spacing w:after="24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Excellent sporulation</w:t>
      </w:r>
    </w:p>
    <w:p w14:paraId="5C7E9CD3" w14:textId="636A9DB1" w:rsidR="003D4FB4" w:rsidRPr="005E5774" w:rsidRDefault="005B6E6D" w:rsidP="005E5774">
      <w:pPr>
        <w:spacing w:after="240"/>
        <w:ind w:firstLine="720"/>
        <w:jc w:val="both"/>
        <w:rPr>
          <w:rFonts w:ascii="Times New Roman" w:hAnsi="Times New Roman" w:cs="Times New Roman"/>
          <w:sz w:val="24"/>
          <w:szCs w:val="24"/>
        </w:rPr>
      </w:pPr>
      <w:r w:rsidRPr="005E5774">
        <w:rPr>
          <w:rFonts w:ascii="Times New Roman" w:hAnsi="Times New Roman" w:cs="Times New Roman"/>
          <w:sz w:val="24"/>
          <w:szCs w:val="24"/>
        </w:rPr>
        <w:t xml:space="preserve">The data present in table 1 maximum radial growth </w:t>
      </w:r>
      <w:r w:rsidRPr="00675CFB">
        <w:rPr>
          <w:rFonts w:ascii="Times New Roman" w:hAnsi="Times New Roman" w:cs="Times New Roman"/>
          <w:sz w:val="24"/>
          <w:szCs w:val="24"/>
        </w:rPr>
        <w:t xml:space="preserve">of </w:t>
      </w:r>
      <w:r w:rsidR="00675CFB" w:rsidRPr="00675CFB">
        <w:rPr>
          <w:rFonts w:ascii="Times New Roman" w:hAnsi="Times New Roman" w:cs="Times New Roman"/>
          <w:i/>
          <w:sz w:val="24"/>
          <w:szCs w:val="24"/>
        </w:rPr>
        <w:t>C.</w:t>
      </w:r>
      <w:r w:rsidRPr="00675CFB">
        <w:rPr>
          <w:rFonts w:ascii="Times New Roman" w:hAnsi="Times New Roman" w:cs="Times New Roman"/>
          <w:i/>
          <w:sz w:val="24"/>
          <w:szCs w:val="24"/>
        </w:rPr>
        <w:t xml:space="preserve"> </w:t>
      </w:r>
      <w:proofErr w:type="spellStart"/>
      <w:r w:rsidRPr="00675CFB">
        <w:rPr>
          <w:rFonts w:ascii="Times New Roman" w:hAnsi="Times New Roman" w:cs="Times New Roman"/>
          <w:i/>
          <w:sz w:val="24"/>
          <w:szCs w:val="24"/>
        </w:rPr>
        <w:t>capsici</w:t>
      </w:r>
      <w:proofErr w:type="spellEnd"/>
      <w:r w:rsidRPr="005E5774">
        <w:rPr>
          <w:rFonts w:ascii="Times New Roman" w:hAnsi="Times New Roman" w:cs="Times New Roman"/>
          <w:sz w:val="24"/>
          <w:szCs w:val="24"/>
        </w:rPr>
        <w:t xml:space="preserve"> was recorded on PDA media (68mm), which was found to be significantly superior to all other media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agar, </w:t>
      </w:r>
      <w:proofErr w:type="spellStart"/>
      <w:r w:rsidRPr="005E5774">
        <w:rPr>
          <w:rFonts w:ascii="Times New Roman" w:hAnsi="Times New Roman" w:cs="Times New Roman"/>
          <w:sz w:val="24"/>
          <w:szCs w:val="24"/>
        </w:rPr>
        <w:t>Czapek’s</w:t>
      </w:r>
      <w:proofErr w:type="spellEnd"/>
      <w:r w:rsidRPr="005E5774">
        <w:rPr>
          <w:rFonts w:ascii="Times New Roman" w:hAnsi="Times New Roman" w:cs="Times New Roman"/>
          <w:sz w:val="24"/>
          <w:szCs w:val="24"/>
        </w:rPr>
        <w:t xml:space="preserve"> dox agar and malt extract agar. The </w:t>
      </w:r>
      <w:proofErr w:type="gramStart"/>
      <w:r w:rsidRPr="005E5774">
        <w:rPr>
          <w:rFonts w:ascii="Times New Roman" w:hAnsi="Times New Roman" w:cs="Times New Roman"/>
          <w:sz w:val="24"/>
          <w:szCs w:val="24"/>
        </w:rPr>
        <w:t>least radial</w:t>
      </w:r>
      <w:proofErr w:type="gramEnd"/>
      <w:r w:rsidRPr="005E5774">
        <w:rPr>
          <w:rFonts w:ascii="Times New Roman" w:hAnsi="Times New Roman" w:cs="Times New Roman"/>
          <w:sz w:val="24"/>
          <w:szCs w:val="24"/>
        </w:rPr>
        <w:t xml:space="preserve"> growth was recorded in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media (40mm). Mycelium </w:t>
      </w:r>
      <w:proofErr w:type="spellStart"/>
      <w:r w:rsidRPr="005E5774">
        <w:rPr>
          <w:rFonts w:ascii="Times New Roman" w:hAnsi="Times New Roman" w:cs="Times New Roman"/>
          <w:sz w:val="24"/>
          <w:szCs w:val="24"/>
        </w:rPr>
        <w:t>colour</w:t>
      </w:r>
      <w:proofErr w:type="spellEnd"/>
      <w:r w:rsidRPr="005E5774">
        <w:rPr>
          <w:rFonts w:ascii="Times New Roman" w:hAnsi="Times New Roman" w:cs="Times New Roman"/>
          <w:sz w:val="24"/>
          <w:szCs w:val="24"/>
        </w:rPr>
        <w:t xml:space="preserve"> varied from whitish to greyish. The growth varied from flat to raised and fluffy to sparse.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w:t>
      </w:r>
      <w:proofErr w:type="gramStart"/>
      <w:r w:rsidRPr="005E5774">
        <w:rPr>
          <w:rFonts w:ascii="Times New Roman" w:hAnsi="Times New Roman" w:cs="Times New Roman"/>
          <w:sz w:val="24"/>
          <w:szCs w:val="24"/>
        </w:rPr>
        <w:t>are found</w:t>
      </w:r>
      <w:proofErr w:type="gramEnd"/>
      <w:r w:rsidRPr="005E5774">
        <w:rPr>
          <w:rFonts w:ascii="Times New Roman" w:hAnsi="Times New Roman" w:cs="Times New Roman"/>
          <w:sz w:val="24"/>
          <w:szCs w:val="24"/>
        </w:rPr>
        <w:t xml:space="preserve"> early on PDA followed by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while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were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 Sporulation also showed greater variation in different media, ranging from excellent to poor. Excellent sporulation </w:t>
      </w:r>
      <w:proofErr w:type="gramStart"/>
      <w:r w:rsidRPr="005E5774">
        <w:rPr>
          <w:rFonts w:ascii="Times New Roman" w:hAnsi="Times New Roman" w:cs="Times New Roman"/>
          <w:sz w:val="24"/>
          <w:szCs w:val="24"/>
        </w:rPr>
        <w:t>was recorded</w:t>
      </w:r>
      <w:proofErr w:type="gramEnd"/>
      <w:r w:rsidRPr="005E5774">
        <w:rPr>
          <w:rFonts w:ascii="Times New Roman" w:hAnsi="Times New Roman" w:cs="Times New Roman"/>
          <w:sz w:val="24"/>
          <w:szCs w:val="24"/>
        </w:rPr>
        <w:t xml:space="preserve"> on PDA Media, good sporulation in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while sporulation was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w:t>
      </w:r>
      <w:r w:rsidR="003D4FB4" w:rsidRPr="005E5774">
        <w:rPr>
          <w:rFonts w:ascii="Times New Roman" w:hAnsi="Times New Roman" w:cs="Times New Roman"/>
          <w:color w:val="000000" w:themeColor="text1"/>
          <w:sz w:val="24"/>
          <w:szCs w:val="24"/>
        </w:rPr>
        <w:t xml:space="preserve">                    </w:t>
      </w:r>
    </w:p>
    <w:p w14:paraId="7FE5B64B" w14:textId="111D7AA2" w:rsidR="003D4FB4" w:rsidRPr="00764556" w:rsidRDefault="003D4FB4" w:rsidP="003D4FB4">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C</w:t>
      </w:r>
      <w:bookmarkStart w:id="8" w:name="_Hlk212221551"/>
      <w:r w:rsidRPr="00764556">
        <w:rPr>
          <w:rFonts w:ascii="Times New Roman" w:hAnsi="Times New Roman" w:cs="Times New Roman"/>
          <w:color w:val="000000" w:themeColor="text1"/>
        </w:rPr>
        <w:t>onclusion</w:t>
      </w:r>
      <w:bookmarkEnd w:id="8"/>
    </w:p>
    <w:p w14:paraId="3D7E0623" w14:textId="77777777" w:rsidR="00AB705B" w:rsidRDefault="00AB705B" w:rsidP="00485651">
      <w:pPr>
        <w:pStyle w:val="NormalWeb"/>
        <w:spacing w:line="276" w:lineRule="auto"/>
        <w:jc w:val="both"/>
      </w:pPr>
      <w:r>
        <w:t xml:space="preserve">The present investigation conclusively established the pathogenic nature of </w:t>
      </w:r>
      <w:proofErr w:type="spellStart"/>
      <w:r>
        <w:rPr>
          <w:rStyle w:val="Emphasis"/>
        </w:rPr>
        <w:t>Colletotrichum</w:t>
      </w:r>
      <w:proofErr w:type="spellEnd"/>
      <w:r>
        <w:rPr>
          <w:rStyle w:val="Emphasis"/>
        </w:rPr>
        <w:t xml:space="preserve"> </w:t>
      </w:r>
      <w:proofErr w:type="spellStart"/>
      <w:r>
        <w:rPr>
          <w:rStyle w:val="Emphasis"/>
        </w:rPr>
        <w:t>capsici</w:t>
      </w:r>
      <w:proofErr w:type="spellEnd"/>
      <w:r>
        <w:t xml:space="preserve"> causing anthracnose in chilli through the successful </w:t>
      </w:r>
      <w:proofErr w:type="spellStart"/>
      <w:r>
        <w:t>fulfillment</w:t>
      </w:r>
      <w:proofErr w:type="spellEnd"/>
      <w:r>
        <w:t xml:space="preserve"> of Koch’s postulates. Artificial inoculation of susceptible chilli varieties resulted in the development of </w:t>
      </w:r>
      <w:r>
        <w:lastRenderedPageBreak/>
        <w:t xml:space="preserve">characteristic anthracnose symptoms, including necrosis of tender twigs and the formation of black </w:t>
      </w:r>
      <w:proofErr w:type="spellStart"/>
      <w:r>
        <w:t>acervuli</w:t>
      </w:r>
      <w:proofErr w:type="spellEnd"/>
      <w:r>
        <w:t xml:space="preserve">, thereby confirming the virulence of the pathogen. </w:t>
      </w:r>
      <w:proofErr w:type="spellStart"/>
      <w:r>
        <w:t>Reisolation</w:t>
      </w:r>
      <w:proofErr w:type="spellEnd"/>
      <w:r>
        <w:t xml:space="preserve"> of the fungus from infected tissues further validated its role as the causal agent of the disease.</w:t>
      </w:r>
    </w:p>
    <w:p w14:paraId="26BE4150" w14:textId="77777777" w:rsidR="00AB705B" w:rsidRDefault="00AB705B" w:rsidP="00485651">
      <w:pPr>
        <w:pStyle w:val="NormalWeb"/>
        <w:spacing w:line="276" w:lineRule="auto"/>
        <w:jc w:val="both"/>
      </w:pPr>
      <w:r>
        <w:t xml:space="preserve">The study also revealed significant variation in the cultural behaviour of </w:t>
      </w:r>
      <w:r>
        <w:rPr>
          <w:rStyle w:val="Emphasis"/>
        </w:rPr>
        <w:t xml:space="preserve">C. </w:t>
      </w:r>
      <w:proofErr w:type="spellStart"/>
      <w:r>
        <w:rPr>
          <w:rStyle w:val="Emphasis"/>
        </w:rPr>
        <w:t>capsici</w:t>
      </w:r>
      <w:proofErr w:type="spellEnd"/>
      <w:r>
        <w:t xml:space="preserve"> across different solid media. Among the five media evaluated, Potato Dextrose Agar proved to be the most suitable for mycelial growth and sporulation, recording the maximum radial growth and excellent sporulation. </w:t>
      </w:r>
      <w:proofErr w:type="spellStart"/>
      <w:r>
        <w:t>Sabouraud’s</w:t>
      </w:r>
      <w:proofErr w:type="spellEnd"/>
      <w:r>
        <w:t xml:space="preserve"> Dextrose Agar and </w:t>
      </w:r>
      <w:proofErr w:type="spellStart"/>
      <w:r>
        <w:t>Czapek’s</w:t>
      </w:r>
      <w:proofErr w:type="spellEnd"/>
      <w:r>
        <w:t xml:space="preserve"> Dox Agar supported moderate growth and sporulation, while chilli extract agar exhibited the least growth and poor sporulation. Differences in colony morphology, pigmentation, texture, and </w:t>
      </w:r>
      <w:proofErr w:type="spellStart"/>
      <w:r>
        <w:t>acervuli</w:t>
      </w:r>
      <w:proofErr w:type="spellEnd"/>
      <w:r>
        <w:t xml:space="preserve"> formation across media highlighted the influence of nutrient composition on fungal growth and reproductive potential.</w:t>
      </w:r>
    </w:p>
    <w:p w14:paraId="6BDC504F" w14:textId="71DE41E7" w:rsidR="00AB705B" w:rsidRDefault="00AB705B" w:rsidP="00485651">
      <w:pPr>
        <w:pStyle w:val="NormalWeb"/>
        <w:spacing w:line="276" w:lineRule="auto"/>
        <w:jc w:val="both"/>
      </w:pPr>
      <w:r>
        <w:t xml:space="preserve">These findings provide valuable insights into the biology, growth preferences, and pathogenic behaviour of </w:t>
      </w:r>
      <w:r>
        <w:rPr>
          <w:rStyle w:val="Emphasis"/>
        </w:rPr>
        <w:t xml:space="preserve">C. </w:t>
      </w:r>
      <w:proofErr w:type="spellStart"/>
      <w:r>
        <w:rPr>
          <w:rStyle w:val="Emphasis"/>
        </w:rPr>
        <w:t>capsici</w:t>
      </w:r>
      <w:proofErr w:type="spellEnd"/>
      <w:r>
        <w:t>.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conditions.</w:t>
      </w:r>
    </w:p>
    <w:p w14:paraId="769327A3" w14:textId="066487A3" w:rsidR="0003555B" w:rsidRDefault="0003555B" w:rsidP="00485651">
      <w:pPr>
        <w:pStyle w:val="NormalWeb"/>
        <w:spacing w:line="276" w:lineRule="auto"/>
        <w:jc w:val="both"/>
      </w:pPr>
    </w:p>
    <w:p w14:paraId="59B42F96" w14:textId="7092703F" w:rsidR="0003555B" w:rsidRDefault="0003555B" w:rsidP="00485651">
      <w:pPr>
        <w:pStyle w:val="NormalWeb"/>
        <w:spacing w:line="276" w:lineRule="auto"/>
        <w:jc w:val="both"/>
      </w:pPr>
    </w:p>
    <w:p w14:paraId="3CE90A29" w14:textId="13600843" w:rsidR="0003555B" w:rsidRDefault="0003555B" w:rsidP="00485651">
      <w:pPr>
        <w:pStyle w:val="NormalWeb"/>
        <w:spacing w:line="276" w:lineRule="auto"/>
        <w:jc w:val="both"/>
      </w:pPr>
      <w:r w:rsidRPr="0003555B">
        <w:t>Disclaimer (Artificial intelligence)</w:t>
      </w:r>
    </w:p>
    <w:p w14:paraId="6629A6B6" w14:textId="3166E7FE" w:rsidR="0003555B" w:rsidRDefault="0003555B" w:rsidP="0003555B">
      <w:pPr>
        <w:pStyle w:val="NormalWeb"/>
        <w:spacing w:line="276" w:lineRule="auto"/>
        <w:jc w:val="both"/>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manuscripts.</w:t>
      </w:r>
    </w:p>
    <w:p w14:paraId="432F01A9" w14:textId="77777777" w:rsidR="0003555B" w:rsidRDefault="0003555B" w:rsidP="00485651">
      <w:pPr>
        <w:pStyle w:val="NormalWeb"/>
        <w:spacing w:line="276" w:lineRule="auto"/>
        <w:jc w:val="both"/>
      </w:pPr>
    </w:p>
    <w:p w14:paraId="1DFD1E32" w14:textId="66E32465" w:rsidR="00943159" w:rsidRPr="00764556" w:rsidRDefault="00943159" w:rsidP="003D4FB4">
      <w:pPr>
        <w:jc w:val="both"/>
        <w:rPr>
          <w:rFonts w:ascii="Times New Roman" w:hAnsi="Times New Roman" w:cs="Times New Roman"/>
          <w:b/>
          <w:bCs/>
          <w:color w:val="000000" w:themeColor="text1"/>
          <w:sz w:val="28"/>
          <w:szCs w:val="28"/>
        </w:rPr>
      </w:pPr>
      <w:r w:rsidRPr="00764556">
        <w:rPr>
          <w:rFonts w:ascii="Times New Roman" w:hAnsi="Times New Roman" w:cs="Times New Roman"/>
          <w:b/>
          <w:bCs/>
          <w:color w:val="000000" w:themeColor="text1"/>
          <w:sz w:val="28"/>
          <w:szCs w:val="28"/>
        </w:rPr>
        <w:t>Reference</w:t>
      </w:r>
    </w:p>
    <w:p w14:paraId="49A51121" w14:textId="77777777" w:rsidR="00485651" w:rsidRPr="00485651" w:rsidRDefault="00485651" w:rsidP="00485651">
      <w:pPr>
        <w:jc w:val="both"/>
        <w:rPr>
          <w:rFonts w:ascii="Times New Roman" w:hAnsi="Times New Roman" w:cs="Times New Roman"/>
          <w:color w:val="000000" w:themeColor="text1"/>
          <w:sz w:val="24"/>
          <w:szCs w:val="24"/>
        </w:rPr>
      </w:pPr>
    </w:p>
    <w:p w14:paraId="5C8F0138"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Agrios</w:t>
      </w:r>
      <w:proofErr w:type="spellEnd"/>
      <w:r w:rsidRPr="00B86ADD">
        <w:rPr>
          <w:rFonts w:ascii="Times New Roman" w:hAnsi="Times New Roman" w:cs="Times New Roman"/>
          <w:color w:val="000000" w:themeColor="text1"/>
          <w:sz w:val="24"/>
          <w:szCs w:val="24"/>
        </w:rPr>
        <w:t xml:space="preserve">, G. N. 2005. Plant Pathology, </w:t>
      </w:r>
      <w:proofErr w:type="gramStart"/>
      <w:r w:rsidRPr="00B86ADD">
        <w:rPr>
          <w:rFonts w:ascii="Times New Roman" w:hAnsi="Times New Roman" w:cs="Times New Roman"/>
          <w:color w:val="000000" w:themeColor="text1"/>
          <w:sz w:val="24"/>
          <w:szCs w:val="24"/>
        </w:rPr>
        <w:t>5th</w:t>
      </w:r>
      <w:proofErr w:type="gramEnd"/>
      <w:r w:rsidRPr="00B86ADD">
        <w:rPr>
          <w:rFonts w:ascii="Times New Roman" w:hAnsi="Times New Roman" w:cs="Times New Roman"/>
          <w:color w:val="000000" w:themeColor="text1"/>
          <w:sz w:val="24"/>
          <w:szCs w:val="24"/>
        </w:rPr>
        <w:t xml:space="preserve"> Ed. Academic Press, San Diego, p.922. Anonymous, FAO (2010). FAO Production Year book 2010. Rome: FAO, p. 333.</w:t>
      </w:r>
    </w:p>
    <w:p w14:paraId="752EA033"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r w:rsidRPr="00B86ADD">
        <w:rPr>
          <w:rFonts w:ascii="Times New Roman" w:hAnsi="Times New Roman" w:cs="Times New Roman"/>
          <w:color w:val="000000" w:themeColor="text1"/>
          <w:sz w:val="24"/>
          <w:szCs w:val="24"/>
        </w:rPr>
        <w:t xml:space="preserve">Akhtar, J., A. </w:t>
      </w:r>
      <w:proofErr w:type="spellStart"/>
      <w:r w:rsidRPr="00B86ADD">
        <w:rPr>
          <w:rFonts w:ascii="Times New Roman" w:hAnsi="Times New Roman" w:cs="Times New Roman"/>
          <w:color w:val="000000" w:themeColor="text1"/>
          <w:sz w:val="24"/>
          <w:szCs w:val="24"/>
        </w:rPr>
        <w:t>Kandan</w:t>
      </w:r>
      <w:proofErr w:type="spellEnd"/>
      <w:r w:rsidRPr="00B86ADD">
        <w:rPr>
          <w:rFonts w:ascii="Times New Roman" w:hAnsi="Times New Roman" w:cs="Times New Roman"/>
          <w:color w:val="000000" w:themeColor="text1"/>
          <w:sz w:val="24"/>
          <w:szCs w:val="24"/>
        </w:rPr>
        <w:t xml:space="preserve">, B. Singh, P. Kumar and S. C. Dubey, 2016. Detached non-wounded fruit inoculation technique for pathogenicity of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i/>
          <w:color w:val="000000" w:themeColor="text1"/>
          <w:sz w:val="24"/>
          <w:szCs w:val="24"/>
        </w:rPr>
        <w:t xml:space="preserve"> </w:t>
      </w:r>
      <w:proofErr w:type="spellStart"/>
      <w:r w:rsidRPr="00B86ADD">
        <w:rPr>
          <w:rFonts w:ascii="Times New Roman" w:hAnsi="Times New Roman" w:cs="Times New Roman"/>
          <w:i/>
          <w:color w:val="000000" w:themeColor="text1"/>
          <w:sz w:val="24"/>
          <w:szCs w:val="24"/>
        </w:rPr>
        <w:t>capsici</w:t>
      </w:r>
      <w:proofErr w:type="spellEnd"/>
      <w:r w:rsidRPr="00B86ADD">
        <w:rPr>
          <w:rFonts w:ascii="Times New Roman" w:hAnsi="Times New Roman" w:cs="Times New Roman"/>
          <w:color w:val="000000" w:themeColor="text1"/>
          <w:sz w:val="24"/>
          <w:szCs w:val="24"/>
        </w:rPr>
        <w:t xml:space="preserve"> on </w:t>
      </w:r>
      <w:proofErr w:type="spellStart"/>
      <w:r w:rsidRPr="00B86ADD">
        <w:rPr>
          <w:rFonts w:ascii="Times New Roman" w:hAnsi="Times New Roman" w:cs="Times New Roman"/>
          <w:color w:val="000000" w:themeColor="text1"/>
          <w:sz w:val="24"/>
          <w:szCs w:val="24"/>
        </w:rPr>
        <w:t>chilli</w:t>
      </w:r>
      <w:proofErr w:type="spellEnd"/>
      <w:r w:rsidRPr="00B86ADD">
        <w:rPr>
          <w:rFonts w:ascii="Times New Roman" w:hAnsi="Times New Roman" w:cs="Times New Roman"/>
          <w:color w:val="000000" w:themeColor="text1"/>
          <w:sz w:val="24"/>
          <w:szCs w:val="24"/>
        </w:rPr>
        <w:t xml:space="preserve">. Indian Phytopathology, </w:t>
      </w:r>
      <w:r w:rsidRPr="00B86ADD">
        <w:rPr>
          <w:rFonts w:ascii="Times New Roman" w:hAnsi="Times New Roman" w:cs="Times New Roman"/>
          <w:b/>
          <w:color w:val="000000" w:themeColor="text1"/>
          <w:sz w:val="24"/>
          <w:szCs w:val="24"/>
        </w:rPr>
        <w:t>69</w:t>
      </w:r>
      <w:r w:rsidRPr="00B86ADD">
        <w:rPr>
          <w:rFonts w:ascii="Times New Roman" w:hAnsi="Times New Roman" w:cs="Times New Roman"/>
          <w:color w:val="000000" w:themeColor="text1"/>
          <w:sz w:val="24"/>
          <w:szCs w:val="24"/>
        </w:rPr>
        <w:t>(2): 200-201.</w:t>
      </w:r>
    </w:p>
    <w:p w14:paraId="18C4C315"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r w:rsidRPr="00B86ADD">
        <w:rPr>
          <w:rFonts w:ascii="Times New Roman" w:hAnsi="Times New Roman" w:cs="Times New Roman"/>
          <w:color w:val="000000" w:themeColor="text1"/>
          <w:sz w:val="24"/>
          <w:szCs w:val="24"/>
        </w:rPr>
        <w:lastRenderedPageBreak/>
        <w:t xml:space="preserve">Anonymous, 2021. Agricultural Statistics at a Glance 2021, Government of India, Ministry of Agriculture and Farmers Welfare, Department of Agriculture and Farmers Welfare, Directorate of </w:t>
      </w:r>
      <w:proofErr w:type="spellStart"/>
      <w:r w:rsidRPr="00B86ADD">
        <w:rPr>
          <w:rFonts w:ascii="Times New Roman" w:hAnsi="Times New Roman" w:cs="Times New Roman"/>
          <w:color w:val="000000" w:themeColor="text1"/>
          <w:sz w:val="24"/>
          <w:szCs w:val="24"/>
        </w:rPr>
        <w:t>Economicsand</w:t>
      </w:r>
      <w:proofErr w:type="spellEnd"/>
      <w:r w:rsidRPr="00B86ADD">
        <w:rPr>
          <w:rFonts w:ascii="Times New Roman" w:hAnsi="Times New Roman" w:cs="Times New Roman"/>
          <w:color w:val="000000" w:themeColor="text1"/>
          <w:sz w:val="24"/>
          <w:szCs w:val="24"/>
        </w:rPr>
        <w:t xml:space="preserve"> Statistics. </w:t>
      </w:r>
    </w:p>
    <w:p w14:paraId="4F7CCE86"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r w:rsidRPr="00B86ADD">
        <w:rPr>
          <w:rFonts w:ascii="Times New Roman" w:hAnsi="Times New Roman" w:cs="Times New Roman"/>
          <w:color w:val="000000" w:themeColor="text1"/>
          <w:sz w:val="24"/>
          <w:szCs w:val="24"/>
        </w:rPr>
        <w:t xml:space="preserve">Bailey, J. A. and M. J. </w:t>
      </w:r>
      <w:proofErr w:type="spellStart"/>
      <w:r w:rsidRPr="00B86ADD">
        <w:rPr>
          <w:rFonts w:ascii="Times New Roman" w:hAnsi="Times New Roman" w:cs="Times New Roman"/>
          <w:color w:val="000000" w:themeColor="text1"/>
          <w:sz w:val="24"/>
          <w:szCs w:val="24"/>
        </w:rPr>
        <w:t>Jeger</w:t>
      </w:r>
      <w:proofErr w:type="spellEnd"/>
      <w:r w:rsidRPr="00B86ADD">
        <w:rPr>
          <w:rFonts w:ascii="Times New Roman" w:hAnsi="Times New Roman" w:cs="Times New Roman"/>
          <w:color w:val="000000" w:themeColor="text1"/>
          <w:sz w:val="24"/>
          <w:szCs w:val="24"/>
        </w:rPr>
        <w:t xml:space="preserve"> (Eds.) 1992.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color w:val="000000" w:themeColor="text1"/>
          <w:sz w:val="24"/>
          <w:szCs w:val="24"/>
        </w:rPr>
        <w:t>: Biology, Pathology and Control. Commonwealth Mycological Institute.</w:t>
      </w:r>
    </w:p>
    <w:p w14:paraId="020BD8FA"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Pakdeevaraporn</w:t>
      </w:r>
      <w:proofErr w:type="spellEnd"/>
      <w:r w:rsidRPr="00B86ADD">
        <w:rPr>
          <w:rFonts w:ascii="Times New Roman" w:hAnsi="Times New Roman" w:cs="Times New Roman"/>
          <w:color w:val="000000" w:themeColor="text1"/>
          <w:sz w:val="24"/>
          <w:szCs w:val="24"/>
        </w:rPr>
        <w:t xml:space="preserve">, P., S. </w:t>
      </w:r>
      <w:proofErr w:type="spellStart"/>
      <w:r w:rsidRPr="00B86ADD">
        <w:rPr>
          <w:rFonts w:ascii="Times New Roman" w:hAnsi="Times New Roman" w:cs="Times New Roman"/>
          <w:color w:val="000000" w:themeColor="text1"/>
          <w:sz w:val="24"/>
          <w:szCs w:val="24"/>
        </w:rPr>
        <w:t>Wasee</w:t>
      </w:r>
      <w:proofErr w:type="spellEnd"/>
      <w:r w:rsidRPr="00B86ADD">
        <w:rPr>
          <w:rFonts w:ascii="Times New Roman" w:hAnsi="Times New Roman" w:cs="Times New Roman"/>
          <w:color w:val="000000" w:themeColor="text1"/>
          <w:sz w:val="24"/>
          <w:szCs w:val="24"/>
        </w:rPr>
        <w:t xml:space="preserve">, P. W. J. Taylor and O. </w:t>
      </w:r>
      <w:proofErr w:type="spellStart"/>
      <w:r w:rsidRPr="00B86ADD">
        <w:rPr>
          <w:rFonts w:ascii="Times New Roman" w:hAnsi="Times New Roman" w:cs="Times New Roman"/>
          <w:color w:val="000000" w:themeColor="text1"/>
          <w:sz w:val="24"/>
          <w:szCs w:val="24"/>
        </w:rPr>
        <w:t>Mongkolporn</w:t>
      </w:r>
      <w:proofErr w:type="spellEnd"/>
      <w:r w:rsidRPr="00B86ADD">
        <w:rPr>
          <w:rFonts w:ascii="Times New Roman" w:hAnsi="Times New Roman" w:cs="Times New Roman"/>
          <w:color w:val="000000" w:themeColor="text1"/>
          <w:sz w:val="24"/>
          <w:szCs w:val="24"/>
        </w:rPr>
        <w:t xml:space="preserve">, 2005. Inheritance of resistance to anthracnose caused by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i/>
          <w:color w:val="000000" w:themeColor="text1"/>
          <w:sz w:val="24"/>
          <w:szCs w:val="24"/>
        </w:rPr>
        <w:t xml:space="preserve"> </w:t>
      </w:r>
      <w:proofErr w:type="spellStart"/>
      <w:r w:rsidRPr="00B86ADD">
        <w:rPr>
          <w:rFonts w:ascii="Times New Roman" w:hAnsi="Times New Roman" w:cs="Times New Roman"/>
          <w:i/>
          <w:color w:val="000000" w:themeColor="text1"/>
          <w:sz w:val="24"/>
          <w:szCs w:val="24"/>
        </w:rPr>
        <w:t>capsici</w:t>
      </w:r>
      <w:proofErr w:type="spellEnd"/>
      <w:r w:rsidRPr="00B86ADD">
        <w:rPr>
          <w:rFonts w:ascii="Times New Roman" w:hAnsi="Times New Roman" w:cs="Times New Roman"/>
          <w:i/>
          <w:color w:val="000000" w:themeColor="text1"/>
          <w:sz w:val="24"/>
          <w:szCs w:val="24"/>
        </w:rPr>
        <w:t xml:space="preserve"> </w:t>
      </w:r>
      <w:r w:rsidRPr="00B86ADD">
        <w:rPr>
          <w:rFonts w:ascii="Times New Roman" w:hAnsi="Times New Roman" w:cs="Times New Roman"/>
          <w:color w:val="000000" w:themeColor="text1"/>
          <w:sz w:val="24"/>
          <w:szCs w:val="24"/>
        </w:rPr>
        <w:t xml:space="preserve">in Capsicum. Plant Breeding </w:t>
      </w:r>
      <w:r w:rsidRPr="00B86ADD">
        <w:rPr>
          <w:rFonts w:ascii="Times New Roman" w:hAnsi="Times New Roman" w:cs="Times New Roman"/>
          <w:b/>
          <w:color w:val="000000" w:themeColor="text1"/>
          <w:sz w:val="24"/>
          <w:szCs w:val="24"/>
        </w:rPr>
        <w:t>124</w:t>
      </w:r>
      <w:r w:rsidRPr="00B86ADD">
        <w:rPr>
          <w:rFonts w:ascii="Times New Roman" w:hAnsi="Times New Roman" w:cs="Times New Roman"/>
          <w:color w:val="000000" w:themeColor="text1"/>
          <w:sz w:val="24"/>
          <w:szCs w:val="24"/>
        </w:rPr>
        <w:t>: 206- 208.</w:t>
      </w:r>
    </w:p>
    <w:p w14:paraId="1B8FB0AF"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Poonpolgul</w:t>
      </w:r>
      <w:proofErr w:type="spellEnd"/>
      <w:r w:rsidRPr="00B86ADD">
        <w:rPr>
          <w:rFonts w:ascii="Times New Roman" w:hAnsi="Times New Roman" w:cs="Times New Roman"/>
          <w:color w:val="000000" w:themeColor="text1"/>
          <w:sz w:val="24"/>
          <w:szCs w:val="24"/>
        </w:rPr>
        <w:t>, S. (2007). Chili pepper anthracnose in Thailand. In </w:t>
      </w:r>
      <w:r w:rsidRPr="00B86ADD">
        <w:rPr>
          <w:rFonts w:ascii="Times New Roman" w:hAnsi="Times New Roman" w:cs="Times New Roman"/>
          <w:i/>
          <w:iCs/>
          <w:color w:val="000000" w:themeColor="text1"/>
          <w:sz w:val="24"/>
          <w:szCs w:val="24"/>
        </w:rPr>
        <w:t>The First International Symposium on Chili Anthracnose, Convention Center, Seoul National University, Korea, 2007</w:t>
      </w:r>
      <w:r w:rsidRPr="00B86ADD">
        <w:rPr>
          <w:rFonts w:ascii="Times New Roman" w:hAnsi="Times New Roman" w:cs="Times New Roman"/>
          <w:color w:val="000000" w:themeColor="text1"/>
          <w:sz w:val="24"/>
          <w:szCs w:val="24"/>
        </w:rPr>
        <w:t> (Vol. 23).</w:t>
      </w:r>
    </w:p>
    <w:p w14:paraId="7279F673"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Prajapati</w:t>
      </w:r>
      <w:proofErr w:type="spellEnd"/>
      <w:r w:rsidRPr="00B86ADD">
        <w:rPr>
          <w:rFonts w:ascii="Times New Roman" w:hAnsi="Times New Roman" w:cs="Times New Roman"/>
          <w:color w:val="000000" w:themeColor="text1"/>
          <w:sz w:val="24"/>
          <w:szCs w:val="24"/>
        </w:rPr>
        <w:t xml:space="preserve">, M. K., S. </w:t>
      </w:r>
      <w:proofErr w:type="spellStart"/>
      <w:r w:rsidRPr="00B86ADD">
        <w:rPr>
          <w:rFonts w:ascii="Times New Roman" w:hAnsi="Times New Roman" w:cs="Times New Roman"/>
          <w:color w:val="000000" w:themeColor="text1"/>
          <w:sz w:val="24"/>
          <w:szCs w:val="24"/>
        </w:rPr>
        <w:t>Rawat</w:t>
      </w:r>
      <w:proofErr w:type="spellEnd"/>
      <w:r w:rsidRPr="00B86ADD">
        <w:rPr>
          <w:rFonts w:ascii="Times New Roman" w:hAnsi="Times New Roman" w:cs="Times New Roman"/>
          <w:color w:val="000000" w:themeColor="text1"/>
          <w:sz w:val="24"/>
          <w:szCs w:val="24"/>
        </w:rPr>
        <w:t xml:space="preserve">, P. Singh and K. Shankar, 2020. Cultural and morphological characterization of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i/>
          <w:color w:val="000000" w:themeColor="text1"/>
          <w:sz w:val="24"/>
          <w:szCs w:val="24"/>
        </w:rPr>
        <w:t xml:space="preserve"> </w:t>
      </w:r>
      <w:proofErr w:type="spellStart"/>
      <w:r w:rsidRPr="00B86ADD">
        <w:rPr>
          <w:rFonts w:ascii="Times New Roman" w:hAnsi="Times New Roman" w:cs="Times New Roman"/>
          <w:i/>
          <w:color w:val="000000" w:themeColor="text1"/>
          <w:sz w:val="24"/>
          <w:szCs w:val="24"/>
        </w:rPr>
        <w:t>capsici</w:t>
      </w:r>
      <w:proofErr w:type="spellEnd"/>
      <w:r w:rsidRPr="00B86ADD">
        <w:rPr>
          <w:rFonts w:ascii="Times New Roman" w:hAnsi="Times New Roman" w:cs="Times New Roman"/>
          <w:color w:val="000000" w:themeColor="text1"/>
          <w:sz w:val="24"/>
          <w:szCs w:val="24"/>
        </w:rPr>
        <w:t xml:space="preserve"> causing anthracnose of </w:t>
      </w:r>
      <w:proofErr w:type="spellStart"/>
      <w:r w:rsidRPr="00B86ADD">
        <w:rPr>
          <w:rFonts w:ascii="Times New Roman" w:hAnsi="Times New Roman" w:cs="Times New Roman"/>
          <w:color w:val="000000" w:themeColor="text1"/>
          <w:sz w:val="24"/>
          <w:szCs w:val="24"/>
        </w:rPr>
        <w:t>chilli</w:t>
      </w:r>
      <w:proofErr w:type="spellEnd"/>
      <w:r w:rsidRPr="00B86ADD">
        <w:rPr>
          <w:rFonts w:ascii="Times New Roman" w:hAnsi="Times New Roman" w:cs="Times New Roman"/>
          <w:color w:val="000000" w:themeColor="text1"/>
          <w:sz w:val="24"/>
          <w:szCs w:val="24"/>
        </w:rPr>
        <w:t xml:space="preserve"> (</w:t>
      </w:r>
      <w:r w:rsidRPr="00B86ADD">
        <w:rPr>
          <w:rFonts w:ascii="Times New Roman" w:hAnsi="Times New Roman" w:cs="Times New Roman"/>
          <w:i/>
          <w:color w:val="000000" w:themeColor="text1"/>
          <w:sz w:val="24"/>
          <w:szCs w:val="24"/>
        </w:rPr>
        <w:t xml:space="preserve">Capsicum </w:t>
      </w:r>
      <w:proofErr w:type="spellStart"/>
      <w:r w:rsidRPr="00B86ADD">
        <w:rPr>
          <w:rFonts w:ascii="Times New Roman" w:hAnsi="Times New Roman" w:cs="Times New Roman"/>
          <w:i/>
          <w:color w:val="000000" w:themeColor="text1"/>
          <w:sz w:val="24"/>
          <w:szCs w:val="24"/>
        </w:rPr>
        <w:t>anum</w:t>
      </w:r>
      <w:proofErr w:type="spellEnd"/>
      <w:r w:rsidRPr="00B86ADD">
        <w:rPr>
          <w:rFonts w:ascii="Times New Roman" w:hAnsi="Times New Roman" w:cs="Times New Roman"/>
          <w:color w:val="000000" w:themeColor="text1"/>
          <w:sz w:val="24"/>
          <w:szCs w:val="24"/>
        </w:rPr>
        <w:t xml:space="preserve"> L.). Journal of </w:t>
      </w:r>
      <w:proofErr w:type="spellStart"/>
      <w:r w:rsidRPr="00B86ADD">
        <w:rPr>
          <w:rFonts w:ascii="Times New Roman" w:hAnsi="Times New Roman" w:cs="Times New Roman"/>
          <w:color w:val="000000" w:themeColor="text1"/>
          <w:sz w:val="24"/>
          <w:szCs w:val="24"/>
        </w:rPr>
        <w:t>Pharmacognosy</w:t>
      </w:r>
      <w:proofErr w:type="spellEnd"/>
      <w:r w:rsidRPr="00B86ADD">
        <w:rPr>
          <w:rFonts w:ascii="Times New Roman" w:hAnsi="Times New Roman" w:cs="Times New Roman"/>
          <w:color w:val="000000" w:themeColor="text1"/>
          <w:sz w:val="24"/>
          <w:szCs w:val="24"/>
        </w:rPr>
        <w:t xml:space="preserve"> and </w:t>
      </w:r>
      <w:proofErr w:type="spellStart"/>
      <w:r w:rsidRPr="00B86ADD">
        <w:rPr>
          <w:rFonts w:ascii="Times New Roman" w:hAnsi="Times New Roman" w:cs="Times New Roman"/>
          <w:color w:val="000000" w:themeColor="text1"/>
          <w:sz w:val="24"/>
          <w:szCs w:val="24"/>
        </w:rPr>
        <w:t>Phytochemistry</w:t>
      </w:r>
      <w:proofErr w:type="spellEnd"/>
      <w:r w:rsidRPr="00B86ADD">
        <w:rPr>
          <w:rFonts w:ascii="Times New Roman" w:hAnsi="Times New Roman" w:cs="Times New Roman"/>
          <w:color w:val="000000" w:themeColor="text1"/>
          <w:sz w:val="24"/>
          <w:szCs w:val="24"/>
        </w:rPr>
        <w:t>,</w:t>
      </w:r>
      <w:r w:rsidRPr="00B86ADD">
        <w:rPr>
          <w:rFonts w:ascii="Times New Roman" w:hAnsi="Times New Roman" w:cs="Times New Roman"/>
          <w:b/>
          <w:color w:val="000000" w:themeColor="text1"/>
          <w:sz w:val="24"/>
          <w:szCs w:val="24"/>
        </w:rPr>
        <w:t xml:space="preserve"> 9</w:t>
      </w:r>
      <w:r w:rsidRPr="00B86ADD">
        <w:rPr>
          <w:rFonts w:ascii="Times New Roman" w:hAnsi="Times New Roman" w:cs="Times New Roman"/>
          <w:color w:val="000000" w:themeColor="text1"/>
          <w:sz w:val="24"/>
          <w:szCs w:val="24"/>
        </w:rPr>
        <w:t>(3): 1985-1989</w:t>
      </w:r>
    </w:p>
    <w:p w14:paraId="4BF0988E"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Sandee</w:t>
      </w:r>
      <w:proofErr w:type="spellEnd"/>
      <w:r w:rsidRPr="00B86ADD">
        <w:rPr>
          <w:rFonts w:ascii="Times New Roman" w:hAnsi="Times New Roman" w:cs="Times New Roman"/>
          <w:color w:val="000000" w:themeColor="text1"/>
          <w:sz w:val="24"/>
          <w:szCs w:val="24"/>
        </w:rPr>
        <w:t xml:space="preserve">, </w:t>
      </w:r>
      <w:proofErr w:type="spellStart"/>
      <w:r w:rsidRPr="00B86ADD">
        <w:rPr>
          <w:rFonts w:ascii="Times New Roman" w:hAnsi="Times New Roman" w:cs="Times New Roman"/>
          <w:color w:val="000000" w:themeColor="text1"/>
          <w:sz w:val="24"/>
          <w:szCs w:val="24"/>
        </w:rPr>
        <w:t>Aphidech</w:t>
      </w:r>
      <w:proofErr w:type="spellEnd"/>
      <w:r w:rsidRPr="00B86ADD">
        <w:rPr>
          <w:rFonts w:ascii="Times New Roman" w:hAnsi="Times New Roman" w:cs="Times New Roman"/>
          <w:color w:val="000000" w:themeColor="text1"/>
          <w:sz w:val="24"/>
          <w:szCs w:val="24"/>
        </w:rPr>
        <w:t xml:space="preserve">, </w:t>
      </w:r>
      <w:proofErr w:type="spellStart"/>
      <w:r w:rsidRPr="00B86ADD">
        <w:rPr>
          <w:rFonts w:ascii="Times New Roman" w:hAnsi="Times New Roman" w:cs="Times New Roman"/>
          <w:color w:val="000000" w:themeColor="text1"/>
          <w:sz w:val="24"/>
          <w:szCs w:val="24"/>
        </w:rPr>
        <w:t>Sarawut</w:t>
      </w:r>
      <w:proofErr w:type="spellEnd"/>
      <w:r w:rsidRPr="00B86ADD">
        <w:rPr>
          <w:rFonts w:ascii="Times New Roman" w:hAnsi="Times New Roman" w:cs="Times New Roman"/>
          <w:color w:val="000000" w:themeColor="text1"/>
          <w:sz w:val="24"/>
          <w:szCs w:val="24"/>
        </w:rPr>
        <w:t xml:space="preserve"> </w:t>
      </w:r>
      <w:proofErr w:type="spellStart"/>
      <w:r w:rsidRPr="00B86ADD">
        <w:rPr>
          <w:rFonts w:ascii="Times New Roman" w:hAnsi="Times New Roman" w:cs="Times New Roman"/>
          <w:color w:val="000000" w:themeColor="text1"/>
          <w:sz w:val="24"/>
          <w:szCs w:val="24"/>
        </w:rPr>
        <w:t>Sachan</w:t>
      </w:r>
      <w:proofErr w:type="spellEnd"/>
      <w:r w:rsidRPr="00B86ADD">
        <w:rPr>
          <w:rFonts w:ascii="Times New Roman" w:hAnsi="Times New Roman" w:cs="Times New Roman"/>
          <w:color w:val="000000" w:themeColor="text1"/>
          <w:sz w:val="24"/>
          <w:szCs w:val="24"/>
        </w:rPr>
        <w:t xml:space="preserve"> and </w:t>
      </w:r>
      <w:proofErr w:type="spellStart"/>
      <w:r w:rsidRPr="00B86ADD">
        <w:rPr>
          <w:rFonts w:ascii="Times New Roman" w:hAnsi="Times New Roman" w:cs="Times New Roman"/>
          <w:color w:val="000000" w:themeColor="text1"/>
          <w:sz w:val="24"/>
          <w:szCs w:val="24"/>
        </w:rPr>
        <w:t>Surasak</w:t>
      </w:r>
      <w:proofErr w:type="spellEnd"/>
      <w:r w:rsidRPr="00B86ADD">
        <w:rPr>
          <w:rFonts w:ascii="Times New Roman" w:hAnsi="Times New Roman" w:cs="Times New Roman"/>
          <w:color w:val="000000" w:themeColor="text1"/>
          <w:sz w:val="24"/>
          <w:szCs w:val="24"/>
        </w:rPr>
        <w:t xml:space="preserve"> </w:t>
      </w:r>
      <w:proofErr w:type="spellStart"/>
      <w:r w:rsidRPr="00B86ADD">
        <w:rPr>
          <w:rFonts w:ascii="Times New Roman" w:hAnsi="Times New Roman" w:cs="Times New Roman"/>
          <w:color w:val="000000" w:themeColor="text1"/>
          <w:sz w:val="24"/>
          <w:szCs w:val="24"/>
        </w:rPr>
        <w:t>Khankhum</w:t>
      </w:r>
      <w:proofErr w:type="spellEnd"/>
      <w:r w:rsidRPr="00B86ADD">
        <w:rPr>
          <w:rFonts w:ascii="Times New Roman" w:hAnsi="Times New Roman" w:cs="Times New Roman"/>
          <w:color w:val="000000" w:themeColor="text1"/>
          <w:sz w:val="24"/>
          <w:szCs w:val="24"/>
        </w:rPr>
        <w:t xml:space="preserve">, 2011. Morphological, pathological and molecular variability of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i/>
          <w:color w:val="000000" w:themeColor="text1"/>
          <w:sz w:val="24"/>
          <w:szCs w:val="24"/>
        </w:rPr>
        <w:t xml:space="preserve"> </w:t>
      </w:r>
      <w:proofErr w:type="spellStart"/>
      <w:r w:rsidRPr="00B86ADD">
        <w:rPr>
          <w:rFonts w:ascii="Times New Roman" w:hAnsi="Times New Roman" w:cs="Times New Roman"/>
          <w:i/>
          <w:color w:val="000000" w:themeColor="text1"/>
          <w:sz w:val="24"/>
          <w:szCs w:val="24"/>
        </w:rPr>
        <w:t>capsici</w:t>
      </w:r>
      <w:proofErr w:type="spellEnd"/>
      <w:r w:rsidRPr="00B86ADD">
        <w:rPr>
          <w:rFonts w:ascii="Times New Roman" w:hAnsi="Times New Roman" w:cs="Times New Roman"/>
          <w:color w:val="000000" w:themeColor="text1"/>
          <w:sz w:val="24"/>
          <w:szCs w:val="24"/>
        </w:rPr>
        <w:t xml:space="preserve"> causing anthracnose of </w:t>
      </w:r>
      <w:proofErr w:type="spellStart"/>
      <w:r w:rsidRPr="00B86ADD">
        <w:rPr>
          <w:rFonts w:ascii="Times New Roman" w:hAnsi="Times New Roman" w:cs="Times New Roman"/>
          <w:color w:val="000000" w:themeColor="text1"/>
          <w:sz w:val="24"/>
          <w:szCs w:val="24"/>
        </w:rPr>
        <w:t>chilli</w:t>
      </w:r>
      <w:proofErr w:type="spellEnd"/>
      <w:r w:rsidRPr="00B86ADD">
        <w:rPr>
          <w:rFonts w:ascii="Times New Roman" w:hAnsi="Times New Roman" w:cs="Times New Roman"/>
          <w:color w:val="000000" w:themeColor="text1"/>
          <w:sz w:val="24"/>
          <w:szCs w:val="24"/>
        </w:rPr>
        <w:t xml:space="preserve"> in the </w:t>
      </w:r>
      <w:proofErr w:type="gramStart"/>
      <w:r w:rsidRPr="00B86ADD">
        <w:rPr>
          <w:rFonts w:ascii="Times New Roman" w:hAnsi="Times New Roman" w:cs="Times New Roman"/>
          <w:color w:val="000000" w:themeColor="text1"/>
          <w:sz w:val="24"/>
          <w:szCs w:val="24"/>
        </w:rPr>
        <w:t>North-east</w:t>
      </w:r>
      <w:proofErr w:type="gramEnd"/>
      <w:r w:rsidRPr="00B86ADD">
        <w:rPr>
          <w:rFonts w:ascii="Times New Roman" w:hAnsi="Times New Roman" w:cs="Times New Roman"/>
          <w:color w:val="000000" w:themeColor="text1"/>
          <w:sz w:val="24"/>
          <w:szCs w:val="24"/>
        </w:rPr>
        <w:t xml:space="preserve"> of Thailand. African Journal of Microbiology Research. </w:t>
      </w:r>
      <w:proofErr w:type="gramStart"/>
      <w:r w:rsidRPr="00B86ADD">
        <w:rPr>
          <w:rFonts w:ascii="Times New Roman" w:hAnsi="Times New Roman" w:cs="Times New Roman"/>
          <w:b/>
          <w:color w:val="000000" w:themeColor="text1"/>
          <w:sz w:val="24"/>
          <w:szCs w:val="24"/>
        </w:rPr>
        <w:t>5</w:t>
      </w:r>
      <w:r w:rsidRPr="00B86ADD">
        <w:rPr>
          <w:rFonts w:ascii="Times New Roman" w:hAnsi="Times New Roman" w:cs="Times New Roman"/>
          <w:color w:val="000000" w:themeColor="text1"/>
          <w:sz w:val="24"/>
          <w:szCs w:val="24"/>
        </w:rPr>
        <w:t>(</w:t>
      </w:r>
      <w:proofErr w:type="gramEnd"/>
      <w:r w:rsidRPr="00B86ADD">
        <w:rPr>
          <w:rFonts w:ascii="Times New Roman" w:hAnsi="Times New Roman" w:cs="Times New Roman"/>
          <w:color w:val="000000" w:themeColor="text1"/>
          <w:sz w:val="24"/>
          <w:szCs w:val="24"/>
        </w:rPr>
        <w:t>25): 4368-4372.</w:t>
      </w:r>
    </w:p>
    <w:p w14:paraId="6819664F"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Saxena</w:t>
      </w:r>
      <w:proofErr w:type="spellEnd"/>
      <w:r w:rsidRPr="00B86ADD">
        <w:rPr>
          <w:rFonts w:ascii="Times New Roman" w:hAnsi="Times New Roman" w:cs="Times New Roman"/>
          <w:color w:val="000000" w:themeColor="text1"/>
          <w:sz w:val="24"/>
          <w:szCs w:val="24"/>
        </w:rPr>
        <w:t xml:space="preserve">, A., R. </w:t>
      </w:r>
      <w:proofErr w:type="spellStart"/>
      <w:r w:rsidRPr="00B86ADD">
        <w:rPr>
          <w:rFonts w:ascii="Times New Roman" w:hAnsi="Times New Roman" w:cs="Times New Roman"/>
          <w:color w:val="000000" w:themeColor="text1"/>
          <w:sz w:val="24"/>
          <w:szCs w:val="24"/>
        </w:rPr>
        <w:t>Raghuwanshi</w:t>
      </w:r>
      <w:proofErr w:type="spellEnd"/>
      <w:r w:rsidRPr="00B86ADD">
        <w:rPr>
          <w:rFonts w:ascii="Times New Roman" w:hAnsi="Times New Roman" w:cs="Times New Roman"/>
          <w:color w:val="000000" w:themeColor="text1"/>
          <w:sz w:val="24"/>
          <w:szCs w:val="24"/>
        </w:rPr>
        <w:t xml:space="preserve">, V. K. Gupta and H. B. Singh, 2016. </w:t>
      </w:r>
      <w:proofErr w:type="spellStart"/>
      <w:r w:rsidRPr="00B86ADD">
        <w:rPr>
          <w:rFonts w:ascii="Times New Roman" w:hAnsi="Times New Roman" w:cs="Times New Roman"/>
          <w:color w:val="000000" w:themeColor="text1"/>
          <w:sz w:val="24"/>
          <w:szCs w:val="24"/>
        </w:rPr>
        <w:t>Chilli</w:t>
      </w:r>
      <w:proofErr w:type="spellEnd"/>
      <w:r w:rsidRPr="00B86ADD">
        <w:rPr>
          <w:rFonts w:ascii="Times New Roman" w:hAnsi="Times New Roman" w:cs="Times New Roman"/>
          <w:color w:val="000000" w:themeColor="text1"/>
          <w:sz w:val="24"/>
          <w:szCs w:val="24"/>
        </w:rPr>
        <w:t xml:space="preserve"> anthracnose: the epidemiology and management. Frontiers in microbiology, </w:t>
      </w:r>
      <w:r w:rsidRPr="00B86ADD">
        <w:rPr>
          <w:rFonts w:ascii="Times New Roman" w:hAnsi="Times New Roman" w:cs="Times New Roman"/>
          <w:b/>
          <w:color w:val="000000" w:themeColor="text1"/>
          <w:sz w:val="24"/>
          <w:szCs w:val="24"/>
        </w:rPr>
        <w:t>7</w:t>
      </w:r>
      <w:r w:rsidRPr="00B86ADD">
        <w:rPr>
          <w:rFonts w:ascii="Times New Roman" w:hAnsi="Times New Roman" w:cs="Times New Roman"/>
          <w:color w:val="000000" w:themeColor="text1"/>
          <w:sz w:val="24"/>
          <w:szCs w:val="24"/>
        </w:rPr>
        <w:t>: p.1527.</w:t>
      </w:r>
    </w:p>
    <w:p w14:paraId="3176E607"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Sydow</w:t>
      </w:r>
      <w:proofErr w:type="spellEnd"/>
      <w:r w:rsidRPr="00B86ADD">
        <w:rPr>
          <w:rFonts w:ascii="Times New Roman" w:hAnsi="Times New Roman" w:cs="Times New Roman"/>
          <w:color w:val="000000" w:themeColor="text1"/>
          <w:sz w:val="24"/>
          <w:szCs w:val="24"/>
        </w:rPr>
        <w:t xml:space="preserve">, H. 1913. Enumeration of Philippine fungi with notes and </w:t>
      </w:r>
      <w:proofErr w:type="spellStart"/>
      <w:r w:rsidRPr="00B86ADD">
        <w:rPr>
          <w:rFonts w:ascii="Times New Roman" w:hAnsi="Times New Roman" w:cs="Times New Roman"/>
          <w:color w:val="000000" w:themeColor="text1"/>
          <w:sz w:val="24"/>
          <w:szCs w:val="24"/>
        </w:rPr>
        <w:t>decriptions</w:t>
      </w:r>
      <w:proofErr w:type="spellEnd"/>
      <w:r w:rsidRPr="00B86ADD">
        <w:rPr>
          <w:rFonts w:ascii="Times New Roman" w:hAnsi="Times New Roman" w:cs="Times New Roman"/>
          <w:color w:val="000000" w:themeColor="text1"/>
          <w:sz w:val="24"/>
          <w:szCs w:val="24"/>
        </w:rPr>
        <w:t xml:space="preserve"> of new species, II. </w:t>
      </w:r>
      <w:r w:rsidRPr="00B86ADD">
        <w:rPr>
          <w:rFonts w:ascii="Times New Roman" w:hAnsi="Times New Roman" w:cs="Times New Roman"/>
          <w:i/>
          <w:iCs/>
          <w:color w:val="000000" w:themeColor="text1"/>
          <w:sz w:val="24"/>
          <w:szCs w:val="24"/>
        </w:rPr>
        <w:t xml:space="preserve">Philipp J. </w:t>
      </w:r>
      <w:proofErr w:type="spellStart"/>
      <w:r w:rsidRPr="00B86ADD">
        <w:rPr>
          <w:rFonts w:ascii="Times New Roman" w:hAnsi="Times New Roman" w:cs="Times New Roman"/>
          <w:i/>
          <w:iCs/>
          <w:color w:val="000000" w:themeColor="text1"/>
          <w:sz w:val="24"/>
          <w:szCs w:val="24"/>
        </w:rPr>
        <w:t>Sci</w:t>
      </w:r>
      <w:proofErr w:type="spellEnd"/>
      <w:r w:rsidRPr="00B86ADD">
        <w:rPr>
          <w:rFonts w:ascii="Times New Roman" w:hAnsi="Times New Roman" w:cs="Times New Roman"/>
          <w:color w:val="000000" w:themeColor="text1"/>
          <w:sz w:val="24"/>
          <w:szCs w:val="24"/>
        </w:rPr>
        <w:t xml:space="preserve">, </w:t>
      </w:r>
      <w:r w:rsidRPr="00B86ADD">
        <w:rPr>
          <w:rFonts w:ascii="Times New Roman" w:hAnsi="Times New Roman" w:cs="Times New Roman"/>
          <w:b/>
          <w:iCs/>
          <w:color w:val="000000" w:themeColor="text1"/>
          <w:sz w:val="24"/>
          <w:szCs w:val="24"/>
        </w:rPr>
        <w:t>8</w:t>
      </w:r>
      <w:r w:rsidRPr="00B86ADD">
        <w:rPr>
          <w:rFonts w:ascii="Times New Roman" w:hAnsi="Times New Roman" w:cs="Times New Roman"/>
          <w:color w:val="000000" w:themeColor="text1"/>
          <w:sz w:val="24"/>
          <w:szCs w:val="24"/>
        </w:rPr>
        <w:t>: 475-508.</w:t>
      </w:r>
    </w:p>
    <w:p w14:paraId="1EC10E71" w14:textId="77777777" w:rsidR="0034027B" w:rsidRPr="00B86ADD" w:rsidRDefault="0034027B"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Than</w:t>
      </w:r>
      <w:proofErr w:type="spellEnd"/>
      <w:r w:rsidRPr="00B86ADD">
        <w:rPr>
          <w:rFonts w:ascii="Times New Roman" w:hAnsi="Times New Roman" w:cs="Times New Roman"/>
          <w:color w:val="000000" w:themeColor="text1"/>
          <w:sz w:val="24"/>
          <w:szCs w:val="24"/>
        </w:rPr>
        <w:t xml:space="preserve">, P. P., H. </w:t>
      </w:r>
      <w:proofErr w:type="spellStart"/>
      <w:r w:rsidRPr="00B86ADD">
        <w:rPr>
          <w:rFonts w:ascii="Times New Roman" w:hAnsi="Times New Roman" w:cs="Times New Roman"/>
          <w:color w:val="000000" w:themeColor="text1"/>
          <w:sz w:val="24"/>
          <w:szCs w:val="24"/>
        </w:rPr>
        <w:t>Prihasturi</w:t>
      </w:r>
      <w:proofErr w:type="spellEnd"/>
      <w:r w:rsidRPr="00B86ADD">
        <w:rPr>
          <w:rFonts w:ascii="Times New Roman" w:hAnsi="Times New Roman" w:cs="Times New Roman"/>
          <w:color w:val="000000" w:themeColor="text1"/>
          <w:sz w:val="24"/>
          <w:szCs w:val="24"/>
        </w:rPr>
        <w:t xml:space="preserve">, S. </w:t>
      </w:r>
      <w:proofErr w:type="spellStart"/>
      <w:r w:rsidRPr="00B86ADD">
        <w:rPr>
          <w:rFonts w:ascii="Times New Roman" w:hAnsi="Times New Roman" w:cs="Times New Roman"/>
          <w:color w:val="000000" w:themeColor="text1"/>
          <w:sz w:val="24"/>
          <w:szCs w:val="24"/>
        </w:rPr>
        <w:t>Phoulivong</w:t>
      </w:r>
      <w:proofErr w:type="spellEnd"/>
      <w:r w:rsidRPr="00B86ADD">
        <w:rPr>
          <w:rFonts w:ascii="Times New Roman" w:hAnsi="Times New Roman" w:cs="Times New Roman"/>
          <w:color w:val="000000" w:themeColor="text1"/>
          <w:sz w:val="24"/>
          <w:szCs w:val="24"/>
        </w:rPr>
        <w:t xml:space="preserve">, P. W. J. Taylor and D. Hyde, 2008. </w:t>
      </w:r>
      <w:proofErr w:type="spellStart"/>
      <w:r w:rsidRPr="00B86ADD">
        <w:rPr>
          <w:rFonts w:ascii="Times New Roman" w:hAnsi="Times New Roman" w:cs="Times New Roman"/>
          <w:color w:val="000000" w:themeColor="text1"/>
          <w:sz w:val="24"/>
          <w:szCs w:val="24"/>
        </w:rPr>
        <w:t>Chilli</w:t>
      </w:r>
      <w:proofErr w:type="spellEnd"/>
      <w:r w:rsidRPr="00B86ADD">
        <w:rPr>
          <w:rFonts w:ascii="Times New Roman" w:hAnsi="Times New Roman" w:cs="Times New Roman"/>
          <w:color w:val="000000" w:themeColor="text1"/>
          <w:sz w:val="24"/>
          <w:szCs w:val="24"/>
        </w:rPr>
        <w:t xml:space="preserve"> anthracnose disease caused by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color w:val="000000" w:themeColor="text1"/>
          <w:sz w:val="24"/>
          <w:szCs w:val="24"/>
        </w:rPr>
        <w:t xml:space="preserve"> species. J. Zhejiang </w:t>
      </w:r>
      <w:proofErr w:type="spellStart"/>
      <w:r w:rsidRPr="00B86ADD">
        <w:rPr>
          <w:rFonts w:ascii="Times New Roman" w:hAnsi="Times New Roman" w:cs="Times New Roman"/>
          <w:color w:val="000000" w:themeColor="text1"/>
          <w:sz w:val="24"/>
          <w:szCs w:val="24"/>
        </w:rPr>
        <w:t>Univ</w:t>
      </w:r>
      <w:proofErr w:type="spellEnd"/>
      <w:r w:rsidRPr="00B86ADD">
        <w:rPr>
          <w:rFonts w:ascii="Times New Roman" w:hAnsi="Times New Roman" w:cs="Times New Roman"/>
          <w:color w:val="000000" w:themeColor="text1"/>
          <w:sz w:val="24"/>
          <w:szCs w:val="24"/>
        </w:rPr>
        <w:t xml:space="preserve"> </w:t>
      </w:r>
      <w:proofErr w:type="spellStart"/>
      <w:r w:rsidRPr="00B86ADD">
        <w:rPr>
          <w:rFonts w:ascii="Times New Roman" w:hAnsi="Times New Roman" w:cs="Times New Roman"/>
          <w:color w:val="000000" w:themeColor="text1"/>
          <w:sz w:val="24"/>
          <w:szCs w:val="24"/>
        </w:rPr>
        <w:t>Sci</w:t>
      </w:r>
      <w:proofErr w:type="spellEnd"/>
      <w:r w:rsidRPr="00B86ADD">
        <w:rPr>
          <w:rFonts w:ascii="Times New Roman" w:hAnsi="Times New Roman" w:cs="Times New Roman"/>
          <w:color w:val="000000" w:themeColor="text1"/>
          <w:sz w:val="24"/>
          <w:szCs w:val="24"/>
        </w:rPr>
        <w:t xml:space="preserve"> </w:t>
      </w:r>
      <w:r w:rsidRPr="00B86ADD">
        <w:rPr>
          <w:rFonts w:ascii="Times New Roman" w:hAnsi="Times New Roman" w:cs="Times New Roman"/>
          <w:b/>
          <w:color w:val="000000" w:themeColor="text1"/>
          <w:sz w:val="24"/>
          <w:szCs w:val="24"/>
        </w:rPr>
        <w:t>9</w:t>
      </w:r>
      <w:r w:rsidRPr="00B86ADD">
        <w:rPr>
          <w:rFonts w:ascii="Times New Roman" w:hAnsi="Times New Roman" w:cs="Times New Roman"/>
          <w:color w:val="000000" w:themeColor="text1"/>
          <w:sz w:val="24"/>
          <w:szCs w:val="24"/>
        </w:rPr>
        <w:t>: 764-778.</w:t>
      </w:r>
    </w:p>
    <w:p w14:paraId="44E763A6" w14:textId="7ECA75F0" w:rsidR="0034027B" w:rsidRPr="00B86ADD" w:rsidRDefault="0034027B"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Thippeswamy</w:t>
      </w:r>
      <w:proofErr w:type="spellEnd"/>
      <w:r w:rsidRPr="00B86ADD">
        <w:rPr>
          <w:rFonts w:ascii="Times New Roman" w:hAnsi="Times New Roman" w:cs="Times New Roman"/>
          <w:color w:val="000000" w:themeColor="text1"/>
          <w:sz w:val="24"/>
          <w:szCs w:val="24"/>
        </w:rPr>
        <w:t xml:space="preserve">, B., H. V. </w:t>
      </w:r>
      <w:proofErr w:type="spellStart"/>
      <w:r w:rsidRPr="00B86ADD">
        <w:rPr>
          <w:rFonts w:ascii="Times New Roman" w:hAnsi="Times New Roman" w:cs="Times New Roman"/>
          <w:color w:val="000000" w:themeColor="text1"/>
          <w:sz w:val="24"/>
          <w:szCs w:val="24"/>
        </w:rPr>
        <w:t>Sowmya</w:t>
      </w:r>
      <w:proofErr w:type="spellEnd"/>
      <w:r w:rsidRPr="00B86ADD">
        <w:rPr>
          <w:rFonts w:ascii="Times New Roman" w:hAnsi="Times New Roman" w:cs="Times New Roman"/>
          <w:color w:val="000000" w:themeColor="text1"/>
          <w:sz w:val="24"/>
          <w:szCs w:val="24"/>
        </w:rPr>
        <w:t xml:space="preserve"> and M. </w:t>
      </w:r>
      <w:proofErr w:type="spellStart"/>
      <w:r w:rsidRPr="00B86ADD">
        <w:rPr>
          <w:rFonts w:ascii="Times New Roman" w:hAnsi="Times New Roman" w:cs="Times New Roman"/>
          <w:color w:val="000000" w:themeColor="text1"/>
          <w:sz w:val="24"/>
          <w:szCs w:val="24"/>
        </w:rPr>
        <w:t>Krishnappa</w:t>
      </w:r>
      <w:proofErr w:type="spellEnd"/>
      <w:r w:rsidRPr="00B86ADD">
        <w:rPr>
          <w:rFonts w:ascii="Times New Roman" w:hAnsi="Times New Roman" w:cs="Times New Roman"/>
          <w:color w:val="000000" w:themeColor="text1"/>
          <w:sz w:val="24"/>
          <w:szCs w:val="24"/>
        </w:rPr>
        <w:t xml:space="preserve">, 2011. Seed borne fungi of Vegetable crops in Karnataka. J. Pl. Dis. Sci. </w:t>
      </w:r>
      <w:r w:rsidRPr="00B86ADD">
        <w:rPr>
          <w:rFonts w:ascii="Times New Roman" w:hAnsi="Times New Roman" w:cs="Times New Roman"/>
          <w:b/>
          <w:color w:val="000000" w:themeColor="text1"/>
          <w:sz w:val="24"/>
          <w:szCs w:val="24"/>
        </w:rPr>
        <w:t>6</w:t>
      </w:r>
      <w:r w:rsidRPr="00B86ADD">
        <w:rPr>
          <w:rFonts w:ascii="Times New Roman" w:hAnsi="Times New Roman" w:cs="Times New Roman"/>
          <w:color w:val="000000" w:themeColor="text1"/>
          <w:sz w:val="24"/>
          <w:szCs w:val="24"/>
        </w:rPr>
        <w:t>(1): 5-10.</w:t>
      </w:r>
    </w:p>
    <w:p w14:paraId="396361A7"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proofErr w:type="spellStart"/>
      <w:r w:rsidRPr="00B86ADD">
        <w:rPr>
          <w:rFonts w:ascii="Times New Roman" w:hAnsi="Times New Roman" w:cs="Times New Roman"/>
          <w:color w:val="000000" w:themeColor="text1"/>
          <w:sz w:val="24"/>
          <w:szCs w:val="24"/>
        </w:rPr>
        <w:t>Wijesekara</w:t>
      </w:r>
      <w:proofErr w:type="spellEnd"/>
      <w:r w:rsidRPr="00B86ADD">
        <w:rPr>
          <w:rFonts w:ascii="Times New Roman" w:hAnsi="Times New Roman" w:cs="Times New Roman"/>
          <w:color w:val="000000" w:themeColor="text1"/>
          <w:sz w:val="24"/>
          <w:szCs w:val="24"/>
        </w:rPr>
        <w:t xml:space="preserve"> H. R. and D. K. Agarwal, 2006. Taxonomic studies on five species of the genus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color w:val="000000" w:themeColor="text1"/>
          <w:sz w:val="24"/>
          <w:szCs w:val="24"/>
        </w:rPr>
        <w:t xml:space="preserve">. Indian Phytopathology, </w:t>
      </w:r>
      <w:r w:rsidRPr="00B86ADD">
        <w:rPr>
          <w:rFonts w:ascii="Times New Roman" w:hAnsi="Times New Roman" w:cs="Times New Roman"/>
          <w:b/>
          <w:color w:val="000000" w:themeColor="text1"/>
          <w:sz w:val="24"/>
          <w:szCs w:val="24"/>
        </w:rPr>
        <w:t>59</w:t>
      </w:r>
      <w:r w:rsidRPr="00B86ADD">
        <w:rPr>
          <w:rFonts w:ascii="Times New Roman" w:hAnsi="Times New Roman" w:cs="Times New Roman"/>
          <w:color w:val="000000" w:themeColor="text1"/>
          <w:sz w:val="24"/>
          <w:szCs w:val="24"/>
        </w:rPr>
        <w:t>(2): 203-20.</w:t>
      </w:r>
    </w:p>
    <w:p w14:paraId="34A6059B" w14:textId="77777777" w:rsidR="00485651" w:rsidRPr="00B86ADD" w:rsidRDefault="00485651" w:rsidP="00B86ADD">
      <w:pPr>
        <w:pStyle w:val="ListParagraph"/>
        <w:numPr>
          <w:ilvl w:val="0"/>
          <w:numId w:val="12"/>
        </w:numPr>
        <w:jc w:val="both"/>
        <w:rPr>
          <w:rFonts w:ascii="Times New Roman" w:hAnsi="Times New Roman" w:cs="Times New Roman"/>
          <w:color w:val="000000" w:themeColor="text1"/>
          <w:sz w:val="24"/>
          <w:szCs w:val="24"/>
        </w:rPr>
      </w:pPr>
      <w:r w:rsidRPr="00B86ADD">
        <w:rPr>
          <w:rFonts w:ascii="Times New Roman" w:hAnsi="Times New Roman" w:cs="Times New Roman"/>
          <w:color w:val="000000" w:themeColor="text1"/>
          <w:sz w:val="24"/>
          <w:szCs w:val="24"/>
        </w:rPr>
        <w:t xml:space="preserve">Yun, H. K., A. H. Ahmad, S. </w:t>
      </w:r>
      <w:proofErr w:type="spellStart"/>
      <w:r w:rsidRPr="00B86ADD">
        <w:rPr>
          <w:rFonts w:ascii="Times New Roman" w:hAnsi="Times New Roman" w:cs="Times New Roman"/>
          <w:color w:val="000000" w:themeColor="text1"/>
          <w:sz w:val="24"/>
          <w:szCs w:val="24"/>
        </w:rPr>
        <w:t>Muid</w:t>
      </w:r>
      <w:proofErr w:type="spellEnd"/>
      <w:r w:rsidRPr="00B86ADD">
        <w:rPr>
          <w:rFonts w:ascii="Times New Roman" w:hAnsi="Times New Roman" w:cs="Times New Roman"/>
          <w:color w:val="000000" w:themeColor="text1"/>
          <w:sz w:val="24"/>
          <w:szCs w:val="24"/>
        </w:rPr>
        <w:t xml:space="preserve"> and J. S. S. </w:t>
      </w:r>
      <w:proofErr w:type="spellStart"/>
      <w:r w:rsidRPr="00B86ADD">
        <w:rPr>
          <w:rFonts w:ascii="Times New Roman" w:hAnsi="Times New Roman" w:cs="Times New Roman"/>
          <w:color w:val="000000" w:themeColor="text1"/>
          <w:sz w:val="24"/>
          <w:szCs w:val="24"/>
        </w:rPr>
        <w:t>Seelan</w:t>
      </w:r>
      <w:proofErr w:type="spellEnd"/>
      <w:r w:rsidRPr="00B86ADD">
        <w:rPr>
          <w:rFonts w:ascii="Times New Roman" w:hAnsi="Times New Roman" w:cs="Times New Roman"/>
          <w:color w:val="000000" w:themeColor="text1"/>
          <w:sz w:val="24"/>
          <w:szCs w:val="24"/>
        </w:rPr>
        <w:t xml:space="preserve">, 2009. First report of </w:t>
      </w:r>
      <w:proofErr w:type="spellStart"/>
      <w:r w:rsidRPr="00B86ADD">
        <w:rPr>
          <w:rFonts w:ascii="Times New Roman" w:hAnsi="Times New Roman" w:cs="Times New Roman"/>
          <w:i/>
          <w:color w:val="000000" w:themeColor="text1"/>
          <w:sz w:val="24"/>
          <w:szCs w:val="24"/>
        </w:rPr>
        <w:t>Colletotrichum</w:t>
      </w:r>
      <w:proofErr w:type="spellEnd"/>
      <w:r w:rsidRPr="00B86ADD">
        <w:rPr>
          <w:rFonts w:ascii="Times New Roman" w:hAnsi="Times New Roman" w:cs="Times New Roman"/>
          <w:i/>
          <w:color w:val="000000" w:themeColor="text1"/>
          <w:sz w:val="24"/>
          <w:szCs w:val="24"/>
        </w:rPr>
        <w:t xml:space="preserve"> spp</w:t>
      </w:r>
      <w:r w:rsidRPr="00B86ADD">
        <w:rPr>
          <w:rFonts w:ascii="Times New Roman" w:hAnsi="Times New Roman" w:cs="Times New Roman"/>
          <w:color w:val="000000" w:themeColor="text1"/>
          <w:sz w:val="24"/>
          <w:szCs w:val="24"/>
        </w:rPr>
        <w:t xml:space="preserve">. causing diseases on </w:t>
      </w:r>
      <w:r w:rsidRPr="00B86ADD">
        <w:rPr>
          <w:rFonts w:ascii="Times New Roman" w:hAnsi="Times New Roman" w:cs="Times New Roman"/>
          <w:i/>
          <w:color w:val="000000" w:themeColor="text1"/>
          <w:sz w:val="24"/>
          <w:szCs w:val="24"/>
        </w:rPr>
        <w:t>Capsicum spp</w:t>
      </w:r>
      <w:r w:rsidRPr="00B86ADD">
        <w:rPr>
          <w:rFonts w:ascii="Times New Roman" w:hAnsi="Times New Roman" w:cs="Times New Roman"/>
          <w:color w:val="000000" w:themeColor="text1"/>
          <w:sz w:val="24"/>
          <w:szCs w:val="24"/>
        </w:rPr>
        <w:t>. in Sabah, Borneo, Malaysia. Journal of Threatened Taxa</w:t>
      </w:r>
      <w:proofErr w:type="gramStart"/>
      <w:r w:rsidRPr="00B86ADD">
        <w:rPr>
          <w:rFonts w:ascii="Times New Roman" w:hAnsi="Times New Roman" w:cs="Times New Roman"/>
          <w:color w:val="000000" w:themeColor="text1"/>
          <w:sz w:val="24"/>
          <w:szCs w:val="24"/>
        </w:rPr>
        <w:t>, :</w:t>
      </w:r>
      <w:proofErr w:type="gramEnd"/>
      <w:r w:rsidRPr="00B86ADD">
        <w:rPr>
          <w:rFonts w:ascii="Times New Roman" w:hAnsi="Times New Roman" w:cs="Times New Roman"/>
          <w:color w:val="000000" w:themeColor="text1"/>
          <w:sz w:val="24"/>
          <w:szCs w:val="24"/>
        </w:rPr>
        <w:t xml:space="preserve"> 419-424. </w:t>
      </w:r>
    </w:p>
    <w:p w14:paraId="643263D9" w14:textId="77777777" w:rsidR="003D4FB4" w:rsidRPr="00C16F12" w:rsidRDefault="003D4FB4" w:rsidP="00D30E5C">
      <w:pPr>
        <w:jc w:val="both"/>
        <w:rPr>
          <w:rFonts w:ascii="Times New Roman" w:hAnsi="Times New Roman" w:cs="Times New Roman"/>
          <w:color w:val="000000" w:themeColor="text1"/>
          <w:sz w:val="24"/>
          <w:szCs w:val="24"/>
        </w:rPr>
      </w:pPr>
      <w:bookmarkStart w:id="9" w:name="_GoBack"/>
      <w:bookmarkEnd w:id="9"/>
    </w:p>
    <w:sectPr w:rsidR="003D4FB4" w:rsidRPr="00C16F12" w:rsidSect="0034027B">
      <w:pgSz w:w="12240" w:h="15840"/>
      <w:pgMar w:top="1440" w:right="1800" w:bottom="1440" w:left="156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275BB5" w16cex:dateUtc="2026-01-21T15:21:00Z">
    <w16cex:extLst>
      <w16:ext w16:uri="{CE6994B0-6A32-4C9F-8C6B-6E91EDA988CE}">
        <cr:reactions xmlns:cr="http://schemas.microsoft.com/office/comments/2020/reactions">
          <cr:reaction reactionType="1">
            <cr:reactionInfo dateUtc="2026-02-16T08:47:49Z">
              <cr:user userId="50d08ae775f50d40" userProvider="Windows Live" userName="rushigmatale@outlook.com"/>
            </cr:reactionInfo>
          </cr:reaction>
        </cr:reactions>
      </w16:ext>
    </w16cex:extLst>
  </w16cex:commentExtensible>
  <w16cex:commentExtensible w16cex:durableId="72D74D79" w16cex:dateUtc="2026-01-21T14:45:00Z"/>
  <w16cex:commentExtensible w16cex:durableId="66D18A02" w16cex:dateUtc="2026-01-21T14:52:00Z"/>
  <w16cex:commentExtensible w16cex:durableId="55C12540" w16cex:dateUtc="2026-01-21T14:52:00Z"/>
  <w16cex:commentExtensible w16cex:durableId="3A16B239" w16cex:dateUtc="2026-01-21T14:54:00Z"/>
  <w16cex:commentExtensible w16cex:durableId="2B83CBA3" w16cex:dateUtc="2026-01-21T14:55:00Z"/>
  <w16cex:commentExtensible w16cex:durableId="12687788" w16cex:dateUtc="2026-01-21T15:00:00Z"/>
  <w16cex:commentExtensible w16cex:durableId="067D2C56" w16cex:dateUtc="2026-01-21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F80957" w16cid:durableId="7A275BB5"/>
  <w16cid:commentId w16cid:paraId="2384A6B0" w16cid:durableId="72D74D79"/>
  <w16cid:commentId w16cid:paraId="2A1594BC" w16cid:durableId="66D18A02"/>
  <w16cid:commentId w16cid:paraId="3965EF60" w16cid:durableId="55C12540"/>
  <w16cid:commentId w16cid:paraId="74EEAFCF" w16cid:durableId="3A16B239"/>
  <w16cid:commentId w16cid:paraId="7C8AD05B" w16cid:durableId="2B83CBA3"/>
  <w16cid:commentId w16cid:paraId="4DA6A4D4" w16cid:durableId="12687788"/>
  <w16cid:commentId w16cid:paraId="7B1EA995" w16cid:durableId="067D2C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C6340" w14:textId="77777777" w:rsidR="00A601A5" w:rsidRDefault="00A601A5" w:rsidP="004214E8">
      <w:pPr>
        <w:spacing w:after="0" w:line="240" w:lineRule="auto"/>
      </w:pPr>
      <w:r>
        <w:separator/>
      </w:r>
    </w:p>
  </w:endnote>
  <w:endnote w:type="continuationSeparator" w:id="0">
    <w:p w14:paraId="04D151A7" w14:textId="77777777" w:rsidR="00A601A5" w:rsidRDefault="00A601A5"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52DAD" w14:textId="77777777" w:rsidR="00A601A5" w:rsidRDefault="00A601A5" w:rsidP="004214E8">
      <w:pPr>
        <w:spacing w:after="0" w:line="240" w:lineRule="auto"/>
      </w:pPr>
      <w:r>
        <w:separator/>
      </w:r>
    </w:p>
  </w:footnote>
  <w:footnote w:type="continuationSeparator" w:id="0">
    <w:p w14:paraId="31C13EBA" w14:textId="77777777" w:rsidR="00A601A5" w:rsidRDefault="00A601A5"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9A24" w14:textId="3BD2E314" w:rsidR="008167A8" w:rsidRDefault="00A601A5">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2050"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9E725" w14:textId="5E67618A" w:rsidR="008167A8" w:rsidRDefault="00A601A5">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2051"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EE224" w14:textId="0905C462" w:rsidR="008167A8" w:rsidRDefault="00A601A5">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2049"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F363103"/>
    <w:multiLevelType w:val="multilevel"/>
    <w:tmpl w:val="F74A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595B37"/>
    <w:multiLevelType w:val="hybridMultilevel"/>
    <w:tmpl w:val="3E665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3555B"/>
    <w:rsid w:val="0006063C"/>
    <w:rsid w:val="00090FF0"/>
    <w:rsid w:val="000974CD"/>
    <w:rsid w:val="000C12B8"/>
    <w:rsid w:val="00131ACF"/>
    <w:rsid w:val="0014308E"/>
    <w:rsid w:val="0015074B"/>
    <w:rsid w:val="00150775"/>
    <w:rsid w:val="001B59EE"/>
    <w:rsid w:val="00243FF2"/>
    <w:rsid w:val="00270ABC"/>
    <w:rsid w:val="00283964"/>
    <w:rsid w:val="0029639D"/>
    <w:rsid w:val="002A2CF9"/>
    <w:rsid w:val="00321E9A"/>
    <w:rsid w:val="003247AC"/>
    <w:rsid w:val="00325E9F"/>
    <w:rsid w:val="00326F90"/>
    <w:rsid w:val="0034027B"/>
    <w:rsid w:val="003507D1"/>
    <w:rsid w:val="00352278"/>
    <w:rsid w:val="003666E7"/>
    <w:rsid w:val="00386A74"/>
    <w:rsid w:val="003D188D"/>
    <w:rsid w:val="003D4FB4"/>
    <w:rsid w:val="003E0C20"/>
    <w:rsid w:val="004214E8"/>
    <w:rsid w:val="00424906"/>
    <w:rsid w:val="00485651"/>
    <w:rsid w:val="00487A57"/>
    <w:rsid w:val="004B1D3E"/>
    <w:rsid w:val="00507FDD"/>
    <w:rsid w:val="0052552C"/>
    <w:rsid w:val="005301D4"/>
    <w:rsid w:val="00563612"/>
    <w:rsid w:val="00571C50"/>
    <w:rsid w:val="00577054"/>
    <w:rsid w:val="005B13D8"/>
    <w:rsid w:val="005B6E6D"/>
    <w:rsid w:val="005C7796"/>
    <w:rsid w:val="005E5774"/>
    <w:rsid w:val="00622E81"/>
    <w:rsid w:val="00663AD9"/>
    <w:rsid w:val="00675CFB"/>
    <w:rsid w:val="006817F0"/>
    <w:rsid w:val="0074153A"/>
    <w:rsid w:val="0074231E"/>
    <w:rsid w:val="00764556"/>
    <w:rsid w:val="007C2ABD"/>
    <w:rsid w:val="007E17B1"/>
    <w:rsid w:val="00802300"/>
    <w:rsid w:val="00802767"/>
    <w:rsid w:val="008167A8"/>
    <w:rsid w:val="008B0AE2"/>
    <w:rsid w:val="00943159"/>
    <w:rsid w:val="00971833"/>
    <w:rsid w:val="00982946"/>
    <w:rsid w:val="00A15711"/>
    <w:rsid w:val="00A31D6C"/>
    <w:rsid w:val="00A601A5"/>
    <w:rsid w:val="00A94A88"/>
    <w:rsid w:val="00AA1D8D"/>
    <w:rsid w:val="00AB705B"/>
    <w:rsid w:val="00AC5B25"/>
    <w:rsid w:val="00AD25BF"/>
    <w:rsid w:val="00B004E5"/>
    <w:rsid w:val="00B07614"/>
    <w:rsid w:val="00B35044"/>
    <w:rsid w:val="00B47730"/>
    <w:rsid w:val="00B72E44"/>
    <w:rsid w:val="00B76536"/>
    <w:rsid w:val="00B86ADD"/>
    <w:rsid w:val="00B92CE3"/>
    <w:rsid w:val="00B95649"/>
    <w:rsid w:val="00BD4876"/>
    <w:rsid w:val="00BD72D7"/>
    <w:rsid w:val="00BE7D6B"/>
    <w:rsid w:val="00C007DC"/>
    <w:rsid w:val="00C04725"/>
    <w:rsid w:val="00C071D9"/>
    <w:rsid w:val="00C16F12"/>
    <w:rsid w:val="00C36F8E"/>
    <w:rsid w:val="00C53A9C"/>
    <w:rsid w:val="00CB0664"/>
    <w:rsid w:val="00CF722A"/>
    <w:rsid w:val="00D1159A"/>
    <w:rsid w:val="00D30467"/>
    <w:rsid w:val="00D30E5C"/>
    <w:rsid w:val="00D41369"/>
    <w:rsid w:val="00D44026"/>
    <w:rsid w:val="00E12132"/>
    <w:rsid w:val="00E273FA"/>
    <w:rsid w:val="00E43219"/>
    <w:rsid w:val="00E868E9"/>
    <w:rsid w:val="00EA5CF6"/>
    <w:rsid w:val="00ED7739"/>
    <w:rsid w:val="00F24FF6"/>
    <w:rsid w:val="00F25747"/>
    <w:rsid w:val="00FB4009"/>
    <w:rsid w:val="00FB6A8F"/>
    <w:rsid w:val="00FC693F"/>
    <w:rsid w:val="00FF43B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customStyle="1" w:styleId="UnresolvedMention">
    <w:name w:val="Unresolved Mention"/>
    <w:basedOn w:val="DefaultParagraphFont"/>
    <w:uiPriority w:val="99"/>
    <w:semiHidden/>
    <w:unhideWhenUsed/>
    <w:rsid w:val="00663AD9"/>
    <w:rPr>
      <w:color w:val="605E5C"/>
      <w:shd w:val="clear" w:color="auto" w:fill="E1DFDD"/>
    </w:rPr>
  </w:style>
  <w:style w:type="character" w:styleId="CommentReference">
    <w:name w:val="annotation reference"/>
    <w:basedOn w:val="DefaultParagraphFont"/>
    <w:uiPriority w:val="99"/>
    <w:semiHidden/>
    <w:unhideWhenUsed/>
    <w:rsid w:val="005B13D8"/>
    <w:rPr>
      <w:sz w:val="16"/>
      <w:szCs w:val="16"/>
    </w:rPr>
  </w:style>
  <w:style w:type="paragraph" w:styleId="CommentText">
    <w:name w:val="annotation text"/>
    <w:basedOn w:val="Normal"/>
    <w:link w:val="CommentTextChar"/>
    <w:uiPriority w:val="99"/>
    <w:unhideWhenUsed/>
    <w:rsid w:val="005B13D8"/>
    <w:pPr>
      <w:spacing w:line="240" w:lineRule="auto"/>
    </w:pPr>
    <w:rPr>
      <w:sz w:val="20"/>
      <w:szCs w:val="20"/>
    </w:rPr>
  </w:style>
  <w:style w:type="character" w:customStyle="1" w:styleId="CommentTextChar">
    <w:name w:val="Comment Text Char"/>
    <w:basedOn w:val="DefaultParagraphFont"/>
    <w:link w:val="CommentText"/>
    <w:uiPriority w:val="99"/>
    <w:rsid w:val="005B13D8"/>
    <w:rPr>
      <w:sz w:val="20"/>
      <w:szCs w:val="20"/>
    </w:rPr>
  </w:style>
  <w:style w:type="paragraph" w:styleId="CommentSubject">
    <w:name w:val="annotation subject"/>
    <w:basedOn w:val="CommentText"/>
    <w:next w:val="CommentText"/>
    <w:link w:val="CommentSubjectChar"/>
    <w:uiPriority w:val="99"/>
    <w:semiHidden/>
    <w:unhideWhenUsed/>
    <w:rsid w:val="005B13D8"/>
    <w:rPr>
      <w:b/>
      <w:bCs/>
    </w:rPr>
  </w:style>
  <w:style w:type="character" w:customStyle="1" w:styleId="CommentSubjectChar">
    <w:name w:val="Comment Subject Char"/>
    <w:basedOn w:val="CommentTextChar"/>
    <w:link w:val="CommentSubject"/>
    <w:uiPriority w:val="99"/>
    <w:semiHidden/>
    <w:rsid w:val="005B13D8"/>
    <w:rPr>
      <w:b/>
      <w:bCs/>
      <w:sz w:val="20"/>
      <w:szCs w:val="20"/>
    </w:rPr>
  </w:style>
  <w:style w:type="character" w:customStyle="1" w:styleId="math-inline">
    <w:name w:val="math-inline"/>
    <w:basedOn w:val="DefaultParagraphFont"/>
    <w:rsid w:val="003666E7"/>
  </w:style>
  <w:style w:type="paragraph" w:styleId="BalloonText">
    <w:name w:val="Balloon Text"/>
    <w:basedOn w:val="Normal"/>
    <w:link w:val="BalloonTextChar"/>
    <w:uiPriority w:val="99"/>
    <w:semiHidden/>
    <w:unhideWhenUsed/>
    <w:rsid w:val="00283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9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chart" Target="charts/chart1.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19B53-8D01-4FBC-98C4-4DB66975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14</Pages>
  <Words>2873</Words>
  <Characters>16378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CPU 1117</cp:lastModifiedBy>
  <cp:revision>46</cp:revision>
  <dcterms:created xsi:type="dcterms:W3CDTF">2013-12-23T23:15:00Z</dcterms:created>
  <dcterms:modified xsi:type="dcterms:W3CDTF">2026-02-18T11:24:00Z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ef5e58c5-7e2a-45bd-a495-69ffb9ec27b6</vt:lpwstr>
  </property>
  <property fmtid="{D5CDD505-2E9C-101B-9397-08002B2CF9AE}" pid="3" name="NXPowerLiteLastOptimized">
    <vt:lpwstr>4298882</vt:lpwstr>
  </property>
  <property fmtid="{D5CDD505-2E9C-101B-9397-08002B2CF9AE}" pid="4" name="NXPowerLiteSettings">
    <vt:lpwstr>C7000400038000</vt:lpwstr>
  </property>
  <property fmtid="{D5CDD505-2E9C-101B-9397-08002B2CF9AE}" pid="5" name="NXPowerLiteVersion">
    <vt:lpwstr>S10.9.4</vt:lpwstr>
  </property>
</Properties>
</file>