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8139D" w14:textId="6860C925" w:rsidR="00EA5CF6" w:rsidRPr="00E868E9" w:rsidRDefault="002A2CF9" w:rsidP="00E868E9">
      <w:pPr>
        <w:pStyle w:val="NoSpacing"/>
        <w:jc w:val="center"/>
        <w:rPr>
          <w:rFonts w:ascii="Times New Roman" w:hAnsi="Times New Roman" w:cs="Times New Roman"/>
          <w:b/>
          <w:bCs/>
          <w:sz w:val="32"/>
          <w:szCs w:val="32"/>
        </w:rPr>
      </w:pPr>
      <w:bookmarkStart w:id="0" w:name="_Hlk219470298"/>
      <w:bookmarkEnd w:id="0"/>
      <w:r w:rsidRPr="00E868E9">
        <w:rPr>
          <w:rFonts w:ascii="Times New Roman" w:hAnsi="Times New Roman" w:cs="Times New Roman"/>
          <w:b/>
          <w:bCs/>
          <w:sz w:val="32"/>
          <w:szCs w:val="32"/>
        </w:rPr>
        <w:t xml:space="preserve">Unveiling the Pathogenicity and Cultural </w:t>
      </w:r>
      <w:proofErr w:type="spellStart"/>
      <w:r w:rsidRPr="00E868E9">
        <w:rPr>
          <w:rFonts w:ascii="Times New Roman" w:hAnsi="Times New Roman" w:cs="Times New Roman"/>
          <w:b/>
          <w:bCs/>
          <w:sz w:val="32"/>
          <w:szCs w:val="32"/>
        </w:rPr>
        <w:t>Behaviour</w:t>
      </w:r>
      <w:proofErr w:type="spellEnd"/>
      <w:r w:rsidRPr="00E868E9">
        <w:rPr>
          <w:rFonts w:ascii="Times New Roman" w:hAnsi="Times New Roman" w:cs="Times New Roman"/>
          <w:b/>
          <w:bCs/>
          <w:sz w:val="32"/>
          <w:szCs w:val="32"/>
        </w:rPr>
        <w:t xml:space="preserve"> of </w:t>
      </w:r>
      <w:r w:rsidRPr="00184129">
        <w:rPr>
          <w:rFonts w:ascii="Times New Roman" w:hAnsi="Times New Roman" w:cs="Times New Roman"/>
          <w:b/>
          <w:bCs/>
          <w:i/>
          <w:iCs/>
          <w:sz w:val="32"/>
          <w:szCs w:val="32"/>
        </w:rPr>
        <w:t xml:space="preserve">Colletotrichum </w:t>
      </w:r>
      <w:proofErr w:type="spellStart"/>
      <w:r w:rsidRPr="00184129">
        <w:rPr>
          <w:rFonts w:ascii="Times New Roman" w:hAnsi="Times New Roman" w:cs="Times New Roman"/>
          <w:b/>
          <w:bCs/>
          <w:i/>
          <w:iCs/>
          <w:sz w:val="32"/>
          <w:szCs w:val="32"/>
        </w:rPr>
        <w:t>capsici</w:t>
      </w:r>
      <w:proofErr w:type="spellEnd"/>
      <w:r w:rsidRPr="00E868E9">
        <w:rPr>
          <w:rFonts w:ascii="Times New Roman" w:hAnsi="Times New Roman" w:cs="Times New Roman"/>
          <w:b/>
          <w:bCs/>
          <w:sz w:val="32"/>
          <w:szCs w:val="32"/>
        </w:rPr>
        <w:t xml:space="preserve"> Causing Chilli Anthracnose</w:t>
      </w:r>
    </w:p>
    <w:p w14:paraId="7BA28488" w14:textId="77777777" w:rsidR="008167A8" w:rsidRDefault="008167A8">
      <w:pPr>
        <w:pStyle w:val="Heading1"/>
        <w:rPr>
          <w:rFonts w:ascii="Times New Roman" w:hAnsi="Times New Roman" w:cs="Times New Roman"/>
          <w:color w:val="000000" w:themeColor="text1"/>
        </w:rPr>
      </w:pPr>
    </w:p>
    <w:p w14:paraId="2F1CC3A2" w14:textId="6E0CC9B1" w:rsidR="00A31D6C" w:rsidRPr="00C16F12" w:rsidRDefault="000C12B8">
      <w:pPr>
        <w:pStyle w:val="Heading1"/>
        <w:rPr>
          <w:rFonts w:ascii="Times New Roman" w:hAnsi="Times New Roman" w:cs="Times New Roman"/>
          <w:color w:val="000000" w:themeColor="text1"/>
        </w:rPr>
      </w:pPr>
      <w:r w:rsidRPr="00C16F12">
        <w:rPr>
          <w:rFonts w:ascii="Times New Roman" w:hAnsi="Times New Roman" w:cs="Times New Roman"/>
          <w:color w:val="000000" w:themeColor="text1"/>
        </w:rPr>
        <w:t>Abstract</w:t>
      </w:r>
    </w:p>
    <w:p w14:paraId="46BFC0DF" w14:textId="77777777" w:rsidR="000E0D69" w:rsidRPr="000E0D69" w:rsidRDefault="000E0D69" w:rsidP="000E0D69">
      <w:pPr>
        <w:jc w:val="both"/>
        <w:rPr>
          <w:rFonts w:ascii="Times New Roman" w:hAnsi="Times New Roman" w:cs="Times New Roman"/>
          <w:color w:val="000000" w:themeColor="text1"/>
          <w:sz w:val="24"/>
          <w:szCs w:val="24"/>
          <w:lang w:val="en-IN"/>
        </w:rPr>
      </w:pPr>
      <w:r w:rsidRPr="000E0D69">
        <w:rPr>
          <w:rFonts w:ascii="Times New Roman" w:hAnsi="Times New Roman" w:cs="Times New Roman"/>
          <w:color w:val="000000" w:themeColor="text1"/>
          <w:sz w:val="24"/>
          <w:szCs w:val="24"/>
          <w:lang w:val="en-IN"/>
        </w:rPr>
        <w:t xml:space="preserve">Anthracnose caused by </w:t>
      </w:r>
      <w:r w:rsidRPr="000E0D69">
        <w:rPr>
          <w:rFonts w:ascii="Times New Roman" w:hAnsi="Times New Roman" w:cs="Times New Roman"/>
          <w:i/>
          <w:iCs/>
          <w:color w:val="000000" w:themeColor="text1"/>
          <w:sz w:val="24"/>
          <w:szCs w:val="24"/>
          <w:lang w:val="en-IN"/>
        </w:rPr>
        <w:t xml:space="preserve">Colletotrichum </w:t>
      </w:r>
      <w:proofErr w:type="spellStart"/>
      <w:r w:rsidRPr="000E0D69">
        <w:rPr>
          <w:rFonts w:ascii="Times New Roman" w:hAnsi="Times New Roman" w:cs="Times New Roman"/>
          <w:i/>
          <w:iCs/>
          <w:color w:val="000000" w:themeColor="text1"/>
          <w:sz w:val="24"/>
          <w:szCs w:val="24"/>
          <w:lang w:val="en-IN"/>
        </w:rPr>
        <w:t>capsici</w:t>
      </w:r>
      <w:proofErr w:type="spellEnd"/>
      <w:r w:rsidRPr="000E0D69">
        <w:rPr>
          <w:rFonts w:ascii="Times New Roman" w:hAnsi="Times New Roman" w:cs="Times New Roman"/>
          <w:color w:val="000000" w:themeColor="text1"/>
          <w:sz w:val="24"/>
          <w:szCs w:val="24"/>
          <w:lang w:val="en-IN"/>
        </w:rPr>
        <w:t xml:space="preserve"> is one of the most destructive diseases of chilli (</w:t>
      </w:r>
      <w:r w:rsidRPr="000E0D69">
        <w:rPr>
          <w:rFonts w:ascii="Times New Roman" w:hAnsi="Times New Roman" w:cs="Times New Roman"/>
          <w:i/>
          <w:iCs/>
          <w:color w:val="000000" w:themeColor="text1"/>
          <w:sz w:val="24"/>
          <w:szCs w:val="24"/>
          <w:lang w:val="en-IN"/>
        </w:rPr>
        <w:t>Capsicum annuum</w:t>
      </w:r>
      <w:r w:rsidRPr="000E0D69">
        <w:rPr>
          <w:rFonts w:ascii="Times New Roman" w:hAnsi="Times New Roman" w:cs="Times New Roman"/>
          <w:color w:val="000000" w:themeColor="text1"/>
          <w:sz w:val="24"/>
          <w:szCs w:val="24"/>
          <w:lang w:val="en-IN"/>
        </w:rPr>
        <w:t xml:space="preserve"> L.), leading to severe yield and quality losses under warm and humid conditions. The present study was undertaken to confirm the pathogenicity of </w:t>
      </w:r>
      <w:r w:rsidRPr="000E0D69">
        <w:rPr>
          <w:rFonts w:ascii="Times New Roman" w:hAnsi="Times New Roman" w:cs="Times New Roman"/>
          <w:i/>
          <w:iCs/>
          <w:color w:val="000000" w:themeColor="text1"/>
          <w:sz w:val="24"/>
          <w:szCs w:val="24"/>
          <w:lang w:val="en-IN"/>
        </w:rPr>
        <w:t xml:space="preserve">C. </w:t>
      </w:r>
      <w:proofErr w:type="spellStart"/>
      <w:r w:rsidRPr="000E0D69">
        <w:rPr>
          <w:rFonts w:ascii="Times New Roman" w:hAnsi="Times New Roman" w:cs="Times New Roman"/>
          <w:i/>
          <w:iCs/>
          <w:color w:val="000000" w:themeColor="text1"/>
          <w:sz w:val="24"/>
          <w:szCs w:val="24"/>
          <w:lang w:val="en-IN"/>
        </w:rPr>
        <w:t>capsici</w:t>
      </w:r>
      <w:proofErr w:type="spellEnd"/>
      <w:r w:rsidRPr="000E0D69">
        <w:rPr>
          <w:rFonts w:ascii="Times New Roman" w:hAnsi="Times New Roman" w:cs="Times New Roman"/>
          <w:color w:val="000000" w:themeColor="text1"/>
          <w:sz w:val="24"/>
          <w:szCs w:val="24"/>
          <w:lang w:val="en-IN"/>
        </w:rPr>
        <w:t xml:space="preserve"> and to evaluate its cultural and morphological behaviour on different solid media under controlled laboratory conditions. Pathogenicity was established by fulfilling Koch’s postulates through artificial inoculation of susceptible chilli varieties (AK-47 and Indum-11) using a standardized spore–mycelial suspension (2 × 10⁶ spores ml⁻¹). Typical anthracnose symptoms, including sunken necrotic lesions and </w:t>
      </w:r>
      <w:proofErr w:type="spellStart"/>
      <w:r w:rsidRPr="000E0D69">
        <w:rPr>
          <w:rFonts w:ascii="Times New Roman" w:hAnsi="Times New Roman" w:cs="Times New Roman"/>
          <w:color w:val="000000" w:themeColor="text1"/>
          <w:sz w:val="24"/>
          <w:szCs w:val="24"/>
          <w:lang w:val="en-IN"/>
        </w:rPr>
        <w:t>acervuli</w:t>
      </w:r>
      <w:proofErr w:type="spellEnd"/>
      <w:r w:rsidRPr="000E0D69">
        <w:rPr>
          <w:rFonts w:ascii="Times New Roman" w:hAnsi="Times New Roman" w:cs="Times New Roman"/>
          <w:color w:val="000000" w:themeColor="text1"/>
          <w:sz w:val="24"/>
          <w:szCs w:val="24"/>
          <w:lang w:val="en-IN"/>
        </w:rPr>
        <w:t xml:space="preserve"> formation on leaves, twigs, and fruits, developed within seven days after inoculation, and the pathogen was successfully reisolated from infected tissues.</w:t>
      </w:r>
    </w:p>
    <w:p w14:paraId="4556FDF5" w14:textId="77777777" w:rsidR="000E0D69" w:rsidRPr="000E0D69" w:rsidRDefault="000E0D69" w:rsidP="000E0D69">
      <w:pPr>
        <w:jc w:val="both"/>
        <w:rPr>
          <w:rFonts w:ascii="Times New Roman" w:hAnsi="Times New Roman" w:cs="Times New Roman"/>
          <w:color w:val="000000" w:themeColor="text1"/>
          <w:sz w:val="24"/>
          <w:szCs w:val="24"/>
          <w:lang w:val="en-IN"/>
        </w:rPr>
      </w:pPr>
      <w:r w:rsidRPr="000E0D69">
        <w:rPr>
          <w:rFonts w:ascii="Times New Roman" w:hAnsi="Times New Roman" w:cs="Times New Roman"/>
          <w:color w:val="000000" w:themeColor="text1"/>
          <w:sz w:val="24"/>
          <w:szCs w:val="24"/>
          <w:lang w:val="en-IN"/>
        </w:rPr>
        <w:t xml:space="preserve">To understand the growth behaviour of the pathogen, </w:t>
      </w:r>
      <w:r w:rsidRPr="000E0D69">
        <w:rPr>
          <w:rFonts w:ascii="Times New Roman" w:hAnsi="Times New Roman" w:cs="Times New Roman"/>
          <w:i/>
          <w:iCs/>
          <w:color w:val="000000" w:themeColor="text1"/>
          <w:sz w:val="24"/>
          <w:szCs w:val="24"/>
          <w:lang w:val="en-IN"/>
        </w:rPr>
        <w:t xml:space="preserve">C. </w:t>
      </w:r>
      <w:proofErr w:type="spellStart"/>
      <w:r w:rsidRPr="000E0D69">
        <w:rPr>
          <w:rFonts w:ascii="Times New Roman" w:hAnsi="Times New Roman" w:cs="Times New Roman"/>
          <w:i/>
          <w:iCs/>
          <w:color w:val="000000" w:themeColor="text1"/>
          <w:sz w:val="24"/>
          <w:szCs w:val="24"/>
          <w:lang w:val="en-IN"/>
        </w:rPr>
        <w:t>capsici</w:t>
      </w:r>
      <w:proofErr w:type="spellEnd"/>
      <w:r w:rsidRPr="000E0D69">
        <w:rPr>
          <w:rFonts w:ascii="Times New Roman" w:hAnsi="Times New Roman" w:cs="Times New Roman"/>
          <w:color w:val="000000" w:themeColor="text1"/>
          <w:sz w:val="24"/>
          <w:szCs w:val="24"/>
          <w:lang w:val="en-IN"/>
        </w:rPr>
        <w:t xml:space="preserve"> was cultured on five different media, namely Potato Dextrose Agar (PDA), </w:t>
      </w:r>
      <w:proofErr w:type="spellStart"/>
      <w:r w:rsidRPr="000E0D69">
        <w:rPr>
          <w:rFonts w:ascii="Times New Roman" w:hAnsi="Times New Roman" w:cs="Times New Roman"/>
          <w:color w:val="000000" w:themeColor="text1"/>
          <w:sz w:val="24"/>
          <w:szCs w:val="24"/>
          <w:lang w:val="en-IN"/>
        </w:rPr>
        <w:t>Sabouraud’s</w:t>
      </w:r>
      <w:proofErr w:type="spellEnd"/>
      <w:r w:rsidRPr="000E0D69">
        <w:rPr>
          <w:rFonts w:ascii="Times New Roman" w:hAnsi="Times New Roman" w:cs="Times New Roman"/>
          <w:color w:val="000000" w:themeColor="text1"/>
          <w:sz w:val="24"/>
          <w:szCs w:val="24"/>
          <w:lang w:val="en-IN"/>
        </w:rPr>
        <w:t xml:space="preserve"> Dextrose Agar, </w:t>
      </w:r>
      <w:proofErr w:type="spellStart"/>
      <w:r w:rsidRPr="000E0D69">
        <w:rPr>
          <w:rFonts w:ascii="Times New Roman" w:hAnsi="Times New Roman" w:cs="Times New Roman"/>
          <w:color w:val="000000" w:themeColor="text1"/>
          <w:sz w:val="24"/>
          <w:szCs w:val="24"/>
          <w:lang w:val="en-IN"/>
        </w:rPr>
        <w:t>Czapek’s</w:t>
      </w:r>
      <w:proofErr w:type="spellEnd"/>
      <w:r w:rsidRPr="000E0D69">
        <w:rPr>
          <w:rFonts w:ascii="Times New Roman" w:hAnsi="Times New Roman" w:cs="Times New Roman"/>
          <w:color w:val="000000" w:themeColor="text1"/>
          <w:sz w:val="24"/>
          <w:szCs w:val="24"/>
          <w:lang w:val="en-IN"/>
        </w:rPr>
        <w:t xml:space="preserve"> Dox Agar, Malt Extract Agar, and Chilli Extract Agar. Significant variation was observed in radial growth, colony morphology, and sporulation among the media tested. PDA supported the maximum mycelial growth (69.33 mm at 7 days after incubation) with excellent sporulation, followed by </w:t>
      </w:r>
      <w:proofErr w:type="spellStart"/>
      <w:r w:rsidRPr="000E0D69">
        <w:rPr>
          <w:rFonts w:ascii="Times New Roman" w:hAnsi="Times New Roman" w:cs="Times New Roman"/>
          <w:color w:val="000000" w:themeColor="text1"/>
          <w:sz w:val="24"/>
          <w:szCs w:val="24"/>
          <w:lang w:val="en-IN"/>
        </w:rPr>
        <w:t>Sabouraud’s</w:t>
      </w:r>
      <w:proofErr w:type="spellEnd"/>
      <w:r w:rsidRPr="000E0D69">
        <w:rPr>
          <w:rFonts w:ascii="Times New Roman" w:hAnsi="Times New Roman" w:cs="Times New Roman"/>
          <w:color w:val="000000" w:themeColor="text1"/>
          <w:sz w:val="24"/>
          <w:szCs w:val="24"/>
          <w:lang w:val="en-IN"/>
        </w:rPr>
        <w:t xml:space="preserve"> Dextrose Agar and </w:t>
      </w:r>
      <w:proofErr w:type="spellStart"/>
      <w:r w:rsidRPr="000E0D69">
        <w:rPr>
          <w:rFonts w:ascii="Times New Roman" w:hAnsi="Times New Roman" w:cs="Times New Roman"/>
          <w:color w:val="000000" w:themeColor="text1"/>
          <w:sz w:val="24"/>
          <w:szCs w:val="24"/>
          <w:lang w:val="en-IN"/>
        </w:rPr>
        <w:t>Czapek’s</w:t>
      </w:r>
      <w:proofErr w:type="spellEnd"/>
      <w:r w:rsidRPr="000E0D69">
        <w:rPr>
          <w:rFonts w:ascii="Times New Roman" w:hAnsi="Times New Roman" w:cs="Times New Roman"/>
          <w:color w:val="000000" w:themeColor="text1"/>
          <w:sz w:val="24"/>
          <w:szCs w:val="24"/>
          <w:lang w:val="en-IN"/>
        </w:rPr>
        <w:t xml:space="preserve"> Dox Agar. The least growth and sporulation were recorded on Chilli Extract Agar.</w:t>
      </w:r>
    </w:p>
    <w:p w14:paraId="35597CC4" w14:textId="77777777" w:rsidR="000E0D69" w:rsidRPr="000E0D69" w:rsidRDefault="000E0D69" w:rsidP="000E0D69">
      <w:pPr>
        <w:jc w:val="both"/>
        <w:rPr>
          <w:rFonts w:ascii="Times New Roman" w:hAnsi="Times New Roman" w:cs="Times New Roman"/>
          <w:color w:val="000000" w:themeColor="text1"/>
          <w:sz w:val="24"/>
          <w:szCs w:val="24"/>
          <w:lang w:val="en-IN"/>
        </w:rPr>
      </w:pPr>
      <w:r w:rsidRPr="000E0D69">
        <w:rPr>
          <w:rFonts w:ascii="Times New Roman" w:hAnsi="Times New Roman" w:cs="Times New Roman"/>
          <w:color w:val="000000" w:themeColor="text1"/>
          <w:sz w:val="24"/>
          <w:szCs w:val="24"/>
          <w:lang w:val="en-IN"/>
        </w:rPr>
        <w:t xml:space="preserve">The novelty of this study lies in the combined confirmation of pathogenicity and comparative assessment of cultural characteristics of </w:t>
      </w:r>
      <w:r w:rsidRPr="000E0D69">
        <w:rPr>
          <w:rFonts w:ascii="Times New Roman" w:hAnsi="Times New Roman" w:cs="Times New Roman"/>
          <w:i/>
          <w:iCs/>
          <w:color w:val="000000" w:themeColor="text1"/>
          <w:sz w:val="24"/>
          <w:szCs w:val="24"/>
          <w:lang w:val="en-IN"/>
        </w:rPr>
        <w:t xml:space="preserve">C. </w:t>
      </w:r>
      <w:proofErr w:type="spellStart"/>
      <w:r w:rsidRPr="000E0D69">
        <w:rPr>
          <w:rFonts w:ascii="Times New Roman" w:hAnsi="Times New Roman" w:cs="Times New Roman"/>
          <w:i/>
          <w:iCs/>
          <w:color w:val="000000" w:themeColor="text1"/>
          <w:sz w:val="24"/>
          <w:szCs w:val="24"/>
          <w:lang w:val="en-IN"/>
        </w:rPr>
        <w:t>capsici</w:t>
      </w:r>
      <w:proofErr w:type="spellEnd"/>
      <w:r w:rsidRPr="000E0D69">
        <w:rPr>
          <w:rFonts w:ascii="Times New Roman" w:hAnsi="Times New Roman" w:cs="Times New Roman"/>
          <w:color w:val="000000" w:themeColor="text1"/>
          <w:sz w:val="24"/>
          <w:szCs w:val="24"/>
          <w:lang w:val="en-IN"/>
        </w:rPr>
        <w:t xml:space="preserve"> on multiple media, providing critical baseline information for pathogen identification, mass multiplication, and further studies on disease epidemiology and sustainable management of chilli anthracnose.</w:t>
      </w:r>
    </w:p>
    <w:p w14:paraId="2E975BA4" w14:textId="77777777" w:rsidR="00A31D6C" w:rsidRPr="00C16F12" w:rsidRDefault="000C12B8" w:rsidP="00D30E5C">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Keywords: </w:t>
      </w:r>
      <w:r w:rsidRPr="00C16F12">
        <w:rPr>
          <w:rFonts w:ascii="Times New Roman" w:hAnsi="Times New Roman" w:cs="Times New Roman"/>
          <w:i/>
          <w:iCs/>
          <w:color w:val="000000" w:themeColor="text1"/>
          <w:sz w:val="24"/>
          <w:szCs w:val="24"/>
        </w:rPr>
        <w:t xml:space="preserve">Colletotrichum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anthracnose, pathogenicity, cultural characteristics, solid media.</w:t>
      </w:r>
    </w:p>
    <w:p w14:paraId="7FA3693B" w14:textId="77777777" w:rsidR="00A31D6C" w:rsidRPr="00C16F12" w:rsidRDefault="000C12B8" w:rsidP="00D30E5C">
      <w:pPr>
        <w:pStyle w:val="Heading1"/>
        <w:jc w:val="both"/>
        <w:rPr>
          <w:rFonts w:ascii="Times New Roman" w:hAnsi="Times New Roman" w:cs="Times New Roman"/>
          <w:color w:val="000000" w:themeColor="text1"/>
        </w:rPr>
      </w:pPr>
      <w:r w:rsidRPr="00C16F12">
        <w:rPr>
          <w:rFonts w:ascii="Times New Roman" w:hAnsi="Times New Roman" w:cs="Times New Roman"/>
          <w:color w:val="000000" w:themeColor="text1"/>
        </w:rPr>
        <w:t>1. Introduction</w:t>
      </w:r>
    </w:p>
    <w:p w14:paraId="016BE319" w14:textId="77777777" w:rsidR="00150775" w:rsidRPr="00C16F12" w:rsidRDefault="00150775" w:rsidP="00D30E5C">
      <w:pPr>
        <w:jc w:val="both"/>
        <w:rPr>
          <w:rFonts w:ascii="Times New Roman" w:hAnsi="Times New Roman" w:cs="Times New Roman"/>
          <w:color w:val="000000" w:themeColor="text1"/>
          <w:sz w:val="24"/>
          <w:szCs w:val="24"/>
        </w:rPr>
      </w:pPr>
      <w:bookmarkStart w:id="1" w:name="_Hlk198473015"/>
      <w:r w:rsidRPr="00C16F12">
        <w:rPr>
          <w:rFonts w:ascii="Times New Roman" w:hAnsi="Times New Roman" w:cs="Times New Roman"/>
          <w:color w:val="000000" w:themeColor="text1"/>
          <w:sz w:val="24"/>
          <w:szCs w:val="24"/>
        </w:rPr>
        <w:t xml:space="preserve">The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crop is subjected to various diseases caused by fungi, bacteria, viruses, nematodes and physiological disorders at different stages of development. Plant diseases have turned into a dilemma as it can cause significant reduction in both quality and quantity of agricultural products.</w:t>
      </w:r>
    </w:p>
    <w:p w14:paraId="2AD51E91" w14:textId="660CB8E3" w:rsidR="003D188D" w:rsidRPr="00C16F12" w:rsidRDefault="00F25747" w:rsidP="00D30E5C">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lastRenderedPageBreak/>
        <w:t xml:space="preserve">Anthracnose caused by </w:t>
      </w:r>
      <w:r w:rsidRPr="00C16F12">
        <w:rPr>
          <w:rFonts w:ascii="Times New Roman" w:hAnsi="Times New Roman" w:cs="Times New Roman"/>
          <w:i/>
          <w:iCs/>
          <w:color w:val="000000" w:themeColor="text1"/>
          <w:sz w:val="24"/>
          <w:szCs w:val="24"/>
        </w:rPr>
        <w:t>C</w:t>
      </w:r>
      <w:r w:rsidR="00353557">
        <w:rPr>
          <w:rFonts w:ascii="Times New Roman" w:hAnsi="Times New Roman" w:cs="Times New Roman"/>
          <w:i/>
          <w:iCs/>
          <w:color w:val="000000" w:themeColor="text1"/>
          <w:sz w:val="24"/>
          <w:szCs w:val="24"/>
        </w:rPr>
        <w:t>.</w:t>
      </w:r>
      <w:r w:rsidRPr="00C16F12">
        <w:rPr>
          <w:rFonts w:ascii="Times New Roman" w:hAnsi="Times New Roman" w:cs="Times New Roman"/>
          <w:i/>
          <w:iCs/>
          <w:color w:val="000000" w:themeColor="text1"/>
          <w:sz w:val="24"/>
          <w:szCs w:val="24"/>
        </w:rPr>
        <w:t xml:space="preserve">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i/>
          <w:iCs/>
          <w:color w:val="000000" w:themeColor="text1"/>
          <w:sz w:val="24"/>
          <w:szCs w:val="24"/>
        </w:rPr>
        <w:t xml:space="preserve"> </w:t>
      </w:r>
      <w:r w:rsidRPr="00C16F12">
        <w:rPr>
          <w:rFonts w:ascii="Times New Roman" w:hAnsi="Times New Roman" w:cs="Times New Roman"/>
          <w:color w:val="000000" w:themeColor="text1"/>
          <w:sz w:val="24"/>
          <w:szCs w:val="24"/>
        </w:rPr>
        <w:t xml:space="preserve">significantly affects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production, particularly under humid conditions. Given the environmental concerns over chemical fungicides, the use of biological control agents and botanicals offers a sustainable approach to disease management. This study evaluates the antifungal efficacy of various bioagents and plant extracts under in-vitro conditions.</w:t>
      </w:r>
    </w:p>
    <w:p w14:paraId="31020652" w14:textId="3A01D57A" w:rsidR="00F25747" w:rsidRPr="00C16F12" w:rsidRDefault="00F25747" w:rsidP="00D30E5C">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Anthracnose of chillis prevalent in tropical and sub-tropical countries such as India, Thailand, China and Indonesia. In India, anthracnose or die- back of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is usually caused by three species of </w:t>
      </w:r>
      <w:r w:rsidRPr="00C16F12">
        <w:rPr>
          <w:rFonts w:ascii="Times New Roman" w:hAnsi="Times New Roman" w:cs="Times New Roman"/>
          <w:i/>
          <w:iCs/>
          <w:color w:val="000000" w:themeColor="text1"/>
          <w:sz w:val="24"/>
          <w:szCs w:val="24"/>
        </w:rPr>
        <w:t>Colletotrichum</w:t>
      </w:r>
      <w:r w:rsidRPr="00C16F12">
        <w:rPr>
          <w:rFonts w:ascii="Times New Roman" w:hAnsi="Times New Roman" w:cs="Times New Roman"/>
          <w:color w:val="000000" w:themeColor="text1"/>
          <w:sz w:val="24"/>
          <w:szCs w:val="24"/>
        </w:rPr>
        <w:t xml:space="preserve"> namely </w:t>
      </w:r>
      <w:r w:rsidRPr="00C16F12">
        <w:rPr>
          <w:rFonts w:ascii="Times New Roman" w:hAnsi="Times New Roman" w:cs="Times New Roman"/>
          <w:i/>
          <w:iCs/>
          <w:color w:val="000000" w:themeColor="text1"/>
          <w:sz w:val="24"/>
          <w:szCs w:val="24"/>
        </w:rPr>
        <w:t>C</w:t>
      </w:r>
      <w:r w:rsidR="00353557">
        <w:rPr>
          <w:rFonts w:ascii="Times New Roman" w:hAnsi="Times New Roman" w:cs="Times New Roman"/>
          <w:i/>
          <w:iCs/>
          <w:color w:val="000000" w:themeColor="text1"/>
          <w:sz w:val="24"/>
          <w:szCs w:val="24"/>
        </w:rPr>
        <w:t>.</w:t>
      </w:r>
      <w:r w:rsidRPr="00C16F12">
        <w:rPr>
          <w:rFonts w:ascii="Times New Roman" w:hAnsi="Times New Roman" w:cs="Times New Roman"/>
          <w:i/>
          <w:iCs/>
          <w:color w:val="000000" w:themeColor="text1"/>
          <w:sz w:val="24"/>
          <w:szCs w:val="24"/>
        </w:rPr>
        <w:t xml:space="preserve">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w:t>
      </w:r>
      <w:r w:rsidRPr="00C16F12">
        <w:rPr>
          <w:rFonts w:ascii="Times New Roman" w:hAnsi="Times New Roman" w:cs="Times New Roman"/>
          <w:i/>
          <w:iCs/>
          <w:color w:val="000000" w:themeColor="text1"/>
          <w:sz w:val="24"/>
          <w:szCs w:val="24"/>
        </w:rPr>
        <w:t xml:space="preserve">Colletotrichum </w:t>
      </w:r>
      <w:proofErr w:type="spellStart"/>
      <w:r w:rsidRPr="00C16F12">
        <w:rPr>
          <w:rFonts w:ascii="Times New Roman" w:hAnsi="Times New Roman" w:cs="Times New Roman"/>
          <w:i/>
          <w:iCs/>
          <w:color w:val="000000" w:themeColor="text1"/>
          <w:sz w:val="24"/>
          <w:szCs w:val="24"/>
        </w:rPr>
        <w:t>aculatum</w:t>
      </w:r>
      <w:proofErr w:type="spellEnd"/>
      <w:r w:rsidRPr="00C16F12">
        <w:rPr>
          <w:rFonts w:ascii="Times New Roman" w:hAnsi="Times New Roman" w:cs="Times New Roman"/>
          <w:color w:val="000000" w:themeColor="text1"/>
          <w:sz w:val="24"/>
          <w:szCs w:val="24"/>
        </w:rPr>
        <w:t xml:space="preserve"> and </w:t>
      </w:r>
      <w:r w:rsidRPr="00C16F12">
        <w:rPr>
          <w:rFonts w:ascii="Times New Roman" w:hAnsi="Times New Roman" w:cs="Times New Roman"/>
          <w:i/>
          <w:iCs/>
          <w:color w:val="000000" w:themeColor="text1"/>
          <w:sz w:val="24"/>
          <w:szCs w:val="24"/>
        </w:rPr>
        <w:t xml:space="preserve">Colletotrichum </w:t>
      </w:r>
      <w:proofErr w:type="spellStart"/>
      <w:r w:rsidRPr="00C16F12">
        <w:rPr>
          <w:rFonts w:ascii="Times New Roman" w:hAnsi="Times New Roman" w:cs="Times New Roman"/>
          <w:i/>
          <w:iCs/>
          <w:color w:val="000000" w:themeColor="text1"/>
          <w:sz w:val="24"/>
          <w:szCs w:val="24"/>
        </w:rPr>
        <w:t>gleosporoides</w:t>
      </w:r>
      <w:proofErr w:type="spellEnd"/>
      <w:r w:rsidRPr="00C16F12">
        <w:rPr>
          <w:rFonts w:ascii="Times New Roman" w:hAnsi="Times New Roman" w:cs="Times New Roman"/>
          <w:color w:val="000000" w:themeColor="text1"/>
          <w:sz w:val="24"/>
          <w:szCs w:val="24"/>
        </w:rPr>
        <w:t xml:space="preserve">. </w:t>
      </w:r>
      <w:r w:rsidRPr="00C16F12">
        <w:rPr>
          <w:rFonts w:ascii="Times New Roman" w:hAnsi="Times New Roman" w:cs="Times New Roman"/>
          <w:i/>
          <w:iCs/>
          <w:color w:val="000000" w:themeColor="text1"/>
          <w:sz w:val="24"/>
          <w:szCs w:val="24"/>
        </w:rPr>
        <w:t>C</w:t>
      </w:r>
      <w:r w:rsidR="00353557">
        <w:rPr>
          <w:rFonts w:ascii="Times New Roman" w:hAnsi="Times New Roman" w:cs="Times New Roman"/>
          <w:i/>
          <w:iCs/>
          <w:color w:val="000000" w:themeColor="text1"/>
          <w:sz w:val="24"/>
          <w:szCs w:val="24"/>
        </w:rPr>
        <w:t>.</w:t>
      </w:r>
      <w:r w:rsidRPr="00C16F12">
        <w:rPr>
          <w:rFonts w:ascii="Times New Roman" w:hAnsi="Times New Roman" w:cs="Times New Roman"/>
          <w:i/>
          <w:iCs/>
          <w:color w:val="000000" w:themeColor="text1"/>
          <w:sz w:val="24"/>
          <w:szCs w:val="24"/>
        </w:rPr>
        <w:t xml:space="preserve">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Syd. Butler and Bisby involved in severe losses in fruits at the ripe stage of plant (Saxena et al., 2016</w:t>
      </w:r>
      <w:r w:rsidRPr="00C16F12">
        <w:rPr>
          <w:rFonts w:ascii="Times New Roman" w:hAnsi="Times New Roman" w:cs="Times New Roman"/>
          <w:i/>
          <w:iCs/>
          <w:color w:val="000000" w:themeColor="text1"/>
          <w:sz w:val="24"/>
          <w:szCs w:val="24"/>
        </w:rPr>
        <w:t>).</w:t>
      </w:r>
      <w:r w:rsidR="00A94A88" w:rsidRPr="00C16F12">
        <w:rPr>
          <w:rFonts w:ascii="Times New Roman" w:hAnsi="Times New Roman" w:cs="Times New Roman"/>
          <w:color w:val="000000" w:themeColor="text1"/>
          <w:sz w:val="24"/>
          <w:szCs w:val="24"/>
        </w:rPr>
        <w:t xml:space="preserve"> </w:t>
      </w:r>
      <w:r w:rsidR="00A94A88" w:rsidRPr="00C16F12">
        <w:rPr>
          <w:rFonts w:ascii="Times New Roman" w:hAnsi="Times New Roman" w:cs="Times New Roman"/>
          <w:i/>
          <w:iCs/>
          <w:color w:val="000000" w:themeColor="text1"/>
          <w:sz w:val="24"/>
          <w:szCs w:val="24"/>
        </w:rPr>
        <w:t xml:space="preserve">Colletotrichum </w:t>
      </w:r>
      <w:proofErr w:type="spellStart"/>
      <w:r w:rsidR="00A94A88" w:rsidRPr="00C16F12">
        <w:rPr>
          <w:rFonts w:ascii="Times New Roman" w:hAnsi="Times New Roman" w:cs="Times New Roman"/>
          <w:i/>
          <w:iCs/>
          <w:color w:val="000000" w:themeColor="text1"/>
          <w:sz w:val="24"/>
          <w:szCs w:val="24"/>
        </w:rPr>
        <w:t>capsici</w:t>
      </w:r>
      <w:proofErr w:type="spellEnd"/>
      <w:r w:rsidR="00A94A88" w:rsidRPr="00C16F12">
        <w:rPr>
          <w:rFonts w:ascii="Times New Roman" w:hAnsi="Times New Roman" w:cs="Times New Roman"/>
          <w:i/>
          <w:iCs/>
          <w:color w:val="000000" w:themeColor="text1"/>
          <w:sz w:val="24"/>
          <w:szCs w:val="24"/>
        </w:rPr>
        <w:t xml:space="preserve"> is a fungal pathogen that causes anthracnose disease in </w:t>
      </w:r>
      <w:proofErr w:type="spellStart"/>
      <w:r w:rsidR="00A94A88" w:rsidRPr="00C16F12">
        <w:rPr>
          <w:rFonts w:ascii="Times New Roman" w:hAnsi="Times New Roman" w:cs="Times New Roman"/>
          <w:i/>
          <w:iCs/>
          <w:color w:val="000000" w:themeColor="text1"/>
          <w:sz w:val="24"/>
          <w:szCs w:val="24"/>
        </w:rPr>
        <w:t>chilli</w:t>
      </w:r>
      <w:proofErr w:type="spellEnd"/>
      <w:r w:rsidR="00A94A88" w:rsidRPr="00C16F12">
        <w:rPr>
          <w:rFonts w:ascii="Times New Roman" w:hAnsi="Times New Roman" w:cs="Times New Roman"/>
          <w:i/>
          <w:iCs/>
          <w:color w:val="000000" w:themeColor="text1"/>
          <w:sz w:val="24"/>
          <w:szCs w:val="24"/>
        </w:rPr>
        <w:t>, leading to severe yield losses.</w:t>
      </w:r>
      <w:r w:rsidRPr="00C16F12">
        <w:rPr>
          <w:rFonts w:ascii="Times New Roman" w:hAnsi="Times New Roman" w:cs="Times New Roman"/>
          <w:i/>
          <w:iCs/>
          <w:color w:val="000000" w:themeColor="text1"/>
          <w:sz w:val="24"/>
          <w:szCs w:val="24"/>
        </w:rPr>
        <w:t xml:space="preserve"> C</w:t>
      </w:r>
      <w:r w:rsidR="00353557">
        <w:rPr>
          <w:rFonts w:ascii="Times New Roman" w:hAnsi="Times New Roman" w:cs="Times New Roman"/>
          <w:i/>
          <w:iCs/>
          <w:color w:val="000000" w:themeColor="text1"/>
          <w:sz w:val="24"/>
          <w:szCs w:val="24"/>
        </w:rPr>
        <w:t>.</w:t>
      </w:r>
      <w:r w:rsidRPr="00C16F12">
        <w:rPr>
          <w:rFonts w:ascii="Times New Roman" w:hAnsi="Times New Roman" w:cs="Times New Roman"/>
          <w:i/>
          <w:iCs/>
          <w:color w:val="000000" w:themeColor="text1"/>
          <w:sz w:val="24"/>
          <w:szCs w:val="24"/>
        </w:rPr>
        <w:t xml:space="preserve">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is the most important plant pathogen in the world, found mainly on the countries involved in Chilli production, causing economically important disease called Anthracnose (die back or fruit rot, leaf spot, wilt, damping off, etc.) and is known to result the decline in yield up to 50% (</w:t>
      </w:r>
      <w:proofErr w:type="spellStart"/>
      <w:r w:rsidRPr="00C16F12">
        <w:rPr>
          <w:rFonts w:ascii="Times New Roman" w:hAnsi="Times New Roman" w:cs="Times New Roman"/>
          <w:color w:val="000000" w:themeColor="text1"/>
          <w:sz w:val="24"/>
          <w:szCs w:val="24"/>
        </w:rPr>
        <w:t>Pakdeevaraporn</w:t>
      </w:r>
      <w:proofErr w:type="spellEnd"/>
      <w:r w:rsidRPr="00C16F12">
        <w:rPr>
          <w:rFonts w:ascii="Times New Roman" w:hAnsi="Times New Roman" w:cs="Times New Roman"/>
          <w:color w:val="000000" w:themeColor="text1"/>
          <w:sz w:val="24"/>
          <w:szCs w:val="24"/>
        </w:rPr>
        <w:t xml:space="preserve"> et al., 2008</w:t>
      </w:r>
      <w:r w:rsidRPr="00C16F12">
        <w:rPr>
          <w:rFonts w:ascii="Times New Roman" w:hAnsi="Times New Roman" w:cs="Times New Roman"/>
          <w:i/>
          <w:iCs/>
          <w:color w:val="000000" w:themeColor="text1"/>
          <w:sz w:val="24"/>
          <w:szCs w:val="24"/>
        </w:rPr>
        <w:t>). C</w:t>
      </w:r>
      <w:r w:rsidR="00353557">
        <w:rPr>
          <w:rFonts w:ascii="Times New Roman" w:hAnsi="Times New Roman" w:cs="Times New Roman"/>
          <w:i/>
          <w:iCs/>
          <w:color w:val="000000" w:themeColor="text1"/>
          <w:sz w:val="24"/>
          <w:szCs w:val="24"/>
        </w:rPr>
        <w:t>.</w:t>
      </w:r>
      <w:r w:rsidRPr="00C16F12">
        <w:rPr>
          <w:rFonts w:ascii="Times New Roman" w:hAnsi="Times New Roman" w:cs="Times New Roman"/>
          <w:i/>
          <w:iCs/>
          <w:color w:val="000000" w:themeColor="text1"/>
          <w:sz w:val="24"/>
          <w:szCs w:val="24"/>
        </w:rPr>
        <w:t xml:space="preserve">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is one of the most important plant pathogens worldwide causing the economically important disease anthracnose in a wide range of hosts including cereals, legumes, vegetables, others crops and in tree fruits also (Bailey and </w:t>
      </w:r>
      <w:proofErr w:type="spellStart"/>
      <w:r w:rsidRPr="00C16F12">
        <w:rPr>
          <w:rFonts w:ascii="Times New Roman" w:hAnsi="Times New Roman" w:cs="Times New Roman"/>
          <w:color w:val="000000" w:themeColor="text1"/>
          <w:sz w:val="24"/>
          <w:szCs w:val="24"/>
        </w:rPr>
        <w:t>Jeger</w:t>
      </w:r>
      <w:proofErr w:type="spellEnd"/>
      <w:r w:rsidRPr="00C16F12">
        <w:rPr>
          <w:rFonts w:ascii="Times New Roman" w:hAnsi="Times New Roman" w:cs="Times New Roman"/>
          <w:color w:val="000000" w:themeColor="text1"/>
          <w:sz w:val="24"/>
          <w:szCs w:val="24"/>
        </w:rPr>
        <w:t xml:space="preserve">, 1992) [1]. Anthracnose of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caused by </w:t>
      </w:r>
      <w:r w:rsidRPr="00C16F12">
        <w:rPr>
          <w:rFonts w:ascii="Times New Roman" w:hAnsi="Times New Roman" w:cs="Times New Roman"/>
          <w:i/>
          <w:iCs/>
          <w:color w:val="000000" w:themeColor="text1"/>
          <w:sz w:val="24"/>
          <w:szCs w:val="24"/>
        </w:rPr>
        <w:t>C</w:t>
      </w:r>
      <w:r w:rsidR="00353557">
        <w:rPr>
          <w:rFonts w:ascii="Times New Roman" w:hAnsi="Times New Roman" w:cs="Times New Roman"/>
          <w:i/>
          <w:iCs/>
          <w:color w:val="000000" w:themeColor="text1"/>
          <w:sz w:val="24"/>
          <w:szCs w:val="24"/>
        </w:rPr>
        <w:t>.</w:t>
      </w:r>
      <w:r w:rsidRPr="00C16F12">
        <w:rPr>
          <w:rFonts w:ascii="Times New Roman" w:hAnsi="Times New Roman" w:cs="Times New Roman"/>
          <w:i/>
          <w:iCs/>
          <w:color w:val="000000" w:themeColor="text1"/>
          <w:sz w:val="24"/>
          <w:szCs w:val="24"/>
        </w:rPr>
        <w:t xml:space="preserve">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(Syd.) Butler and Bisby was reported for the first time in India by (Sydow, 1913) Anthracnose disease generally appears during warm and humid weather and disease attacks all plant parts at any growth stage. The disease causes necrosis of tender twigs from the tip to backward. The teleomorph stage of some </w:t>
      </w:r>
      <w:r w:rsidRPr="00C16F12">
        <w:rPr>
          <w:rFonts w:ascii="Times New Roman" w:hAnsi="Times New Roman" w:cs="Times New Roman"/>
          <w:i/>
          <w:iCs/>
          <w:color w:val="000000" w:themeColor="text1"/>
          <w:sz w:val="24"/>
          <w:szCs w:val="24"/>
        </w:rPr>
        <w:t>Colletotrichum</w:t>
      </w:r>
      <w:r w:rsidRPr="00C16F12">
        <w:rPr>
          <w:rFonts w:ascii="Times New Roman" w:hAnsi="Times New Roman" w:cs="Times New Roman"/>
          <w:color w:val="000000" w:themeColor="text1"/>
          <w:sz w:val="24"/>
          <w:szCs w:val="24"/>
        </w:rPr>
        <w:t xml:space="preserve"> species is </w:t>
      </w:r>
      <w:proofErr w:type="spellStart"/>
      <w:r w:rsidRPr="00C16F12">
        <w:rPr>
          <w:rFonts w:ascii="Times New Roman" w:hAnsi="Times New Roman" w:cs="Times New Roman"/>
          <w:color w:val="000000" w:themeColor="text1"/>
          <w:sz w:val="24"/>
          <w:szCs w:val="24"/>
        </w:rPr>
        <w:t>Glomerella</w:t>
      </w:r>
      <w:proofErr w:type="spellEnd"/>
      <w:r w:rsidRPr="00C16F12">
        <w:rPr>
          <w:rFonts w:ascii="Times New Roman" w:hAnsi="Times New Roman" w:cs="Times New Roman"/>
          <w:color w:val="000000" w:themeColor="text1"/>
          <w:sz w:val="24"/>
          <w:szCs w:val="24"/>
        </w:rPr>
        <w:t xml:space="preserve"> and both stages are widely and prevalent in hot Anthracnose disease caused by Colletotrichum species is one of the most economically important diseases reducing marketable yield from 10% to 80% of the crop production in developing countries (</w:t>
      </w:r>
      <w:proofErr w:type="spellStart"/>
      <w:r w:rsidRPr="00C16F12">
        <w:rPr>
          <w:rFonts w:ascii="Times New Roman" w:hAnsi="Times New Roman" w:cs="Times New Roman"/>
          <w:color w:val="000000" w:themeColor="text1"/>
          <w:sz w:val="24"/>
          <w:szCs w:val="24"/>
        </w:rPr>
        <w:t>Poonpolgul</w:t>
      </w:r>
      <w:proofErr w:type="spellEnd"/>
      <w:r w:rsidRPr="00C16F12">
        <w:rPr>
          <w:rFonts w:ascii="Times New Roman" w:hAnsi="Times New Roman" w:cs="Times New Roman"/>
          <w:color w:val="000000" w:themeColor="text1"/>
          <w:sz w:val="24"/>
          <w:szCs w:val="24"/>
        </w:rPr>
        <w:t xml:space="preserve"> and </w:t>
      </w:r>
      <w:proofErr w:type="spellStart"/>
      <w:r w:rsidRPr="00C16F12">
        <w:rPr>
          <w:rFonts w:ascii="Times New Roman" w:hAnsi="Times New Roman" w:cs="Times New Roman"/>
          <w:color w:val="000000" w:themeColor="text1"/>
          <w:sz w:val="24"/>
          <w:szCs w:val="24"/>
        </w:rPr>
        <w:t>Kumphai</w:t>
      </w:r>
      <w:proofErr w:type="spellEnd"/>
      <w:r w:rsidRPr="00C16F12">
        <w:rPr>
          <w:rFonts w:ascii="Times New Roman" w:hAnsi="Times New Roman" w:cs="Times New Roman"/>
          <w:color w:val="000000" w:themeColor="text1"/>
          <w:sz w:val="24"/>
          <w:szCs w:val="24"/>
        </w:rPr>
        <w:t>, 2007</w:t>
      </w:r>
      <w:r w:rsidR="004214E8">
        <w:rPr>
          <w:rFonts w:ascii="Times New Roman" w:hAnsi="Times New Roman" w:cs="Times New Roman"/>
          <w:color w:val="000000" w:themeColor="text1"/>
          <w:sz w:val="24"/>
          <w:szCs w:val="24"/>
        </w:rPr>
        <w:t>).</w:t>
      </w:r>
    </w:p>
    <w:bookmarkEnd w:id="1"/>
    <w:p w14:paraId="2636F0AE" w14:textId="77777777" w:rsidR="001B59EE" w:rsidRDefault="00F25747" w:rsidP="001B59EE">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The disease is particularly destructive during high humidity and warm conditions. This study investigates the pathogenicity and cultural behavior of </w:t>
      </w:r>
      <w:r w:rsidRPr="00C16F12">
        <w:rPr>
          <w:rFonts w:ascii="Times New Roman" w:hAnsi="Times New Roman" w:cs="Times New Roman"/>
          <w:i/>
          <w:iCs/>
          <w:color w:val="000000" w:themeColor="text1"/>
          <w:sz w:val="24"/>
          <w:szCs w:val="24"/>
        </w:rPr>
        <w:t xml:space="preserve">C.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under controlled laboratory conditions.</w:t>
      </w:r>
    </w:p>
    <w:p w14:paraId="2AC1416A" w14:textId="77777777" w:rsidR="001B59EE" w:rsidRPr="001B59EE" w:rsidRDefault="000C12B8" w:rsidP="001B59EE">
      <w:pPr>
        <w:jc w:val="both"/>
        <w:rPr>
          <w:rFonts w:ascii="Times New Roman" w:hAnsi="Times New Roman" w:cs="Times New Roman"/>
          <w:b/>
          <w:bCs/>
          <w:color w:val="000000" w:themeColor="text1"/>
          <w:sz w:val="28"/>
          <w:szCs w:val="28"/>
        </w:rPr>
      </w:pPr>
      <w:r w:rsidRPr="001B59EE">
        <w:rPr>
          <w:rFonts w:ascii="Times New Roman" w:hAnsi="Times New Roman" w:cs="Times New Roman"/>
          <w:b/>
          <w:bCs/>
          <w:color w:val="000000" w:themeColor="text1"/>
          <w:sz w:val="28"/>
          <w:szCs w:val="28"/>
        </w:rPr>
        <w:t>2. Materials and Methods</w:t>
      </w:r>
    </w:p>
    <w:p w14:paraId="5511C93B" w14:textId="77777777" w:rsidR="001B59EE" w:rsidRPr="001B59EE" w:rsidRDefault="005B6E6D" w:rsidP="001B59EE">
      <w:pPr>
        <w:jc w:val="both"/>
        <w:rPr>
          <w:rFonts w:ascii="Times New Roman" w:hAnsi="Times New Roman" w:cs="Times New Roman"/>
          <w:b/>
          <w:bCs/>
          <w:color w:val="000000" w:themeColor="text1"/>
          <w:sz w:val="24"/>
          <w:szCs w:val="24"/>
        </w:rPr>
      </w:pPr>
      <w:r w:rsidRPr="001B59EE">
        <w:rPr>
          <w:rFonts w:ascii="Times New Roman" w:hAnsi="Times New Roman" w:cs="Times New Roman"/>
          <w:b/>
          <w:bCs/>
          <w:color w:val="000000" w:themeColor="text1"/>
          <w:sz w:val="24"/>
          <w:szCs w:val="24"/>
        </w:rPr>
        <w:t>Pathogenicity test</w:t>
      </w:r>
    </w:p>
    <w:p w14:paraId="32D8112F" w14:textId="0D00A3FD" w:rsidR="005B6E6D" w:rsidRPr="001B59EE" w:rsidRDefault="005B6E6D" w:rsidP="001B59EE">
      <w:pPr>
        <w:jc w:val="both"/>
        <w:rPr>
          <w:rFonts w:ascii="Times New Roman" w:hAnsi="Times New Roman" w:cs="Times New Roman"/>
          <w:b/>
          <w:bCs/>
          <w:color w:val="000000" w:themeColor="text1"/>
          <w:sz w:val="28"/>
          <w:szCs w:val="28"/>
        </w:rPr>
      </w:pPr>
      <w:r w:rsidRPr="005B6E6D">
        <w:rPr>
          <w:rFonts w:ascii="Times New Roman" w:hAnsi="Times New Roman" w:cs="Times New Roman"/>
          <w:color w:val="000000" w:themeColor="text1"/>
          <w:sz w:val="24"/>
          <w:szCs w:val="24"/>
        </w:rPr>
        <w:t xml:space="preserve">Seeds of </w:t>
      </w:r>
      <w:proofErr w:type="spellStart"/>
      <w:r w:rsidRPr="005B6E6D">
        <w:rPr>
          <w:rFonts w:ascii="Times New Roman" w:hAnsi="Times New Roman" w:cs="Times New Roman"/>
          <w:color w:val="000000" w:themeColor="text1"/>
          <w:sz w:val="24"/>
          <w:szCs w:val="24"/>
        </w:rPr>
        <w:t>chilli</w:t>
      </w:r>
      <w:proofErr w:type="spellEnd"/>
      <w:r w:rsidRPr="005B6E6D">
        <w:rPr>
          <w:rFonts w:ascii="Times New Roman" w:hAnsi="Times New Roman" w:cs="Times New Roman"/>
          <w:color w:val="000000" w:themeColor="text1"/>
          <w:sz w:val="24"/>
          <w:szCs w:val="24"/>
        </w:rPr>
        <w:t xml:space="preserve"> AK 47 and capsicum Indum-11 susceptible to anthracnose disease (</w:t>
      </w:r>
      <w:proofErr w:type="spellStart"/>
      <w:r w:rsidRPr="005B6E6D">
        <w:rPr>
          <w:rFonts w:ascii="Times New Roman" w:hAnsi="Times New Roman" w:cs="Times New Roman"/>
          <w:i/>
          <w:color w:val="000000" w:themeColor="text1"/>
          <w:sz w:val="24"/>
          <w:szCs w:val="24"/>
        </w:rPr>
        <w:t>Collectotrichum</w:t>
      </w:r>
      <w:proofErr w:type="spellEnd"/>
      <w:r w:rsidRPr="005B6E6D">
        <w:rPr>
          <w:rFonts w:ascii="Times New Roman" w:hAnsi="Times New Roman" w:cs="Times New Roman"/>
          <w:i/>
          <w:color w:val="000000" w:themeColor="text1"/>
          <w:sz w:val="24"/>
          <w:szCs w:val="24"/>
        </w:rPr>
        <w:t xml:space="preserve"> </w:t>
      </w:r>
      <w:proofErr w:type="spellStart"/>
      <w:r w:rsidRPr="005B6E6D">
        <w:rPr>
          <w:rFonts w:ascii="Times New Roman" w:hAnsi="Times New Roman" w:cs="Times New Roman"/>
          <w:i/>
          <w:color w:val="000000" w:themeColor="text1"/>
          <w:sz w:val="24"/>
          <w:szCs w:val="24"/>
        </w:rPr>
        <w:t>capsici</w:t>
      </w:r>
      <w:proofErr w:type="spellEnd"/>
      <w:r w:rsidRPr="005B6E6D">
        <w:rPr>
          <w:rFonts w:ascii="Times New Roman" w:hAnsi="Times New Roman" w:cs="Times New Roman"/>
          <w:color w:val="000000" w:themeColor="text1"/>
          <w:sz w:val="24"/>
          <w:szCs w:val="24"/>
        </w:rPr>
        <w:t xml:space="preserve">) were surface sterilized </w:t>
      </w:r>
      <w:r w:rsidRPr="001B59EE">
        <w:rPr>
          <w:rFonts w:ascii="Times New Roman" w:hAnsi="Times New Roman" w:cs="Times New Roman"/>
          <w:bCs/>
          <w:color w:val="000000" w:themeColor="text1"/>
          <w:sz w:val="24"/>
          <w:szCs w:val="24"/>
        </w:rPr>
        <w:t xml:space="preserve">with </w:t>
      </w:r>
      <w:r w:rsidR="004214E8" w:rsidRPr="001B59EE">
        <w:rPr>
          <w:rFonts w:ascii="Times New Roman" w:eastAsiaTheme="majorEastAsia" w:hAnsi="Times New Roman" w:cs="Times New Roman"/>
          <w:bCs/>
          <w:color w:val="000000" w:themeColor="text1"/>
          <w:sz w:val="24"/>
          <w:szCs w:val="24"/>
          <w:lang w:val="en-IN"/>
        </w:rPr>
        <w:t>0.1% sodium hypochlorite</w:t>
      </w:r>
      <w:r w:rsidR="004214E8">
        <w:rPr>
          <w:rFonts w:ascii="Times New Roman" w:hAnsi="Times New Roman" w:cs="Times New Roman"/>
          <w:color w:val="000000" w:themeColor="text1"/>
          <w:sz w:val="24"/>
          <w:szCs w:val="24"/>
          <w:lang w:val="en-IN"/>
        </w:rPr>
        <w:t xml:space="preserve"> </w:t>
      </w:r>
      <w:r w:rsidRPr="004214E8">
        <w:rPr>
          <w:rFonts w:ascii="Times New Roman" w:hAnsi="Times New Roman" w:cs="Times New Roman"/>
          <w:color w:val="000000" w:themeColor="text1"/>
          <w:sz w:val="24"/>
          <w:szCs w:val="24"/>
        </w:rPr>
        <w:t xml:space="preserve">and sown (@ 10 seeds / pot) in the plastic pots filled with steam sterilized potting mixture of soil: sand: FYM (2:1:1). After a week, four healthy growing </w:t>
      </w:r>
      <w:proofErr w:type="spellStart"/>
      <w:r w:rsidRPr="004214E8">
        <w:rPr>
          <w:rFonts w:ascii="Times New Roman" w:hAnsi="Times New Roman" w:cs="Times New Roman"/>
          <w:color w:val="000000" w:themeColor="text1"/>
          <w:sz w:val="24"/>
          <w:szCs w:val="24"/>
        </w:rPr>
        <w:t>chilli</w:t>
      </w:r>
      <w:proofErr w:type="spellEnd"/>
      <w:r w:rsidRPr="004214E8">
        <w:rPr>
          <w:rFonts w:ascii="Times New Roman" w:hAnsi="Times New Roman" w:cs="Times New Roman"/>
          <w:color w:val="000000" w:themeColor="text1"/>
          <w:sz w:val="24"/>
          <w:szCs w:val="24"/>
        </w:rPr>
        <w:t xml:space="preserve"> seedlings per pot were maintained, watered regularly and kept in the screen house for further development. The test pathogen (</w:t>
      </w:r>
      <w:r w:rsidRPr="004214E8">
        <w:rPr>
          <w:rFonts w:ascii="Times New Roman" w:hAnsi="Times New Roman" w:cs="Times New Roman"/>
          <w:i/>
          <w:color w:val="000000" w:themeColor="text1"/>
          <w:sz w:val="24"/>
          <w:szCs w:val="24"/>
        </w:rPr>
        <w:t xml:space="preserve">Colletotrichum </w:t>
      </w:r>
      <w:proofErr w:type="spellStart"/>
      <w:r w:rsidRPr="004214E8">
        <w:rPr>
          <w:rFonts w:ascii="Times New Roman" w:hAnsi="Times New Roman" w:cs="Times New Roman"/>
          <w:i/>
          <w:color w:val="000000" w:themeColor="text1"/>
          <w:sz w:val="24"/>
          <w:szCs w:val="24"/>
        </w:rPr>
        <w:lastRenderedPageBreak/>
        <w:t>capsici</w:t>
      </w:r>
      <w:proofErr w:type="spellEnd"/>
      <w:r w:rsidRPr="004214E8">
        <w:rPr>
          <w:rFonts w:ascii="Times New Roman" w:hAnsi="Times New Roman" w:cs="Times New Roman"/>
          <w:color w:val="000000" w:themeColor="text1"/>
          <w:sz w:val="24"/>
          <w:szCs w:val="24"/>
        </w:rPr>
        <w:t xml:space="preserve">) was mass multiplied on the basal culture medium PDA in Petri dishes. Spore-cum mycelial suspension of </w:t>
      </w:r>
      <w:r w:rsidRPr="004214E8">
        <w:rPr>
          <w:rFonts w:ascii="Times New Roman" w:hAnsi="Times New Roman" w:cs="Times New Roman"/>
          <w:i/>
          <w:color w:val="000000" w:themeColor="text1"/>
          <w:sz w:val="24"/>
          <w:szCs w:val="24"/>
        </w:rPr>
        <w:t xml:space="preserve">Colletotrichum </w:t>
      </w:r>
      <w:proofErr w:type="spellStart"/>
      <w:r w:rsidRPr="004214E8">
        <w:rPr>
          <w:rFonts w:ascii="Times New Roman" w:hAnsi="Times New Roman" w:cs="Times New Roman"/>
          <w:i/>
          <w:color w:val="000000" w:themeColor="text1"/>
          <w:sz w:val="24"/>
          <w:szCs w:val="24"/>
        </w:rPr>
        <w:t>capsici</w:t>
      </w:r>
      <w:proofErr w:type="spellEnd"/>
      <w:r w:rsidRPr="004214E8">
        <w:rPr>
          <w:rFonts w:ascii="Times New Roman" w:hAnsi="Times New Roman" w:cs="Times New Roman"/>
          <w:color w:val="000000" w:themeColor="text1"/>
          <w:sz w:val="24"/>
          <w:szCs w:val="24"/>
        </w:rPr>
        <w:t xml:space="preserve"> was prepared from seven days old culture in plates by flooding with 5-10 ml sterile distilled water. The resultant spore-cum-mycelial suspension was suitably diluted with sterile distilled water to get inoculum concentration of 2 x 10 spores / ml. </w:t>
      </w:r>
      <w:r w:rsidR="001B59EE" w:rsidRPr="004214E8">
        <w:rPr>
          <w:rFonts w:ascii="Times New Roman" w:hAnsi="Times New Roman" w:cs="Times New Roman"/>
          <w:color w:val="000000" w:themeColor="text1"/>
          <w:sz w:val="24"/>
          <w:szCs w:val="24"/>
        </w:rPr>
        <w:t>Forty-five</w:t>
      </w:r>
      <w:r w:rsidRPr="004214E8">
        <w:rPr>
          <w:rFonts w:ascii="Times New Roman" w:hAnsi="Times New Roman" w:cs="Times New Roman"/>
          <w:color w:val="000000" w:themeColor="text1"/>
          <w:sz w:val="24"/>
          <w:szCs w:val="24"/>
        </w:rPr>
        <w:t xml:space="preserve"> days old seedlings of </w:t>
      </w:r>
      <w:proofErr w:type="spellStart"/>
      <w:r w:rsidRPr="004214E8">
        <w:rPr>
          <w:rFonts w:ascii="Times New Roman" w:hAnsi="Times New Roman" w:cs="Times New Roman"/>
          <w:color w:val="000000" w:themeColor="text1"/>
          <w:sz w:val="24"/>
          <w:szCs w:val="24"/>
        </w:rPr>
        <w:t>chilli</w:t>
      </w:r>
      <w:proofErr w:type="spellEnd"/>
      <w:r w:rsidRPr="004214E8">
        <w:rPr>
          <w:rFonts w:ascii="Times New Roman" w:hAnsi="Times New Roman" w:cs="Times New Roman"/>
          <w:color w:val="000000" w:themeColor="text1"/>
          <w:sz w:val="24"/>
          <w:szCs w:val="24"/>
        </w:rPr>
        <w:t xml:space="preserve"> were artificially spray inoculated (automizer) with the spore-cum-mycelial suspension (2 x 10 spores / ml) of the test pathogen. Chilli seedlings without inoculum were maintained as uninoculated suitable control. Pots (both inoculated and uninoculated) were kept in the screen house, covered with polythene bags during evening hours.</w:t>
      </w:r>
    </w:p>
    <w:p w14:paraId="26180FBE" w14:textId="3269500F" w:rsidR="005B6E6D" w:rsidRPr="001B59EE" w:rsidRDefault="005B6E6D" w:rsidP="001B59EE">
      <w:pPr>
        <w:pStyle w:val="BodyText"/>
        <w:spacing w:after="240"/>
        <w:jc w:val="both"/>
        <w:rPr>
          <w:rFonts w:ascii="Times New Roman" w:hAnsi="Times New Roman" w:cs="Times New Roman"/>
          <w:b/>
          <w:bCs/>
          <w:sz w:val="24"/>
          <w:szCs w:val="24"/>
        </w:rPr>
      </w:pPr>
      <w:r w:rsidRPr="001B59EE">
        <w:rPr>
          <w:rFonts w:ascii="Times New Roman" w:hAnsi="Times New Roman" w:cs="Times New Roman"/>
          <w:b/>
          <w:bCs/>
          <w:sz w:val="24"/>
          <w:szCs w:val="24"/>
        </w:rPr>
        <w:t>2.1</w:t>
      </w:r>
      <w:r w:rsidR="001B59EE">
        <w:rPr>
          <w:rFonts w:ascii="Times New Roman" w:hAnsi="Times New Roman" w:cs="Times New Roman"/>
          <w:b/>
          <w:bCs/>
          <w:sz w:val="24"/>
          <w:szCs w:val="24"/>
        </w:rPr>
        <w:t xml:space="preserve"> </w:t>
      </w:r>
      <w:r w:rsidRPr="001B59EE">
        <w:rPr>
          <w:rFonts w:ascii="Times New Roman" w:hAnsi="Times New Roman" w:cs="Times New Roman"/>
          <w:b/>
          <w:bCs/>
          <w:sz w:val="24"/>
          <w:szCs w:val="24"/>
        </w:rPr>
        <w:t>Preparation of inoculum</w:t>
      </w:r>
    </w:p>
    <w:p w14:paraId="0420B36F" w14:textId="4898832C" w:rsidR="005B6E6D" w:rsidRPr="001B59EE" w:rsidRDefault="005B6E6D" w:rsidP="001B59EE">
      <w:pPr>
        <w:pStyle w:val="BodyText"/>
        <w:spacing w:after="240"/>
        <w:ind w:firstLine="720"/>
        <w:jc w:val="both"/>
        <w:rPr>
          <w:rFonts w:ascii="Times New Roman" w:hAnsi="Times New Roman" w:cs="Times New Roman"/>
          <w:b/>
          <w:bCs/>
          <w:sz w:val="24"/>
          <w:szCs w:val="24"/>
        </w:rPr>
      </w:pPr>
      <w:r w:rsidRPr="001B59EE">
        <w:rPr>
          <w:rFonts w:ascii="Times New Roman" w:hAnsi="Times New Roman" w:cs="Times New Roman"/>
          <w:sz w:val="24"/>
          <w:szCs w:val="24"/>
        </w:rPr>
        <w:t xml:space="preserve">Inoculum was prepared by harvesting spores from </w:t>
      </w:r>
      <w:r w:rsidR="001B59EE" w:rsidRPr="001B59EE">
        <w:rPr>
          <w:rFonts w:ascii="Times New Roman" w:hAnsi="Times New Roman" w:cs="Times New Roman"/>
          <w:sz w:val="24"/>
          <w:szCs w:val="24"/>
        </w:rPr>
        <w:t>7-day</w:t>
      </w:r>
      <w:r w:rsidRPr="001B59EE">
        <w:rPr>
          <w:rFonts w:ascii="Times New Roman" w:hAnsi="Times New Roman" w:cs="Times New Roman"/>
          <w:sz w:val="24"/>
          <w:szCs w:val="24"/>
        </w:rPr>
        <w:t xml:space="preserve"> old culture, grown on PDA, by adding a small quantity of distilled sterilized water and then gently shaking with a sterilized glass rod. </w:t>
      </w:r>
    </w:p>
    <w:p w14:paraId="759060C5" w14:textId="2E9A3521" w:rsidR="005B6E6D" w:rsidRPr="001B59EE" w:rsidRDefault="005B6E6D" w:rsidP="001B59EE">
      <w:pPr>
        <w:pStyle w:val="BodyText"/>
        <w:spacing w:after="240"/>
        <w:jc w:val="both"/>
        <w:rPr>
          <w:rFonts w:ascii="Times New Roman" w:hAnsi="Times New Roman" w:cs="Times New Roman"/>
          <w:b/>
          <w:bCs/>
          <w:sz w:val="24"/>
          <w:szCs w:val="24"/>
        </w:rPr>
      </w:pPr>
      <w:r w:rsidRPr="001B59EE">
        <w:rPr>
          <w:rFonts w:ascii="Times New Roman" w:hAnsi="Times New Roman" w:cs="Times New Roman"/>
          <w:b/>
          <w:bCs/>
          <w:sz w:val="24"/>
          <w:szCs w:val="24"/>
        </w:rPr>
        <w:t>2.2</w:t>
      </w:r>
      <w:r w:rsidR="001B59EE">
        <w:rPr>
          <w:rFonts w:ascii="Times New Roman" w:hAnsi="Times New Roman" w:cs="Times New Roman"/>
          <w:b/>
          <w:bCs/>
          <w:sz w:val="24"/>
          <w:szCs w:val="24"/>
        </w:rPr>
        <w:t xml:space="preserve"> </w:t>
      </w:r>
      <w:r w:rsidRPr="001B59EE">
        <w:rPr>
          <w:rFonts w:ascii="Times New Roman" w:hAnsi="Times New Roman" w:cs="Times New Roman"/>
          <w:b/>
          <w:bCs/>
          <w:sz w:val="24"/>
          <w:szCs w:val="24"/>
        </w:rPr>
        <w:t>Inoculation</w:t>
      </w:r>
    </w:p>
    <w:p w14:paraId="3EDD4F4A" w14:textId="77777777" w:rsidR="005B6E6D" w:rsidRPr="001B59EE" w:rsidRDefault="005B6E6D" w:rsidP="001B59EE">
      <w:pPr>
        <w:pStyle w:val="BodyText"/>
        <w:spacing w:after="240"/>
        <w:ind w:firstLine="720"/>
        <w:jc w:val="both"/>
        <w:rPr>
          <w:rFonts w:ascii="Times New Roman" w:hAnsi="Times New Roman" w:cs="Times New Roman"/>
          <w:sz w:val="24"/>
          <w:szCs w:val="24"/>
        </w:rPr>
      </w:pPr>
      <w:r w:rsidRPr="001B59EE">
        <w:rPr>
          <w:rFonts w:ascii="Times New Roman" w:hAnsi="Times New Roman" w:cs="Times New Roman"/>
          <w:sz w:val="24"/>
          <w:szCs w:val="24"/>
        </w:rPr>
        <w:t xml:space="preserve">The epidermal layer of the host was damaged by </w:t>
      </w:r>
      <w:proofErr w:type="spellStart"/>
      <w:r w:rsidRPr="001B59EE">
        <w:rPr>
          <w:rFonts w:ascii="Times New Roman" w:hAnsi="Times New Roman" w:cs="Times New Roman"/>
          <w:sz w:val="24"/>
          <w:szCs w:val="24"/>
        </w:rPr>
        <w:t>carborandom</w:t>
      </w:r>
      <w:proofErr w:type="spellEnd"/>
      <w:r w:rsidRPr="001B59EE">
        <w:rPr>
          <w:rFonts w:ascii="Times New Roman" w:hAnsi="Times New Roman" w:cs="Times New Roman"/>
          <w:sz w:val="24"/>
          <w:szCs w:val="24"/>
        </w:rPr>
        <w:t xml:space="preserve"> powder before inoculation. The suspension of </w:t>
      </w:r>
      <w:r w:rsidRPr="001B59EE">
        <w:rPr>
          <w:rFonts w:ascii="Times New Roman" w:hAnsi="Times New Roman" w:cs="Times New Roman"/>
          <w:i/>
          <w:iCs/>
          <w:sz w:val="24"/>
          <w:szCs w:val="24"/>
        </w:rPr>
        <w:t xml:space="preserve">Colletotrichum </w:t>
      </w:r>
      <w:proofErr w:type="spellStart"/>
      <w:r w:rsidRPr="001B59EE">
        <w:rPr>
          <w:rFonts w:ascii="Times New Roman" w:hAnsi="Times New Roman" w:cs="Times New Roman"/>
          <w:i/>
          <w:iCs/>
          <w:sz w:val="24"/>
          <w:szCs w:val="24"/>
        </w:rPr>
        <w:t>capsici</w:t>
      </w:r>
      <w:proofErr w:type="spellEnd"/>
      <w:r w:rsidRPr="001B59EE">
        <w:rPr>
          <w:rFonts w:ascii="Times New Roman" w:hAnsi="Times New Roman" w:cs="Times New Roman"/>
          <w:i/>
          <w:iCs/>
          <w:sz w:val="24"/>
          <w:szCs w:val="24"/>
        </w:rPr>
        <w:t xml:space="preserve"> </w:t>
      </w:r>
      <w:r w:rsidRPr="001B59EE">
        <w:rPr>
          <w:rFonts w:ascii="Times New Roman" w:hAnsi="Times New Roman" w:cs="Times New Roman"/>
          <w:sz w:val="24"/>
          <w:szCs w:val="24"/>
        </w:rPr>
        <w:t>was used for inoculating the plants in pots by spraying the seedlings with the help of automizer. Inoculated seedlings were covered with polythene bags for 24 hours prior to inoculation. Seedlings were inoculated in the evening and covered with polythene bags for 2 days to provide 100 per cent humidity for successful infection.</w:t>
      </w:r>
    </w:p>
    <w:p w14:paraId="4B37AF1C" w14:textId="0F2AFC01"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2.3</w:t>
      </w:r>
      <w:r w:rsidR="001B59EE">
        <w:rPr>
          <w:rFonts w:ascii="Times New Roman" w:hAnsi="Times New Roman" w:cs="Times New Roman"/>
          <w:b/>
          <w:sz w:val="24"/>
          <w:szCs w:val="24"/>
        </w:rPr>
        <w:t xml:space="preserve"> </w:t>
      </w:r>
      <w:r w:rsidRPr="001B59EE">
        <w:rPr>
          <w:rFonts w:ascii="Times New Roman" w:hAnsi="Times New Roman" w:cs="Times New Roman"/>
          <w:b/>
          <w:sz w:val="24"/>
          <w:szCs w:val="24"/>
        </w:rPr>
        <w:t>Inoculation procedure for fruits</w:t>
      </w:r>
    </w:p>
    <w:p w14:paraId="3245AE39" w14:textId="77777777" w:rsidR="005B6E6D" w:rsidRPr="001B59EE" w:rsidRDefault="005B6E6D" w:rsidP="001B59EE">
      <w:pPr>
        <w:pStyle w:val="BodyText"/>
        <w:spacing w:after="240"/>
        <w:ind w:firstLine="720"/>
        <w:jc w:val="both"/>
        <w:rPr>
          <w:rFonts w:ascii="Times New Roman" w:hAnsi="Times New Roman" w:cs="Times New Roman"/>
          <w:sz w:val="24"/>
          <w:szCs w:val="24"/>
        </w:rPr>
      </w:pPr>
      <w:r w:rsidRPr="001B59EE">
        <w:rPr>
          <w:rFonts w:ascii="Times New Roman" w:hAnsi="Times New Roman" w:cs="Times New Roman"/>
          <w:sz w:val="24"/>
          <w:szCs w:val="24"/>
        </w:rPr>
        <w:t xml:space="preserve">Fruits were washed thoroughly with distilled water and surface sterilized with 0.1 per cent </w:t>
      </w:r>
      <w:proofErr w:type="spellStart"/>
      <w:r w:rsidRPr="001B59EE">
        <w:rPr>
          <w:rFonts w:ascii="Times New Roman" w:hAnsi="Times New Roman" w:cs="Times New Roman"/>
          <w:sz w:val="24"/>
          <w:szCs w:val="24"/>
        </w:rPr>
        <w:t>aquecous</w:t>
      </w:r>
      <w:proofErr w:type="spellEnd"/>
      <w:r w:rsidRPr="001B59EE">
        <w:rPr>
          <w:rFonts w:ascii="Times New Roman" w:hAnsi="Times New Roman" w:cs="Times New Roman"/>
          <w:sz w:val="24"/>
          <w:szCs w:val="24"/>
        </w:rPr>
        <w:t xml:space="preserve"> </w:t>
      </w:r>
      <w:proofErr w:type="spellStart"/>
      <w:r w:rsidRPr="001B59EE">
        <w:rPr>
          <w:rFonts w:ascii="Times New Roman" w:hAnsi="Times New Roman" w:cs="Times New Roman"/>
          <w:sz w:val="24"/>
          <w:szCs w:val="24"/>
        </w:rPr>
        <w:t>HgCl</w:t>
      </w:r>
      <w:proofErr w:type="spellEnd"/>
      <w:r w:rsidRPr="001B59EE">
        <w:rPr>
          <w:rFonts w:ascii="Times New Roman" w:hAnsi="Times New Roman" w:cs="Times New Roman"/>
          <w:sz w:val="24"/>
          <w:szCs w:val="24"/>
        </w:rPr>
        <w:t xml:space="preserve"> solution for 2 minute and again rinsed with distilled sterilized water and incubated at 28 ± 2</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 xml:space="preserve">C for 48 </w:t>
      </w:r>
      <w:proofErr w:type="spellStart"/>
      <w:r w:rsidRPr="001B59EE">
        <w:rPr>
          <w:rFonts w:ascii="Times New Roman" w:hAnsi="Times New Roman" w:cs="Times New Roman"/>
          <w:sz w:val="24"/>
          <w:szCs w:val="24"/>
        </w:rPr>
        <w:t>hr</w:t>
      </w:r>
      <w:proofErr w:type="spellEnd"/>
      <w:r w:rsidRPr="001B59EE">
        <w:rPr>
          <w:rFonts w:ascii="Times New Roman" w:hAnsi="Times New Roman" w:cs="Times New Roman"/>
          <w:sz w:val="24"/>
          <w:szCs w:val="24"/>
        </w:rPr>
        <w:t xml:space="preserve"> to see the presence of incipient infection. Healthy materials were picked up and inoculated by making ten pricks per fruits with droplet of spore suspension of </w:t>
      </w:r>
      <w:r w:rsidRPr="001B59EE">
        <w:rPr>
          <w:rFonts w:ascii="Times New Roman" w:hAnsi="Times New Roman" w:cs="Times New Roman"/>
          <w:i/>
          <w:sz w:val="24"/>
          <w:szCs w:val="24"/>
        </w:rPr>
        <w:t xml:space="preserve">Colletotrichum </w:t>
      </w:r>
      <w:proofErr w:type="spellStart"/>
      <w:r w:rsidRPr="001B59EE">
        <w:rPr>
          <w:rFonts w:ascii="Times New Roman" w:hAnsi="Times New Roman" w:cs="Times New Roman"/>
          <w:i/>
          <w:sz w:val="24"/>
          <w:szCs w:val="24"/>
        </w:rPr>
        <w:t>casici</w:t>
      </w:r>
      <w:proofErr w:type="spellEnd"/>
      <w:r w:rsidRPr="001B59EE">
        <w:rPr>
          <w:rFonts w:ascii="Times New Roman" w:hAnsi="Times New Roman" w:cs="Times New Roman"/>
          <w:sz w:val="24"/>
          <w:szCs w:val="24"/>
        </w:rPr>
        <w:t xml:space="preserve"> with a needle. The inoculated material was kept in moist chamber in </w:t>
      </w:r>
      <w:proofErr w:type="spellStart"/>
      <w:r w:rsidRPr="001B59EE">
        <w:rPr>
          <w:rFonts w:ascii="Times New Roman" w:hAnsi="Times New Roman" w:cs="Times New Roman"/>
          <w:sz w:val="24"/>
          <w:szCs w:val="24"/>
        </w:rPr>
        <w:t>Petriplates</w:t>
      </w:r>
      <w:proofErr w:type="spellEnd"/>
      <w:r w:rsidRPr="001B59EE">
        <w:rPr>
          <w:rFonts w:ascii="Times New Roman" w:hAnsi="Times New Roman" w:cs="Times New Roman"/>
          <w:sz w:val="24"/>
          <w:szCs w:val="24"/>
        </w:rPr>
        <w:t xml:space="preserve">. Fruits were kept under bell jar to maintain the humidity and incubated at room temperature 28 ± 2”C along with the uninoculated control. The initiation of symptoms i.e. infectivity, the incidence and intensity </w:t>
      </w:r>
      <w:proofErr w:type="gramStart"/>
      <w:r w:rsidRPr="001B59EE">
        <w:rPr>
          <w:rFonts w:ascii="Times New Roman" w:hAnsi="Times New Roman" w:cs="Times New Roman"/>
          <w:sz w:val="24"/>
          <w:szCs w:val="24"/>
        </w:rPr>
        <w:t>was</w:t>
      </w:r>
      <w:proofErr w:type="gramEnd"/>
      <w:r w:rsidRPr="001B59EE">
        <w:rPr>
          <w:rFonts w:ascii="Times New Roman" w:hAnsi="Times New Roman" w:cs="Times New Roman"/>
          <w:sz w:val="24"/>
          <w:szCs w:val="24"/>
        </w:rPr>
        <w:t xml:space="preserve"> recorded. </w:t>
      </w:r>
    </w:p>
    <w:p w14:paraId="36398D82" w14:textId="77777777" w:rsidR="005B6E6D" w:rsidRPr="001B59EE" w:rsidRDefault="005B6E6D" w:rsidP="001B59EE">
      <w:pPr>
        <w:pStyle w:val="BodyText"/>
        <w:spacing w:after="240"/>
        <w:jc w:val="both"/>
        <w:rPr>
          <w:rFonts w:ascii="Times New Roman" w:hAnsi="Times New Roman" w:cs="Times New Roman"/>
          <w:w w:val="96"/>
          <w:sz w:val="24"/>
          <w:szCs w:val="24"/>
        </w:rPr>
      </w:pPr>
    </w:p>
    <w:p w14:paraId="58F69508" w14:textId="2C91B4A2" w:rsidR="005B6E6D" w:rsidRPr="001B59EE" w:rsidRDefault="005B6E6D" w:rsidP="001B59EE">
      <w:pPr>
        <w:pStyle w:val="BodyText"/>
        <w:spacing w:after="240"/>
        <w:jc w:val="both"/>
        <w:rPr>
          <w:rFonts w:ascii="Times New Roman" w:hAnsi="Times New Roman" w:cs="Times New Roman"/>
          <w:b/>
          <w:bCs/>
          <w:sz w:val="24"/>
          <w:szCs w:val="24"/>
        </w:rPr>
      </w:pPr>
      <w:r w:rsidRPr="001B59EE">
        <w:rPr>
          <w:rFonts w:ascii="Times New Roman" w:hAnsi="Times New Roman" w:cs="Times New Roman"/>
          <w:b/>
          <w:bCs/>
          <w:sz w:val="24"/>
          <w:szCs w:val="24"/>
        </w:rPr>
        <w:t>2.4</w:t>
      </w:r>
      <w:r w:rsidR="001B59EE">
        <w:rPr>
          <w:rFonts w:ascii="Times New Roman" w:hAnsi="Times New Roman" w:cs="Times New Roman"/>
          <w:b/>
          <w:bCs/>
          <w:sz w:val="24"/>
          <w:szCs w:val="24"/>
        </w:rPr>
        <w:t xml:space="preserve"> </w:t>
      </w:r>
      <w:proofErr w:type="spellStart"/>
      <w:r w:rsidRPr="001B59EE">
        <w:rPr>
          <w:rFonts w:ascii="Times New Roman" w:hAnsi="Times New Roman" w:cs="Times New Roman"/>
          <w:b/>
          <w:bCs/>
          <w:sz w:val="24"/>
          <w:szCs w:val="24"/>
        </w:rPr>
        <w:t>Reisolation</w:t>
      </w:r>
      <w:proofErr w:type="spellEnd"/>
    </w:p>
    <w:p w14:paraId="06C047D3" w14:textId="77777777" w:rsidR="005B6E6D" w:rsidRPr="001B59EE" w:rsidRDefault="005B6E6D" w:rsidP="001B59EE">
      <w:pPr>
        <w:pStyle w:val="BodyText"/>
        <w:spacing w:after="240"/>
        <w:ind w:firstLine="720"/>
        <w:jc w:val="both"/>
        <w:rPr>
          <w:rFonts w:ascii="Times New Roman" w:hAnsi="Times New Roman" w:cs="Times New Roman"/>
          <w:sz w:val="24"/>
          <w:szCs w:val="24"/>
        </w:rPr>
      </w:pPr>
      <w:bookmarkStart w:id="2" w:name="_Hlk144037879"/>
      <w:bookmarkStart w:id="3" w:name="_Hlk144037909"/>
      <w:r w:rsidRPr="001B59EE">
        <w:rPr>
          <w:rFonts w:ascii="Times New Roman" w:hAnsi="Times New Roman" w:cs="Times New Roman"/>
          <w:sz w:val="24"/>
          <w:szCs w:val="24"/>
        </w:rPr>
        <w:lastRenderedPageBreak/>
        <w:t xml:space="preserve">After </w:t>
      </w:r>
      <w:bookmarkEnd w:id="2"/>
      <w:r w:rsidRPr="001B59EE">
        <w:rPr>
          <w:rFonts w:ascii="Times New Roman" w:hAnsi="Times New Roman" w:cs="Times New Roman"/>
          <w:sz w:val="24"/>
          <w:szCs w:val="24"/>
        </w:rPr>
        <w:t xml:space="preserve">inoculating the plants with </w:t>
      </w:r>
      <w:r w:rsidRPr="001B59EE">
        <w:rPr>
          <w:rFonts w:ascii="Times New Roman" w:hAnsi="Times New Roman" w:cs="Times New Roman"/>
          <w:i/>
          <w:iCs/>
          <w:sz w:val="24"/>
          <w:szCs w:val="24"/>
        </w:rPr>
        <w:t xml:space="preserve">Colletotrichum </w:t>
      </w:r>
      <w:proofErr w:type="spellStart"/>
      <w:r w:rsidRPr="001B59EE">
        <w:rPr>
          <w:rFonts w:ascii="Times New Roman" w:hAnsi="Times New Roman" w:cs="Times New Roman"/>
          <w:i/>
          <w:iCs/>
          <w:sz w:val="24"/>
          <w:szCs w:val="24"/>
        </w:rPr>
        <w:t>casici</w:t>
      </w:r>
      <w:proofErr w:type="spellEnd"/>
      <w:r w:rsidRPr="001B59EE">
        <w:rPr>
          <w:rFonts w:ascii="Times New Roman" w:hAnsi="Times New Roman" w:cs="Times New Roman"/>
          <w:sz w:val="24"/>
          <w:szCs w:val="24"/>
        </w:rPr>
        <w:t xml:space="preserve"> the host plants were examined periodically </w:t>
      </w:r>
      <w:bookmarkEnd w:id="3"/>
      <w:r w:rsidRPr="001B59EE">
        <w:rPr>
          <w:rFonts w:ascii="Times New Roman" w:hAnsi="Times New Roman" w:cs="Times New Roman"/>
          <w:sz w:val="24"/>
          <w:szCs w:val="24"/>
        </w:rPr>
        <w:t xml:space="preserve">for development of symptoms. </w:t>
      </w:r>
      <w:proofErr w:type="spellStart"/>
      <w:r w:rsidRPr="001B59EE">
        <w:rPr>
          <w:rFonts w:ascii="Times New Roman" w:hAnsi="Times New Roman" w:cs="Times New Roman"/>
          <w:sz w:val="24"/>
          <w:szCs w:val="24"/>
        </w:rPr>
        <w:t>Reisolations</w:t>
      </w:r>
      <w:proofErr w:type="spellEnd"/>
      <w:r w:rsidRPr="001B59EE">
        <w:rPr>
          <w:rFonts w:ascii="Times New Roman" w:hAnsi="Times New Roman" w:cs="Times New Roman"/>
          <w:sz w:val="24"/>
          <w:szCs w:val="24"/>
        </w:rPr>
        <w:t xml:space="preserve"> from infected tissues were made and the isolates were compared with the original one.</w:t>
      </w:r>
    </w:p>
    <w:p w14:paraId="19901D0E" w14:textId="52E2B7AF" w:rsidR="005B6E6D" w:rsidRPr="001B59EE" w:rsidRDefault="005B6E6D" w:rsidP="001B59EE">
      <w:pPr>
        <w:pStyle w:val="BodyText"/>
        <w:spacing w:after="240"/>
        <w:ind w:left="720" w:hanging="720"/>
        <w:jc w:val="both"/>
        <w:rPr>
          <w:rFonts w:ascii="Times New Roman" w:hAnsi="Times New Roman" w:cs="Times New Roman"/>
          <w:b/>
          <w:bCs/>
          <w:i/>
          <w:iCs/>
          <w:sz w:val="24"/>
          <w:szCs w:val="24"/>
        </w:rPr>
      </w:pPr>
      <w:r w:rsidRPr="001B59EE">
        <w:rPr>
          <w:rFonts w:ascii="Times New Roman" w:hAnsi="Times New Roman" w:cs="Times New Roman"/>
          <w:b/>
          <w:bCs/>
          <w:sz w:val="24"/>
          <w:szCs w:val="24"/>
        </w:rPr>
        <w:t>2.5</w:t>
      </w:r>
      <w:r w:rsidR="001B59EE">
        <w:rPr>
          <w:rFonts w:ascii="Times New Roman" w:hAnsi="Times New Roman" w:cs="Times New Roman"/>
          <w:b/>
          <w:bCs/>
          <w:sz w:val="24"/>
          <w:szCs w:val="24"/>
        </w:rPr>
        <w:t xml:space="preserve"> </w:t>
      </w:r>
      <w:r w:rsidRPr="001B59EE">
        <w:rPr>
          <w:rFonts w:ascii="Times New Roman" w:hAnsi="Times New Roman" w:cs="Times New Roman"/>
          <w:b/>
          <w:bCs/>
          <w:sz w:val="24"/>
          <w:szCs w:val="24"/>
        </w:rPr>
        <w:t xml:space="preserve">Cultural and morphological characteristics of </w:t>
      </w:r>
      <w:r w:rsidRPr="001B59EE">
        <w:rPr>
          <w:rFonts w:ascii="Times New Roman" w:hAnsi="Times New Roman" w:cs="Times New Roman"/>
          <w:b/>
          <w:bCs/>
          <w:i/>
          <w:iCs/>
          <w:sz w:val="24"/>
          <w:szCs w:val="24"/>
        </w:rPr>
        <w:t xml:space="preserve">Colletotrichum </w:t>
      </w:r>
      <w:proofErr w:type="spellStart"/>
      <w:r w:rsidRPr="001B59EE">
        <w:rPr>
          <w:rFonts w:ascii="Times New Roman" w:hAnsi="Times New Roman" w:cs="Times New Roman"/>
          <w:b/>
          <w:bCs/>
          <w:i/>
          <w:iCs/>
          <w:sz w:val="24"/>
          <w:szCs w:val="24"/>
        </w:rPr>
        <w:t>capsici</w:t>
      </w:r>
      <w:proofErr w:type="spellEnd"/>
    </w:p>
    <w:p w14:paraId="48B76CCA" w14:textId="77777777" w:rsidR="005B6E6D" w:rsidRPr="001B59EE" w:rsidRDefault="005B6E6D" w:rsidP="001B59EE">
      <w:pPr>
        <w:pStyle w:val="BodyText"/>
        <w:spacing w:after="240"/>
        <w:ind w:firstLine="720"/>
        <w:jc w:val="both"/>
        <w:rPr>
          <w:rFonts w:ascii="Times New Roman" w:hAnsi="Times New Roman" w:cs="Times New Roman"/>
          <w:sz w:val="24"/>
          <w:szCs w:val="24"/>
        </w:rPr>
      </w:pPr>
      <w:r w:rsidRPr="001B59EE">
        <w:rPr>
          <w:rFonts w:ascii="Times New Roman" w:hAnsi="Times New Roman" w:cs="Times New Roman"/>
          <w:sz w:val="24"/>
          <w:szCs w:val="24"/>
        </w:rPr>
        <w:t xml:space="preserve">Five different media, three synthetic, i.e. Malt extract Agar, </w:t>
      </w:r>
      <w:proofErr w:type="spellStart"/>
      <w:r w:rsidRPr="001B59EE">
        <w:rPr>
          <w:rFonts w:ascii="Times New Roman" w:hAnsi="Times New Roman" w:cs="Times New Roman"/>
          <w:sz w:val="24"/>
          <w:szCs w:val="24"/>
        </w:rPr>
        <w:t>Sabroud</w:t>
      </w:r>
      <w:proofErr w:type="spellEnd"/>
      <w:r w:rsidRPr="001B59EE">
        <w:rPr>
          <w:rFonts w:ascii="Times New Roman" w:hAnsi="Times New Roman" w:cs="Times New Roman"/>
          <w:sz w:val="24"/>
          <w:szCs w:val="24"/>
        </w:rPr>
        <w:t xml:space="preserve"> extract Agar and </w:t>
      </w:r>
      <w:proofErr w:type="spellStart"/>
      <w:r w:rsidRPr="001B59EE">
        <w:rPr>
          <w:rFonts w:ascii="Times New Roman" w:hAnsi="Times New Roman" w:cs="Times New Roman"/>
          <w:sz w:val="24"/>
          <w:szCs w:val="24"/>
        </w:rPr>
        <w:t>Czapek’s</w:t>
      </w:r>
      <w:proofErr w:type="spellEnd"/>
      <w:r w:rsidRPr="001B59EE">
        <w:rPr>
          <w:rFonts w:ascii="Times New Roman" w:hAnsi="Times New Roman" w:cs="Times New Roman"/>
          <w:sz w:val="24"/>
          <w:szCs w:val="24"/>
        </w:rPr>
        <w:t xml:space="preserve"> dox Agar and two semisynthetic, i.e. Potato Dextrose Agar and Chilli Extract Agar Media, were used to study the radial growth as well as colony characteristics of </w:t>
      </w:r>
      <w:r w:rsidRPr="001B59EE">
        <w:rPr>
          <w:rFonts w:ascii="Times New Roman" w:hAnsi="Times New Roman" w:cs="Times New Roman"/>
          <w:i/>
          <w:sz w:val="24"/>
          <w:szCs w:val="24"/>
        </w:rPr>
        <w:t xml:space="preserve">C. </w:t>
      </w:r>
      <w:proofErr w:type="spellStart"/>
      <w:r w:rsidRPr="001B59EE">
        <w:rPr>
          <w:rFonts w:ascii="Times New Roman" w:hAnsi="Times New Roman" w:cs="Times New Roman"/>
          <w:i/>
          <w:sz w:val="24"/>
          <w:szCs w:val="24"/>
        </w:rPr>
        <w:t>capsici</w:t>
      </w:r>
      <w:proofErr w:type="spellEnd"/>
      <w:r w:rsidRPr="001B59EE">
        <w:rPr>
          <w:rFonts w:ascii="Times New Roman" w:hAnsi="Times New Roman" w:cs="Times New Roman"/>
          <w:sz w:val="24"/>
          <w:szCs w:val="24"/>
        </w:rPr>
        <w:t xml:space="preserve"> such as </w:t>
      </w:r>
      <w:proofErr w:type="spellStart"/>
      <w:r w:rsidRPr="001B59EE">
        <w:rPr>
          <w:rFonts w:ascii="Times New Roman" w:hAnsi="Times New Roman" w:cs="Times New Roman"/>
          <w:sz w:val="24"/>
          <w:szCs w:val="24"/>
        </w:rPr>
        <w:t>colour</w:t>
      </w:r>
      <w:proofErr w:type="spellEnd"/>
      <w:r w:rsidRPr="001B59EE">
        <w:rPr>
          <w:rFonts w:ascii="Times New Roman" w:hAnsi="Times New Roman" w:cs="Times New Roman"/>
          <w:sz w:val="24"/>
          <w:szCs w:val="24"/>
        </w:rPr>
        <w:t xml:space="preserve">, texture and margin. The characteristics were compared with the </w:t>
      </w:r>
      <w:proofErr w:type="spellStart"/>
      <w:r w:rsidRPr="001B59EE">
        <w:rPr>
          <w:rFonts w:ascii="Times New Roman" w:hAnsi="Times New Roman" w:cs="Times New Roman"/>
          <w:sz w:val="24"/>
          <w:szCs w:val="24"/>
        </w:rPr>
        <w:t>colour</w:t>
      </w:r>
      <w:proofErr w:type="spellEnd"/>
      <w:r w:rsidRPr="001B59EE">
        <w:rPr>
          <w:rFonts w:ascii="Times New Roman" w:hAnsi="Times New Roman" w:cs="Times New Roman"/>
          <w:sz w:val="24"/>
          <w:szCs w:val="24"/>
        </w:rPr>
        <w:t xml:space="preserve"> chart (Akhtar and Singh, 2007). The test fungus was grown on autoclaved, molten and cooled medium were poured aseptically on to sterilized Petri plates and allowed for solidification of the media and then each </w:t>
      </w:r>
      <w:proofErr w:type="gramStart"/>
      <w:r w:rsidRPr="001B59EE">
        <w:rPr>
          <w:rFonts w:ascii="Times New Roman" w:hAnsi="Times New Roman" w:cs="Times New Roman"/>
          <w:sz w:val="24"/>
          <w:szCs w:val="24"/>
        </w:rPr>
        <w:t>plates</w:t>
      </w:r>
      <w:proofErr w:type="gramEnd"/>
      <w:r w:rsidRPr="001B59EE">
        <w:rPr>
          <w:rFonts w:ascii="Times New Roman" w:hAnsi="Times New Roman" w:cs="Times New Roman"/>
          <w:sz w:val="24"/>
          <w:szCs w:val="24"/>
        </w:rPr>
        <w:t xml:space="preserve"> were centrally inoculated with 5 mm culture disc of pathogen cut from the margins of 7 to 10 days old culture by using sterilized </w:t>
      </w:r>
      <w:proofErr w:type="spellStart"/>
      <w:r w:rsidRPr="001B59EE">
        <w:rPr>
          <w:rFonts w:ascii="Times New Roman" w:hAnsi="Times New Roman" w:cs="Times New Roman"/>
          <w:sz w:val="24"/>
          <w:szCs w:val="24"/>
        </w:rPr>
        <w:t>cork</w:t>
      </w:r>
      <w:proofErr w:type="spellEnd"/>
      <w:r w:rsidRPr="001B59EE">
        <w:rPr>
          <w:rFonts w:ascii="Times New Roman" w:hAnsi="Times New Roman" w:cs="Times New Roman"/>
          <w:sz w:val="24"/>
          <w:szCs w:val="24"/>
        </w:rPr>
        <w:t xml:space="preserve"> borer under aseptic condition then incubated at 28 ± 2</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 xml:space="preserve">C in BOD incubator. Pathogen was identified for its morphological structures such as </w:t>
      </w:r>
      <w:proofErr w:type="spellStart"/>
      <w:r w:rsidRPr="001B59EE">
        <w:rPr>
          <w:rFonts w:ascii="Times New Roman" w:hAnsi="Times New Roman" w:cs="Times New Roman"/>
          <w:sz w:val="24"/>
          <w:szCs w:val="24"/>
        </w:rPr>
        <w:t>acervuli</w:t>
      </w:r>
      <w:proofErr w:type="spellEnd"/>
      <w:r w:rsidRPr="001B59EE">
        <w:rPr>
          <w:rFonts w:ascii="Times New Roman" w:hAnsi="Times New Roman" w:cs="Times New Roman"/>
          <w:sz w:val="24"/>
          <w:szCs w:val="24"/>
        </w:rPr>
        <w:t xml:space="preserve">, presence and absence of </w:t>
      </w:r>
      <w:proofErr w:type="spellStart"/>
      <w:r w:rsidRPr="001B59EE">
        <w:rPr>
          <w:rFonts w:ascii="Times New Roman" w:hAnsi="Times New Roman" w:cs="Times New Roman"/>
          <w:sz w:val="24"/>
          <w:szCs w:val="24"/>
        </w:rPr>
        <w:t>satae</w:t>
      </w:r>
      <w:proofErr w:type="spellEnd"/>
      <w:r w:rsidRPr="001B59EE">
        <w:rPr>
          <w:rFonts w:ascii="Times New Roman" w:hAnsi="Times New Roman" w:cs="Times New Roman"/>
          <w:sz w:val="24"/>
          <w:szCs w:val="24"/>
        </w:rPr>
        <w:t>, septation of mycelium, conidia shape and size and presence of oil globules were examined under stereo-binocular microscope.</w:t>
      </w:r>
    </w:p>
    <w:p w14:paraId="3FD55EE5" w14:textId="44F23686"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2.5.1</w:t>
      </w:r>
      <w:r w:rsidR="001B59EE">
        <w:rPr>
          <w:rFonts w:ascii="Times New Roman" w:hAnsi="Times New Roman" w:cs="Times New Roman"/>
          <w:b/>
          <w:sz w:val="24"/>
          <w:szCs w:val="24"/>
        </w:rPr>
        <w:t xml:space="preserve"> </w:t>
      </w:r>
      <w:r w:rsidRPr="001B59EE">
        <w:rPr>
          <w:rFonts w:ascii="Times New Roman" w:hAnsi="Times New Roman" w:cs="Times New Roman"/>
          <w:b/>
          <w:sz w:val="24"/>
          <w:szCs w:val="24"/>
        </w:rPr>
        <w:t>Preparation of media</w:t>
      </w:r>
    </w:p>
    <w:p w14:paraId="77A6450A" w14:textId="1581727E"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A)</w:t>
      </w:r>
      <w:r w:rsidR="001B59EE">
        <w:rPr>
          <w:rFonts w:ascii="Times New Roman" w:hAnsi="Times New Roman" w:cs="Times New Roman"/>
          <w:b/>
          <w:sz w:val="24"/>
          <w:szCs w:val="24"/>
        </w:rPr>
        <w:t xml:space="preserve"> </w:t>
      </w:r>
      <w:r w:rsidRPr="001B59EE">
        <w:rPr>
          <w:rFonts w:ascii="Times New Roman" w:hAnsi="Times New Roman" w:cs="Times New Roman"/>
          <w:b/>
          <w:sz w:val="24"/>
          <w:szCs w:val="24"/>
        </w:rPr>
        <w:t>Potato dextrose Agar</w:t>
      </w:r>
    </w:p>
    <w:p w14:paraId="40B38645" w14:textId="77777777" w:rsidR="005B6E6D" w:rsidRDefault="005B6E6D" w:rsidP="001B59EE">
      <w:pPr>
        <w:pStyle w:val="BodyText"/>
        <w:spacing w:after="240"/>
        <w:jc w:val="both"/>
        <w:rPr>
          <w:rFonts w:ascii="Times New Roman" w:hAnsi="Times New Roman" w:cs="Times New Roman"/>
          <w:sz w:val="24"/>
          <w:szCs w:val="24"/>
        </w:rPr>
      </w:pPr>
      <w:r w:rsidRPr="001B59EE">
        <w:rPr>
          <w:rFonts w:ascii="Times New Roman" w:hAnsi="Times New Roman" w:cs="Times New Roman"/>
          <w:sz w:val="24"/>
          <w:szCs w:val="24"/>
        </w:rPr>
        <w:t xml:space="preserve">Potato dextrose agar (PDA) medium was made by slicing 200 g of peeled potatoes into pieces and boiling them in 800 ml distilled water until they were thoroughly cooked. The starch extract was strained through muslin cloth. Dextrose and agar (20 g each) were added into it and the volume was adjusted to one </w:t>
      </w:r>
      <w:proofErr w:type="spellStart"/>
      <w:r w:rsidRPr="001B59EE">
        <w:rPr>
          <w:rFonts w:ascii="Times New Roman" w:hAnsi="Times New Roman" w:cs="Times New Roman"/>
          <w:sz w:val="24"/>
          <w:szCs w:val="24"/>
        </w:rPr>
        <w:t>litre</w:t>
      </w:r>
      <w:proofErr w:type="spellEnd"/>
      <w:r w:rsidRPr="001B59EE">
        <w:rPr>
          <w:rFonts w:ascii="Times New Roman" w:hAnsi="Times New Roman" w:cs="Times New Roman"/>
          <w:sz w:val="24"/>
          <w:szCs w:val="24"/>
        </w:rPr>
        <w:t>. Autoclave the media for 15 min at 121</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 xml:space="preserve">C and 15 </w:t>
      </w:r>
      <w:proofErr w:type="spellStart"/>
      <w:r w:rsidRPr="001B59EE">
        <w:rPr>
          <w:rFonts w:ascii="Times New Roman" w:hAnsi="Times New Roman" w:cs="Times New Roman"/>
          <w:sz w:val="24"/>
          <w:szCs w:val="24"/>
        </w:rPr>
        <w:t>Ibs</w:t>
      </w:r>
      <w:proofErr w:type="spellEnd"/>
      <w:r w:rsidRPr="001B59EE">
        <w:rPr>
          <w:rFonts w:ascii="Times New Roman" w:hAnsi="Times New Roman" w:cs="Times New Roman"/>
          <w:sz w:val="24"/>
          <w:szCs w:val="24"/>
        </w:rPr>
        <w:t xml:space="preserve"> pressure. Final pH of the medium should be 5-6 ± 0.5.</w:t>
      </w:r>
    </w:p>
    <w:p w14:paraId="510D67E8" w14:textId="33F92C40" w:rsidR="007C2ABD" w:rsidRPr="007C2ABD" w:rsidRDefault="00353557" w:rsidP="007C2ABD">
      <w:pPr>
        <w:pStyle w:val="BodyText"/>
        <w:spacing w:after="240"/>
        <w:jc w:val="both"/>
        <w:rPr>
          <w:rFonts w:ascii="Times New Roman" w:hAnsi="Times New Roman" w:cs="Times New Roman"/>
          <w:b/>
          <w:bCs/>
          <w:sz w:val="24"/>
          <w:szCs w:val="24"/>
        </w:rPr>
      </w:pPr>
      <w:r>
        <w:rPr>
          <w:rFonts w:ascii="Times New Roman" w:hAnsi="Times New Roman" w:cs="Times New Roman"/>
          <w:b/>
          <w:bCs/>
          <w:sz w:val="24"/>
          <w:szCs w:val="24"/>
        </w:rPr>
        <w:t>Table</w:t>
      </w:r>
      <w:r w:rsidR="00663AD9" w:rsidRPr="007C2ABD">
        <w:rPr>
          <w:rFonts w:ascii="Times New Roman" w:hAnsi="Times New Roman" w:cs="Times New Roman"/>
          <w:b/>
          <w:bCs/>
          <w:sz w:val="24"/>
          <w:szCs w:val="24"/>
        </w:rPr>
        <w:t xml:space="preserve"> </w:t>
      </w:r>
      <w:r w:rsidR="008E4648">
        <w:rPr>
          <w:rFonts w:ascii="Times New Roman" w:hAnsi="Times New Roman" w:cs="Times New Roman"/>
          <w:b/>
          <w:bCs/>
          <w:sz w:val="24"/>
          <w:szCs w:val="24"/>
        </w:rPr>
        <w:t>.</w:t>
      </w:r>
      <w:r w:rsidR="00663AD9" w:rsidRPr="007C2ABD">
        <w:rPr>
          <w:rFonts w:ascii="Times New Roman" w:hAnsi="Times New Roman" w:cs="Times New Roman"/>
          <w:b/>
          <w:bCs/>
          <w:sz w:val="24"/>
          <w:szCs w:val="24"/>
        </w:rPr>
        <w:t xml:space="preserve">1: </w:t>
      </w:r>
      <w:r w:rsidR="007C2ABD" w:rsidRPr="007C2ABD">
        <w:rPr>
          <w:rFonts w:ascii="Times New Roman" w:hAnsi="Times New Roman" w:cs="Times New Roman"/>
          <w:b/>
          <w:bCs/>
          <w:sz w:val="24"/>
          <w:szCs w:val="24"/>
        </w:rPr>
        <w:t xml:space="preserve">Composition of Potato </w:t>
      </w:r>
      <w:r w:rsidR="007C2ABD">
        <w:rPr>
          <w:rFonts w:ascii="Times New Roman" w:hAnsi="Times New Roman" w:cs="Times New Roman"/>
          <w:b/>
          <w:bCs/>
          <w:sz w:val="24"/>
          <w:szCs w:val="24"/>
        </w:rPr>
        <w:t>Dextrose</w:t>
      </w:r>
      <w:r w:rsidR="007C2ABD" w:rsidRPr="007C2ABD">
        <w:rPr>
          <w:rFonts w:ascii="Times New Roman" w:hAnsi="Times New Roman" w:cs="Times New Roman"/>
          <w:b/>
          <w:bCs/>
          <w:sz w:val="24"/>
          <w:szCs w:val="24"/>
        </w:rPr>
        <w:t xml:space="preserve"> Agar</w:t>
      </w:r>
    </w:p>
    <w:p w14:paraId="0418D475" w14:textId="0A580DB2" w:rsidR="00663AD9" w:rsidRPr="001B59EE" w:rsidRDefault="00663AD9" w:rsidP="001B59EE">
      <w:pPr>
        <w:pStyle w:val="BodyText"/>
        <w:spacing w:after="240"/>
        <w:jc w:val="both"/>
        <w:rPr>
          <w:rFonts w:ascii="Times New Roman" w:hAnsi="Times New Roman" w:cs="Times New Roman"/>
          <w:sz w:val="24"/>
          <w:szCs w:val="24"/>
        </w:rPr>
      </w:pPr>
    </w:p>
    <w:tbl>
      <w:tblPr>
        <w:tblW w:w="8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2967"/>
        <w:gridCol w:w="1977"/>
        <w:gridCol w:w="385"/>
        <w:gridCol w:w="1457"/>
      </w:tblGrid>
      <w:tr w:rsidR="005B6E6D" w:rsidRPr="00C16F12" w14:paraId="3725299E" w14:textId="77777777" w:rsidTr="008D4619">
        <w:trPr>
          <w:trHeight w:val="885"/>
        </w:trPr>
        <w:tc>
          <w:tcPr>
            <w:tcW w:w="1339" w:type="dxa"/>
            <w:vAlign w:val="center"/>
          </w:tcPr>
          <w:p w14:paraId="4E77CCB8" w14:textId="77777777" w:rsidR="005B6E6D" w:rsidRPr="00C16F12" w:rsidRDefault="005B6E6D" w:rsidP="008D4619">
            <w:pPr>
              <w:ind w:left="-720"/>
              <w:jc w:val="center"/>
              <w:rPr>
                <w:rFonts w:ascii="Times New Roman" w:hAnsi="Times New Roman" w:cs="Times New Roman"/>
                <w:b/>
                <w:color w:val="000000" w:themeColor="text1"/>
                <w:sz w:val="24"/>
                <w:szCs w:val="24"/>
              </w:rPr>
            </w:pPr>
          </w:p>
          <w:p w14:paraId="64F59E56"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 No.</w:t>
            </w:r>
          </w:p>
        </w:tc>
        <w:tc>
          <w:tcPr>
            <w:tcW w:w="2967" w:type="dxa"/>
            <w:vAlign w:val="center"/>
          </w:tcPr>
          <w:p w14:paraId="3DC82DDF"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819" w:type="dxa"/>
            <w:gridSpan w:val="3"/>
            <w:vAlign w:val="center"/>
          </w:tcPr>
          <w:p w14:paraId="43949BAE"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1813AF65" w14:textId="77777777" w:rsidTr="008D4619">
        <w:trPr>
          <w:trHeight w:val="233"/>
        </w:trPr>
        <w:tc>
          <w:tcPr>
            <w:tcW w:w="1339" w:type="dxa"/>
            <w:vMerge w:val="restart"/>
            <w:vAlign w:val="center"/>
          </w:tcPr>
          <w:p w14:paraId="27BA703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w:t>
            </w:r>
          </w:p>
        </w:tc>
        <w:tc>
          <w:tcPr>
            <w:tcW w:w="2967" w:type="dxa"/>
            <w:vMerge w:val="restart"/>
            <w:vAlign w:val="center"/>
          </w:tcPr>
          <w:p w14:paraId="366F8AF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Potato dextrose agar (PDA)</w:t>
            </w:r>
          </w:p>
        </w:tc>
        <w:tc>
          <w:tcPr>
            <w:tcW w:w="1977" w:type="dxa"/>
            <w:tcBorders>
              <w:bottom w:val="nil"/>
              <w:right w:val="nil"/>
            </w:tcBorders>
            <w:vAlign w:val="center"/>
          </w:tcPr>
          <w:p w14:paraId="70337DF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Potato (peeled)</w:t>
            </w:r>
          </w:p>
        </w:tc>
        <w:tc>
          <w:tcPr>
            <w:tcW w:w="385" w:type="dxa"/>
            <w:tcBorders>
              <w:left w:val="nil"/>
              <w:bottom w:val="nil"/>
              <w:right w:val="nil"/>
            </w:tcBorders>
            <w:vAlign w:val="center"/>
          </w:tcPr>
          <w:p w14:paraId="02749B8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457" w:type="dxa"/>
            <w:tcBorders>
              <w:left w:val="nil"/>
              <w:bottom w:val="nil"/>
            </w:tcBorders>
            <w:vAlign w:val="center"/>
          </w:tcPr>
          <w:p w14:paraId="4E7FCE2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200.00 g</w:t>
            </w:r>
          </w:p>
        </w:tc>
      </w:tr>
      <w:tr w:rsidR="005B6E6D" w:rsidRPr="00C16F12" w14:paraId="54AC2E2F" w14:textId="77777777" w:rsidTr="008D4619">
        <w:trPr>
          <w:trHeight w:val="280"/>
        </w:trPr>
        <w:tc>
          <w:tcPr>
            <w:tcW w:w="1339" w:type="dxa"/>
            <w:vMerge/>
            <w:tcBorders>
              <w:top w:val="nil"/>
            </w:tcBorders>
            <w:vAlign w:val="center"/>
          </w:tcPr>
          <w:p w14:paraId="463C7348"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967" w:type="dxa"/>
            <w:vMerge/>
            <w:tcBorders>
              <w:top w:val="nil"/>
            </w:tcBorders>
            <w:vAlign w:val="center"/>
          </w:tcPr>
          <w:p w14:paraId="181F76D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77" w:type="dxa"/>
            <w:tcBorders>
              <w:top w:val="nil"/>
              <w:bottom w:val="nil"/>
              <w:right w:val="nil"/>
            </w:tcBorders>
            <w:vAlign w:val="center"/>
          </w:tcPr>
          <w:p w14:paraId="0A1EB5E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Dextrose</w:t>
            </w:r>
          </w:p>
        </w:tc>
        <w:tc>
          <w:tcPr>
            <w:tcW w:w="385" w:type="dxa"/>
            <w:tcBorders>
              <w:top w:val="nil"/>
              <w:left w:val="nil"/>
              <w:bottom w:val="nil"/>
              <w:right w:val="nil"/>
            </w:tcBorders>
            <w:vAlign w:val="center"/>
          </w:tcPr>
          <w:p w14:paraId="57342CD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457" w:type="dxa"/>
            <w:tcBorders>
              <w:top w:val="nil"/>
              <w:left w:val="nil"/>
              <w:bottom w:val="nil"/>
            </w:tcBorders>
            <w:vAlign w:val="center"/>
          </w:tcPr>
          <w:p w14:paraId="07A80A9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197B799A" w14:textId="77777777" w:rsidTr="008D4619">
        <w:trPr>
          <w:trHeight w:val="280"/>
        </w:trPr>
        <w:tc>
          <w:tcPr>
            <w:tcW w:w="1339" w:type="dxa"/>
            <w:vMerge/>
            <w:tcBorders>
              <w:top w:val="nil"/>
            </w:tcBorders>
            <w:vAlign w:val="center"/>
          </w:tcPr>
          <w:p w14:paraId="6C74924B"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967" w:type="dxa"/>
            <w:vMerge/>
            <w:tcBorders>
              <w:top w:val="nil"/>
            </w:tcBorders>
            <w:vAlign w:val="center"/>
          </w:tcPr>
          <w:p w14:paraId="4F1D438D"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77" w:type="dxa"/>
            <w:tcBorders>
              <w:top w:val="nil"/>
              <w:bottom w:val="nil"/>
              <w:right w:val="nil"/>
            </w:tcBorders>
            <w:vAlign w:val="center"/>
          </w:tcPr>
          <w:p w14:paraId="30B55F4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 xml:space="preserve">Agar </w:t>
            </w:r>
            <w:proofErr w:type="spellStart"/>
            <w:r w:rsidRPr="00577054">
              <w:rPr>
                <w:rFonts w:ascii="Times New Roman" w:hAnsi="Times New Roman" w:cs="Times New Roman"/>
                <w:bCs/>
                <w:color w:val="000000" w:themeColor="text1"/>
                <w:sz w:val="24"/>
                <w:szCs w:val="24"/>
              </w:rPr>
              <w:t>agar</w:t>
            </w:r>
            <w:proofErr w:type="spellEnd"/>
          </w:p>
        </w:tc>
        <w:tc>
          <w:tcPr>
            <w:tcW w:w="385" w:type="dxa"/>
            <w:tcBorders>
              <w:top w:val="nil"/>
              <w:left w:val="nil"/>
              <w:bottom w:val="nil"/>
              <w:right w:val="nil"/>
            </w:tcBorders>
            <w:vAlign w:val="center"/>
          </w:tcPr>
          <w:p w14:paraId="3913EAB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457" w:type="dxa"/>
            <w:tcBorders>
              <w:top w:val="nil"/>
              <w:left w:val="nil"/>
              <w:bottom w:val="nil"/>
            </w:tcBorders>
            <w:vAlign w:val="center"/>
          </w:tcPr>
          <w:p w14:paraId="4C20983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692D7A3C" w14:textId="77777777" w:rsidTr="008D4619">
        <w:trPr>
          <w:trHeight w:val="332"/>
        </w:trPr>
        <w:tc>
          <w:tcPr>
            <w:tcW w:w="1339" w:type="dxa"/>
            <w:vMerge/>
            <w:tcBorders>
              <w:top w:val="nil"/>
            </w:tcBorders>
            <w:vAlign w:val="center"/>
          </w:tcPr>
          <w:p w14:paraId="30F4CEB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967" w:type="dxa"/>
            <w:vMerge/>
            <w:tcBorders>
              <w:top w:val="nil"/>
            </w:tcBorders>
            <w:vAlign w:val="center"/>
          </w:tcPr>
          <w:p w14:paraId="3AAAAD5A"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77" w:type="dxa"/>
            <w:tcBorders>
              <w:top w:val="nil"/>
              <w:right w:val="nil"/>
            </w:tcBorders>
            <w:vAlign w:val="center"/>
          </w:tcPr>
          <w:p w14:paraId="40C926F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385" w:type="dxa"/>
            <w:tcBorders>
              <w:top w:val="nil"/>
              <w:left w:val="nil"/>
              <w:right w:val="nil"/>
            </w:tcBorders>
            <w:vAlign w:val="center"/>
          </w:tcPr>
          <w:p w14:paraId="7FE9BB2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457" w:type="dxa"/>
            <w:tcBorders>
              <w:top w:val="nil"/>
              <w:left w:val="nil"/>
            </w:tcBorders>
            <w:vAlign w:val="center"/>
          </w:tcPr>
          <w:p w14:paraId="44BEDCE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4C2BFC38" w14:textId="77777777" w:rsidR="005B6E6D" w:rsidRDefault="005B6E6D" w:rsidP="005B6E6D">
      <w:pPr>
        <w:pStyle w:val="BodyText"/>
        <w:spacing w:after="240" w:line="360" w:lineRule="auto"/>
        <w:jc w:val="both"/>
        <w:rPr>
          <w:rFonts w:ascii="Arial" w:hAnsi="Arial" w:cs="Arial"/>
        </w:rPr>
      </w:pPr>
    </w:p>
    <w:p w14:paraId="4232E5CD" w14:textId="2B625EEB" w:rsidR="005B6E6D" w:rsidRPr="001B59EE" w:rsidRDefault="005B6E6D" w:rsidP="005B6E6D">
      <w:pPr>
        <w:pStyle w:val="BodyText"/>
        <w:spacing w:after="240" w:line="360" w:lineRule="auto"/>
        <w:jc w:val="both"/>
        <w:rPr>
          <w:rFonts w:ascii="Times New Roman" w:hAnsi="Times New Roman" w:cs="Times New Roman"/>
          <w:b/>
          <w:sz w:val="24"/>
          <w:szCs w:val="24"/>
        </w:rPr>
      </w:pPr>
      <w:r w:rsidRPr="001B59EE">
        <w:rPr>
          <w:rFonts w:ascii="Times New Roman" w:hAnsi="Times New Roman" w:cs="Times New Roman"/>
          <w:b/>
          <w:sz w:val="24"/>
          <w:szCs w:val="24"/>
        </w:rPr>
        <w:t>B)</w:t>
      </w:r>
      <w:r w:rsidR="001B59EE" w:rsidRPr="001B59EE">
        <w:rPr>
          <w:rFonts w:ascii="Times New Roman" w:hAnsi="Times New Roman" w:cs="Times New Roman"/>
          <w:b/>
          <w:sz w:val="24"/>
          <w:szCs w:val="24"/>
        </w:rPr>
        <w:t xml:space="preserve"> </w:t>
      </w:r>
      <w:r w:rsidRPr="001B59EE">
        <w:rPr>
          <w:rFonts w:ascii="Times New Roman" w:hAnsi="Times New Roman" w:cs="Times New Roman"/>
          <w:b/>
          <w:sz w:val="24"/>
          <w:szCs w:val="24"/>
        </w:rPr>
        <w:t>Chilli extract agar medium</w:t>
      </w:r>
    </w:p>
    <w:p w14:paraId="35A6B00E" w14:textId="77777777" w:rsidR="005B6E6D" w:rsidRDefault="005B6E6D" w:rsidP="005B6E6D">
      <w:pPr>
        <w:pStyle w:val="BodyText"/>
        <w:spacing w:after="240" w:line="360" w:lineRule="auto"/>
        <w:jc w:val="both"/>
        <w:rPr>
          <w:rFonts w:ascii="Times New Roman" w:hAnsi="Times New Roman" w:cs="Times New Roman"/>
          <w:sz w:val="24"/>
          <w:szCs w:val="24"/>
        </w:rPr>
      </w:pPr>
      <w:r w:rsidRPr="001B59EE">
        <w:rPr>
          <w:rFonts w:ascii="Times New Roman" w:hAnsi="Times New Roman" w:cs="Times New Roman"/>
          <w:sz w:val="24"/>
          <w:szCs w:val="24"/>
        </w:rPr>
        <w:t xml:space="preserve">Aqueous extracts of the </w:t>
      </w:r>
      <w:proofErr w:type="spellStart"/>
      <w:r w:rsidRPr="001B59EE">
        <w:rPr>
          <w:rFonts w:ascii="Times New Roman" w:hAnsi="Times New Roman" w:cs="Times New Roman"/>
          <w:sz w:val="24"/>
          <w:szCs w:val="24"/>
        </w:rPr>
        <w:t>chilli</w:t>
      </w:r>
      <w:proofErr w:type="spellEnd"/>
      <w:r w:rsidRPr="001B59EE">
        <w:rPr>
          <w:rFonts w:ascii="Times New Roman" w:hAnsi="Times New Roman" w:cs="Times New Roman"/>
          <w:sz w:val="24"/>
          <w:szCs w:val="24"/>
        </w:rPr>
        <w:t xml:space="preserve"> leaves </w:t>
      </w:r>
      <w:proofErr w:type="gramStart"/>
      <w:r w:rsidRPr="001B59EE">
        <w:rPr>
          <w:rFonts w:ascii="Times New Roman" w:hAnsi="Times New Roman" w:cs="Times New Roman"/>
          <w:sz w:val="24"/>
          <w:szCs w:val="24"/>
        </w:rPr>
        <w:t>was</w:t>
      </w:r>
      <w:proofErr w:type="gramEnd"/>
      <w:r w:rsidRPr="001B59EE">
        <w:rPr>
          <w:rFonts w:ascii="Times New Roman" w:hAnsi="Times New Roman" w:cs="Times New Roman"/>
          <w:sz w:val="24"/>
          <w:szCs w:val="24"/>
        </w:rPr>
        <w:t xml:space="preserve"> prepared by grinding with mixture-cum grinder. The 10 gm washed leaves </w:t>
      </w:r>
      <w:proofErr w:type="spellStart"/>
      <w:r w:rsidRPr="001B59EE">
        <w:rPr>
          <w:rFonts w:ascii="Times New Roman" w:hAnsi="Times New Roman" w:cs="Times New Roman"/>
          <w:sz w:val="24"/>
          <w:szCs w:val="24"/>
        </w:rPr>
        <w:t>chilli</w:t>
      </w:r>
      <w:proofErr w:type="spellEnd"/>
      <w:r w:rsidRPr="001B59EE">
        <w:rPr>
          <w:rFonts w:ascii="Times New Roman" w:hAnsi="Times New Roman" w:cs="Times New Roman"/>
          <w:sz w:val="24"/>
          <w:szCs w:val="24"/>
        </w:rPr>
        <w:t xml:space="preserve"> was macerated in 10 ml distilled water (w/v) the macerates obtained were filtered through double layered muslin cloth. Each of the filtrate obtained was further filtered through Whatman No. 1 filter paper using funnel and volumetric flasks (100 ml cap.). The final clear extracts filtrates obtained formed the standard aqueous extract of 100 per cent.</w:t>
      </w:r>
    </w:p>
    <w:p w14:paraId="41FD5B00" w14:textId="5F19FD28" w:rsidR="00663AD9" w:rsidRPr="00B95649" w:rsidRDefault="00353557" w:rsidP="005B6E6D">
      <w:pPr>
        <w:pStyle w:val="BodyText"/>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Table</w:t>
      </w:r>
      <w:r w:rsidR="00663AD9" w:rsidRPr="00B95649">
        <w:rPr>
          <w:rFonts w:ascii="Times New Roman" w:hAnsi="Times New Roman" w:cs="Times New Roman"/>
          <w:b/>
          <w:bCs/>
          <w:sz w:val="24"/>
          <w:szCs w:val="24"/>
        </w:rPr>
        <w:t xml:space="preserve"> 2: </w:t>
      </w:r>
      <w:r w:rsidR="00B95649" w:rsidRPr="00B95649">
        <w:rPr>
          <w:rFonts w:ascii="Times New Roman" w:hAnsi="Times New Roman" w:cs="Times New Roman"/>
          <w:b/>
          <w:bCs/>
          <w:sz w:val="24"/>
          <w:szCs w:val="24"/>
        </w:rPr>
        <w:t xml:space="preserve">Composition of Chilli </w:t>
      </w:r>
      <w:r w:rsidR="00B07614">
        <w:rPr>
          <w:rFonts w:ascii="Times New Roman" w:hAnsi="Times New Roman" w:cs="Times New Roman"/>
          <w:b/>
          <w:bCs/>
          <w:sz w:val="24"/>
          <w:szCs w:val="24"/>
        </w:rPr>
        <w:t>E</w:t>
      </w:r>
      <w:r w:rsidR="00B95649" w:rsidRPr="00B95649">
        <w:rPr>
          <w:rFonts w:ascii="Times New Roman" w:hAnsi="Times New Roman" w:cs="Times New Roman"/>
          <w:b/>
          <w:bCs/>
          <w:sz w:val="24"/>
          <w:szCs w:val="24"/>
        </w:rPr>
        <w:t xml:space="preserve">xtract </w:t>
      </w:r>
      <w:r w:rsidR="00B07614">
        <w:rPr>
          <w:rFonts w:ascii="Times New Roman" w:hAnsi="Times New Roman" w:cs="Times New Roman"/>
          <w:b/>
          <w:bCs/>
          <w:sz w:val="24"/>
          <w:szCs w:val="24"/>
        </w:rPr>
        <w:t>A</w:t>
      </w:r>
      <w:r w:rsidR="00B95649" w:rsidRPr="00B95649">
        <w:rPr>
          <w:rFonts w:ascii="Times New Roman" w:hAnsi="Times New Roman" w:cs="Times New Roman"/>
          <w:b/>
          <w:bCs/>
          <w:sz w:val="24"/>
          <w:szCs w:val="24"/>
        </w:rPr>
        <w:t xml:space="preserve">gar </w:t>
      </w:r>
    </w:p>
    <w:tbl>
      <w:tblPr>
        <w:tblW w:w="8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3026"/>
        <w:gridCol w:w="1717"/>
        <w:gridCol w:w="397"/>
        <w:gridCol w:w="1703"/>
      </w:tblGrid>
      <w:tr w:rsidR="005B6E6D" w:rsidRPr="00C16F12" w14:paraId="56EE84B4" w14:textId="77777777" w:rsidTr="008D4619">
        <w:trPr>
          <w:trHeight w:val="761"/>
        </w:trPr>
        <w:tc>
          <w:tcPr>
            <w:tcW w:w="1275" w:type="dxa"/>
            <w:vAlign w:val="center"/>
          </w:tcPr>
          <w:p w14:paraId="50E9ED61"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 No.</w:t>
            </w:r>
          </w:p>
        </w:tc>
        <w:tc>
          <w:tcPr>
            <w:tcW w:w="3026" w:type="dxa"/>
            <w:vAlign w:val="center"/>
          </w:tcPr>
          <w:p w14:paraId="39448179"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817" w:type="dxa"/>
            <w:gridSpan w:val="3"/>
            <w:vAlign w:val="center"/>
          </w:tcPr>
          <w:p w14:paraId="1427D3A1"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23E52E65" w14:textId="77777777" w:rsidTr="008D4619">
        <w:trPr>
          <w:trHeight w:val="309"/>
        </w:trPr>
        <w:tc>
          <w:tcPr>
            <w:tcW w:w="1275" w:type="dxa"/>
            <w:vMerge w:val="restart"/>
            <w:vAlign w:val="center"/>
          </w:tcPr>
          <w:p w14:paraId="1765D698" w14:textId="77777777" w:rsidR="005B6E6D" w:rsidRPr="00577054" w:rsidRDefault="005B6E6D" w:rsidP="008D4619">
            <w:pPr>
              <w:ind w:left="-198"/>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w:t>
            </w:r>
          </w:p>
        </w:tc>
        <w:tc>
          <w:tcPr>
            <w:tcW w:w="3026" w:type="dxa"/>
            <w:vMerge w:val="restart"/>
            <w:vAlign w:val="center"/>
          </w:tcPr>
          <w:p w14:paraId="38E6399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Chilli extract agar</w:t>
            </w:r>
          </w:p>
        </w:tc>
        <w:tc>
          <w:tcPr>
            <w:tcW w:w="1717" w:type="dxa"/>
            <w:tcBorders>
              <w:bottom w:val="nil"/>
              <w:right w:val="nil"/>
            </w:tcBorders>
            <w:vAlign w:val="center"/>
          </w:tcPr>
          <w:p w14:paraId="733C54C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Chilli extract</w:t>
            </w:r>
          </w:p>
        </w:tc>
        <w:tc>
          <w:tcPr>
            <w:tcW w:w="397" w:type="dxa"/>
            <w:tcBorders>
              <w:left w:val="nil"/>
              <w:bottom w:val="nil"/>
              <w:right w:val="nil"/>
            </w:tcBorders>
            <w:vAlign w:val="center"/>
          </w:tcPr>
          <w:p w14:paraId="6C8D715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701" w:type="dxa"/>
            <w:tcBorders>
              <w:left w:val="nil"/>
              <w:bottom w:val="nil"/>
            </w:tcBorders>
            <w:vAlign w:val="center"/>
          </w:tcPr>
          <w:p w14:paraId="0941299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 Leaves extract</w:t>
            </w:r>
          </w:p>
        </w:tc>
      </w:tr>
      <w:tr w:rsidR="005B6E6D" w:rsidRPr="00C16F12" w14:paraId="3F20FADE" w14:textId="77777777" w:rsidTr="008D4619">
        <w:trPr>
          <w:trHeight w:val="369"/>
        </w:trPr>
        <w:tc>
          <w:tcPr>
            <w:tcW w:w="1275" w:type="dxa"/>
            <w:vMerge/>
            <w:tcBorders>
              <w:top w:val="nil"/>
            </w:tcBorders>
            <w:vAlign w:val="center"/>
          </w:tcPr>
          <w:p w14:paraId="2A31966F"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026" w:type="dxa"/>
            <w:vMerge/>
            <w:tcBorders>
              <w:top w:val="nil"/>
            </w:tcBorders>
            <w:vAlign w:val="center"/>
          </w:tcPr>
          <w:p w14:paraId="4B64ED9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717" w:type="dxa"/>
            <w:tcBorders>
              <w:top w:val="nil"/>
              <w:bottom w:val="nil"/>
              <w:right w:val="nil"/>
            </w:tcBorders>
            <w:vAlign w:val="center"/>
          </w:tcPr>
          <w:p w14:paraId="79FB04A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Dextrose</w:t>
            </w:r>
          </w:p>
        </w:tc>
        <w:tc>
          <w:tcPr>
            <w:tcW w:w="397" w:type="dxa"/>
            <w:tcBorders>
              <w:top w:val="nil"/>
              <w:left w:val="nil"/>
              <w:bottom w:val="nil"/>
              <w:right w:val="nil"/>
            </w:tcBorders>
            <w:vAlign w:val="center"/>
          </w:tcPr>
          <w:p w14:paraId="2DEE7C3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701" w:type="dxa"/>
            <w:tcBorders>
              <w:top w:val="nil"/>
              <w:left w:val="nil"/>
              <w:bottom w:val="nil"/>
            </w:tcBorders>
            <w:vAlign w:val="center"/>
          </w:tcPr>
          <w:p w14:paraId="31204C6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4969A85C" w14:textId="77777777" w:rsidTr="008D4619">
        <w:trPr>
          <w:trHeight w:val="369"/>
        </w:trPr>
        <w:tc>
          <w:tcPr>
            <w:tcW w:w="1275" w:type="dxa"/>
            <w:vMerge/>
            <w:tcBorders>
              <w:top w:val="nil"/>
            </w:tcBorders>
            <w:vAlign w:val="center"/>
          </w:tcPr>
          <w:p w14:paraId="6F44E77E"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026" w:type="dxa"/>
            <w:vMerge/>
            <w:tcBorders>
              <w:top w:val="nil"/>
            </w:tcBorders>
            <w:vAlign w:val="center"/>
          </w:tcPr>
          <w:p w14:paraId="4171CC9A"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717" w:type="dxa"/>
            <w:tcBorders>
              <w:top w:val="nil"/>
              <w:bottom w:val="nil"/>
              <w:right w:val="nil"/>
            </w:tcBorders>
            <w:vAlign w:val="center"/>
          </w:tcPr>
          <w:p w14:paraId="45C3054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 xml:space="preserve">Agar </w:t>
            </w:r>
            <w:proofErr w:type="spellStart"/>
            <w:r w:rsidRPr="00577054">
              <w:rPr>
                <w:rFonts w:ascii="Times New Roman" w:hAnsi="Times New Roman" w:cs="Times New Roman"/>
                <w:bCs/>
                <w:color w:val="000000" w:themeColor="text1"/>
                <w:sz w:val="24"/>
                <w:szCs w:val="24"/>
              </w:rPr>
              <w:t>agar</w:t>
            </w:r>
            <w:proofErr w:type="spellEnd"/>
          </w:p>
        </w:tc>
        <w:tc>
          <w:tcPr>
            <w:tcW w:w="397" w:type="dxa"/>
            <w:tcBorders>
              <w:top w:val="nil"/>
              <w:left w:val="nil"/>
              <w:bottom w:val="nil"/>
              <w:right w:val="nil"/>
            </w:tcBorders>
            <w:vAlign w:val="center"/>
          </w:tcPr>
          <w:p w14:paraId="65AEBD7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701" w:type="dxa"/>
            <w:tcBorders>
              <w:top w:val="nil"/>
              <w:left w:val="nil"/>
              <w:bottom w:val="nil"/>
            </w:tcBorders>
            <w:vAlign w:val="center"/>
          </w:tcPr>
          <w:p w14:paraId="7BA6CF3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2EA127B4" w14:textId="77777777" w:rsidTr="008D4619">
        <w:trPr>
          <w:trHeight w:val="437"/>
        </w:trPr>
        <w:tc>
          <w:tcPr>
            <w:tcW w:w="1275" w:type="dxa"/>
            <w:vMerge/>
            <w:tcBorders>
              <w:top w:val="nil"/>
            </w:tcBorders>
            <w:vAlign w:val="center"/>
          </w:tcPr>
          <w:p w14:paraId="756CB0A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026" w:type="dxa"/>
            <w:vMerge/>
            <w:tcBorders>
              <w:top w:val="nil"/>
            </w:tcBorders>
            <w:vAlign w:val="center"/>
          </w:tcPr>
          <w:p w14:paraId="65C1F1B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717" w:type="dxa"/>
            <w:tcBorders>
              <w:top w:val="nil"/>
              <w:right w:val="nil"/>
            </w:tcBorders>
            <w:vAlign w:val="center"/>
          </w:tcPr>
          <w:p w14:paraId="5C6243C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397" w:type="dxa"/>
            <w:tcBorders>
              <w:top w:val="nil"/>
              <w:left w:val="nil"/>
              <w:right w:val="nil"/>
            </w:tcBorders>
            <w:vAlign w:val="center"/>
          </w:tcPr>
          <w:p w14:paraId="40CE3A4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701" w:type="dxa"/>
            <w:tcBorders>
              <w:top w:val="nil"/>
              <w:left w:val="nil"/>
            </w:tcBorders>
            <w:vAlign w:val="center"/>
          </w:tcPr>
          <w:p w14:paraId="429D7BB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2D632E09" w14:textId="77777777" w:rsidR="005B6E6D" w:rsidRDefault="005B6E6D" w:rsidP="005B6E6D">
      <w:pPr>
        <w:pStyle w:val="BodyText"/>
        <w:spacing w:after="240" w:line="360" w:lineRule="auto"/>
        <w:jc w:val="both"/>
        <w:rPr>
          <w:rFonts w:ascii="Arial" w:hAnsi="Arial" w:cs="Arial"/>
        </w:rPr>
      </w:pPr>
    </w:p>
    <w:p w14:paraId="56BCE6F8" w14:textId="2A54785C"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C)</w:t>
      </w:r>
      <w:r w:rsidR="001B59EE">
        <w:rPr>
          <w:rFonts w:ascii="Times New Roman" w:hAnsi="Times New Roman" w:cs="Times New Roman"/>
          <w:b/>
          <w:sz w:val="24"/>
          <w:szCs w:val="24"/>
        </w:rPr>
        <w:t xml:space="preserve"> </w:t>
      </w:r>
      <w:proofErr w:type="spellStart"/>
      <w:r w:rsidRPr="001B59EE">
        <w:rPr>
          <w:rFonts w:ascii="Times New Roman" w:hAnsi="Times New Roman" w:cs="Times New Roman"/>
          <w:b/>
          <w:sz w:val="24"/>
          <w:szCs w:val="24"/>
        </w:rPr>
        <w:t>Czapek</w:t>
      </w:r>
      <w:proofErr w:type="spellEnd"/>
      <w:r w:rsidRPr="001B59EE">
        <w:rPr>
          <w:rFonts w:ascii="Times New Roman" w:hAnsi="Times New Roman" w:cs="Times New Roman"/>
          <w:b/>
          <w:sz w:val="24"/>
          <w:szCs w:val="24"/>
        </w:rPr>
        <w:t xml:space="preserve"> Dox Agar</w:t>
      </w:r>
    </w:p>
    <w:p w14:paraId="27F5A8CA" w14:textId="77777777" w:rsidR="005B6E6D" w:rsidRDefault="005B6E6D" w:rsidP="001B59EE">
      <w:pPr>
        <w:pStyle w:val="BodyText"/>
        <w:spacing w:after="240"/>
        <w:jc w:val="both"/>
        <w:rPr>
          <w:rFonts w:ascii="Times New Roman" w:hAnsi="Times New Roman" w:cs="Times New Roman"/>
          <w:sz w:val="24"/>
          <w:szCs w:val="24"/>
        </w:rPr>
      </w:pPr>
      <w:proofErr w:type="spellStart"/>
      <w:r w:rsidRPr="001B59EE">
        <w:rPr>
          <w:rFonts w:ascii="Times New Roman" w:hAnsi="Times New Roman" w:cs="Times New Roman"/>
          <w:sz w:val="24"/>
          <w:szCs w:val="24"/>
        </w:rPr>
        <w:t>Czapek</w:t>
      </w:r>
      <w:proofErr w:type="spellEnd"/>
      <w:r w:rsidRPr="001B59EE">
        <w:rPr>
          <w:rFonts w:ascii="Times New Roman" w:hAnsi="Times New Roman" w:cs="Times New Roman"/>
          <w:sz w:val="24"/>
          <w:szCs w:val="24"/>
        </w:rPr>
        <w:t xml:space="preserve"> Dox Agar is a synthetic medium containing sodium nitrate as the sole source of nitrogen. It is used for the containing sodium nitrate as the also be used for chlamydospore production by </w:t>
      </w:r>
      <w:r w:rsidRPr="001B59EE">
        <w:rPr>
          <w:rFonts w:ascii="Times New Roman" w:hAnsi="Times New Roman" w:cs="Times New Roman"/>
          <w:i/>
          <w:sz w:val="24"/>
          <w:szCs w:val="24"/>
        </w:rPr>
        <w:t>Candida albicans</w:t>
      </w:r>
      <w:r w:rsidRPr="001B59EE">
        <w:rPr>
          <w:rFonts w:ascii="Times New Roman" w:hAnsi="Times New Roman" w:cs="Times New Roman"/>
          <w:sz w:val="24"/>
          <w:szCs w:val="24"/>
        </w:rPr>
        <w:t xml:space="preserve">. The medium has good buffering action due to the presence of different salts. Suspend Sucrose 30.0 gm, Sodium Nitrate 2.0 gm, Dipotassium Phosphate 1.0 gm, Magnesium Sulfate 0.5 gm, Potassium Chloride 0.5 gm, Ferrous Sulfate 0.01 gm and Agar 15.0 gm in one liter of purified water. Heat with frequent agitation to boiling to completely dissolve the medium. </w:t>
      </w:r>
      <w:proofErr w:type="spellStart"/>
      <w:r w:rsidRPr="001B59EE">
        <w:rPr>
          <w:rFonts w:ascii="Times New Roman" w:hAnsi="Times New Roman" w:cs="Times New Roman"/>
          <w:sz w:val="24"/>
          <w:szCs w:val="24"/>
        </w:rPr>
        <w:t>Autocalve</w:t>
      </w:r>
      <w:proofErr w:type="spellEnd"/>
      <w:r w:rsidRPr="001B59EE">
        <w:rPr>
          <w:rFonts w:ascii="Times New Roman" w:hAnsi="Times New Roman" w:cs="Times New Roman"/>
          <w:sz w:val="24"/>
          <w:szCs w:val="24"/>
        </w:rPr>
        <w:t xml:space="preserve"> at 121</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C for 15 minutes.</w:t>
      </w:r>
    </w:p>
    <w:p w14:paraId="4C1B749D" w14:textId="5BC3E4B7" w:rsidR="006817F0" w:rsidRPr="006817F0" w:rsidRDefault="00353557" w:rsidP="006817F0">
      <w:pPr>
        <w:pStyle w:val="BodyText"/>
        <w:spacing w:after="240"/>
        <w:jc w:val="both"/>
        <w:rPr>
          <w:rFonts w:ascii="Times New Roman" w:hAnsi="Times New Roman" w:cs="Times New Roman"/>
          <w:b/>
          <w:bCs/>
          <w:sz w:val="24"/>
          <w:szCs w:val="24"/>
        </w:rPr>
      </w:pPr>
      <w:r>
        <w:rPr>
          <w:rFonts w:ascii="Times New Roman" w:hAnsi="Times New Roman" w:cs="Times New Roman"/>
          <w:b/>
          <w:bCs/>
          <w:sz w:val="24"/>
          <w:szCs w:val="24"/>
        </w:rPr>
        <w:t>Table</w:t>
      </w:r>
      <w:r w:rsidR="00663AD9" w:rsidRPr="006817F0">
        <w:rPr>
          <w:rFonts w:ascii="Times New Roman" w:hAnsi="Times New Roman" w:cs="Times New Roman"/>
          <w:b/>
          <w:bCs/>
          <w:sz w:val="24"/>
          <w:szCs w:val="24"/>
        </w:rPr>
        <w:t xml:space="preserve"> 3:</w:t>
      </w:r>
      <w:r w:rsidR="006817F0" w:rsidRPr="006817F0">
        <w:rPr>
          <w:rFonts w:ascii="Times New Roman" w:hAnsi="Times New Roman" w:cs="Times New Roman"/>
          <w:b/>
          <w:bCs/>
          <w:sz w:val="24"/>
          <w:szCs w:val="24"/>
        </w:rPr>
        <w:t xml:space="preserve"> Composition of </w:t>
      </w:r>
      <w:proofErr w:type="spellStart"/>
      <w:r w:rsidR="006817F0" w:rsidRPr="006817F0">
        <w:rPr>
          <w:rFonts w:ascii="Times New Roman" w:hAnsi="Times New Roman" w:cs="Times New Roman"/>
          <w:b/>
          <w:bCs/>
          <w:sz w:val="24"/>
          <w:szCs w:val="24"/>
        </w:rPr>
        <w:t>Czapek</w:t>
      </w:r>
      <w:proofErr w:type="spellEnd"/>
      <w:r w:rsidR="006817F0" w:rsidRPr="006817F0">
        <w:rPr>
          <w:rFonts w:ascii="Times New Roman" w:hAnsi="Times New Roman" w:cs="Times New Roman"/>
          <w:b/>
          <w:bCs/>
          <w:sz w:val="24"/>
          <w:szCs w:val="24"/>
        </w:rPr>
        <w:t xml:space="preserve"> Dox Agar</w:t>
      </w:r>
    </w:p>
    <w:p w14:paraId="08A7BBB3" w14:textId="54558300" w:rsidR="00663AD9" w:rsidRPr="001B59EE" w:rsidRDefault="00663AD9" w:rsidP="001B59EE">
      <w:pPr>
        <w:pStyle w:val="BodyText"/>
        <w:spacing w:after="240"/>
        <w:jc w:val="both"/>
        <w:rPr>
          <w:rFonts w:ascii="Times New Roman" w:hAnsi="Times New Roman" w:cs="Times New Roman"/>
          <w:sz w:val="24"/>
          <w:szCs w:val="24"/>
        </w:rPr>
      </w:pPr>
    </w:p>
    <w:tbl>
      <w:tblPr>
        <w:tblW w:w="7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47"/>
        <w:gridCol w:w="3460"/>
        <w:gridCol w:w="2059"/>
        <w:gridCol w:w="365"/>
        <w:gridCol w:w="1348"/>
      </w:tblGrid>
      <w:tr w:rsidR="005B6E6D" w:rsidRPr="00C16F12" w14:paraId="6BFA9C16" w14:textId="77777777" w:rsidTr="008D4619">
        <w:trPr>
          <w:trHeight w:val="881"/>
        </w:trPr>
        <w:tc>
          <w:tcPr>
            <w:tcW w:w="647" w:type="dxa"/>
            <w:vAlign w:val="center"/>
          </w:tcPr>
          <w:p w14:paraId="661AAC5D"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lastRenderedPageBreak/>
              <w:t>Sr.</w:t>
            </w:r>
            <w:r w:rsidRPr="00C16F12">
              <w:rPr>
                <w:rFonts w:ascii="Times New Roman" w:hAnsi="Times New Roman" w:cs="Times New Roman"/>
                <w:b/>
                <w:color w:val="000000" w:themeColor="text1"/>
                <w:sz w:val="24"/>
                <w:szCs w:val="24"/>
              </w:rPr>
              <w:br/>
              <w:t>No.</w:t>
            </w:r>
          </w:p>
        </w:tc>
        <w:tc>
          <w:tcPr>
            <w:tcW w:w="3460" w:type="dxa"/>
            <w:vAlign w:val="center"/>
          </w:tcPr>
          <w:p w14:paraId="285359C8"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772" w:type="dxa"/>
            <w:gridSpan w:val="3"/>
            <w:tcBorders>
              <w:bottom w:val="single" w:sz="4" w:space="0" w:color="auto"/>
            </w:tcBorders>
            <w:vAlign w:val="center"/>
          </w:tcPr>
          <w:p w14:paraId="20A81A03"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4206DD09" w14:textId="77777777" w:rsidTr="008D4619">
        <w:trPr>
          <w:trHeight w:val="358"/>
        </w:trPr>
        <w:tc>
          <w:tcPr>
            <w:tcW w:w="647" w:type="dxa"/>
            <w:vMerge w:val="restart"/>
            <w:vAlign w:val="center"/>
          </w:tcPr>
          <w:p w14:paraId="0842DE46" w14:textId="3F9CD95B" w:rsidR="005B6E6D" w:rsidRPr="00577054" w:rsidRDefault="005B6E6D" w:rsidP="008D4619">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r w:rsidRPr="00577054">
              <w:rPr>
                <w:rFonts w:ascii="Times New Roman" w:hAnsi="Times New Roman" w:cs="Times New Roman"/>
                <w:bCs/>
                <w:color w:val="000000" w:themeColor="text1"/>
                <w:sz w:val="24"/>
                <w:szCs w:val="24"/>
              </w:rPr>
              <w:t>.</w:t>
            </w:r>
          </w:p>
        </w:tc>
        <w:tc>
          <w:tcPr>
            <w:tcW w:w="3460" w:type="dxa"/>
            <w:vMerge w:val="restart"/>
            <w:tcBorders>
              <w:right w:val="single" w:sz="4" w:space="0" w:color="auto"/>
            </w:tcBorders>
            <w:vAlign w:val="center"/>
          </w:tcPr>
          <w:p w14:paraId="0855D4A9" w14:textId="77777777" w:rsidR="005B6E6D" w:rsidRPr="00577054" w:rsidRDefault="005B6E6D" w:rsidP="008D4619">
            <w:pPr>
              <w:jc w:val="center"/>
              <w:rPr>
                <w:rFonts w:ascii="Times New Roman" w:hAnsi="Times New Roman" w:cs="Times New Roman"/>
                <w:bCs/>
                <w:color w:val="000000" w:themeColor="text1"/>
                <w:sz w:val="24"/>
                <w:szCs w:val="24"/>
              </w:rPr>
            </w:pPr>
            <w:proofErr w:type="spellStart"/>
            <w:r w:rsidRPr="00577054">
              <w:rPr>
                <w:rFonts w:ascii="Times New Roman" w:hAnsi="Times New Roman" w:cs="Times New Roman"/>
                <w:bCs/>
                <w:color w:val="000000" w:themeColor="text1"/>
                <w:sz w:val="24"/>
                <w:szCs w:val="24"/>
              </w:rPr>
              <w:t>Czapek</w:t>
            </w:r>
            <w:proofErr w:type="spellEnd"/>
            <w:r w:rsidRPr="00577054">
              <w:rPr>
                <w:rFonts w:ascii="Times New Roman" w:hAnsi="Times New Roman" w:cs="Times New Roman"/>
                <w:bCs/>
                <w:color w:val="000000" w:themeColor="text1"/>
                <w:sz w:val="24"/>
                <w:szCs w:val="24"/>
              </w:rPr>
              <w:t xml:space="preserve"> Dox Agar</w:t>
            </w:r>
          </w:p>
        </w:tc>
        <w:tc>
          <w:tcPr>
            <w:tcW w:w="2059" w:type="dxa"/>
            <w:tcBorders>
              <w:top w:val="single" w:sz="4" w:space="0" w:color="auto"/>
              <w:left w:val="single" w:sz="4" w:space="0" w:color="auto"/>
              <w:bottom w:val="nil"/>
              <w:right w:val="nil"/>
            </w:tcBorders>
            <w:vAlign w:val="center"/>
          </w:tcPr>
          <w:p w14:paraId="5FCC17D5"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sucrose</w:t>
            </w:r>
          </w:p>
        </w:tc>
        <w:tc>
          <w:tcPr>
            <w:tcW w:w="365" w:type="dxa"/>
            <w:tcBorders>
              <w:top w:val="single" w:sz="4" w:space="0" w:color="auto"/>
              <w:left w:val="nil"/>
              <w:bottom w:val="nil"/>
              <w:right w:val="nil"/>
            </w:tcBorders>
            <w:vAlign w:val="center"/>
          </w:tcPr>
          <w:p w14:paraId="33BB285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single" w:sz="4" w:space="0" w:color="auto"/>
              <w:left w:val="nil"/>
              <w:bottom w:val="nil"/>
              <w:right w:val="single" w:sz="4" w:space="0" w:color="auto"/>
            </w:tcBorders>
            <w:vAlign w:val="center"/>
          </w:tcPr>
          <w:p w14:paraId="2E06480D"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30.00 g</w:t>
            </w:r>
          </w:p>
        </w:tc>
      </w:tr>
      <w:tr w:rsidR="005B6E6D" w:rsidRPr="00C16F12" w14:paraId="1C9239D0" w14:textId="77777777" w:rsidTr="008D4619">
        <w:trPr>
          <w:trHeight w:val="429"/>
        </w:trPr>
        <w:tc>
          <w:tcPr>
            <w:tcW w:w="647" w:type="dxa"/>
            <w:vMerge/>
            <w:vAlign w:val="center"/>
          </w:tcPr>
          <w:p w14:paraId="1C5A7298"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54EB004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567622B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Sodium nitrate</w:t>
            </w:r>
          </w:p>
        </w:tc>
        <w:tc>
          <w:tcPr>
            <w:tcW w:w="365" w:type="dxa"/>
            <w:tcBorders>
              <w:top w:val="nil"/>
              <w:left w:val="nil"/>
              <w:bottom w:val="nil"/>
              <w:right w:val="nil"/>
            </w:tcBorders>
            <w:vAlign w:val="center"/>
          </w:tcPr>
          <w:p w14:paraId="0D1FBE6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15D80DB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 g</w:t>
            </w:r>
          </w:p>
        </w:tc>
      </w:tr>
      <w:tr w:rsidR="005B6E6D" w:rsidRPr="00C16F12" w14:paraId="0990001C" w14:textId="77777777" w:rsidTr="008D4619">
        <w:trPr>
          <w:trHeight w:val="429"/>
        </w:trPr>
        <w:tc>
          <w:tcPr>
            <w:tcW w:w="647" w:type="dxa"/>
            <w:vMerge/>
            <w:vAlign w:val="center"/>
          </w:tcPr>
          <w:p w14:paraId="30C0935D"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66E2367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0F5071B6" w14:textId="77777777" w:rsidR="005B6E6D" w:rsidRPr="00577054" w:rsidRDefault="005B6E6D" w:rsidP="008D4619">
            <w:pPr>
              <w:jc w:val="center"/>
              <w:rPr>
                <w:rFonts w:ascii="Times New Roman" w:hAnsi="Times New Roman" w:cs="Times New Roman"/>
                <w:bCs/>
                <w:color w:val="000000" w:themeColor="text1"/>
                <w:sz w:val="24"/>
                <w:szCs w:val="24"/>
              </w:rPr>
            </w:pPr>
            <w:proofErr w:type="spellStart"/>
            <w:r w:rsidRPr="00577054">
              <w:rPr>
                <w:rFonts w:ascii="Times New Roman" w:hAnsi="Times New Roman" w:cs="Times New Roman"/>
                <w:bCs/>
                <w:color w:val="000000" w:themeColor="text1"/>
                <w:sz w:val="24"/>
                <w:szCs w:val="24"/>
              </w:rPr>
              <w:t>Diapotassium</w:t>
            </w:r>
            <w:proofErr w:type="spellEnd"/>
            <w:r w:rsidRPr="00577054">
              <w:rPr>
                <w:rFonts w:ascii="Times New Roman" w:hAnsi="Times New Roman" w:cs="Times New Roman"/>
                <w:bCs/>
                <w:color w:val="000000" w:themeColor="text1"/>
                <w:sz w:val="24"/>
                <w:szCs w:val="24"/>
              </w:rPr>
              <w:t xml:space="preserve"> phosphate</w:t>
            </w:r>
          </w:p>
        </w:tc>
        <w:tc>
          <w:tcPr>
            <w:tcW w:w="365" w:type="dxa"/>
            <w:tcBorders>
              <w:top w:val="nil"/>
              <w:left w:val="nil"/>
              <w:bottom w:val="nil"/>
              <w:right w:val="nil"/>
            </w:tcBorders>
            <w:vAlign w:val="center"/>
          </w:tcPr>
          <w:p w14:paraId="1C271DF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23B59E8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 g</w:t>
            </w:r>
          </w:p>
        </w:tc>
      </w:tr>
      <w:tr w:rsidR="005B6E6D" w:rsidRPr="00C16F12" w14:paraId="77828B24" w14:textId="77777777" w:rsidTr="008D4619">
        <w:trPr>
          <w:trHeight w:val="429"/>
        </w:trPr>
        <w:tc>
          <w:tcPr>
            <w:tcW w:w="647" w:type="dxa"/>
            <w:vMerge/>
            <w:vAlign w:val="center"/>
          </w:tcPr>
          <w:p w14:paraId="7460DBD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42DE53EB"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66463A9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Magnesium sulphate</w:t>
            </w:r>
          </w:p>
        </w:tc>
        <w:tc>
          <w:tcPr>
            <w:tcW w:w="365" w:type="dxa"/>
            <w:tcBorders>
              <w:top w:val="nil"/>
              <w:left w:val="nil"/>
              <w:bottom w:val="nil"/>
              <w:right w:val="nil"/>
            </w:tcBorders>
            <w:vAlign w:val="center"/>
          </w:tcPr>
          <w:p w14:paraId="2F433D2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418DC9C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0.5 g</w:t>
            </w:r>
          </w:p>
        </w:tc>
      </w:tr>
      <w:tr w:rsidR="005B6E6D" w:rsidRPr="00C16F12" w14:paraId="6AB43D9F" w14:textId="77777777" w:rsidTr="008D4619">
        <w:trPr>
          <w:trHeight w:val="429"/>
        </w:trPr>
        <w:tc>
          <w:tcPr>
            <w:tcW w:w="647" w:type="dxa"/>
            <w:vMerge/>
            <w:vAlign w:val="center"/>
          </w:tcPr>
          <w:p w14:paraId="6620D89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15220415"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55034A55"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Potassium chloride</w:t>
            </w:r>
          </w:p>
        </w:tc>
        <w:tc>
          <w:tcPr>
            <w:tcW w:w="365" w:type="dxa"/>
            <w:tcBorders>
              <w:top w:val="nil"/>
              <w:left w:val="nil"/>
              <w:bottom w:val="nil"/>
              <w:right w:val="nil"/>
            </w:tcBorders>
            <w:vAlign w:val="center"/>
          </w:tcPr>
          <w:p w14:paraId="7A477B4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2350B81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0.5 g</w:t>
            </w:r>
          </w:p>
        </w:tc>
      </w:tr>
      <w:tr w:rsidR="005B6E6D" w:rsidRPr="00C16F12" w14:paraId="1F2A5524" w14:textId="77777777" w:rsidTr="008D4619">
        <w:trPr>
          <w:trHeight w:val="429"/>
        </w:trPr>
        <w:tc>
          <w:tcPr>
            <w:tcW w:w="647" w:type="dxa"/>
            <w:vMerge/>
            <w:vAlign w:val="center"/>
          </w:tcPr>
          <w:p w14:paraId="1FACFE1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4A9C7F7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70D2BA2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Ferrous sulphate</w:t>
            </w:r>
          </w:p>
        </w:tc>
        <w:tc>
          <w:tcPr>
            <w:tcW w:w="365" w:type="dxa"/>
            <w:tcBorders>
              <w:top w:val="nil"/>
              <w:left w:val="nil"/>
              <w:bottom w:val="nil"/>
              <w:right w:val="nil"/>
            </w:tcBorders>
            <w:vAlign w:val="center"/>
          </w:tcPr>
          <w:p w14:paraId="5F3CD77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3C22D3F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0.01 g</w:t>
            </w:r>
          </w:p>
        </w:tc>
      </w:tr>
      <w:tr w:rsidR="005B6E6D" w:rsidRPr="00C16F12" w14:paraId="243B78BC" w14:textId="77777777" w:rsidTr="008D4619">
        <w:trPr>
          <w:trHeight w:val="429"/>
        </w:trPr>
        <w:tc>
          <w:tcPr>
            <w:tcW w:w="647" w:type="dxa"/>
            <w:vMerge/>
            <w:vAlign w:val="center"/>
          </w:tcPr>
          <w:p w14:paraId="3611189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48E898B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1E37921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 xml:space="preserve">Agar </w:t>
            </w:r>
            <w:proofErr w:type="spellStart"/>
            <w:r w:rsidRPr="00577054">
              <w:rPr>
                <w:rFonts w:ascii="Times New Roman" w:hAnsi="Times New Roman" w:cs="Times New Roman"/>
                <w:bCs/>
                <w:color w:val="000000" w:themeColor="text1"/>
                <w:sz w:val="24"/>
                <w:szCs w:val="24"/>
              </w:rPr>
              <w:t>agar</w:t>
            </w:r>
            <w:proofErr w:type="spellEnd"/>
          </w:p>
        </w:tc>
        <w:tc>
          <w:tcPr>
            <w:tcW w:w="365" w:type="dxa"/>
            <w:tcBorders>
              <w:top w:val="nil"/>
              <w:left w:val="nil"/>
              <w:bottom w:val="nil"/>
              <w:right w:val="nil"/>
            </w:tcBorders>
            <w:vAlign w:val="center"/>
          </w:tcPr>
          <w:p w14:paraId="54ECBF5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19747865"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15.00 g</w:t>
            </w:r>
          </w:p>
        </w:tc>
      </w:tr>
      <w:tr w:rsidR="005B6E6D" w:rsidRPr="00C16F12" w14:paraId="382EFA1D" w14:textId="77777777" w:rsidTr="008D4619">
        <w:trPr>
          <w:trHeight w:val="508"/>
        </w:trPr>
        <w:tc>
          <w:tcPr>
            <w:tcW w:w="647" w:type="dxa"/>
            <w:vMerge/>
            <w:vAlign w:val="center"/>
          </w:tcPr>
          <w:p w14:paraId="18938710"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6EB11E3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single" w:sz="4" w:space="0" w:color="auto"/>
              <w:right w:val="nil"/>
            </w:tcBorders>
            <w:vAlign w:val="center"/>
          </w:tcPr>
          <w:p w14:paraId="1BE1270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365" w:type="dxa"/>
            <w:tcBorders>
              <w:top w:val="nil"/>
              <w:left w:val="nil"/>
              <w:bottom w:val="single" w:sz="4" w:space="0" w:color="auto"/>
              <w:right w:val="nil"/>
            </w:tcBorders>
            <w:vAlign w:val="center"/>
          </w:tcPr>
          <w:p w14:paraId="27A32BE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single" w:sz="4" w:space="0" w:color="auto"/>
              <w:right w:val="single" w:sz="4" w:space="0" w:color="auto"/>
            </w:tcBorders>
            <w:vAlign w:val="center"/>
          </w:tcPr>
          <w:p w14:paraId="39D8407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28ABE91C" w14:textId="77777777" w:rsidR="005B6E6D" w:rsidRDefault="005B6E6D" w:rsidP="005B6E6D">
      <w:pPr>
        <w:pStyle w:val="BodyText"/>
        <w:spacing w:after="240" w:line="360" w:lineRule="auto"/>
        <w:jc w:val="both"/>
        <w:rPr>
          <w:rFonts w:ascii="Arial" w:hAnsi="Arial" w:cs="Arial"/>
        </w:rPr>
      </w:pPr>
    </w:p>
    <w:p w14:paraId="1659080E" w14:textId="05179699"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D)</w:t>
      </w:r>
      <w:r w:rsidR="001B59EE" w:rsidRPr="001B59EE">
        <w:rPr>
          <w:rFonts w:ascii="Times New Roman" w:hAnsi="Times New Roman" w:cs="Times New Roman"/>
          <w:b/>
          <w:sz w:val="24"/>
          <w:szCs w:val="24"/>
        </w:rPr>
        <w:t xml:space="preserve"> </w:t>
      </w:r>
      <w:proofErr w:type="spellStart"/>
      <w:r w:rsidRPr="001B59EE">
        <w:rPr>
          <w:rFonts w:ascii="Times New Roman" w:hAnsi="Times New Roman" w:cs="Times New Roman"/>
          <w:b/>
          <w:sz w:val="24"/>
          <w:szCs w:val="24"/>
        </w:rPr>
        <w:t>Sabouraud</w:t>
      </w:r>
      <w:proofErr w:type="spellEnd"/>
      <w:r w:rsidRPr="001B59EE">
        <w:rPr>
          <w:rFonts w:ascii="Times New Roman" w:hAnsi="Times New Roman" w:cs="Times New Roman"/>
          <w:b/>
          <w:sz w:val="24"/>
          <w:szCs w:val="24"/>
        </w:rPr>
        <w:t xml:space="preserve"> agar or </w:t>
      </w:r>
      <w:proofErr w:type="spellStart"/>
      <w:r w:rsidRPr="001B59EE">
        <w:rPr>
          <w:rFonts w:ascii="Times New Roman" w:hAnsi="Times New Roman" w:cs="Times New Roman"/>
          <w:b/>
          <w:sz w:val="24"/>
          <w:szCs w:val="24"/>
        </w:rPr>
        <w:t>Sabouraud</w:t>
      </w:r>
      <w:proofErr w:type="spellEnd"/>
      <w:r w:rsidRPr="001B59EE">
        <w:rPr>
          <w:rFonts w:ascii="Times New Roman" w:hAnsi="Times New Roman" w:cs="Times New Roman"/>
          <w:b/>
          <w:sz w:val="24"/>
          <w:szCs w:val="24"/>
        </w:rPr>
        <w:t xml:space="preserve"> dextrose agar (SDA)</w:t>
      </w:r>
    </w:p>
    <w:p w14:paraId="7096BD2D" w14:textId="77777777" w:rsidR="005B6E6D" w:rsidRDefault="005B6E6D" w:rsidP="001B59EE">
      <w:pPr>
        <w:pStyle w:val="BodyText"/>
        <w:spacing w:after="240"/>
        <w:jc w:val="both"/>
        <w:rPr>
          <w:rFonts w:ascii="Times New Roman" w:hAnsi="Times New Roman" w:cs="Times New Roman"/>
          <w:sz w:val="24"/>
          <w:szCs w:val="24"/>
        </w:rPr>
      </w:pPr>
      <w:proofErr w:type="spellStart"/>
      <w:r w:rsidRPr="001B59EE">
        <w:rPr>
          <w:rFonts w:ascii="Times New Roman" w:hAnsi="Times New Roman" w:cs="Times New Roman"/>
          <w:sz w:val="24"/>
          <w:szCs w:val="24"/>
        </w:rPr>
        <w:t>Sabouraud</w:t>
      </w:r>
      <w:proofErr w:type="spellEnd"/>
      <w:r w:rsidRPr="001B59EE">
        <w:rPr>
          <w:rFonts w:ascii="Times New Roman" w:hAnsi="Times New Roman" w:cs="Times New Roman"/>
          <w:sz w:val="24"/>
          <w:szCs w:val="24"/>
        </w:rPr>
        <w:t xml:space="preserve"> agar or </w:t>
      </w:r>
      <w:proofErr w:type="spellStart"/>
      <w:r w:rsidRPr="001B59EE">
        <w:rPr>
          <w:rFonts w:ascii="Times New Roman" w:hAnsi="Times New Roman" w:cs="Times New Roman"/>
          <w:sz w:val="24"/>
          <w:szCs w:val="24"/>
        </w:rPr>
        <w:t>Sabouraud</w:t>
      </w:r>
      <w:proofErr w:type="spellEnd"/>
      <w:r w:rsidRPr="001B59EE">
        <w:rPr>
          <w:rFonts w:ascii="Times New Roman" w:hAnsi="Times New Roman" w:cs="Times New Roman"/>
          <w:sz w:val="24"/>
          <w:szCs w:val="24"/>
        </w:rPr>
        <w:t xml:space="preserve"> dextrose agar (SDA) is a type of agar growth medium containing peptones. It was created by and is named after, Raymond Sabouraud in 1892. In 1977 the formulation was adjusted by Chester W. Emmons when the pH level was brought closer to the neutral range and the dextrose concentration lowered to support the growth of other microorganisms. The acidic pH (5.6) of traditional </w:t>
      </w:r>
      <w:proofErr w:type="spellStart"/>
      <w:r w:rsidRPr="001B59EE">
        <w:rPr>
          <w:rFonts w:ascii="Times New Roman" w:hAnsi="Times New Roman" w:cs="Times New Roman"/>
          <w:sz w:val="24"/>
          <w:szCs w:val="24"/>
        </w:rPr>
        <w:t>Sabouraud</w:t>
      </w:r>
      <w:proofErr w:type="spellEnd"/>
      <w:r w:rsidRPr="001B59EE">
        <w:rPr>
          <w:rFonts w:ascii="Times New Roman" w:hAnsi="Times New Roman" w:cs="Times New Roman"/>
          <w:sz w:val="24"/>
          <w:szCs w:val="24"/>
        </w:rPr>
        <w:t xml:space="preserve"> agar inhibits bacterial growth. Suspend 40 gm dextrose, 10 gm peptone and 20 gm agar in one liter of purified water. Heat with frequent agitation to boiling to minutes. Final completely dissolve the medium. Autoclave at 121</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C for 15 pH of the medium should 5.6.</w:t>
      </w:r>
    </w:p>
    <w:p w14:paraId="7B41E140" w14:textId="3ECCFB99" w:rsidR="00663AD9" w:rsidRPr="00FB4009" w:rsidRDefault="00353557" w:rsidP="001B59EE">
      <w:pPr>
        <w:pStyle w:val="BodyText"/>
        <w:spacing w:after="240"/>
        <w:jc w:val="both"/>
        <w:rPr>
          <w:rFonts w:ascii="Times New Roman" w:hAnsi="Times New Roman" w:cs="Times New Roman"/>
          <w:b/>
          <w:bCs/>
          <w:sz w:val="24"/>
          <w:szCs w:val="24"/>
        </w:rPr>
      </w:pPr>
      <w:r>
        <w:rPr>
          <w:rFonts w:ascii="Times New Roman" w:hAnsi="Times New Roman" w:cs="Times New Roman"/>
          <w:b/>
          <w:bCs/>
          <w:sz w:val="24"/>
          <w:szCs w:val="24"/>
        </w:rPr>
        <w:t>Table</w:t>
      </w:r>
      <w:r w:rsidR="00663AD9" w:rsidRPr="00FB4009">
        <w:rPr>
          <w:rFonts w:ascii="Times New Roman" w:hAnsi="Times New Roman" w:cs="Times New Roman"/>
          <w:b/>
          <w:bCs/>
          <w:sz w:val="24"/>
          <w:szCs w:val="24"/>
        </w:rPr>
        <w:t xml:space="preserve"> 4: </w:t>
      </w:r>
      <w:r w:rsidR="0074231E" w:rsidRPr="00FB4009">
        <w:rPr>
          <w:rFonts w:ascii="Times New Roman" w:hAnsi="Times New Roman" w:cs="Times New Roman"/>
          <w:b/>
          <w:bCs/>
          <w:sz w:val="24"/>
          <w:szCs w:val="24"/>
        </w:rPr>
        <w:t xml:space="preserve">Composition of </w:t>
      </w:r>
      <w:proofErr w:type="spellStart"/>
      <w:r w:rsidR="0074231E" w:rsidRPr="00FB4009">
        <w:rPr>
          <w:rFonts w:ascii="Times New Roman" w:hAnsi="Times New Roman" w:cs="Times New Roman"/>
          <w:b/>
          <w:bCs/>
          <w:sz w:val="24"/>
          <w:szCs w:val="24"/>
        </w:rPr>
        <w:t>Sabouraud</w:t>
      </w:r>
      <w:proofErr w:type="spellEnd"/>
      <w:r w:rsidR="0074231E" w:rsidRPr="00FB4009">
        <w:rPr>
          <w:rFonts w:ascii="Times New Roman" w:hAnsi="Times New Roman" w:cs="Times New Roman"/>
          <w:b/>
          <w:bCs/>
          <w:sz w:val="24"/>
          <w:szCs w:val="24"/>
        </w:rPr>
        <w:t xml:space="preserve"> Dextrose Agar </w:t>
      </w:r>
    </w:p>
    <w:tbl>
      <w:tblPr>
        <w:tblW w:w="8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1"/>
        <w:gridCol w:w="3528"/>
        <w:gridCol w:w="2099"/>
        <w:gridCol w:w="410"/>
        <w:gridCol w:w="1337"/>
      </w:tblGrid>
      <w:tr w:rsidR="005B6E6D" w:rsidRPr="00C16F12" w14:paraId="409F9F14" w14:textId="77777777" w:rsidTr="008D4619">
        <w:trPr>
          <w:trHeight w:val="867"/>
        </w:trPr>
        <w:tc>
          <w:tcPr>
            <w:tcW w:w="771" w:type="dxa"/>
            <w:vAlign w:val="center"/>
          </w:tcPr>
          <w:p w14:paraId="2F62C12D"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w:t>
            </w:r>
            <w:r w:rsidRPr="00C16F12">
              <w:rPr>
                <w:rFonts w:ascii="Times New Roman" w:hAnsi="Times New Roman" w:cs="Times New Roman"/>
                <w:b/>
                <w:color w:val="000000" w:themeColor="text1"/>
                <w:sz w:val="24"/>
                <w:szCs w:val="24"/>
              </w:rPr>
              <w:br/>
              <w:t>No.</w:t>
            </w:r>
          </w:p>
        </w:tc>
        <w:tc>
          <w:tcPr>
            <w:tcW w:w="3528" w:type="dxa"/>
            <w:vAlign w:val="center"/>
          </w:tcPr>
          <w:p w14:paraId="7A99975D"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846" w:type="dxa"/>
            <w:gridSpan w:val="3"/>
            <w:tcBorders>
              <w:bottom w:val="single" w:sz="4" w:space="0" w:color="auto"/>
            </w:tcBorders>
            <w:vAlign w:val="center"/>
          </w:tcPr>
          <w:p w14:paraId="7150B794"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5D8880BE" w14:textId="77777777" w:rsidTr="008D4619">
        <w:trPr>
          <w:trHeight w:val="352"/>
        </w:trPr>
        <w:tc>
          <w:tcPr>
            <w:tcW w:w="771" w:type="dxa"/>
            <w:vMerge w:val="restart"/>
            <w:vAlign w:val="center"/>
          </w:tcPr>
          <w:p w14:paraId="46A694E9" w14:textId="0929E3DE" w:rsidR="005B6E6D" w:rsidRPr="00577054" w:rsidRDefault="005B6E6D" w:rsidP="008D4619">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w:t>
            </w:r>
            <w:r w:rsidRPr="00577054">
              <w:rPr>
                <w:rFonts w:ascii="Times New Roman" w:hAnsi="Times New Roman" w:cs="Times New Roman"/>
                <w:bCs/>
                <w:color w:val="000000" w:themeColor="text1"/>
                <w:sz w:val="24"/>
                <w:szCs w:val="24"/>
              </w:rPr>
              <w:t>.</w:t>
            </w:r>
          </w:p>
        </w:tc>
        <w:tc>
          <w:tcPr>
            <w:tcW w:w="3528" w:type="dxa"/>
            <w:vMerge w:val="restart"/>
            <w:tcBorders>
              <w:right w:val="single" w:sz="4" w:space="0" w:color="auto"/>
            </w:tcBorders>
            <w:vAlign w:val="center"/>
          </w:tcPr>
          <w:p w14:paraId="7FAB95E4" w14:textId="77777777" w:rsidR="005B6E6D" w:rsidRPr="00577054" w:rsidRDefault="005B6E6D" w:rsidP="008D4619">
            <w:pPr>
              <w:jc w:val="center"/>
              <w:rPr>
                <w:rFonts w:ascii="Times New Roman" w:hAnsi="Times New Roman" w:cs="Times New Roman"/>
                <w:bCs/>
                <w:color w:val="000000" w:themeColor="text1"/>
                <w:sz w:val="24"/>
                <w:szCs w:val="24"/>
              </w:rPr>
            </w:pPr>
            <w:proofErr w:type="spellStart"/>
            <w:r w:rsidRPr="00577054">
              <w:rPr>
                <w:rFonts w:ascii="Times New Roman" w:hAnsi="Times New Roman" w:cs="Times New Roman"/>
                <w:bCs/>
                <w:color w:val="000000" w:themeColor="text1"/>
                <w:sz w:val="24"/>
                <w:szCs w:val="24"/>
              </w:rPr>
              <w:t>Sabouraud</w:t>
            </w:r>
            <w:proofErr w:type="spellEnd"/>
            <w:r w:rsidRPr="00577054">
              <w:rPr>
                <w:rFonts w:ascii="Times New Roman" w:hAnsi="Times New Roman" w:cs="Times New Roman"/>
                <w:bCs/>
                <w:color w:val="000000" w:themeColor="text1"/>
                <w:sz w:val="24"/>
                <w:szCs w:val="24"/>
              </w:rPr>
              <w:t xml:space="preserve"> dextrose agar (SDA)</w:t>
            </w:r>
          </w:p>
        </w:tc>
        <w:tc>
          <w:tcPr>
            <w:tcW w:w="2099" w:type="dxa"/>
            <w:tcBorders>
              <w:top w:val="single" w:sz="4" w:space="0" w:color="auto"/>
              <w:left w:val="single" w:sz="4" w:space="0" w:color="auto"/>
              <w:bottom w:val="nil"/>
              <w:right w:val="nil"/>
            </w:tcBorders>
            <w:vAlign w:val="center"/>
          </w:tcPr>
          <w:p w14:paraId="74A2579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Dextrose</w:t>
            </w:r>
          </w:p>
        </w:tc>
        <w:tc>
          <w:tcPr>
            <w:tcW w:w="410" w:type="dxa"/>
            <w:tcBorders>
              <w:top w:val="single" w:sz="4" w:space="0" w:color="auto"/>
              <w:left w:val="nil"/>
              <w:bottom w:val="nil"/>
              <w:right w:val="nil"/>
            </w:tcBorders>
            <w:vAlign w:val="center"/>
          </w:tcPr>
          <w:p w14:paraId="13064CBD"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36" w:type="dxa"/>
            <w:tcBorders>
              <w:top w:val="single" w:sz="4" w:space="0" w:color="auto"/>
              <w:left w:val="nil"/>
              <w:bottom w:val="nil"/>
              <w:right w:val="single" w:sz="4" w:space="0" w:color="auto"/>
            </w:tcBorders>
            <w:vAlign w:val="center"/>
          </w:tcPr>
          <w:p w14:paraId="73BABA4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40.00 g</w:t>
            </w:r>
          </w:p>
        </w:tc>
      </w:tr>
      <w:tr w:rsidR="005B6E6D" w:rsidRPr="00C16F12" w14:paraId="067FC885" w14:textId="77777777" w:rsidTr="008D4619">
        <w:trPr>
          <w:trHeight w:val="422"/>
        </w:trPr>
        <w:tc>
          <w:tcPr>
            <w:tcW w:w="771" w:type="dxa"/>
            <w:vMerge/>
            <w:vAlign w:val="center"/>
          </w:tcPr>
          <w:p w14:paraId="58BFE22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8" w:type="dxa"/>
            <w:vMerge/>
            <w:tcBorders>
              <w:right w:val="single" w:sz="4" w:space="0" w:color="auto"/>
            </w:tcBorders>
            <w:vAlign w:val="center"/>
          </w:tcPr>
          <w:p w14:paraId="54539F9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99" w:type="dxa"/>
            <w:tcBorders>
              <w:top w:val="nil"/>
              <w:left w:val="single" w:sz="4" w:space="0" w:color="auto"/>
              <w:bottom w:val="nil"/>
              <w:right w:val="nil"/>
            </w:tcBorders>
            <w:vAlign w:val="center"/>
          </w:tcPr>
          <w:p w14:paraId="271DA71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Peptone</w:t>
            </w:r>
          </w:p>
        </w:tc>
        <w:tc>
          <w:tcPr>
            <w:tcW w:w="410" w:type="dxa"/>
            <w:tcBorders>
              <w:top w:val="nil"/>
              <w:left w:val="nil"/>
              <w:bottom w:val="nil"/>
              <w:right w:val="nil"/>
            </w:tcBorders>
            <w:vAlign w:val="center"/>
          </w:tcPr>
          <w:p w14:paraId="379FEB4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36" w:type="dxa"/>
            <w:tcBorders>
              <w:top w:val="nil"/>
              <w:left w:val="nil"/>
              <w:bottom w:val="nil"/>
              <w:right w:val="single" w:sz="4" w:space="0" w:color="auto"/>
            </w:tcBorders>
            <w:vAlign w:val="center"/>
          </w:tcPr>
          <w:p w14:paraId="0D11FF6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g</w:t>
            </w:r>
          </w:p>
        </w:tc>
      </w:tr>
      <w:tr w:rsidR="005B6E6D" w:rsidRPr="00C16F12" w14:paraId="2D2D1AE8" w14:textId="77777777" w:rsidTr="008D4619">
        <w:trPr>
          <w:trHeight w:val="422"/>
        </w:trPr>
        <w:tc>
          <w:tcPr>
            <w:tcW w:w="771" w:type="dxa"/>
            <w:vMerge/>
            <w:vAlign w:val="center"/>
          </w:tcPr>
          <w:p w14:paraId="6F3C4F5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8" w:type="dxa"/>
            <w:vMerge/>
            <w:tcBorders>
              <w:right w:val="single" w:sz="4" w:space="0" w:color="auto"/>
            </w:tcBorders>
            <w:vAlign w:val="center"/>
          </w:tcPr>
          <w:p w14:paraId="77BC78D8"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99" w:type="dxa"/>
            <w:tcBorders>
              <w:top w:val="nil"/>
              <w:left w:val="single" w:sz="4" w:space="0" w:color="auto"/>
              <w:bottom w:val="nil"/>
              <w:right w:val="nil"/>
            </w:tcBorders>
            <w:vAlign w:val="center"/>
          </w:tcPr>
          <w:p w14:paraId="1474F82C"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 xml:space="preserve">Agar </w:t>
            </w:r>
            <w:proofErr w:type="spellStart"/>
            <w:r w:rsidRPr="00577054">
              <w:rPr>
                <w:rFonts w:ascii="Times New Roman" w:hAnsi="Times New Roman" w:cs="Times New Roman"/>
                <w:bCs/>
                <w:color w:val="000000" w:themeColor="text1"/>
                <w:sz w:val="24"/>
                <w:szCs w:val="24"/>
              </w:rPr>
              <w:t>agar</w:t>
            </w:r>
            <w:proofErr w:type="spellEnd"/>
          </w:p>
        </w:tc>
        <w:tc>
          <w:tcPr>
            <w:tcW w:w="410" w:type="dxa"/>
            <w:tcBorders>
              <w:top w:val="nil"/>
              <w:left w:val="nil"/>
              <w:bottom w:val="nil"/>
              <w:right w:val="nil"/>
            </w:tcBorders>
            <w:vAlign w:val="center"/>
          </w:tcPr>
          <w:p w14:paraId="666173A5"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36" w:type="dxa"/>
            <w:tcBorders>
              <w:top w:val="nil"/>
              <w:left w:val="nil"/>
              <w:bottom w:val="nil"/>
              <w:right w:val="single" w:sz="4" w:space="0" w:color="auto"/>
            </w:tcBorders>
            <w:vAlign w:val="center"/>
          </w:tcPr>
          <w:p w14:paraId="439E5B9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699DC5F7" w14:textId="77777777" w:rsidTr="008D4619">
        <w:trPr>
          <w:trHeight w:val="499"/>
        </w:trPr>
        <w:tc>
          <w:tcPr>
            <w:tcW w:w="771" w:type="dxa"/>
            <w:vMerge/>
            <w:vAlign w:val="center"/>
          </w:tcPr>
          <w:p w14:paraId="366E08B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8" w:type="dxa"/>
            <w:vMerge/>
            <w:tcBorders>
              <w:right w:val="single" w:sz="4" w:space="0" w:color="auto"/>
            </w:tcBorders>
            <w:vAlign w:val="center"/>
          </w:tcPr>
          <w:p w14:paraId="3650B3BD"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99" w:type="dxa"/>
            <w:tcBorders>
              <w:top w:val="nil"/>
              <w:left w:val="single" w:sz="4" w:space="0" w:color="auto"/>
              <w:bottom w:val="single" w:sz="4" w:space="0" w:color="auto"/>
              <w:right w:val="nil"/>
            </w:tcBorders>
            <w:vAlign w:val="center"/>
          </w:tcPr>
          <w:p w14:paraId="510C250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410" w:type="dxa"/>
            <w:tcBorders>
              <w:top w:val="nil"/>
              <w:left w:val="nil"/>
              <w:bottom w:val="single" w:sz="4" w:space="0" w:color="auto"/>
              <w:right w:val="nil"/>
            </w:tcBorders>
            <w:vAlign w:val="center"/>
          </w:tcPr>
          <w:p w14:paraId="59F5C02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36" w:type="dxa"/>
            <w:tcBorders>
              <w:top w:val="nil"/>
              <w:left w:val="nil"/>
              <w:bottom w:val="single" w:sz="4" w:space="0" w:color="auto"/>
              <w:right w:val="single" w:sz="4" w:space="0" w:color="auto"/>
            </w:tcBorders>
            <w:vAlign w:val="center"/>
          </w:tcPr>
          <w:p w14:paraId="43D8A77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7DFEB495" w14:textId="77777777" w:rsidR="005B6E6D" w:rsidRDefault="005B6E6D" w:rsidP="005B6E6D">
      <w:pPr>
        <w:pStyle w:val="BodyText"/>
        <w:spacing w:after="240" w:line="360" w:lineRule="auto"/>
        <w:jc w:val="both"/>
        <w:rPr>
          <w:rFonts w:ascii="Arial" w:hAnsi="Arial" w:cs="Arial"/>
        </w:rPr>
      </w:pPr>
    </w:p>
    <w:p w14:paraId="61E45B1C" w14:textId="410E2A43"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lastRenderedPageBreak/>
        <w:t>E)</w:t>
      </w:r>
      <w:r w:rsidR="001B59EE" w:rsidRPr="001B59EE">
        <w:rPr>
          <w:rFonts w:ascii="Times New Roman" w:hAnsi="Times New Roman" w:cs="Times New Roman"/>
          <w:b/>
          <w:sz w:val="24"/>
          <w:szCs w:val="24"/>
        </w:rPr>
        <w:t xml:space="preserve"> </w:t>
      </w:r>
      <w:r w:rsidRPr="001B59EE">
        <w:rPr>
          <w:rFonts w:ascii="Times New Roman" w:hAnsi="Times New Roman" w:cs="Times New Roman"/>
          <w:b/>
          <w:sz w:val="24"/>
          <w:szCs w:val="24"/>
        </w:rPr>
        <w:t>Malt Extract Agar</w:t>
      </w:r>
    </w:p>
    <w:p w14:paraId="10883371" w14:textId="77777777" w:rsidR="005B6E6D" w:rsidRDefault="005B6E6D" w:rsidP="001B59EE">
      <w:pPr>
        <w:pStyle w:val="BodyText"/>
        <w:spacing w:after="240"/>
        <w:ind w:firstLine="720"/>
        <w:jc w:val="both"/>
        <w:rPr>
          <w:rFonts w:ascii="Times New Roman" w:hAnsi="Times New Roman" w:cs="Times New Roman"/>
          <w:sz w:val="24"/>
          <w:szCs w:val="24"/>
        </w:rPr>
      </w:pPr>
      <w:r w:rsidRPr="001B59EE">
        <w:rPr>
          <w:rFonts w:ascii="Times New Roman" w:hAnsi="Times New Roman" w:cs="Times New Roman"/>
          <w:sz w:val="24"/>
          <w:szCs w:val="24"/>
        </w:rPr>
        <w:t xml:space="preserve">Malt Extract Agar is recommended for the detection, isolation and enumeration of fungi, particularly yeasts and </w:t>
      </w:r>
      <w:proofErr w:type="spellStart"/>
      <w:r w:rsidRPr="001B59EE">
        <w:rPr>
          <w:rFonts w:ascii="Times New Roman" w:hAnsi="Times New Roman" w:cs="Times New Roman"/>
          <w:sz w:val="24"/>
          <w:szCs w:val="24"/>
        </w:rPr>
        <w:t>moulds</w:t>
      </w:r>
      <w:proofErr w:type="spellEnd"/>
      <w:r w:rsidRPr="001B59EE">
        <w:rPr>
          <w:rFonts w:ascii="Times New Roman" w:hAnsi="Times New Roman" w:cs="Times New Roman"/>
          <w:sz w:val="24"/>
          <w:szCs w:val="24"/>
        </w:rPr>
        <w:t xml:space="preserve">, in various materials and for the cultivation of the strains for microbiological vitamin assays. Suspend 50 grams of the medium in one liter of purified water. Heat with frequent agitation to boiling to completely dissolve the medium. </w:t>
      </w:r>
      <w:proofErr w:type="spellStart"/>
      <w:r w:rsidRPr="001B59EE">
        <w:rPr>
          <w:rFonts w:ascii="Times New Roman" w:hAnsi="Times New Roman" w:cs="Times New Roman"/>
          <w:sz w:val="24"/>
          <w:szCs w:val="24"/>
        </w:rPr>
        <w:t>Autocalve</w:t>
      </w:r>
      <w:proofErr w:type="spellEnd"/>
      <w:r w:rsidRPr="001B59EE">
        <w:rPr>
          <w:rFonts w:ascii="Times New Roman" w:hAnsi="Times New Roman" w:cs="Times New Roman"/>
          <w:sz w:val="24"/>
          <w:szCs w:val="24"/>
        </w:rPr>
        <w:t xml:space="preserve"> at 121</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 xml:space="preserve">C for 15 minutes. </w:t>
      </w:r>
    </w:p>
    <w:p w14:paraId="41D02429" w14:textId="2EC9CBB6" w:rsidR="00FB4009" w:rsidRPr="00FB4009" w:rsidRDefault="00353557" w:rsidP="00FB4009">
      <w:pPr>
        <w:pStyle w:val="BodyText"/>
        <w:spacing w:after="240"/>
        <w:jc w:val="both"/>
        <w:rPr>
          <w:rFonts w:ascii="Times New Roman" w:hAnsi="Times New Roman" w:cs="Times New Roman"/>
          <w:b/>
          <w:bCs/>
          <w:sz w:val="24"/>
          <w:szCs w:val="24"/>
        </w:rPr>
      </w:pPr>
      <w:r>
        <w:rPr>
          <w:rFonts w:ascii="Times New Roman" w:hAnsi="Times New Roman" w:cs="Times New Roman"/>
          <w:b/>
          <w:bCs/>
          <w:sz w:val="24"/>
          <w:szCs w:val="24"/>
        </w:rPr>
        <w:t>Table</w:t>
      </w:r>
      <w:r w:rsidR="00663AD9" w:rsidRPr="00FB4009">
        <w:rPr>
          <w:rFonts w:ascii="Times New Roman" w:hAnsi="Times New Roman" w:cs="Times New Roman"/>
          <w:b/>
          <w:bCs/>
          <w:sz w:val="24"/>
          <w:szCs w:val="24"/>
        </w:rPr>
        <w:t xml:space="preserve"> 5: </w:t>
      </w:r>
      <w:r w:rsidR="00FB4009" w:rsidRPr="00FB4009">
        <w:rPr>
          <w:rFonts w:ascii="Times New Roman" w:hAnsi="Times New Roman" w:cs="Times New Roman"/>
          <w:b/>
          <w:bCs/>
          <w:sz w:val="24"/>
          <w:szCs w:val="24"/>
        </w:rPr>
        <w:t>Composition of Malt Extract Agar</w:t>
      </w:r>
    </w:p>
    <w:p w14:paraId="28337D0C" w14:textId="69081F3F" w:rsidR="00663AD9" w:rsidRPr="001B59EE" w:rsidRDefault="00663AD9" w:rsidP="001B59EE">
      <w:pPr>
        <w:pStyle w:val="BodyText"/>
        <w:spacing w:after="240"/>
        <w:ind w:firstLine="720"/>
        <w:jc w:val="both"/>
        <w:rPr>
          <w:rFonts w:ascii="Times New Roman" w:hAnsi="Times New Roman" w:cs="Times New Roman"/>
          <w:sz w:val="24"/>
          <w:szCs w:val="24"/>
        </w:rPr>
      </w:pPr>
    </w:p>
    <w:tbl>
      <w:tblPr>
        <w:tblW w:w="7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8"/>
        <w:gridCol w:w="3524"/>
        <w:gridCol w:w="1959"/>
        <w:gridCol w:w="409"/>
        <w:gridCol w:w="1222"/>
      </w:tblGrid>
      <w:tr w:rsidR="005B6E6D" w:rsidRPr="00C16F12" w14:paraId="5F1F5D14" w14:textId="77777777" w:rsidTr="008D4619">
        <w:trPr>
          <w:trHeight w:val="712"/>
        </w:trPr>
        <w:tc>
          <w:tcPr>
            <w:tcW w:w="708" w:type="dxa"/>
            <w:vAlign w:val="center"/>
          </w:tcPr>
          <w:p w14:paraId="0367ABFA"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 No.</w:t>
            </w:r>
          </w:p>
        </w:tc>
        <w:tc>
          <w:tcPr>
            <w:tcW w:w="3524" w:type="dxa"/>
            <w:vAlign w:val="center"/>
          </w:tcPr>
          <w:p w14:paraId="3B3D51D7"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590" w:type="dxa"/>
            <w:gridSpan w:val="3"/>
            <w:tcBorders>
              <w:bottom w:val="single" w:sz="4" w:space="0" w:color="auto"/>
            </w:tcBorders>
            <w:vAlign w:val="center"/>
          </w:tcPr>
          <w:p w14:paraId="3A796B8A"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6E38522C" w14:textId="77777777" w:rsidTr="008D4619">
        <w:trPr>
          <w:trHeight w:val="641"/>
        </w:trPr>
        <w:tc>
          <w:tcPr>
            <w:tcW w:w="708" w:type="dxa"/>
            <w:vMerge w:val="restart"/>
            <w:vAlign w:val="center"/>
          </w:tcPr>
          <w:p w14:paraId="5142C133" w14:textId="478801E3" w:rsidR="005B6E6D" w:rsidRPr="00577054" w:rsidRDefault="005B6E6D" w:rsidP="008D4619">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w:t>
            </w:r>
            <w:r w:rsidRPr="00577054">
              <w:rPr>
                <w:rFonts w:ascii="Times New Roman" w:hAnsi="Times New Roman" w:cs="Times New Roman"/>
                <w:bCs/>
                <w:color w:val="000000" w:themeColor="text1"/>
                <w:sz w:val="24"/>
                <w:szCs w:val="24"/>
              </w:rPr>
              <w:t>.</w:t>
            </w:r>
          </w:p>
        </w:tc>
        <w:tc>
          <w:tcPr>
            <w:tcW w:w="3524" w:type="dxa"/>
            <w:vMerge w:val="restart"/>
            <w:tcBorders>
              <w:right w:val="single" w:sz="4" w:space="0" w:color="auto"/>
            </w:tcBorders>
            <w:vAlign w:val="center"/>
          </w:tcPr>
          <w:p w14:paraId="08FAA1D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Malt extract agar</w:t>
            </w:r>
          </w:p>
        </w:tc>
        <w:tc>
          <w:tcPr>
            <w:tcW w:w="1959" w:type="dxa"/>
            <w:tcBorders>
              <w:top w:val="single" w:sz="4" w:space="0" w:color="auto"/>
              <w:left w:val="single" w:sz="4" w:space="0" w:color="auto"/>
              <w:bottom w:val="nil"/>
              <w:right w:val="nil"/>
            </w:tcBorders>
            <w:vAlign w:val="center"/>
          </w:tcPr>
          <w:p w14:paraId="121E6BB4"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Malt extract (powder)</w:t>
            </w:r>
          </w:p>
        </w:tc>
        <w:tc>
          <w:tcPr>
            <w:tcW w:w="409" w:type="dxa"/>
            <w:tcBorders>
              <w:top w:val="single" w:sz="4" w:space="0" w:color="auto"/>
              <w:left w:val="nil"/>
              <w:bottom w:val="nil"/>
              <w:right w:val="nil"/>
            </w:tcBorders>
            <w:vAlign w:val="center"/>
          </w:tcPr>
          <w:p w14:paraId="3416824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single" w:sz="4" w:space="0" w:color="auto"/>
              <w:left w:val="nil"/>
              <w:bottom w:val="nil"/>
              <w:right w:val="single" w:sz="4" w:space="0" w:color="auto"/>
            </w:tcBorders>
            <w:vAlign w:val="center"/>
          </w:tcPr>
          <w:p w14:paraId="5E90A5D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50.00 g</w:t>
            </w:r>
          </w:p>
        </w:tc>
      </w:tr>
      <w:tr w:rsidR="005B6E6D" w:rsidRPr="00C16F12" w14:paraId="4868215A" w14:textId="77777777" w:rsidTr="008D4619">
        <w:trPr>
          <w:trHeight w:val="332"/>
        </w:trPr>
        <w:tc>
          <w:tcPr>
            <w:tcW w:w="708" w:type="dxa"/>
            <w:vMerge/>
            <w:vAlign w:val="center"/>
          </w:tcPr>
          <w:p w14:paraId="01B54CFC"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4" w:type="dxa"/>
            <w:vMerge/>
            <w:tcBorders>
              <w:right w:val="single" w:sz="4" w:space="0" w:color="auto"/>
            </w:tcBorders>
            <w:vAlign w:val="center"/>
          </w:tcPr>
          <w:p w14:paraId="235721B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59" w:type="dxa"/>
            <w:tcBorders>
              <w:top w:val="nil"/>
              <w:left w:val="single" w:sz="4" w:space="0" w:color="auto"/>
              <w:bottom w:val="nil"/>
              <w:right w:val="nil"/>
            </w:tcBorders>
            <w:vAlign w:val="center"/>
          </w:tcPr>
          <w:p w14:paraId="60B5058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Glucose</w:t>
            </w:r>
          </w:p>
        </w:tc>
        <w:tc>
          <w:tcPr>
            <w:tcW w:w="409" w:type="dxa"/>
            <w:tcBorders>
              <w:top w:val="nil"/>
              <w:left w:val="nil"/>
              <w:bottom w:val="nil"/>
              <w:right w:val="nil"/>
            </w:tcBorders>
            <w:vAlign w:val="center"/>
          </w:tcPr>
          <w:p w14:paraId="1BA1142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nil"/>
              <w:left w:val="nil"/>
              <w:bottom w:val="nil"/>
              <w:right w:val="single" w:sz="4" w:space="0" w:color="auto"/>
            </w:tcBorders>
            <w:vAlign w:val="center"/>
          </w:tcPr>
          <w:p w14:paraId="0D8F2AC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52B0836F" w14:textId="77777777" w:rsidTr="008D4619">
        <w:trPr>
          <w:trHeight w:val="347"/>
        </w:trPr>
        <w:tc>
          <w:tcPr>
            <w:tcW w:w="708" w:type="dxa"/>
            <w:vMerge/>
            <w:vAlign w:val="center"/>
          </w:tcPr>
          <w:p w14:paraId="5DD46178"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4" w:type="dxa"/>
            <w:vMerge/>
            <w:tcBorders>
              <w:right w:val="single" w:sz="4" w:space="0" w:color="auto"/>
            </w:tcBorders>
            <w:vAlign w:val="center"/>
          </w:tcPr>
          <w:p w14:paraId="37AC286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59" w:type="dxa"/>
            <w:tcBorders>
              <w:top w:val="nil"/>
              <w:left w:val="single" w:sz="4" w:space="0" w:color="auto"/>
              <w:bottom w:val="nil"/>
              <w:right w:val="nil"/>
            </w:tcBorders>
            <w:vAlign w:val="center"/>
          </w:tcPr>
          <w:p w14:paraId="6296381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Peptone</w:t>
            </w:r>
          </w:p>
        </w:tc>
        <w:tc>
          <w:tcPr>
            <w:tcW w:w="409" w:type="dxa"/>
            <w:tcBorders>
              <w:top w:val="nil"/>
              <w:left w:val="nil"/>
              <w:bottom w:val="nil"/>
              <w:right w:val="nil"/>
            </w:tcBorders>
            <w:vAlign w:val="center"/>
          </w:tcPr>
          <w:p w14:paraId="37F32AF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nil"/>
              <w:left w:val="nil"/>
              <w:bottom w:val="nil"/>
              <w:right w:val="single" w:sz="4" w:space="0" w:color="auto"/>
            </w:tcBorders>
            <w:vAlign w:val="center"/>
          </w:tcPr>
          <w:p w14:paraId="06C51B2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 g</w:t>
            </w:r>
          </w:p>
        </w:tc>
      </w:tr>
      <w:tr w:rsidR="005B6E6D" w:rsidRPr="00C16F12" w14:paraId="3063162A" w14:textId="77777777" w:rsidTr="008D4619">
        <w:trPr>
          <w:trHeight w:val="347"/>
        </w:trPr>
        <w:tc>
          <w:tcPr>
            <w:tcW w:w="708" w:type="dxa"/>
            <w:vMerge/>
            <w:vAlign w:val="center"/>
          </w:tcPr>
          <w:p w14:paraId="58AF1D5A"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4" w:type="dxa"/>
            <w:vMerge/>
            <w:tcBorders>
              <w:right w:val="single" w:sz="4" w:space="0" w:color="auto"/>
            </w:tcBorders>
            <w:vAlign w:val="center"/>
          </w:tcPr>
          <w:p w14:paraId="5105F25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59" w:type="dxa"/>
            <w:tcBorders>
              <w:top w:val="nil"/>
              <w:left w:val="single" w:sz="4" w:space="0" w:color="auto"/>
              <w:bottom w:val="nil"/>
              <w:right w:val="nil"/>
            </w:tcBorders>
            <w:vAlign w:val="center"/>
          </w:tcPr>
          <w:p w14:paraId="6C2EDBF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 xml:space="preserve">Agar </w:t>
            </w:r>
            <w:proofErr w:type="spellStart"/>
            <w:r w:rsidRPr="00577054">
              <w:rPr>
                <w:rFonts w:ascii="Times New Roman" w:hAnsi="Times New Roman" w:cs="Times New Roman"/>
                <w:bCs/>
                <w:color w:val="000000" w:themeColor="text1"/>
                <w:sz w:val="24"/>
                <w:szCs w:val="24"/>
              </w:rPr>
              <w:t>agar</w:t>
            </w:r>
            <w:proofErr w:type="spellEnd"/>
          </w:p>
        </w:tc>
        <w:tc>
          <w:tcPr>
            <w:tcW w:w="409" w:type="dxa"/>
            <w:tcBorders>
              <w:top w:val="nil"/>
              <w:left w:val="nil"/>
              <w:bottom w:val="nil"/>
              <w:right w:val="nil"/>
            </w:tcBorders>
            <w:vAlign w:val="center"/>
          </w:tcPr>
          <w:p w14:paraId="5CBA06F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nil"/>
              <w:left w:val="nil"/>
              <w:bottom w:val="nil"/>
              <w:right w:val="single" w:sz="4" w:space="0" w:color="auto"/>
            </w:tcBorders>
            <w:vAlign w:val="center"/>
          </w:tcPr>
          <w:p w14:paraId="67AB442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42EB4992" w14:textId="77777777" w:rsidTr="008D4619">
        <w:trPr>
          <w:trHeight w:val="410"/>
        </w:trPr>
        <w:tc>
          <w:tcPr>
            <w:tcW w:w="708" w:type="dxa"/>
            <w:vMerge/>
            <w:vAlign w:val="center"/>
          </w:tcPr>
          <w:p w14:paraId="64561C5A"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4" w:type="dxa"/>
            <w:vMerge/>
            <w:tcBorders>
              <w:right w:val="single" w:sz="4" w:space="0" w:color="auto"/>
            </w:tcBorders>
            <w:vAlign w:val="center"/>
          </w:tcPr>
          <w:p w14:paraId="568A936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59" w:type="dxa"/>
            <w:tcBorders>
              <w:top w:val="nil"/>
              <w:left w:val="single" w:sz="4" w:space="0" w:color="auto"/>
              <w:bottom w:val="single" w:sz="4" w:space="0" w:color="auto"/>
              <w:right w:val="nil"/>
            </w:tcBorders>
            <w:vAlign w:val="center"/>
          </w:tcPr>
          <w:p w14:paraId="1D45565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409" w:type="dxa"/>
            <w:tcBorders>
              <w:top w:val="nil"/>
              <w:left w:val="nil"/>
              <w:bottom w:val="single" w:sz="4" w:space="0" w:color="auto"/>
              <w:right w:val="nil"/>
            </w:tcBorders>
            <w:vAlign w:val="center"/>
          </w:tcPr>
          <w:p w14:paraId="080E40D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nil"/>
              <w:left w:val="nil"/>
              <w:bottom w:val="single" w:sz="4" w:space="0" w:color="auto"/>
              <w:right w:val="single" w:sz="4" w:space="0" w:color="auto"/>
            </w:tcBorders>
            <w:vAlign w:val="center"/>
          </w:tcPr>
          <w:p w14:paraId="25DA4DE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1DBD54B7" w14:textId="77777777" w:rsidR="005B6E6D" w:rsidRDefault="005B6E6D" w:rsidP="005B6E6D">
      <w:pPr>
        <w:pStyle w:val="BodyText"/>
        <w:spacing w:after="240" w:line="360" w:lineRule="auto"/>
        <w:ind w:firstLine="720"/>
        <w:jc w:val="both"/>
        <w:rPr>
          <w:rFonts w:ascii="Arial" w:hAnsi="Arial" w:cs="Arial"/>
        </w:rPr>
      </w:pPr>
    </w:p>
    <w:p w14:paraId="3606A837" w14:textId="77777777" w:rsidR="00764556" w:rsidRDefault="00764556" w:rsidP="00D30E5C">
      <w:pPr>
        <w:jc w:val="both"/>
        <w:rPr>
          <w:rFonts w:ascii="Times New Roman" w:hAnsi="Times New Roman" w:cs="Times New Roman"/>
          <w:color w:val="000000" w:themeColor="text1"/>
          <w:sz w:val="24"/>
          <w:szCs w:val="24"/>
        </w:rPr>
      </w:pPr>
    </w:p>
    <w:p w14:paraId="32F95126" w14:textId="6AC8FCCF" w:rsidR="0052552C" w:rsidRPr="00C16F12" w:rsidRDefault="00663AD9" w:rsidP="00D30E5C">
      <w:pPr>
        <w:jc w:val="both"/>
        <w:rPr>
          <w:rFonts w:ascii="Times New Roman" w:hAnsi="Times New Roman" w:cs="Times New Roman"/>
          <w:color w:val="000000" w:themeColor="text1"/>
          <w:sz w:val="24"/>
          <w:szCs w:val="24"/>
        </w:rPr>
      </w:pPr>
      <w:r w:rsidRPr="00C16F12">
        <w:rPr>
          <w:rFonts w:ascii="Times New Roman" w:hAnsi="Times New Roman" w:cs="Times New Roman"/>
          <w:noProof/>
          <w:color w:val="000000" w:themeColor="text1"/>
          <w:sz w:val="24"/>
          <w:szCs w:val="24"/>
        </w:rPr>
        <w:lastRenderedPageBreak/>
        <w:drawing>
          <wp:inline distT="0" distB="0" distL="0" distR="0" wp14:anchorId="3B977FDE" wp14:editId="2B9EE4A0">
            <wp:extent cx="4826000" cy="3694915"/>
            <wp:effectExtent l="0" t="0" r="0" b="0"/>
            <wp:docPr id="281165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6000" cy="3694915"/>
                    </a:xfrm>
                    <a:prstGeom prst="rect">
                      <a:avLst/>
                    </a:prstGeom>
                    <a:noFill/>
                    <a:ln>
                      <a:noFill/>
                    </a:ln>
                  </pic:spPr>
                </pic:pic>
              </a:graphicData>
            </a:graphic>
          </wp:inline>
        </w:drawing>
      </w:r>
    </w:p>
    <w:p w14:paraId="15F1FDAD" w14:textId="3E08D274" w:rsidR="00943159" w:rsidRPr="00C16F12" w:rsidRDefault="00943159" w:rsidP="00D30E5C">
      <w:pPr>
        <w:jc w:val="both"/>
        <w:rPr>
          <w:rFonts w:ascii="Times New Roman" w:hAnsi="Times New Roman" w:cs="Times New Roman"/>
          <w:color w:val="000000" w:themeColor="text1"/>
          <w:sz w:val="24"/>
          <w:szCs w:val="24"/>
        </w:rPr>
      </w:pPr>
    </w:p>
    <w:p w14:paraId="01D31B5D" w14:textId="3E1CFB12" w:rsidR="004B1D3E" w:rsidRDefault="000C12B8" w:rsidP="00764556">
      <w:pPr>
        <w:pStyle w:val="Heading1"/>
        <w:jc w:val="both"/>
        <w:rPr>
          <w:rFonts w:ascii="Times New Roman" w:hAnsi="Times New Roman" w:cs="Times New Roman"/>
          <w:color w:val="000000" w:themeColor="text1"/>
        </w:rPr>
      </w:pPr>
      <w:r w:rsidRPr="00764556">
        <w:rPr>
          <w:rFonts w:ascii="Times New Roman" w:hAnsi="Times New Roman" w:cs="Times New Roman"/>
          <w:color w:val="000000" w:themeColor="text1"/>
        </w:rPr>
        <w:t>3. Results and Discussion</w:t>
      </w:r>
    </w:p>
    <w:p w14:paraId="10531EB6" w14:textId="4E0220AC" w:rsidR="005B6E6D" w:rsidRPr="00364491" w:rsidRDefault="005B6E6D" w:rsidP="005B6E6D">
      <w:pPr>
        <w:spacing w:after="240" w:line="360" w:lineRule="auto"/>
        <w:jc w:val="both"/>
        <w:rPr>
          <w:rFonts w:ascii="Arial" w:hAnsi="Arial" w:cs="Arial"/>
          <w:b/>
          <w:sz w:val="24"/>
          <w:szCs w:val="24"/>
        </w:rPr>
      </w:pPr>
      <w:r>
        <w:rPr>
          <w:rFonts w:ascii="Arial" w:hAnsi="Arial" w:cs="Arial"/>
          <w:b/>
          <w:sz w:val="24"/>
          <w:szCs w:val="24"/>
        </w:rPr>
        <w:t>3.1</w:t>
      </w:r>
      <w:r>
        <w:rPr>
          <w:rFonts w:ascii="Arial" w:hAnsi="Arial" w:cs="Arial"/>
          <w:b/>
          <w:sz w:val="24"/>
          <w:szCs w:val="24"/>
        </w:rPr>
        <w:tab/>
      </w:r>
      <w:r w:rsidRPr="00364491">
        <w:rPr>
          <w:rFonts w:ascii="Arial" w:hAnsi="Arial" w:cs="Arial"/>
          <w:b/>
          <w:sz w:val="24"/>
          <w:szCs w:val="24"/>
        </w:rPr>
        <w:t>Pathogenicity test</w:t>
      </w:r>
    </w:p>
    <w:p w14:paraId="43664F9E" w14:textId="68C8FBE6" w:rsidR="005E5774" w:rsidRPr="00B64FC8" w:rsidRDefault="005B6E6D" w:rsidP="00B64FC8">
      <w:pPr>
        <w:spacing w:after="240" w:line="360" w:lineRule="auto"/>
        <w:ind w:firstLine="720"/>
        <w:jc w:val="both"/>
        <w:rPr>
          <w:rFonts w:ascii="Arial" w:hAnsi="Arial" w:cs="Arial"/>
          <w:sz w:val="24"/>
          <w:szCs w:val="24"/>
        </w:rPr>
        <w:sectPr w:rsidR="005E5774" w:rsidRPr="00B64FC8" w:rsidSect="0034027B">
          <w:headerReference w:type="even" r:id="rId9"/>
          <w:headerReference w:type="default" r:id="rId10"/>
          <w:footerReference w:type="even" r:id="rId11"/>
          <w:footerReference w:type="default" r:id="rId12"/>
          <w:headerReference w:type="first" r:id="rId13"/>
          <w:footerReference w:type="first" r:id="rId14"/>
          <w:pgSz w:w="11920" w:h="16850"/>
          <w:pgMar w:top="1440" w:right="1440" w:bottom="1440" w:left="2160" w:header="0" w:footer="720" w:gutter="720"/>
          <w:pgNumType w:start="31"/>
          <w:cols w:space="720"/>
          <w:titlePg/>
          <w:docGrid w:linePitch="299"/>
        </w:sectPr>
      </w:pPr>
      <w:r w:rsidRPr="00364491">
        <w:rPr>
          <w:rFonts w:ascii="Arial" w:hAnsi="Arial" w:cs="Arial"/>
          <w:sz w:val="24"/>
          <w:szCs w:val="24"/>
        </w:rPr>
        <w:t xml:space="preserve">Pathogenicity test according to Koch’s postulate. The two varieties of </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plant </w:t>
      </w:r>
      <w:proofErr w:type="gramStart"/>
      <w:r w:rsidRPr="00364491">
        <w:rPr>
          <w:rFonts w:ascii="Arial" w:hAnsi="Arial" w:cs="Arial"/>
          <w:sz w:val="24"/>
          <w:szCs w:val="24"/>
        </w:rPr>
        <w:t>is</w:t>
      </w:r>
      <w:proofErr w:type="gramEnd"/>
      <w:r w:rsidRPr="00364491">
        <w:rPr>
          <w:rFonts w:ascii="Arial" w:hAnsi="Arial" w:cs="Arial"/>
          <w:sz w:val="24"/>
          <w:szCs w:val="24"/>
        </w:rPr>
        <w:t xml:space="preserve"> used to prove pathogenicity. </w:t>
      </w:r>
      <w:proofErr w:type="gramStart"/>
      <w:r w:rsidRPr="00364491">
        <w:rPr>
          <w:rFonts w:ascii="Arial" w:hAnsi="Arial" w:cs="Arial"/>
          <w:sz w:val="24"/>
          <w:szCs w:val="24"/>
        </w:rPr>
        <w:t>The  varieties</w:t>
      </w:r>
      <w:proofErr w:type="gramEnd"/>
      <w:r w:rsidRPr="00364491">
        <w:rPr>
          <w:rFonts w:ascii="Arial" w:hAnsi="Arial" w:cs="Arial"/>
          <w:sz w:val="24"/>
          <w:szCs w:val="24"/>
        </w:rPr>
        <w:t xml:space="preserve"> </w:t>
      </w:r>
      <w:proofErr w:type="gramStart"/>
      <w:r w:rsidRPr="00364491">
        <w:rPr>
          <w:rFonts w:ascii="Arial" w:hAnsi="Arial" w:cs="Arial"/>
          <w:sz w:val="24"/>
          <w:szCs w:val="24"/>
        </w:rPr>
        <w:t>was</w:t>
      </w:r>
      <w:proofErr w:type="gramEnd"/>
      <w:r w:rsidRPr="00364491">
        <w:rPr>
          <w:rFonts w:ascii="Arial" w:hAnsi="Arial" w:cs="Arial"/>
          <w:sz w:val="24"/>
          <w:szCs w:val="24"/>
        </w:rPr>
        <w:t xml:space="preserve"> AK-47 and Indus-11. The</w:t>
      </w:r>
      <w:r w:rsidRPr="00364491">
        <w:rPr>
          <w:rFonts w:ascii="Arial" w:hAnsi="Arial" w:cs="Arial"/>
          <w:b/>
          <w:bCs/>
          <w:i/>
          <w:sz w:val="24"/>
          <w:szCs w:val="24"/>
        </w:rPr>
        <w:t xml:space="preserve"> </w:t>
      </w:r>
      <w:r w:rsidRPr="00364491">
        <w:rPr>
          <w:rFonts w:ascii="Arial" w:hAnsi="Arial" w:cs="Arial"/>
          <w:bCs/>
          <w:i/>
          <w:sz w:val="24"/>
          <w:szCs w:val="24"/>
        </w:rPr>
        <w:t xml:space="preserve">Colletotrichum </w:t>
      </w:r>
      <w:proofErr w:type="spellStart"/>
      <w:r w:rsidRPr="00364491">
        <w:rPr>
          <w:rFonts w:ascii="Arial" w:hAnsi="Arial" w:cs="Arial"/>
          <w:bCs/>
          <w:i/>
          <w:sz w:val="24"/>
          <w:szCs w:val="24"/>
        </w:rPr>
        <w:t>capsici</w:t>
      </w:r>
      <w:proofErr w:type="spellEnd"/>
      <w:r w:rsidRPr="00364491">
        <w:rPr>
          <w:rFonts w:ascii="Arial" w:hAnsi="Arial" w:cs="Arial"/>
          <w:sz w:val="24"/>
          <w:szCs w:val="24"/>
        </w:rPr>
        <w:t xml:space="preserve">, isolated from anthracnose of </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was proved pathogenic by artificial inoculation with spore suspension on leaves and branches of both varieties. After that the humidity was maintained by covering the inoculated </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plants for 48 </w:t>
      </w:r>
      <w:proofErr w:type="spellStart"/>
      <w:r w:rsidRPr="00364491">
        <w:rPr>
          <w:rFonts w:ascii="Arial" w:hAnsi="Arial" w:cs="Arial"/>
          <w:sz w:val="24"/>
          <w:szCs w:val="24"/>
        </w:rPr>
        <w:t>hrs</w:t>
      </w:r>
      <w:proofErr w:type="spellEnd"/>
      <w:r w:rsidRPr="00364491">
        <w:rPr>
          <w:rFonts w:ascii="Arial" w:hAnsi="Arial" w:cs="Arial"/>
          <w:sz w:val="24"/>
          <w:szCs w:val="24"/>
        </w:rPr>
        <w:t xml:space="preserve"> after inoculation. Symptoms appeared seven days after inoculation. Symptoms on affected plants </w:t>
      </w:r>
      <w:r w:rsidRPr="00364491">
        <w:rPr>
          <w:rFonts w:ascii="Arial" w:hAnsi="Arial" w:cs="Arial"/>
          <w:w w:val="95"/>
          <w:sz w:val="24"/>
          <w:szCs w:val="24"/>
        </w:rPr>
        <w:t>causes necrosis of tender twigs from the tip to backward. The entire branch or the entire top of the plant may wither away. Numerous black dots (</w:t>
      </w:r>
      <w:proofErr w:type="spellStart"/>
      <w:r w:rsidRPr="00364491">
        <w:rPr>
          <w:rFonts w:ascii="Arial" w:hAnsi="Arial" w:cs="Arial"/>
          <w:w w:val="95"/>
          <w:sz w:val="24"/>
          <w:szCs w:val="24"/>
        </w:rPr>
        <w:t>acervuli</w:t>
      </w:r>
      <w:proofErr w:type="spellEnd"/>
      <w:r w:rsidRPr="00364491">
        <w:rPr>
          <w:rFonts w:ascii="Arial" w:hAnsi="Arial" w:cs="Arial"/>
          <w:w w:val="95"/>
          <w:sz w:val="24"/>
          <w:szCs w:val="24"/>
        </w:rPr>
        <w:t xml:space="preserve"> of fungus) are found scattered all over the necrotic surface of the affected twigs </w:t>
      </w:r>
      <w:r w:rsidRPr="00364491">
        <w:rPr>
          <w:rFonts w:ascii="Arial" w:hAnsi="Arial" w:cs="Arial"/>
          <w:sz w:val="24"/>
          <w:szCs w:val="24"/>
        </w:rPr>
        <w:t xml:space="preserve">and leaves. </w:t>
      </w:r>
      <w:proofErr w:type="spellStart"/>
      <w:r w:rsidRPr="00364491">
        <w:rPr>
          <w:rFonts w:ascii="Arial" w:hAnsi="Arial" w:cs="Arial"/>
          <w:sz w:val="24"/>
          <w:szCs w:val="24"/>
        </w:rPr>
        <w:t>Reisolations</w:t>
      </w:r>
      <w:proofErr w:type="spellEnd"/>
      <w:r w:rsidRPr="00364491">
        <w:rPr>
          <w:rFonts w:ascii="Arial" w:hAnsi="Arial" w:cs="Arial"/>
          <w:sz w:val="24"/>
          <w:szCs w:val="24"/>
        </w:rPr>
        <w:t xml:space="preserve"> were made from artificially inoculated leaves and twig showing typical symptoms of Anthracnose disease which yielded fungal pathogens to those of the original organism. </w:t>
      </w:r>
    </w:p>
    <w:p w14:paraId="470942C8" w14:textId="77777777" w:rsidR="005B6E6D" w:rsidRPr="004E39AA" w:rsidRDefault="005B6E6D" w:rsidP="005B6E6D">
      <w:pPr>
        <w:spacing w:after="240" w:line="360" w:lineRule="auto"/>
        <w:ind w:hanging="90"/>
        <w:jc w:val="both"/>
        <w:rPr>
          <w:rFonts w:ascii="Arial" w:hAnsi="Arial" w:cs="Arial"/>
          <w:b/>
          <w:bCs/>
          <w:i/>
          <w:sz w:val="6"/>
          <w:szCs w:val="24"/>
        </w:rPr>
      </w:pPr>
      <w:r>
        <w:rPr>
          <w:rFonts w:ascii="Arial" w:hAnsi="Arial" w:cs="Arial"/>
          <w:b/>
          <w:bCs/>
          <w:i/>
          <w:noProof/>
          <w:sz w:val="24"/>
          <w:szCs w:val="24"/>
        </w:rPr>
        <w:lastRenderedPageBreak/>
        <mc:AlternateContent>
          <mc:Choice Requires="wpg">
            <w:drawing>
              <wp:anchor distT="0" distB="0" distL="114300" distR="114300" simplePos="0" relativeHeight="251652608" behindDoc="0" locked="0" layoutInCell="1" allowOverlap="1" wp14:anchorId="342F81EF" wp14:editId="1D987CBA">
                <wp:simplePos x="1840675" y="3467595"/>
                <wp:positionH relativeFrom="margin">
                  <wp:align>center</wp:align>
                </wp:positionH>
                <wp:positionV relativeFrom="margin">
                  <wp:align>top</wp:align>
                </wp:positionV>
                <wp:extent cx="4809490" cy="4314825"/>
                <wp:effectExtent l="76200" t="76200" r="124460" b="142875"/>
                <wp:wrapSquare wrapText="bothSides"/>
                <wp:docPr id="703011974" name="Group 703011974"/>
                <wp:cNvGraphicFramePr/>
                <a:graphic xmlns:a="http://schemas.openxmlformats.org/drawingml/2006/main">
                  <a:graphicData uri="http://schemas.microsoft.com/office/word/2010/wordprocessingGroup">
                    <wpg:wgp>
                      <wpg:cNvGrpSpPr/>
                      <wpg:grpSpPr>
                        <a:xfrm>
                          <a:off x="0" y="0"/>
                          <a:ext cx="4809490" cy="4314825"/>
                          <a:chOff x="0" y="0"/>
                          <a:chExt cx="4809507" cy="4948465"/>
                        </a:xfrm>
                      </wpg:grpSpPr>
                      <wps:wsp>
                        <wps:cNvPr id="854797943" name="Text Box 17"/>
                        <wps:cNvSpPr txBox="1">
                          <a:spLocks noChangeArrowheads="1"/>
                        </wps:cNvSpPr>
                        <wps:spPr bwMode="auto">
                          <a:xfrm>
                            <a:off x="213756" y="2529444"/>
                            <a:ext cx="1431290" cy="344170"/>
                          </a:xfrm>
                          <a:prstGeom prst="rect">
                            <a:avLst/>
                          </a:prstGeom>
                          <a:solidFill>
                            <a:srgbClr val="FFFFFF"/>
                          </a:solidFill>
                          <a:ln w="9525">
                            <a:noFill/>
                            <a:miter lim="800000"/>
                            <a:headEnd/>
                            <a:tailEnd/>
                          </a:ln>
                        </wps:spPr>
                        <wps:txbx>
                          <w:txbxContent>
                            <w:p w14:paraId="6119FF65"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wps:txbx>
                        <wps:bodyPr rot="0" vert="horz" wrap="square" lIns="91440" tIns="45720" rIns="91440" bIns="45720" anchor="t" anchorCtr="0" upright="1">
                          <a:noAutofit/>
                        </wps:bodyPr>
                      </wps:wsp>
                      <wps:wsp>
                        <wps:cNvPr id="854797944" name="Text Box 18"/>
                        <wps:cNvSpPr txBox="1">
                          <a:spLocks noChangeArrowheads="1"/>
                        </wps:cNvSpPr>
                        <wps:spPr bwMode="auto">
                          <a:xfrm>
                            <a:off x="2980707" y="2541319"/>
                            <a:ext cx="1612265" cy="344170"/>
                          </a:xfrm>
                          <a:prstGeom prst="rect">
                            <a:avLst/>
                          </a:prstGeom>
                          <a:solidFill>
                            <a:srgbClr val="FFFFFF"/>
                          </a:solidFill>
                          <a:ln w="9525">
                            <a:noFill/>
                            <a:miter lim="800000"/>
                            <a:headEnd/>
                            <a:tailEnd/>
                          </a:ln>
                        </wps:spPr>
                        <wps:txbx>
                          <w:txbxContent>
                            <w:p w14:paraId="4D59DF51" w14:textId="77777777" w:rsidR="005B6E6D" w:rsidRPr="00DE4B61" w:rsidRDefault="005B6E6D" w:rsidP="005B6E6D">
                              <w:pPr>
                                <w:jc w:val="center"/>
                                <w:rPr>
                                  <w:rFonts w:ascii="Arial" w:hAnsi="Arial" w:cs="Arial"/>
                                  <w:sz w:val="24"/>
                                  <w:szCs w:val="24"/>
                                </w:rPr>
                              </w:pPr>
                              <w:r w:rsidRPr="00DE4B61">
                                <w:rPr>
                                  <w:rFonts w:ascii="Arial" w:hAnsi="Arial" w:cs="Arial"/>
                                  <w:b/>
                                  <w:bCs/>
                                  <w:sz w:val="24"/>
                                  <w:szCs w:val="24"/>
                                </w:rPr>
                                <w:t>variety-Indum-11</w:t>
                              </w:r>
                            </w:p>
                            <w:p w14:paraId="0BD9036A" w14:textId="77777777" w:rsidR="005B6E6D" w:rsidRDefault="005B6E6D" w:rsidP="005B6E6D"/>
                          </w:txbxContent>
                        </wps:txbx>
                        <wps:bodyPr rot="0" vert="horz" wrap="square" lIns="91440" tIns="45720" rIns="91440" bIns="45720" anchor="t" anchorCtr="0" upright="1">
                          <a:noAutofit/>
                        </wps:bodyPr>
                      </wps:wsp>
                      <pic:pic xmlns:pic="http://schemas.openxmlformats.org/drawingml/2006/picture">
                        <pic:nvPicPr>
                          <pic:cNvPr id="854797933" name="Picture 9" descr="l2.jpg"/>
                          <pic:cNvPicPr/>
                        </pic:nvPicPr>
                        <pic:blipFill>
                          <a:blip r:embed="rId15" cstate="print">
                            <a:extLst>
                              <a:ext uri="{28A0092B-C50C-407E-A947-70E740481C1C}">
                                <a14:useLocalDpi xmlns:a14="http://schemas.microsoft.com/office/drawing/2010/main" val="0"/>
                              </a:ext>
                            </a:extLst>
                          </a:blip>
                          <a:srcRect t="4444" r="1250" b="2222"/>
                          <a:stretch>
                            <a:fillRect/>
                          </a:stretch>
                        </pic:blipFill>
                        <pic:spPr>
                          <a:xfrm>
                            <a:off x="0" y="0"/>
                            <a:ext cx="4726380" cy="2375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 name="Picture 14" descr="c2.jpg"/>
                          <pic:cNvPicPr/>
                        </pic:nvPicPr>
                        <pic:blipFill>
                          <a:blip r:embed="rId16" cstate="print">
                            <a:extLst>
                              <a:ext uri="{28A0092B-C50C-407E-A947-70E740481C1C}">
                                <a14:useLocalDpi xmlns:a14="http://schemas.microsoft.com/office/drawing/2010/main" val="0"/>
                              </a:ext>
                            </a:extLst>
                          </a:blip>
                          <a:stretch>
                            <a:fillRect/>
                          </a:stretch>
                        </pic:blipFill>
                        <pic:spPr>
                          <a:xfrm>
                            <a:off x="1900052" y="3107790"/>
                            <a:ext cx="1365663" cy="184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 name="Picture 13" descr="bp c.jpg"/>
                          <pic:cNvPicPr/>
                        </pic:nvPicPr>
                        <pic:blipFill>
                          <a:blip r:embed="rId17" cstate="print">
                            <a:extLst>
                              <a:ext uri="{28A0092B-C50C-407E-A947-70E740481C1C}">
                                <a14:useLocalDpi xmlns:a14="http://schemas.microsoft.com/office/drawing/2010/main" val="0"/>
                              </a:ext>
                            </a:extLst>
                          </a:blip>
                          <a:srcRect l="2593" t="5556" r="6543" b="21111"/>
                          <a:stretch>
                            <a:fillRect/>
                          </a:stretch>
                        </pic:blipFill>
                        <pic:spPr>
                          <a:xfrm>
                            <a:off x="3408219" y="3095914"/>
                            <a:ext cx="1401288" cy="1840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 name="Picture 15" descr="crop.jpg"/>
                          <pic:cNvPicPr/>
                        </pic:nvPicPr>
                        <pic:blipFill>
                          <a:blip r:embed="rId18" cstate="print">
                            <a:extLst>
                              <a:ext uri="{28A0092B-C50C-407E-A947-70E740481C1C}">
                                <a14:useLocalDpi xmlns:a14="http://schemas.microsoft.com/office/drawing/2010/main" val="0"/>
                              </a:ext>
                            </a:extLst>
                          </a:blip>
                          <a:srcRect t="13333" b="14444"/>
                          <a:stretch>
                            <a:fillRect/>
                          </a:stretch>
                        </pic:blipFill>
                        <pic:spPr>
                          <a:xfrm>
                            <a:off x="11876" y="3107790"/>
                            <a:ext cx="1472540" cy="184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V relativeFrom="margin">
                  <wp14:pctHeight>0</wp14:pctHeight>
                </wp14:sizeRelV>
              </wp:anchor>
            </w:drawing>
          </mc:Choice>
          <mc:Fallback>
            <w:pict>
              <v:group w14:anchorId="342F81EF" id="Group 703011974" o:spid="_x0000_s1026" style="position:absolute;left:0;text-align:left;margin-left:0;margin-top:0;width:378.7pt;height:339.75pt;z-index:251652608;mso-position-horizontal:center;mso-position-horizontal-relative:margin;mso-position-vertical:top;mso-position-vertical-relative:margin;mso-height-relative:margin" coordsize="48095,49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">
                <v:shapetype id="_x0000_t202" coordsize="21600,21600" o:spt="202" path="m,l,21600r21600,l21600,xe">
                  <v:stroke joinstyle="miter"/>
                  <v:path gradientshapeok="t" o:connecttype="rect"/>
                </v:shapetype>
                <v:shape id="Text Box 17" o:spid="_x0000_s1027" type="#_x0000_t202" style="position:absolute;left:2137;top:25294;width:14313;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" stroked="f">
                  <v:textbox>
                    <w:txbxContent>
                      <w:p w14:paraId="6119FF65"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v:textbox>
                </v:shape>
                <v:shape id="Text Box 18" o:spid="_x0000_s1028" type="#_x0000_t202" style="position:absolute;left:29807;top:25413;width:1612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" stroked="f">
                  <v:textbox>
                    <w:txbxContent>
                      <w:p w14:paraId="4D59DF51" w14:textId="77777777" w:rsidR="005B6E6D" w:rsidRPr="00DE4B61" w:rsidRDefault="005B6E6D" w:rsidP="005B6E6D">
                        <w:pPr>
                          <w:jc w:val="center"/>
                          <w:rPr>
                            <w:rFonts w:ascii="Arial" w:hAnsi="Arial" w:cs="Arial"/>
                            <w:sz w:val="24"/>
                            <w:szCs w:val="24"/>
                          </w:rPr>
                        </w:pPr>
                        <w:r w:rsidRPr="00DE4B61">
                          <w:rPr>
                            <w:rFonts w:ascii="Arial" w:hAnsi="Arial" w:cs="Arial"/>
                            <w:b/>
                            <w:bCs/>
                            <w:sz w:val="24"/>
                            <w:szCs w:val="24"/>
                          </w:rPr>
                          <w:t>variety-Indum-11</w:t>
                        </w:r>
                      </w:p>
                      <w:p w14:paraId="0BD9036A" w14:textId="77777777" w:rsidR="005B6E6D" w:rsidRDefault="005B6E6D" w:rsidP="005B6E6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l2.jpg" style="position:absolute;width:47263;height:2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" stroked="t" strokeweight="3pt">
                  <v:stroke endcap="square"/>
                  <v:imagedata r:id="rId19" o:title="l2" croptop="2912f" cropbottom="1456f" cropright="819f"/>
                  <v:shadow on="t" color="black" opacity="28180f" origin="-.5,-.5" offset=".74836mm,.74836mm"/>
                </v:shape>
                <v:shape id="Picture 14" o:spid="_x0000_s1030" type="#_x0000_t75" alt="c2.jpg" style="position:absolute;left:19000;top:31077;width:13657;height:1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" stroked="t" strokeweight="3pt">
                  <v:stroke endcap="square"/>
                  <v:imagedata r:id="rId20" o:title="c2"/>
                  <v:shadow on="t" color="black" opacity="28180f" origin="-.5,-.5" offset=".74836mm,.74836mm"/>
                </v:shape>
                <v:shape id="Picture 13" o:spid="_x0000_s1031" type="#_x0000_t75" alt="bp c.jpg" style="position:absolute;left:34082;top:30959;width:14013;height:18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" stroked="t" strokeweight="3pt">
                  <v:stroke endcap="square"/>
                  <v:imagedata r:id="rId21" o:title="bp c" croptop="3641f" cropbottom="13835f" cropleft="1699f" cropright="4288f"/>
                  <v:shadow on="t" color="black" opacity="28180f" origin="-.5,-.5" offset=".74836mm,.74836mm"/>
                </v:shape>
                <v:shape id="Picture 15" o:spid="_x0000_s1032" type="#_x0000_t75" alt="crop.jpg" style="position:absolute;left:118;top:31077;width:14726;height:1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" stroked="t" strokeweight="3pt">
                  <v:stroke endcap="square"/>
                  <v:imagedata r:id="rId22" o:title="crop" croptop="8738f" cropbottom="9466f"/>
                  <v:shadow on="t" color="black" opacity="28180f" origin="-.5,-.5" offset=".74836mm,.74836mm"/>
                </v:shape>
                <w10:wrap type="square" anchorx="margin" anchory="margin"/>
              </v:group>
            </w:pict>
          </mc:Fallback>
        </mc:AlternateContent>
      </w:r>
    </w:p>
    <w:p w14:paraId="4953D017" w14:textId="77777777" w:rsidR="005B6E6D" w:rsidRPr="00364491" w:rsidRDefault="005B6E6D" w:rsidP="005B6E6D">
      <w:pPr>
        <w:spacing w:after="240" w:line="360" w:lineRule="auto"/>
        <w:ind w:hanging="90"/>
        <w:jc w:val="center"/>
        <w:rPr>
          <w:rFonts w:ascii="Arial" w:hAnsi="Arial" w:cs="Arial"/>
          <w:b/>
          <w:bCs/>
          <w:i/>
          <w:sz w:val="24"/>
          <w:szCs w:val="24"/>
        </w:rPr>
      </w:pPr>
      <w:r w:rsidRPr="00364491">
        <w:rPr>
          <w:rFonts w:ascii="Arial" w:hAnsi="Arial" w:cs="Arial"/>
          <w:b/>
          <w:bCs/>
          <w:i/>
          <w:sz w:val="24"/>
          <w:szCs w:val="24"/>
        </w:rPr>
        <w:t xml:space="preserve">(a) Pot culture for </w:t>
      </w:r>
      <w:proofErr w:type="spellStart"/>
      <w:r w:rsidRPr="00364491">
        <w:rPr>
          <w:rFonts w:ascii="Arial" w:hAnsi="Arial" w:cs="Arial"/>
          <w:b/>
          <w:bCs/>
          <w:i/>
          <w:sz w:val="24"/>
          <w:szCs w:val="24"/>
        </w:rPr>
        <w:t>pathogenisity</w:t>
      </w:r>
      <w:proofErr w:type="spellEnd"/>
      <w:r w:rsidRPr="00364491">
        <w:rPr>
          <w:rFonts w:ascii="Arial" w:hAnsi="Arial" w:cs="Arial"/>
          <w:b/>
          <w:bCs/>
          <w:i/>
          <w:sz w:val="24"/>
          <w:szCs w:val="24"/>
        </w:rPr>
        <w:t xml:space="preserve"> test</w:t>
      </w:r>
    </w:p>
    <w:p w14:paraId="2F62EF9A" w14:textId="77777777" w:rsidR="005B6E6D" w:rsidRPr="00364491" w:rsidRDefault="005B6E6D" w:rsidP="005B6E6D">
      <w:pPr>
        <w:spacing w:after="240" w:line="360" w:lineRule="auto"/>
        <w:jc w:val="both"/>
        <w:rPr>
          <w:rFonts w:ascii="Arial" w:hAnsi="Arial" w:cs="Arial"/>
          <w:b/>
          <w:bCs/>
          <w:i/>
          <w:sz w:val="24"/>
          <w:szCs w:val="24"/>
        </w:rPr>
      </w:pPr>
      <w:r>
        <w:rPr>
          <w:rFonts w:ascii="Arial" w:hAnsi="Arial" w:cs="Arial"/>
          <w:b/>
          <w:bCs/>
          <w:i/>
          <w:noProof/>
          <w:sz w:val="24"/>
          <w:szCs w:val="24"/>
        </w:rPr>
        <mc:AlternateContent>
          <mc:Choice Requires="wpg">
            <w:drawing>
              <wp:anchor distT="0" distB="0" distL="114300" distR="114300" simplePos="0" relativeHeight="251654656" behindDoc="0" locked="0" layoutInCell="1" allowOverlap="1" wp14:anchorId="7DF5A94F" wp14:editId="546D2F50">
                <wp:simplePos x="0" y="0"/>
                <wp:positionH relativeFrom="column">
                  <wp:posOffset>85725</wp:posOffset>
                </wp:positionH>
                <wp:positionV relativeFrom="paragraph">
                  <wp:posOffset>-4445</wp:posOffset>
                </wp:positionV>
                <wp:extent cx="4366895" cy="2600325"/>
                <wp:effectExtent l="76200" t="76200" r="128905" b="0"/>
                <wp:wrapNone/>
                <wp:docPr id="703011975" name="Group 703011975"/>
                <wp:cNvGraphicFramePr/>
                <a:graphic xmlns:a="http://schemas.openxmlformats.org/drawingml/2006/main">
                  <a:graphicData uri="http://schemas.microsoft.com/office/word/2010/wordprocessingGroup">
                    <wpg:wgp>
                      <wpg:cNvGrpSpPr/>
                      <wpg:grpSpPr>
                        <a:xfrm>
                          <a:off x="0" y="0"/>
                          <a:ext cx="4366895" cy="2600325"/>
                          <a:chOff x="0" y="0"/>
                          <a:chExt cx="4367283" cy="2855357"/>
                        </a:xfrm>
                      </wpg:grpSpPr>
                      <pic:pic xmlns:pic="http://schemas.openxmlformats.org/drawingml/2006/picture">
                        <pic:nvPicPr>
                          <pic:cNvPr id="854797949" name="Picture 17" descr="HUMIDI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67283" cy="2402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54797934" name="Text Box 20"/>
                        <wps:cNvSpPr txBox="1">
                          <a:spLocks noChangeArrowheads="1"/>
                        </wps:cNvSpPr>
                        <wps:spPr bwMode="auto">
                          <a:xfrm>
                            <a:off x="272955" y="2497538"/>
                            <a:ext cx="1322070" cy="344170"/>
                          </a:xfrm>
                          <a:prstGeom prst="rect">
                            <a:avLst/>
                          </a:prstGeom>
                          <a:noFill/>
                          <a:ln w="9525">
                            <a:noFill/>
                            <a:miter lim="800000"/>
                            <a:headEnd/>
                            <a:tailEnd/>
                          </a:ln>
                        </wps:spPr>
                        <wps:txbx>
                          <w:txbxContent>
                            <w:p w14:paraId="76B155AB"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wps:txbx>
                        <wps:bodyPr rot="0" vert="horz" wrap="square" lIns="91440" tIns="45720" rIns="91440" bIns="45720" anchor="t" anchorCtr="0" upright="1">
                          <a:noAutofit/>
                        </wps:bodyPr>
                      </wps:wsp>
                      <wps:wsp>
                        <wps:cNvPr id="854797942" name="Text Box 21"/>
                        <wps:cNvSpPr txBox="1">
                          <a:spLocks noChangeArrowheads="1"/>
                        </wps:cNvSpPr>
                        <wps:spPr bwMode="auto">
                          <a:xfrm>
                            <a:off x="2770495" y="2511187"/>
                            <a:ext cx="1477645" cy="344170"/>
                          </a:xfrm>
                          <a:prstGeom prst="rect">
                            <a:avLst/>
                          </a:prstGeom>
                          <a:noFill/>
                          <a:ln w="9525">
                            <a:noFill/>
                            <a:miter lim="800000"/>
                            <a:headEnd/>
                            <a:tailEnd/>
                          </a:ln>
                        </wps:spPr>
                        <wps:txbx>
                          <w:txbxContent>
                            <w:p w14:paraId="3C7C37DD"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variety-Indum</w:t>
                              </w:r>
                              <w:r w:rsidRPr="003F5FC1">
                                <w:rPr>
                                  <w:rFonts w:ascii="Arial" w:hAnsi="Arial" w:cs="Arial"/>
                                  <w:b/>
                                  <w:bCs/>
                                </w:rPr>
                                <w:t>-11</w:t>
                              </w:r>
                            </w:p>
                            <w:p w14:paraId="0477DDC6" w14:textId="77777777" w:rsidR="005B6E6D" w:rsidRDefault="005B6E6D" w:rsidP="005B6E6D">
                              <w:pPr>
                                <w:jc w:val="cente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F5A94F" id="Group 703011975" o:spid="_x0000_s1033" style="position:absolute;left:0;text-align:left;margin-left:6.75pt;margin-top:-.35pt;width:343.85pt;height:204.75pt;z-index:251654656;mso-height-relative:margin" coordsize="43672,28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">
                <v:shape id="Picture 17" o:spid="_x0000_s1034" type="#_x0000_t75" alt="HUMIDITY.jpg" style="position:absolute;width:43672;height:2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" stroked="t" strokeweight="3pt">
                  <v:stroke endcap="square"/>
                  <v:imagedata r:id="rId24" o:title="HUMIDITY"/>
                  <v:shadow on="t" color="black" opacity="28180f" origin="-.5,-.5" offset=".74836mm,.74836mm"/>
                </v:shape>
                <v:shape id="Text Box 20" o:spid="_x0000_s1035" type="#_x0000_t202" style="position:absolute;left:2729;top:24975;width:13221;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" filled="f" stroked="f">
                  <v:textbox>
                    <w:txbxContent>
                      <w:p w14:paraId="76B155AB"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v:textbox>
                </v:shape>
                <v:shape id="Text Box 21" o:spid="_x0000_s1036" type="#_x0000_t202" style="position:absolute;left:27704;top:25111;width:1477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" filled="f" stroked="f">
                  <v:textbox>
                    <w:txbxContent>
                      <w:p w14:paraId="3C7C37DD"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variety-Indum</w:t>
                        </w:r>
                        <w:r w:rsidRPr="003F5FC1">
                          <w:rPr>
                            <w:rFonts w:ascii="Arial" w:hAnsi="Arial" w:cs="Arial"/>
                            <w:b/>
                            <w:bCs/>
                          </w:rPr>
                          <w:t>-11</w:t>
                        </w:r>
                      </w:p>
                      <w:p w14:paraId="0477DDC6" w14:textId="77777777" w:rsidR="005B6E6D" w:rsidRDefault="005B6E6D" w:rsidP="005B6E6D">
                        <w:pPr>
                          <w:jc w:val="center"/>
                        </w:pPr>
                      </w:p>
                    </w:txbxContent>
                  </v:textbox>
                </v:shape>
              </v:group>
            </w:pict>
          </mc:Fallback>
        </mc:AlternateContent>
      </w:r>
    </w:p>
    <w:p w14:paraId="018EBA58" w14:textId="77777777" w:rsidR="005B6E6D" w:rsidRPr="00364491" w:rsidRDefault="005B6E6D" w:rsidP="005B6E6D">
      <w:pPr>
        <w:spacing w:after="240" w:line="360" w:lineRule="auto"/>
        <w:jc w:val="both"/>
        <w:rPr>
          <w:rFonts w:ascii="Arial" w:hAnsi="Arial" w:cs="Arial"/>
          <w:b/>
          <w:bCs/>
          <w:i/>
          <w:sz w:val="24"/>
          <w:szCs w:val="24"/>
        </w:rPr>
      </w:pPr>
    </w:p>
    <w:p w14:paraId="5B8F7BD0" w14:textId="77777777" w:rsidR="005B6E6D" w:rsidRDefault="005B6E6D" w:rsidP="005B6E6D">
      <w:pPr>
        <w:spacing w:after="240" w:line="360" w:lineRule="auto"/>
        <w:jc w:val="both"/>
        <w:rPr>
          <w:rFonts w:ascii="Arial" w:hAnsi="Arial" w:cs="Arial"/>
          <w:b/>
          <w:bCs/>
          <w:i/>
          <w:sz w:val="24"/>
          <w:szCs w:val="24"/>
        </w:rPr>
      </w:pPr>
      <w:r w:rsidRPr="00364491">
        <w:rPr>
          <w:rFonts w:ascii="Arial" w:hAnsi="Arial" w:cs="Arial"/>
          <w:b/>
          <w:bCs/>
          <w:i/>
          <w:sz w:val="24"/>
          <w:szCs w:val="24"/>
        </w:rPr>
        <w:t xml:space="preserve">    </w:t>
      </w:r>
    </w:p>
    <w:p w14:paraId="2A8DBD19" w14:textId="77777777" w:rsidR="005B6E6D" w:rsidRDefault="005B6E6D" w:rsidP="005B6E6D">
      <w:pPr>
        <w:spacing w:after="240" w:line="360" w:lineRule="auto"/>
        <w:jc w:val="both"/>
        <w:rPr>
          <w:rFonts w:ascii="Arial" w:hAnsi="Arial" w:cs="Arial"/>
          <w:b/>
          <w:bCs/>
          <w:i/>
          <w:sz w:val="24"/>
          <w:szCs w:val="24"/>
        </w:rPr>
      </w:pPr>
    </w:p>
    <w:p w14:paraId="1A9C218E" w14:textId="77777777" w:rsidR="005B6E6D" w:rsidRDefault="005B6E6D" w:rsidP="005B6E6D">
      <w:pPr>
        <w:spacing w:after="240" w:line="360" w:lineRule="auto"/>
        <w:jc w:val="both"/>
        <w:rPr>
          <w:rFonts w:ascii="Arial" w:hAnsi="Arial" w:cs="Arial"/>
          <w:b/>
          <w:bCs/>
          <w:i/>
          <w:sz w:val="24"/>
          <w:szCs w:val="24"/>
        </w:rPr>
      </w:pPr>
    </w:p>
    <w:p w14:paraId="72C00446" w14:textId="77777777" w:rsidR="005B6E6D" w:rsidRDefault="005B6E6D" w:rsidP="005B6E6D">
      <w:pPr>
        <w:spacing w:after="240" w:line="360" w:lineRule="auto"/>
        <w:jc w:val="both"/>
        <w:rPr>
          <w:rFonts w:ascii="Arial" w:hAnsi="Arial" w:cs="Arial"/>
          <w:b/>
          <w:bCs/>
          <w:i/>
          <w:sz w:val="24"/>
          <w:szCs w:val="24"/>
        </w:rPr>
      </w:pPr>
    </w:p>
    <w:p w14:paraId="4B70DA67" w14:textId="77777777" w:rsidR="005B6E6D" w:rsidRPr="00FD48B1" w:rsidRDefault="005B6E6D" w:rsidP="005B6E6D">
      <w:pPr>
        <w:spacing w:after="240" w:line="360" w:lineRule="auto"/>
        <w:jc w:val="both"/>
        <w:rPr>
          <w:rFonts w:ascii="Arial" w:hAnsi="Arial" w:cs="Arial"/>
          <w:b/>
          <w:bCs/>
          <w:i/>
          <w:sz w:val="12"/>
          <w:szCs w:val="24"/>
        </w:rPr>
      </w:pPr>
    </w:p>
    <w:p w14:paraId="43778DB1" w14:textId="77777777" w:rsidR="005B6E6D" w:rsidRDefault="005B6E6D" w:rsidP="005B6E6D">
      <w:pPr>
        <w:spacing w:after="240" w:line="360" w:lineRule="auto"/>
        <w:jc w:val="center"/>
        <w:rPr>
          <w:rFonts w:ascii="Arial" w:hAnsi="Arial" w:cs="Arial"/>
          <w:b/>
          <w:bCs/>
          <w:i/>
          <w:sz w:val="24"/>
          <w:szCs w:val="24"/>
        </w:rPr>
      </w:pPr>
      <w:r w:rsidRPr="00364491">
        <w:rPr>
          <w:rFonts w:ascii="Arial" w:hAnsi="Arial" w:cs="Arial"/>
          <w:b/>
          <w:bCs/>
          <w:i/>
          <w:sz w:val="24"/>
          <w:szCs w:val="24"/>
        </w:rPr>
        <w:t>(b)</w:t>
      </w:r>
      <w:r>
        <w:rPr>
          <w:rFonts w:ascii="Arial" w:hAnsi="Arial" w:cs="Arial"/>
          <w:b/>
          <w:bCs/>
          <w:i/>
          <w:sz w:val="24"/>
          <w:szCs w:val="24"/>
        </w:rPr>
        <w:t xml:space="preserve"> Humidity was </w:t>
      </w:r>
      <w:proofErr w:type="gramStart"/>
      <w:r>
        <w:rPr>
          <w:rFonts w:ascii="Arial" w:hAnsi="Arial" w:cs="Arial"/>
          <w:b/>
          <w:bCs/>
          <w:i/>
          <w:sz w:val="24"/>
          <w:szCs w:val="24"/>
        </w:rPr>
        <w:t>maintain</w:t>
      </w:r>
      <w:proofErr w:type="gramEnd"/>
      <w:r>
        <w:rPr>
          <w:rFonts w:ascii="Arial" w:hAnsi="Arial" w:cs="Arial"/>
          <w:b/>
          <w:bCs/>
          <w:i/>
          <w:sz w:val="24"/>
          <w:szCs w:val="24"/>
        </w:rPr>
        <w:t xml:space="preserve"> for </w:t>
      </w:r>
      <w:proofErr w:type="spellStart"/>
      <w:r>
        <w:rPr>
          <w:rFonts w:ascii="Arial" w:hAnsi="Arial" w:cs="Arial"/>
          <w:b/>
          <w:bCs/>
          <w:i/>
          <w:sz w:val="24"/>
          <w:szCs w:val="24"/>
        </w:rPr>
        <w:t>pathogenisity</w:t>
      </w:r>
      <w:proofErr w:type="spellEnd"/>
      <w:r>
        <w:rPr>
          <w:rFonts w:ascii="Arial" w:hAnsi="Arial" w:cs="Arial"/>
          <w:b/>
          <w:bCs/>
          <w:i/>
          <w:sz w:val="24"/>
          <w:szCs w:val="24"/>
        </w:rPr>
        <w:t xml:space="preserve"> test</w:t>
      </w:r>
    </w:p>
    <w:p w14:paraId="5C8384D5" w14:textId="16A67B2D" w:rsidR="005B6E6D" w:rsidRPr="0081191B" w:rsidRDefault="005B6E6D" w:rsidP="005B6E6D">
      <w:pPr>
        <w:spacing w:line="360" w:lineRule="auto"/>
        <w:ind w:left="1080" w:hanging="1080"/>
        <w:jc w:val="both"/>
        <w:rPr>
          <w:rFonts w:ascii="Arial" w:hAnsi="Arial" w:cs="Arial"/>
          <w:b/>
          <w:bCs/>
          <w:i/>
        </w:rPr>
      </w:pPr>
      <w:r w:rsidRPr="008D2691">
        <w:rPr>
          <w:rFonts w:ascii="Arial" w:hAnsi="Arial" w:cs="Arial"/>
          <w:b/>
          <w:bCs/>
          <w:sz w:val="24"/>
          <w:szCs w:val="24"/>
        </w:rPr>
        <w:t>Pl</w:t>
      </w:r>
      <w:r>
        <w:rPr>
          <w:rFonts w:ascii="Arial" w:hAnsi="Arial" w:cs="Arial"/>
          <w:b/>
          <w:bCs/>
          <w:sz w:val="24"/>
          <w:szCs w:val="24"/>
        </w:rPr>
        <w:t xml:space="preserve">ate </w:t>
      </w:r>
      <w:r w:rsidR="00663AD9">
        <w:rPr>
          <w:rFonts w:ascii="Arial" w:hAnsi="Arial" w:cs="Arial"/>
          <w:b/>
          <w:bCs/>
          <w:sz w:val="24"/>
          <w:szCs w:val="24"/>
        </w:rPr>
        <w:t>2</w:t>
      </w:r>
      <w:r>
        <w:rPr>
          <w:rFonts w:ascii="Arial" w:hAnsi="Arial" w:cs="Arial"/>
          <w:b/>
          <w:bCs/>
          <w:sz w:val="24"/>
          <w:szCs w:val="24"/>
        </w:rPr>
        <w:t>.</w:t>
      </w:r>
      <w:r w:rsidRPr="0081191B">
        <w:rPr>
          <w:rFonts w:ascii="Arial" w:hAnsi="Arial" w:cs="Arial"/>
          <w:b/>
          <w:bCs/>
          <w:i/>
          <w:sz w:val="24"/>
          <w:szCs w:val="24"/>
        </w:rPr>
        <w:t xml:space="preserve"> </w:t>
      </w:r>
      <w:r>
        <w:rPr>
          <w:rFonts w:ascii="Arial" w:hAnsi="Arial" w:cs="Arial"/>
          <w:b/>
          <w:bCs/>
          <w:i/>
          <w:sz w:val="24"/>
          <w:szCs w:val="24"/>
        </w:rPr>
        <w:t xml:space="preserve">(a) </w:t>
      </w:r>
      <w:r w:rsidRPr="001D31AB">
        <w:rPr>
          <w:rFonts w:ascii="Arial" w:hAnsi="Arial" w:cs="Arial"/>
          <w:b/>
          <w:bCs/>
          <w:i/>
          <w:sz w:val="24"/>
          <w:szCs w:val="24"/>
        </w:rPr>
        <w:t xml:space="preserve">Pot culture for </w:t>
      </w:r>
      <w:proofErr w:type="spellStart"/>
      <w:r w:rsidRPr="001D31AB">
        <w:rPr>
          <w:rFonts w:ascii="Arial" w:hAnsi="Arial" w:cs="Arial"/>
          <w:b/>
          <w:bCs/>
          <w:i/>
          <w:sz w:val="24"/>
          <w:szCs w:val="24"/>
        </w:rPr>
        <w:t>pathogenisity</w:t>
      </w:r>
      <w:proofErr w:type="spellEnd"/>
      <w:r w:rsidRPr="001D31AB">
        <w:rPr>
          <w:rFonts w:ascii="Arial" w:hAnsi="Arial" w:cs="Arial"/>
          <w:b/>
          <w:bCs/>
          <w:i/>
          <w:sz w:val="24"/>
          <w:szCs w:val="24"/>
        </w:rPr>
        <w:t xml:space="preserve"> test</w:t>
      </w:r>
      <w:r>
        <w:rPr>
          <w:rFonts w:ascii="Arial" w:hAnsi="Arial" w:cs="Arial"/>
          <w:b/>
          <w:bCs/>
          <w:i/>
          <w:sz w:val="24"/>
          <w:szCs w:val="24"/>
        </w:rPr>
        <w:t>;</w:t>
      </w:r>
      <w:r w:rsidRPr="001D31AB">
        <w:rPr>
          <w:rFonts w:ascii="Arial" w:hAnsi="Arial" w:cs="Arial"/>
          <w:b/>
          <w:bCs/>
          <w:i/>
          <w:sz w:val="24"/>
          <w:szCs w:val="24"/>
        </w:rPr>
        <w:t xml:space="preserve"> </w:t>
      </w:r>
      <w:r>
        <w:rPr>
          <w:rFonts w:ascii="Arial" w:hAnsi="Arial" w:cs="Arial"/>
          <w:b/>
          <w:bCs/>
          <w:i/>
        </w:rPr>
        <w:t>(b)</w:t>
      </w:r>
      <w:r>
        <w:rPr>
          <w:rFonts w:ascii="Arial" w:hAnsi="Arial" w:cs="Arial"/>
          <w:b/>
          <w:bCs/>
          <w:sz w:val="24"/>
          <w:szCs w:val="24"/>
        </w:rPr>
        <w:t xml:space="preserve"> Humidity was </w:t>
      </w:r>
      <w:r w:rsidRPr="008D2691">
        <w:rPr>
          <w:rFonts w:ascii="Arial" w:hAnsi="Arial" w:cs="Arial"/>
          <w:b/>
          <w:bCs/>
          <w:sz w:val="24"/>
          <w:szCs w:val="24"/>
        </w:rPr>
        <w:t xml:space="preserve">maintain for </w:t>
      </w:r>
      <w:proofErr w:type="spellStart"/>
      <w:r w:rsidRPr="008D2691">
        <w:rPr>
          <w:rFonts w:ascii="Arial" w:hAnsi="Arial" w:cs="Arial"/>
          <w:b/>
          <w:bCs/>
          <w:sz w:val="24"/>
          <w:szCs w:val="24"/>
        </w:rPr>
        <w:t>pathogenisity</w:t>
      </w:r>
      <w:proofErr w:type="spellEnd"/>
      <w:r w:rsidRPr="008D2691">
        <w:rPr>
          <w:rFonts w:ascii="Arial" w:hAnsi="Arial" w:cs="Arial"/>
          <w:b/>
          <w:bCs/>
          <w:sz w:val="24"/>
          <w:szCs w:val="24"/>
        </w:rPr>
        <w:t xml:space="preserve"> test</w:t>
      </w:r>
    </w:p>
    <w:p w14:paraId="3C8BCECC" w14:textId="77777777" w:rsidR="005B6E6D" w:rsidRDefault="005B6E6D" w:rsidP="005B6E6D">
      <w:pPr>
        <w:spacing w:after="240" w:line="360" w:lineRule="auto"/>
        <w:jc w:val="both"/>
        <w:rPr>
          <w:rFonts w:ascii="Arial" w:hAnsi="Arial" w:cs="Arial"/>
          <w:b/>
          <w:bCs/>
          <w:i/>
          <w:sz w:val="24"/>
          <w:szCs w:val="24"/>
        </w:rPr>
        <w:sectPr w:rsidR="005B6E6D" w:rsidSect="0034027B">
          <w:pgSz w:w="11920" w:h="16850"/>
          <w:pgMar w:top="1440" w:right="1440" w:bottom="1440" w:left="2160" w:header="0" w:footer="720" w:gutter="720"/>
          <w:pgNumType w:start="31"/>
          <w:cols w:space="720"/>
          <w:titlePg/>
          <w:docGrid w:linePitch="299"/>
        </w:sectPr>
      </w:pPr>
    </w:p>
    <w:p w14:paraId="5A8945C5" w14:textId="77777777" w:rsidR="005B6E6D" w:rsidRDefault="005B6E6D" w:rsidP="005B6E6D">
      <w:pPr>
        <w:spacing w:after="240" w:line="360" w:lineRule="auto"/>
        <w:jc w:val="both"/>
        <w:rPr>
          <w:rFonts w:ascii="Arial" w:hAnsi="Arial" w:cs="Arial"/>
          <w:b/>
          <w:bCs/>
          <w:i/>
          <w:sz w:val="24"/>
          <w:szCs w:val="24"/>
        </w:rPr>
      </w:pPr>
      <w:r>
        <w:rPr>
          <w:rFonts w:ascii="Arial" w:hAnsi="Arial" w:cs="Arial"/>
          <w:b/>
          <w:bCs/>
          <w:i/>
          <w:noProof/>
          <w:sz w:val="24"/>
          <w:szCs w:val="24"/>
        </w:rPr>
        <w:lastRenderedPageBreak/>
        <mc:AlternateContent>
          <mc:Choice Requires="wpg">
            <w:drawing>
              <wp:anchor distT="0" distB="0" distL="114300" distR="114300" simplePos="0" relativeHeight="251656704" behindDoc="0" locked="0" layoutInCell="1" allowOverlap="1" wp14:anchorId="7BBCF463" wp14:editId="1AF8827D">
                <wp:simplePos x="1864426" y="961901"/>
                <wp:positionH relativeFrom="margin">
                  <wp:align>center</wp:align>
                </wp:positionH>
                <wp:positionV relativeFrom="margin">
                  <wp:align>top</wp:align>
                </wp:positionV>
                <wp:extent cx="4750130" cy="8134598"/>
                <wp:effectExtent l="0" t="76200" r="69850" b="19050"/>
                <wp:wrapSquare wrapText="bothSides"/>
                <wp:docPr id="703011983" name="Group 703011983"/>
                <wp:cNvGraphicFramePr/>
                <a:graphic xmlns:a="http://schemas.openxmlformats.org/drawingml/2006/main">
                  <a:graphicData uri="http://schemas.microsoft.com/office/word/2010/wordprocessingGroup">
                    <wpg:wgp>
                      <wpg:cNvGrpSpPr/>
                      <wpg:grpSpPr>
                        <a:xfrm>
                          <a:off x="0" y="0"/>
                          <a:ext cx="4750130" cy="8134598"/>
                          <a:chOff x="0" y="0"/>
                          <a:chExt cx="4750130" cy="8134598"/>
                        </a:xfrm>
                      </wpg:grpSpPr>
                      <pic:pic xmlns:pic="http://schemas.openxmlformats.org/drawingml/2006/picture">
                        <pic:nvPicPr>
                          <pic:cNvPr id="703011968" name="Picture 19" descr="initial.jpg"/>
                          <pic:cNvPicPr/>
                        </pic:nvPicPr>
                        <pic:blipFill>
                          <a:blip r:embed="rId25" cstate="print">
                            <a:extLst>
                              <a:ext uri="{28A0092B-C50C-407E-A947-70E740481C1C}">
                                <a14:useLocalDpi xmlns:a14="http://schemas.microsoft.com/office/drawing/2010/main" val="0"/>
                              </a:ext>
                            </a:extLst>
                          </a:blip>
                          <a:srcRect t="7377" b="12568"/>
                          <a:stretch>
                            <a:fillRect/>
                          </a:stretch>
                        </pic:blipFill>
                        <pic:spPr>
                          <a:xfrm>
                            <a:off x="95003" y="0"/>
                            <a:ext cx="2173184"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03011970" name="Picture 21" descr="LEAF Stearioscop.jpg"/>
                          <pic:cNvPicPr/>
                        </pic:nvPicPr>
                        <pic:blipFill>
                          <a:blip r:embed="rId26" cstate="print">
                            <a:extLst>
                              <a:ext uri="{28A0092B-C50C-407E-A947-70E740481C1C}">
                                <a14:useLocalDpi xmlns:a14="http://schemas.microsoft.com/office/drawing/2010/main" val="0"/>
                              </a:ext>
                            </a:extLst>
                          </a:blip>
                          <a:srcRect t="15555" b="11111"/>
                          <a:stretch>
                            <a:fillRect/>
                          </a:stretch>
                        </pic:blipFill>
                        <pic:spPr>
                          <a:xfrm>
                            <a:off x="2612571" y="0"/>
                            <a:ext cx="2030681"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76" name="Text Box 703011976"/>
                        <wps:cNvSpPr txBox="1"/>
                        <wps:spPr>
                          <a:xfrm>
                            <a:off x="83127" y="2291938"/>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D2E29" w14:textId="77777777" w:rsidR="005B6E6D" w:rsidRPr="005524D9" w:rsidRDefault="005B6E6D" w:rsidP="005B6E6D">
                              <w:pPr>
                                <w:jc w:val="center"/>
                                <w:rPr>
                                  <w:rFonts w:ascii="Arial" w:hAnsi="Arial" w:cs="Arial"/>
                                  <w:b/>
                                  <w:sz w:val="24"/>
                                </w:rPr>
                              </w:pPr>
                              <w:r w:rsidRPr="005524D9">
                                <w:rPr>
                                  <w:rFonts w:ascii="Arial" w:hAnsi="Arial" w:cs="Arial"/>
                                  <w:b/>
                                  <w:sz w:val="24"/>
                                </w:rPr>
                                <w:t>(a) Initial symptoms on leaves of variety Indum-11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77" name="Text Box 703011977"/>
                        <wps:cNvSpPr txBox="1"/>
                        <wps:spPr>
                          <a:xfrm>
                            <a:off x="2541319" y="2291938"/>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E7A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(b) Stereoscopic image of </w:t>
                              </w:r>
                              <w:proofErr w:type="spellStart"/>
                              <w:r w:rsidRPr="005524D9">
                                <w:rPr>
                                  <w:rFonts w:ascii="Arial" w:hAnsi="Arial" w:cs="Arial"/>
                                  <w:b/>
                                  <w:sz w:val="24"/>
                                </w:rPr>
                                <w:t>acervuli</w:t>
                              </w:r>
                              <w:proofErr w:type="spellEnd"/>
                              <w:r w:rsidRPr="005524D9">
                                <w:rPr>
                                  <w:rFonts w:ascii="Arial" w:hAnsi="Arial" w:cs="Arial"/>
                                  <w:b/>
                                  <w:sz w:val="24"/>
                                </w:rPr>
                                <w:t xml:space="preserve"> on 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3011971" name="Picture 22" descr="twig.jpg"/>
                          <pic:cNvPicPr/>
                        </pic:nvPicPr>
                        <pic:blipFill>
                          <a:blip r:embed="rId27" cstate="print">
                            <a:extLst>
                              <a:ext uri="{28A0092B-C50C-407E-A947-70E740481C1C}">
                                <a14:useLocalDpi xmlns:a14="http://schemas.microsoft.com/office/drawing/2010/main" val="0"/>
                              </a:ext>
                            </a:extLst>
                          </a:blip>
                          <a:stretch>
                            <a:fillRect/>
                          </a:stretch>
                        </pic:blipFill>
                        <pic:spPr>
                          <a:xfrm>
                            <a:off x="106878" y="2956956"/>
                            <a:ext cx="2185060"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03011972"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2636322" y="2968831"/>
                            <a:ext cx="2042556" cy="2078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81" name="Text Box 703011981"/>
                        <wps:cNvSpPr txBox="1"/>
                        <wps:spPr>
                          <a:xfrm>
                            <a:off x="178130" y="5142016"/>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9DA5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(c) </w:t>
                              </w:r>
                              <w:r>
                                <w:rPr>
                                  <w:rFonts w:ascii="Arial" w:hAnsi="Arial" w:cs="Arial"/>
                                  <w:b/>
                                  <w:sz w:val="24"/>
                                </w:rPr>
                                <w:t>S</w:t>
                              </w:r>
                              <w:r w:rsidRPr="005524D9">
                                <w:rPr>
                                  <w:rFonts w:ascii="Arial" w:hAnsi="Arial" w:cs="Arial"/>
                                  <w:b/>
                                  <w:sz w:val="24"/>
                                </w:rPr>
                                <w:t>ymptom on twig of variety AK-47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2" name="Text Box 703011982"/>
                        <wps:cNvSpPr txBox="1"/>
                        <wps:spPr>
                          <a:xfrm>
                            <a:off x="2576945" y="5142016"/>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1D72B"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(d) Symptom on red fruit of </w:t>
                              </w:r>
                              <w:proofErr w:type="spellStart"/>
                              <w:r w:rsidRPr="005524D9">
                                <w:rPr>
                                  <w:rFonts w:ascii="Arial" w:hAnsi="Arial" w:cs="Arial"/>
                                  <w:b/>
                                  <w:sz w:val="24"/>
                                </w:rPr>
                                <w:t>chilli</w:t>
                              </w:r>
                              <w:proofErr w:type="spellEnd"/>
                              <w:r w:rsidRPr="005524D9">
                                <w:rPr>
                                  <w:rFonts w:ascii="Arial" w:hAnsi="Arial" w:cs="Arial"/>
                                  <w:b/>
                                  <w:sz w:val="24"/>
                                </w:rPr>
                                <w:t xml:space="preserve"> variety AK-47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3011978" name="Picture 27" descr="green fruit chilli.jpg"/>
                          <pic:cNvPicPr/>
                        </pic:nvPicPr>
                        <pic:blipFill>
                          <a:blip r:embed="rId29" cstate="print">
                            <a:extLst>
                              <a:ext uri="{28A0092B-C50C-407E-A947-70E740481C1C}">
                                <a14:useLocalDpi xmlns:a14="http://schemas.microsoft.com/office/drawing/2010/main" val="0"/>
                              </a:ext>
                            </a:extLst>
                          </a:blip>
                          <a:stretch>
                            <a:fillRect/>
                          </a:stretch>
                        </pic:blipFill>
                        <pic:spPr>
                          <a:xfrm rot="16200000" flipV="1">
                            <a:off x="1353787" y="5011388"/>
                            <a:ext cx="1935678" cy="3360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54797931" name="Text Box 22"/>
                        <wps:cNvSpPr txBox="1">
                          <a:spLocks noChangeArrowheads="1"/>
                        </wps:cNvSpPr>
                        <wps:spPr bwMode="auto">
                          <a:xfrm>
                            <a:off x="0" y="7778338"/>
                            <a:ext cx="4750130" cy="356260"/>
                          </a:xfrm>
                          <a:prstGeom prst="rect">
                            <a:avLst/>
                          </a:prstGeom>
                          <a:solidFill>
                            <a:srgbClr val="FFFFFF"/>
                          </a:solidFill>
                          <a:ln w="9525">
                            <a:solidFill>
                              <a:schemeClr val="bg1">
                                <a:lumMod val="100000"/>
                                <a:lumOff val="0"/>
                              </a:schemeClr>
                            </a:solidFill>
                            <a:miter lim="800000"/>
                            <a:headEnd/>
                            <a:tailEnd/>
                          </a:ln>
                        </wps:spPr>
                        <wps:txbx>
                          <w:txbxContent>
                            <w:p w14:paraId="24734C37" w14:textId="77777777" w:rsidR="005B6E6D" w:rsidRDefault="005B6E6D" w:rsidP="005B6E6D">
                              <w:pPr>
                                <w:jc w:val="center"/>
                              </w:pPr>
                              <w:r>
                                <w:rPr>
                                  <w:rFonts w:ascii="Arial" w:hAnsi="Arial" w:cs="Arial"/>
                                  <w:b/>
                                  <w:bCs/>
                                  <w:sz w:val="24"/>
                                  <w:szCs w:val="24"/>
                                </w:rPr>
                                <w:t xml:space="preserve">(e) Symptoms on green fruits of capsicum </w:t>
                              </w:r>
                              <w:r w:rsidRPr="003F5FC1">
                                <w:rPr>
                                  <w:rFonts w:ascii="Arial" w:hAnsi="Arial" w:cs="Arial"/>
                                  <w:b/>
                                  <w:bCs/>
                                  <w:sz w:val="24"/>
                                  <w:szCs w:val="24"/>
                                </w:rPr>
                                <w:t>variety-Indum</w:t>
                              </w:r>
                              <w:r w:rsidRPr="003F5FC1">
                                <w:rPr>
                                  <w:rFonts w:ascii="Arial" w:hAnsi="Arial" w:cs="Arial"/>
                                  <w:b/>
                                  <w:bCs/>
                                </w:rPr>
                                <w:t>-11</w:t>
                              </w:r>
                            </w:p>
                          </w:txbxContent>
                        </wps:txbx>
                        <wps:bodyPr rot="0" vert="horz" wrap="square" lIns="91440" tIns="45720" rIns="91440" bIns="45720" anchor="t" anchorCtr="0" upright="1">
                          <a:noAutofit/>
                        </wps:bodyPr>
                      </wps:wsp>
                    </wpg:wgp>
                  </a:graphicData>
                </a:graphic>
              </wp:anchor>
            </w:drawing>
          </mc:Choice>
          <mc:Fallback>
            <w:pict>
              <v:group w14:anchorId="7BBCF463" id="Group 703011983" o:spid="_x0000_s1037" style="position:absolute;left:0;text-align:left;margin-left:0;margin-top:0;width:374.05pt;height:640.5pt;z-index:251656704;mso-position-horizontal:center;mso-position-horizontal-relative:margin;mso-position-vertical:top;mso-position-vertical-relative:margin" coordsize="47501,81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">
                <v:shape id="Picture 19" o:spid="_x0000_s1038" type="#_x0000_t75" alt="initial.jpg" style="position:absolute;left:950;width:21731;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" stroked="t" strokeweight="3pt">
                  <v:stroke endcap="square"/>
                  <v:imagedata r:id="rId30" o:title="initial" croptop="4835f" cropbottom="8237f"/>
                  <v:shadow on="t" color="black" opacity="28180f" origin="-.5,-.5" offset=".74836mm,.74836mm"/>
                </v:shape>
                <v:shape id="Picture 21" o:spid="_x0000_s1039" type="#_x0000_t75" alt="LEAF Stearioscop.jpg" style="position:absolute;left:26125;width:20307;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" stroked="t" strokeweight="3pt">
                  <v:stroke endcap="square"/>
                  <v:imagedata r:id="rId31" o:title="LEAF Stearioscop" croptop="10194f" cropbottom="7282f"/>
                  <v:shadow on="t" color="black" opacity="28180f" origin="-.5,-.5" offset=".74836mm,.74836mm"/>
                </v:shape>
                <v:shape id="Text Box 703011976" o:spid="_x0000_s1040" type="#_x0000_t202" style="position:absolute;left:831;top:22919;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" filled="f" stroked="f" strokeweight=".5pt">
                  <v:textbox>
                    <w:txbxContent>
                      <w:p w14:paraId="26FD2E29" w14:textId="77777777" w:rsidR="005B6E6D" w:rsidRPr="005524D9" w:rsidRDefault="005B6E6D" w:rsidP="005B6E6D">
                        <w:pPr>
                          <w:jc w:val="center"/>
                          <w:rPr>
                            <w:rFonts w:ascii="Arial" w:hAnsi="Arial" w:cs="Arial"/>
                            <w:b/>
                            <w:sz w:val="24"/>
                          </w:rPr>
                        </w:pPr>
                        <w:r w:rsidRPr="005524D9">
                          <w:rPr>
                            <w:rFonts w:ascii="Arial" w:hAnsi="Arial" w:cs="Arial"/>
                            <w:b/>
                            <w:sz w:val="24"/>
                          </w:rPr>
                          <w:t>(a) Initial symptoms on leaves of variety Indum-11</w:t>
                        </w:r>
                      </w:p>
                    </w:txbxContent>
                  </v:textbox>
                </v:shape>
                <v:shape id="Text Box 703011977" o:spid="_x0000_s1041" type="#_x0000_t202" style="position:absolute;left:25413;top:22919;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" filled="f" stroked="f" strokeweight=".5pt">
                  <v:textbox>
                    <w:txbxContent>
                      <w:p w14:paraId="1C03E7A9" w14:textId="77777777" w:rsidR="005B6E6D" w:rsidRPr="005524D9" w:rsidRDefault="005B6E6D" w:rsidP="005B6E6D">
                        <w:pPr>
                          <w:jc w:val="center"/>
                          <w:rPr>
                            <w:rFonts w:ascii="Arial" w:hAnsi="Arial" w:cs="Arial"/>
                            <w:b/>
                            <w:sz w:val="24"/>
                          </w:rPr>
                        </w:pPr>
                        <w:r w:rsidRPr="005524D9">
                          <w:rPr>
                            <w:rFonts w:ascii="Arial" w:hAnsi="Arial" w:cs="Arial"/>
                            <w:b/>
                            <w:sz w:val="24"/>
                          </w:rPr>
                          <w:t>(b) Stereoscopic image of acervuli on leaves</w:t>
                        </w:r>
                      </w:p>
                    </w:txbxContent>
                  </v:textbox>
                </v:shape>
                <v:shape id="Picture 22" o:spid="_x0000_s1042" type="#_x0000_t75" alt="twig.jpg" style="position:absolute;left:1068;top:29569;width:21851;height:2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" stroked="t" strokeweight="3pt">
                  <v:stroke endcap="square"/>
                  <v:imagedata r:id="rId32" o:title="twig"/>
                  <v:shadow on="t" color="black" opacity="28180f" origin="-.5,-.5" offset=".74836mm,.74836mm"/>
                </v:shape>
                <v:shape id="Picture 23" o:spid="_x0000_s1043" type="#_x0000_t75" style="position:absolute;left:26363;top:29688;width:20425;height:2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" stroked="t" strokeweight="3pt">
                  <v:stroke endcap="square"/>
                  <v:imagedata r:id="rId33" o:title=""/>
                  <v:shadow on="t" color="black" opacity="28180f" origin="-.5,-.5" offset=".74836mm,.74836mm"/>
                </v:shape>
                <v:shape id="Text Box 703011981" o:spid="_x0000_s1044" type="#_x0000_t202" style="position:absolute;left:1781;top:51420;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" filled="f" stroked="f" strokeweight=".5pt">
                  <v:textbox>
                    <w:txbxContent>
                      <w:p w14:paraId="5A99DA5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(c) </w:t>
                        </w:r>
                        <w:r>
                          <w:rPr>
                            <w:rFonts w:ascii="Arial" w:hAnsi="Arial" w:cs="Arial"/>
                            <w:b/>
                            <w:sz w:val="24"/>
                          </w:rPr>
                          <w:t>S</w:t>
                        </w:r>
                        <w:r w:rsidRPr="005524D9">
                          <w:rPr>
                            <w:rFonts w:ascii="Arial" w:hAnsi="Arial" w:cs="Arial"/>
                            <w:b/>
                            <w:sz w:val="24"/>
                          </w:rPr>
                          <w:t>ymptom on twig of variety AK-47</w:t>
                        </w:r>
                      </w:p>
                    </w:txbxContent>
                  </v:textbox>
                </v:shape>
                <v:shape id="Text Box 703011982" o:spid="_x0000_s1045" type="#_x0000_t202" style="position:absolute;left:25769;top:51420;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" filled="f" stroked="f" strokeweight=".5pt">
                  <v:textbox>
                    <w:txbxContent>
                      <w:p w14:paraId="3951D72B" w14:textId="77777777" w:rsidR="005B6E6D" w:rsidRPr="005524D9" w:rsidRDefault="005B6E6D" w:rsidP="005B6E6D">
                        <w:pPr>
                          <w:jc w:val="center"/>
                          <w:rPr>
                            <w:rFonts w:ascii="Arial" w:hAnsi="Arial" w:cs="Arial"/>
                            <w:b/>
                            <w:sz w:val="24"/>
                          </w:rPr>
                        </w:pPr>
                        <w:r w:rsidRPr="005524D9">
                          <w:rPr>
                            <w:rFonts w:ascii="Arial" w:hAnsi="Arial" w:cs="Arial"/>
                            <w:b/>
                            <w:sz w:val="24"/>
                          </w:rPr>
                          <w:t>(d) Symptom on red fruit of chilli variety AK-47</w:t>
                        </w:r>
                      </w:p>
                    </w:txbxContent>
                  </v:textbox>
                </v:shape>
                <v:shape id="Picture 27" o:spid="_x0000_s1046" type="#_x0000_t75" alt="green fruit chilli.jpg" style="position:absolute;left:13538;top:50113;width:19356;height:33607;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" stroked="t" strokeweight="3pt">
                  <v:stroke endcap="square"/>
                  <v:imagedata r:id="rId34" o:title="green fruit chilli"/>
                  <v:shadow on="t" color="black" opacity="28180f" origin="-.5,-.5" offset=".74836mm,.74836mm"/>
                </v:shape>
                <v:shape id="Text Box 22" o:spid="_x0000_s1047" type="#_x0000_t202" style="position:absolute;top:77783;width:4750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" strokecolor="white [3212]">
                  <v:textbox>
                    <w:txbxContent>
                      <w:p w14:paraId="24734C37" w14:textId="77777777" w:rsidR="005B6E6D" w:rsidRDefault="005B6E6D" w:rsidP="005B6E6D">
                        <w:pPr>
                          <w:jc w:val="center"/>
                        </w:pPr>
                        <w:r>
                          <w:rPr>
                            <w:rFonts w:ascii="Arial" w:hAnsi="Arial" w:cs="Arial"/>
                            <w:b/>
                            <w:bCs/>
                            <w:sz w:val="24"/>
                            <w:szCs w:val="24"/>
                          </w:rPr>
                          <w:t xml:space="preserve">(e) Symptoms on green fruits of capsicum </w:t>
                        </w:r>
                        <w:r w:rsidRPr="003F5FC1">
                          <w:rPr>
                            <w:rFonts w:ascii="Arial" w:hAnsi="Arial" w:cs="Arial"/>
                            <w:b/>
                            <w:bCs/>
                            <w:sz w:val="24"/>
                            <w:szCs w:val="24"/>
                          </w:rPr>
                          <w:t>variety-Indum</w:t>
                        </w:r>
                        <w:r w:rsidRPr="003F5FC1">
                          <w:rPr>
                            <w:rFonts w:ascii="Arial" w:hAnsi="Arial" w:cs="Arial"/>
                            <w:b/>
                            <w:bCs/>
                          </w:rPr>
                          <w:t>-11</w:t>
                        </w:r>
                      </w:p>
                    </w:txbxContent>
                  </v:textbox>
                </v:shape>
                <w10:wrap type="square" anchorx="margin" anchory="margin"/>
              </v:group>
            </w:pict>
          </mc:Fallback>
        </mc:AlternateContent>
      </w:r>
    </w:p>
    <w:p w14:paraId="5F46725A" w14:textId="4BD2A174" w:rsidR="005B6E6D" w:rsidRPr="005C1CE8" w:rsidRDefault="005B6E6D" w:rsidP="005B6E6D">
      <w:pPr>
        <w:spacing w:after="240" w:line="360" w:lineRule="auto"/>
        <w:jc w:val="both"/>
        <w:rPr>
          <w:rFonts w:ascii="Arial" w:hAnsi="Arial" w:cs="Arial"/>
          <w:b/>
          <w:bCs/>
          <w:i/>
          <w:sz w:val="24"/>
          <w:szCs w:val="24"/>
        </w:rPr>
      </w:pPr>
      <w:r w:rsidRPr="003A57C7">
        <w:rPr>
          <w:rFonts w:ascii="Arial" w:hAnsi="Arial" w:cs="Arial"/>
          <w:b/>
          <w:bCs/>
          <w:sz w:val="24"/>
          <w:szCs w:val="24"/>
        </w:rPr>
        <w:t>Plate</w:t>
      </w:r>
      <w:r>
        <w:rPr>
          <w:rFonts w:ascii="Arial" w:hAnsi="Arial" w:cs="Arial"/>
          <w:b/>
          <w:bCs/>
          <w:sz w:val="24"/>
          <w:szCs w:val="24"/>
        </w:rPr>
        <w:t xml:space="preserve"> </w:t>
      </w:r>
      <w:r w:rsidR="00663AD9">
        <w:rPr>
          <w:rFonts w:ascii="Arial" w:hAnsi="Arial" w:cs="Arial"/>
          <w:b/>
          <w:bCs/>
          <w:sz w:val="24"/>
          <w:szCs w:val="24"/>
        </w:rPr>
        <w:t>3</w:t>
      </w:r>
      <w:r>
        <w:rPr>
          <w:rFonts w:ascii="Arial" w:hAnsi="Arial" w:cs="Arial"/>
          <w:b/>
          <w:bCs/>
          <w:sz w:val="24"/>
          <w:szCs w:val="24"/>
        </w:rPr>
        <w:t>.</w:t>
      </w:r>
      <w:r w:rsidRPr="001D31AB">
        <w:rPr>
          <w:rFonts w:ascii="Arial" w:hAnsi="Arial" w:cs="Arial"/>
          <w:b/>
          <w:bCs/>
          <w:i/>
          <w:sz w:val="24"/>
          <w:szCs w:val="24"/>
        </w:rPr>
        <w:t xml:space="preserve"> </w:t>
      </w:r>
      <w:r w:rsidRPr="001D31AB">
        <w:rPr>
          <w:rFonts w:ascii="Arial" w:hAnsi="Arial" w:cs="Arial"/>
          <w:b/>
          <w:bCs/>
          <w:sz w:val="24"/>
          <w:szCs w:val="24"/>
        </w:rPr>
        <w:t xml:space="preserve">(a)-(e) </w:t>
      </w:r>
      <w:proofErr w:type="spellStart"/>
      <w:r>
        <w:rPr>
          <w:rFonts w:ascii="Arial" w:hAnsi="Arial" w:cs="Arial"/>
          <w:b/>
          <w:bCs/>
          <w:sz w:val="24"/>
          <w:szCs w:val="24"/>
        </w:rPr>
        <w:t>S</w:t>
      </w:r>
      <w:r w:rsidRPr="001D31AB">
        <w:rPr>
          <w:rFonts w:ascii="Arial" w:hAnsi="Arial" w:cs="Arial"/>
          <w:b/>
          <w:bCs/>
          <w:sz w:val="24"/>
          <w:szCs w:val="24"/>
        </w:rPr>
        <w:t>ypmtoms</w:t>
      </w:r>
      <w:proofErr w:type="spellEnd"/>
      <w:r w:rsidRPr="001D31AB">
        <w:rPr>
          <w:rFonts w:ascii="Arial" w:hAnsi="Arial" w:cs="Arial"/>
          <w:b/>
          <w:bCs/>
          <w:sz w:val="24"/>
          <w:szCs w:val="24"/>
        </w:rPr>
        <w:t xml:space="preserve"> on different parts of </w:t>
      </w:r>
      <w:proofErr w:type="spellStart"/>
      <w:r w:rsidRPr="001D31AB">
        <w:rPr>
          <w:rFonts w:ascii="Arial" w:hAnsi="Arial" w:cs="Arial"/>
          <w:b/>
          <w:bCs/>
          <w:sz w:val="24"/>
          <w:szCs w:val="24"/>
        </w:rPr>
        <w:t>chilli</w:t>
      </w:r>
      <w:proofErr w:type="spellEnd"/>
      <w:r w:rsidRPr="001D31AB">
        <w:rPr>
          <w:rFonts w:ascii="Arial" w:hAnsi="Arial" w:cs="Arial"/>
          <w:b/>
          <w:bCs/>
          <w:sz w:val="24"/>
          <w:szCs w:val="24"/>
        </w:rPr>
        <w:t xml:space="preserve"> crop</w:t>
      </w:r>
    </w:p>
    <w:p w14:paraId="2C9DD418" w14:textId="46FEEFEC" w:rsidR="005B6E6D" w:rsidRPr="00364491" w:rsidRDefault="005B6E6D" w:rsidP="005B6E6D">
      <w:pPr>
        <w:spacing w:after="240" w:line="360" w:lineRule="auto"/>
        <w:jc w:val="both"/>
        <w:rPr>
          <w:rFonts w:ascii="Arial" w:hAnsi="Arial" w:cs="Arial"/>
          <w:b/>
          <w:sz w:val="24"/>
          <w:szCs w:val="24"/>
        </w:rPr>
      </w:pPr>
      <w:bookmarkStart w:id="4" w:name="_Hlk145512715"/>
      <w:r>
        <w:rPr>
          <w:rFonts w:ascii="Arial" w:hAnsi="Arial" w:cs="Arial"/>
          <w:b/>
          <w:sz w:val="24"/>
          <w:szCs w:val="24"/>
        </w:rPr>
        <w:lastRenderedPageBreak/>
        <w:t>3.2</w:t>
      </w:r>
      <w:r>
        <w:rPr>
          <w:rFonts w:ascii="Arial" w:hAnsi="Arial" w:cs="Arial"/>
          <w:b/>
          <w:sz w:val="24"/>
          <w:szCs w:val="24"/>
        </w:rPr>
        <w:tab/>
      </w:r>
      <w:r w:rsidRPr="00364491">
        <w:rPr>
          <w:rFonts w:ascii="Arial" w:hAnsi="Arial" w:cs="Arial"/>
          <w:b/>
          <w:sz w:val="24"/>
          <w:szCs w:val="24"/>
        </w:rPr>
        <w:t>Cultural characters of Isolated Pathogen</w:t>
      </w:r>
    </w:p>
    <w:p w14:paraId="3DDE57B0" w14:textId="50BF8740" w:rsidR="005B6E6D" w:rsidRPr="00364491" w:rsidRDefault="005B6E6D" w:rsidP="005B6E6D">
      <w:pPr>
        <w:spacing w:after="240" w:line="360" w:lineRule="auto"/>
        <w:ind w:firstLine="720"/>
        <w:jc w:val="both"/>
        <w:rPr>
          <w:rFonts w:ascii="Arial" w:hAnsi="Arial" w:cs="Arial"/>
          <w:b/>
          <w:sz w:val="24"/>
          <w:szCs w:val="24"/>
        </w:rPr>
      </w:pPr>
      <w:r w:rsidRPr="00364491">
        <w:rPr>
          <w:rFonts w:ascii="Arial" w:hAnsi="Arial" w:cs="Arial"/>
          <w:sz w:val="24"/>
          <w:szCs w:val="24"/>
        </w:rPr>
        <w:t xml:space="preserve">The variation in cultural characters of </w:t>
      </w:r>
      <w:r w:rsidRPr="00364491">
        <w:rPr>
          <w:rFonts w:ascii="Arial" w:hAnsi="Arial" w:cs="Arial"/>
          <w:i/>
          <w:sz w:val="24"/>
          <w:szCs w:val="24"/>
        </w:rPr>
        <w:t xml:space="preserve">Colletotrichum </w:t>
      </w:r>
      <w:proofErr w:type="spellStart"/>
      <w:r w:rsidRPr="00364491">
        <w:rPr>
          <w:rFonts w:ascii="Arial" w:hAnsi="Arial" w:cs="Arial"/>
          <w:i/>
          <w:sz w:val="24"/>
          <w:szCs w:val="24"/>
        </w:rPr>
        <w:t>capsici</w:t>
      </w:r>
      <w:proofErr w:type="spellEnd"/>
      <w:r w:rsidRPr="00364491">
        <w:rPr>
          <w:rFonts w:ascii="Arial" w:hAnsi="Arial" w:cs="Arial"/>
          <w:sz w:val="24"/>
          <w:szCs w:val="24"/>
        </w:rPr>
        <w:t xml:space="preserve"> was studied on the five different solid media and the results thus obtained are presented in Table </w:t>
      </w:r>
      <w:r w:rsidR="008A2C49">
        <w:rPr>
          <w:rFonts w:ascii="Arial" w:hAnsi="Arial" w:cs="Arial"/>
          <w:sz w:val="24"/>
          <w:szCs w:val="24"/>
        </w:rPr>
        <w:t>6</w:t>
      </w:r>
      <w:r w:rsidRPr="00364491">
        <w:rPr>
          <w:rFonts w:ascii="Arial" w:hAnsi="Arial" w:cs="Arial"/>
          <w:sz w:val="24"/>
          <w:szCs w:val="24"/>
        </w:rPr>
        <w:t xml:space="preserve"> Fig. 1 and Plate </w:t>
      </w:r>
      <w:r w:rsidR="00663AD9">
        <w:rPr>
          <w:rFonts w:ascii="Arial" w:hAnsi="Arial" w:cs="Arial"/>
          <w:sz w:val="24"/>
          <w:szCs w:val="24"/>
        </w:rPr>
        <w:t>4</w:t>
      </w:r>
      <w:r w:rsidRPr="00364491">
        <w:rPr>
          <w:rFonts w:ascii="Arial" w:hAnsi="Arial" w:cs="Arial"/>
          <w:sz w:val="24"/>
          <w:szCs w:val="24"/>
        </w:rPr>
        <w:t>. The radial growth, colony characters and sporulation of the fungus were recorded, when the maximum growth was attained on any one of the tested media. The effect of different culture media on the growth of fungi differed significantly</w:t>
      </w:r>
      <w:r>
        <w:rPr>
          <w:rFonts w:ascii="Arial" w:hAnsi="Arial" w:cs="Arial"/>
          <w:b/>
          <w:sz w:val="24"/>
          <w:szCs w:val="24"/>
        </w:rPr>
        <w:t>.</w:t>
      </w:r>
    </w:p>
    <w:p w14:paraId="15D6D2E8" w14:textId="4F0BD8E1" w:rsidR="005B6E6D" w:rsidRPr="00364491" w:rsidRDefault="005B6E6D" w:rsidP="005B6E6D">
      <w:pPr>
        <w:spacing w:line="360" w:lineRule="auto"/>
        <w:jc w:val="both"/>
        <w:rPr>
          <w:rFonts w:ascii="Arial" w:hAnsi="Arial" w:cs="Arial"/>
          <w:b/>
          <w:sz w:val="24"/>
          <w:szCs w:val="24"/>
        </w:rPr>
      </w:pPr>
      <w:r w:rsidRPr="00364491">
        <w:rPr>
          <w:rFonts w:ascii="Arial" w:hAnsi="Arial" w:cs="Arial"/>
          <w:b/>
          <w:sz w:val="24"/>
          <w:szCs w:val="24"/>
        </w:rPr>
        <w:t xml:space="preserve">Table </w:t>
      </w:r>
      <w:r w:rsidR="008A2C49">
        <w:rPr>
          <w:rFonts w:ascii="Arial" w:hAnsi="Arial" w:cs="Arial"/>
          <w:b/>
          <w:sz w:val="24"/>
          <w:szCs w:val="24"/>
        </w:rPr>
        <w:t>6</w:t>
      </w:r>
      <w:r w:rsidRPr="00364491">
        <w:rPr>
          <w:rFonts w:ascii="Arial" w:hAnsi="Arial" w:cs="Arial"/>
          <w:b/>
          <w:sz w:val="24"/>
          <w:szCs w:val="24"/>
        </w:rPr>
        <w:t xml:space="preserve">. Growth of </w:t>
      </w:r>
      <w:r w:rsidRPr="00364491">
        <w:rPr>
          <w:rFonts w:ascii="Arial" w:hAnsi="Arial" w:cs="Arial"/>
          <w:b/>
          <w:i/>
          <w:sz w:val="24"/>
          <w:szCs w:val="24"/>
        </w:rPr>
        <w:t xml:space="preserve">Colletotrichum </w:t>
      </w:r>
      <w:proofErr w:type="spellStart"/>
      <w:r w:rsidRPr="00364491">
        <w:rPr>
          <w:rFonts w:ascii="Arial" w:hAnsi="Arial" w:cs="Arial"/>
          <w:b/>
          <w:i/>
          <w:sz w:val="24"/>
          <w:szCs w:val="24"/>
        </w:rPr>
        <w:t>capsici</w:t>
      </w:r>
      <w:proofErr w:type="spellEnd"/>
      <w:r w:rsidRPr="00364491">
        <w:rPr>
          <w:rFonts w:ascii="Arial" w:hAnsi="Arial" w:cs="Arial"/>
          <w:b/>
          <w:i/>
          <w:sz w:val="24"/>
          <w:szCs w:val="24"/>
        </w:rPr>
        <w:t xml:space="preserve"> </w:t>
      </w:r>
      <w:r w:rsidRPr="00364491">
        <w:rPr>
          <w:rFonts w:ascii="Arial" w:hAnsi="Arial" w:cs="Arial"/>
          <w:b/>
          <w:sz w:val="24"/>
          <w:szCs w:val="24"/>
        </w:rPr>
        <w:t>on different solid media</w:t>
      </w:r>
    </w:p>
    <w:tbl>
      <w:tblPr>
        <w:tblStyle w:val="TableGrid"/>
        <w:tblpPr w:leftFromText="180" w:rightFromText="180" w:vertAnchor="text" w:horzAnchor="margin" w:tblpXSpec="center" w:tblpY="342"/>
        <w:tblW w:w="7634" w:type="dxa"/>
        <w:tblLayout w:type="fixed"/>
        <w:tblLook w:val="04A0" w:firstRow="1" w:lastRow="0" w:firstColumn="1" w:lastColumn="0" w:noHBand="0" w:noVBand="1"/>
      </w:tblPr>
      <w:tblGrid>
        <w:gridCol w:w="4158"/>
        <w:gridCol w:w="1136"/>
        <w:gridCol w:w="1170"/>
        <w:gridCol w:w="1170"/>
      </w:tblGrid>
      <w:tr w:rsidR="005B6E6D" w:rsidRPr="00364491" w14:paraId="7B2C066A" w14:textId="77777777" w:rsidTr="008D4619">
        <w:trPr>
          <w:trHeight w:val="70"/>
        </w:trPr>
        <w:tc>
          <w:tcPr>
            <w:tcW w:w="4158" w:type="dxa"/>
            <w:vMerge w:val="restart"/>
          </w:tcPr>
          <w:bookmarkEnd w:id="4"/>
          <w:p w14:paraId="6D65CB32"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Treatments</w:t>
            </w:r>
          </w:p>
        </w:tc>
        <w:tc>
          <w:tcPr>
            <w:tcW w:w="3476" w:type="dxa"/>
            <w:gridSpan w:val="3"/>
          </w:tcPr>
          <w:p w14:paraId="753130DA"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Mean colony diameter (mm)</w:t>
            </w:r>
          </w:p>
        </w:tc>
      </w:tr>
      <w:tr w:rsidR="005B6E6D" w:rsidRPr="00364491" w14:paraId="28BDF3F2" w14:textId="77777777" w:rsidTr="008D4619">
        <w:trPr>
          <w:trHeight w:val="64"/>
        </w:trPr>
        <w:tc>
          <w:tcPr>
            <w:tcW w:w="4158" w:type="dxa"/>
            <w:vMerge/>
            <w:tcBorders>
              <w:bottom w:val="single" w:sz="4" w:space="0" w:color="auto"/>
            </w:tcBorders>
          </w:tcPr>
          <w:p w14:paraId="62FF0E03" w14:textId="77777777" w:rsidR="005B6E6D" w:rsidRPr="00364491" w:rsidRDefault="005B6E6D" w:rsidP="008D4619">
            <w:pPr>
              <w:spacing w:before="140" w:after="140" w:line="276" w:lineRule="auto"/>
              <w:jc w:val="center"/>
              <w:rPr>
                <w:rFonts w:ascii="Arial" w:hAnsi="Arial" w:cs="Arial"/>
                <w:sz w:val="24"/>
                <w:szCs w:val="24"/>
              </w:rPr>
            </w:pPr>
          </w:p>
        </w:tc>
        <w:tc>
          <w:tcPr>
            <w:tcW w:w="1136" w:type="dxa"/>
          </w:tcPr>
          <w:p w14:paraId="6DC96C84"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3 DAI</w:t>
            </w:r>
          </w:p>
        </w:tc>
        <w:tc>
          <w:tcPr>
            <w:tcW w:w="1170" w:type="dxa"/>
          </w:tcPr>
          <w:p w14:paraId="63550594"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5 DAI</w:t>
            </w:r>
          </w:p>
        </w:tc>
        <w:tc>
          <w:tcPr>
            <w:tcW w:w="1170" w:type="dxa"/>
          </w:tcPr>
          <w:p w14:paraId="4FC3E1E5"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7 DAI</w:t>
            </w:r>
          </w:p>
        </w:tc>
      </w:tr>
      <w:tr w:rsidR="005E5774" w:rsidRPr="00364491" w14:paraId="50F08996" w14:textId="77777777" w:rsidTr="00CC5316">
        <w:trPr>
          <w:trHeight w:val="64"/>
        </w:trPr>
        <w:tc>
          <w:tcPr>
            <w:tcW w:w="4158" w:type="dxa"/>
            <w:tcBorders>
              <w:top w:val="single" w:sz="4" w:space="0" w:color="auto"/>
              <w:left w:val="single" w:sz="4" w:space="0" w:color="auto"/>
              <w:bottom w:val="single" w:sz="4" w:space="0" w:color="auto"/>
              <w:right w:val="single" w:sz="4" w:space="0" w:color="auto"/>
            </w:tcBorders>
          </w:tcPr>
          <w:p w14:paraId="4AF167C5" w14:textId="77777777" w:rsidR="005E5774" w:rsidRPr="00364491" w:rsidRDefault="005E5774" w:rsidP="008D4619">
            <w:pPr>
              <w:spacing w:before="140" w:after="140" w:line="276" w:lineRule="auto"/>
              <w:rPr>
                <w:rFonts w:ascii="Arial" w:hAnsi="Arial" w:cs="Arial"/>
                <w:sz w:val="24"/>
                <w:szCs w:val="24"/>
              </w:rPr>
            </w:pPr>
            <w:bookmarkStart w:id="5" w:name="_Hlk145516652"/>
            <w:r w:rsidRPr="00364491">
              <w:rPr>
                <w:rFonts w:ascii="Arial" w:hAnsi="Arial" w:cs="Arial"/>
                <w:sz w:val="24"/>
                <w:szCs w:val="24"/>
              </w:rPr>
              <w:t>-Potato Dextrose Agar</w:t>
            </w:r>
            <w:bookmarkEnd w:id="5"/>
          </w:p>
        </w:tc>
        <w:tc>
          <w:tcPr>
            <w:tcW w:w="1136" w:type="dxa"/>
            <w:tcBorders>
              <w:left w:val="single" w:sz="4" w:space="0" w:color="auto"/>
            </w:tcBorders>
          </w:tcPr>
          <w:p w14:paraId="2A26D3FF"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32.33</w:t>
            </w:r>
          </w:p>
        </w:tc>
        <w:tc>
          <w:tcPr>
            <w:tcW w:w="1170" w:type="dxa"/>
          </w:tcPr>
          <w:p w14:paraId="2E9FB8E7"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42.33</w:t>
            </w:r>
          </w:p>
        </w:tc>
        <w:tc>
          <w:tcPr>
            <w:tcW w:w="1170" w:type="dxa"/>
          </w:tcPr>
          <w:p w14:paraId="4085328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69.33</w:t>
            </w:r>
          </w:p>
        </w:tc>
      </w:tr>
      <w:tr w:rsidR="005E5774" w:rsidRPr="00364491" w14:paraId="619B264F" w14:textId="77777777" w:rsidTr="00AC2223">
        <w:trPr>
          <w:trHeight w:val="64"/>
        </w:trPr>
        <w:tc>
          <w:tcPr>
            <w:tcW w:w="4158" w:type="dxa"/>
            <w:tcBorders>
              <w:top w:val="single" w:sz="4" w:space="0" w:color="auto"/>
              <w:left w:val="single" w:sz="4" w:space="0" w:color="auto"/>
              <w:bottom w:val="single" w:sz="4" w:space="0" w:color="auto"/>
              <w:right w:val="single" w:sz="4" w:space="0" w:color="auto"/>
            </w:tcBorders>
          </w:tcPr>
          <w:p w14:paraId="0DBB2B50" w14:textId="77777777" w:rsidR="005E5774" w:rsidRPr="00364491" w:rsidRDefault="005E5774" w:rsidP="008D4619">
            <w:pPr>
              <w:spacing w:before="140" w:after="140" w:line="276" w:lineRule="auto"/>
              <w:rPr>
                <w:rFonts w:ascii="Arial" w:hAnsi="Arial" w:cs="Arial"/>
                <w:sz w:val="24"/>
                <w:szCs w:val="24"/>
              </w:rPr>
            </w:pPr>
            <w:bookmarkStart w:id="6" w:name="_Hlk145516709"/>
            <w:r w:rsidRPr="00364491">
              <w:rPr>
                <w:rFonts w:ascii="Arial" w:hAnsi="Arial" w:cs="Arial"/>
                <w:sz w:val="24"/>
                <w:szCs w:val="24"/>
              </w:rPr>
              <w:t>-Chilli extract agar</w:t>
            </w:r>
            <w:bookmarkEnd w:id="6"/>
          </w:p>
        </w:tc>
        <w:tc>
          <w:tcPr>
            <w:tcW w:w="1136" w:type="dxa"/>
            <w:tcBorders>
              <w:left w:val="single" w:sz="4" w:space="0" w:color="auto"/>
            </w:tcBorders>
          </w:tcPr>
          <w:p w14:paraId="6079602C"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0.00</w:t>
            </w:r>
          </w:p>
        </w:tc>
        <w:tc>
          <w:tcPr>
            <w:tcW w:w="1170" w:type="dxa"/>
          </w:tcPr>
          <w:p w14:paraId="2B6B561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19.66</w:t>
            </w:r>
          </w:p>
        </w:tc>
        <w:tc>
          <w:tcPr>
            <w:tcW w:w="1170" w:type="dxa"/>
          </w:tcPr>
          <w:p w14:paraId="4FD2B5F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40.66</w:t>
            </w:r>
          </w:p>
        </w:tc>
      </w:tr>
      <w:tr w:rsidR="005E5774" w:rsidRPr="00364491" w14:paraId="359D6C9A" w14:textId="77777777" w:rsidTr="00C93969">
        <w:trPr>
          <w:trHeight w:val="64"/>
        </w:trPr>
        <w:tc>
          <w:tcPr>
            <w:tcW w:w="4158" w:type="dxa"/>
            <w:tcBorders>
              <w:top w:val="single" w:sz="4" w:space="0" w:color="auto"/>
              <w:left w:val="single" w:sz="4" w:space="0" w:color="auto"/>
              <w:bottom w:val="single" w:sz="4" w:space="0" w:color="auto"/>
              <w:right w:val="single" w:sz="4" w:space="0" w:color="auto"/>
            </w:tcBorders>
          </w:tcPr>
          <w:p w14:paraId="268DF4FF" w14:textId="77777777" w:rsidR="005E5774" w:rsidRPr="00364491" w:rsidRDefault="005E5774" w:rsidP="008D4619">
            <w:pPr>
              <w:spacing w:before="140" w:after="140" w:line="276" w:lineRule="auto"/>
              <w:rPr>
                <w:rFonts w:ascii="Arial" w:hAnsi="Arial" w:cs="Arial"/>
                <w:sz w:val="24"/>
                <w:szCs w:val="24"/>
              </w:rPr>
            </w:pPr>
            <w:bookmarkStart w:id="7" w:name="_Hlk145516743"/>
            <w:r w:rsidRPr="00364491">
              <w:rPr>
                <w:rFonts w:ascii="Arial" w:hAnsi="Arial" w:cs="Arial"/>
                <w:sz w:val="24"/>
                <w:szCs w:val="24"/>
              </w:rPr>
              <w:t>-Malt extract Agar</w:t>
            </w:r>
            <w:bookmarkEnd w:id="7"/>
          </w:p>
        </w:tc>
        <w:tc>
          <w:tcPr>
            <w:tcW w:w="1136" w:type="dxa"/>
            <w:tcBorders>
              <w:left w:val="single" w:sz="4" w:space="0" w:color="auto"/>
            </w:tcBorders>
          </w:tcPr>
          <w:p w14:paraId="2EFC8F03"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28.33</w:t>
            </w:r>
          </w:p>
        </w:tc>
        <w:tc>
          <w:tcPr>
            <w:tcW w:w="1170" w:type="dxa"/>
          </w:tcPr>
          <w:p w14:paraId="2A073EA8"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33.33</w:t>
            </w:r>
          </w:p>
        </w:tc>
        <w:tc>
          <w:tcPr>
            <w:tcW w:w="1170" w:type="dxa"/>
          </w:tcPr>
          <w:p w14:paraId="72FB815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51.33</w:t>
            </w:r>
          </w:p>
        </w:tc>
      </w:tr>
      <w:tr w:rsidR="005E5774" w:rsidRPr="00364491" w14:paraId="6EB626F2" w14:textId="77777777" w:rsidTr="00863CD2">
        <w:trPr>
          <w:trHeight w:val="64"/>
        </w:trPr>
        <w:tc>
          <w:tcPr>
            <w:tcW w:w="4158" w:type="dxa"/>
            <w:tcBorders>
              <w:top w:val="single" w:sz="4" w:space="0" w:color="auto"/>
              <w:left w:val="single" w:sz="4" w:space="0" w:color="auto"/>
              <w:bottom w:val="single" w:sz="4" w:space="0" w:color="auto"/>
              <w:right w:val="single" w:sz="4" w:space="0" w:color="auto"/>
            </w:tcBorders>
          </w:tcPr>
          <w:p w14:paraId="2F09F4BB" w14:textId="77777777" w:rsidR="005E5774" w:rsidRPr="00364491" w:rsidRDefault="005E5774" w:rsidP="008D4619">
            <w:pPr>
              <w:spacing w:before="140" w:after="140" w:line="276" w:lineRule="auto"/>
              <w:rPr>
                <w:rFonts w:ascii="Arial" w:hAnsi="Arial" w:cs="Arial"/>
                <w:sz w:val="24"/>
                <w:szCs w:val="24"/>
              </w:rPr>
            </w:pPr>
            <w:bookmarkStart w:id="8" w:name="_Hlk145516781"/>
            <w:r w:rsidRPr="00364491">
              <w:rPr>
                <w:rFonts w:ascii="Arial" w:hAnsi="Arial" w:cs="Arial"/>
                <w:sz w:val="24"/>
                <w:szCs w:val="24"/>
              </w:rPr>
              <w:t>-</w:t>
            </w:r>
            <w:proofErr w:type="spellStart"/>
            <w:r w:rsidRPr="00364491">
              <w:rPr>
                <w:rFonts w:ascii="Arial" w:hAnsi="Arial" w:cs="Arial"/>
                <w:sz w:val="24"/>
                <w:szCs w:val="24"/>
              </w:rPr>
              <w:t>Sabouraud’s</w:t>
            </w:r>
            <w:proofErr w:type="spellEnd"/>
            <w:r w:rsidRPr="00364491">
              <w:rPr>
                <w:rFonts w:ascii="Arial" w:hAnsi="Arial" w:cs="Arial"/>
                <w:sz w:val="24"/>
                <w:szCs w:val="24"/>
              </w:rPr>
              <w:t xml:space="preserve"> Dextrose Agar</w:t>
            </w:r>
            <w:bookmarkEnd w:id="8"/>
          </w:p>
        </w:tc>
        <w:tc>
          <w:tcPr>
            <w:tcW w:w="1136" w:type="dxa"/>
            <w:tcBorders>
              <w:left w:val="single" w:sz="4" w:space="0" w:color="auto"/>
            </w:tcBorders>
          </w:tcPr>
          <w:p w14:paraId="2BFE7B15"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24.33</w:t>
            </w:r>
          </w:p>
        </w:tc>
        <w:tc>
          <w:tcPr>
            <w:tcW w:w="1170" w:type="dxa"/>
          </w:tcPr>
          <w:p w14:paraId="5CC4A39A"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39.33</w:t>
            </w:r>
          </w:p>
        </w:tc>
        <w:tc>
          <w:tcPr>
            <w:tcW w:w="1170" w:type="dxa"/>
          </w:tcPr>
          <w:p w14:paraId="7EC5360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59.33</w:t>
            </w:r>
          </w:p>
        </w:tc>
      </w:tr>
      <w:tr w:rsidR="005E5774" w:rsidRPr="00364491" w14:paraId="22AC6C94" w14:textId="77777777" w:rsidTr="00662B56">
        <w:trPr>
          <w:trHeight w:val="70"/>
        </w:trPr>
        <w:tc>
          <w:tcPr>
            <w:tcW w:w="4158" w:type="dxa"/>
            <w:tcBorders>
              <w:top w:val="single" w:sz="4" w:space="0" w:color="auto"/>
              <w:left w:val="single" w:sz="4" w:space="0" w:color="auto"/>
              <w:bottom w:val="single" w:sz="4" w:space="0" w:color="auto"/>
              <w:right w:val="single" w:sz="4" w:space="0" w:color="auto"/>
            </w:tcBorders>
          </w:tcPr>
          <w:p w14:paraId="08FF0A3E" w14:textId="77777777" w:rsidR="005E5774" w:rsidRPr="00364491" w:rsidRDefault="005E5774" w:rsidP="008D4619">
            <w:pPr>
              <w:spacing w:before="140" w:after="140" w:line="276" w:lineRule="auto"/>
              <w:rPr>
                <w:rFonts w:ascii="Arial" w:hAnsi="Arial" w:cs="Arial"/>
                <w:sz w:val="24"/>
                <w:szCs w:val="24"/>
              </w:rPr>
            </w:pPr>
            <w:bookmarkStart w:id="9" w:name="_Hlk145516814"/>
            <w:r w:rsidRPr="00364491">
              <w:rPr>
                <w:rFonts w:ascii="Arial" w:hAnsi="Arial" w:cs="Arial"/>
                <w:sz w:val="24"/>
                <w:szCs w:val="24"/>
              </w:rPr>
              <w:t>-</w:t>
            </w:r>
            <w:proofErr w:type="spellStart"/>
            <w:r w:rsidRPr="00364491">
              <w:rPr>
                <w:rFonts w:ascii="Arial" w:hAnsi="Arial" w:cs="Arial"/>
                <w:sz w:val="24"/>
                <w:szCs w:val="24"/>
              </w:rPr>
              <w:t>Czapek’s</w:t>
            </w:r>
            <w:proofErr w:type="spellEnd"/>
            <w:r w:rsidRPr="00364491">
              <w:rPr>
                <w:rFonts w:ascii="Arial" w:hAnsi="Arial" w:cs="Arial"/>
                <w:sz w:val="24"/>
                <w:szCs w:val="24"/>
              </w:rPr>
              <w:t xml:space="preserve"> Dox Agar</w:t>
            </w:r>
            <w:bookmarkEnd w:id="9"/>
          </w:p>
        </w:tc>
        <w:tc>
          <w:tcPr>
            <w:tcW w:w="1136" w:type="dxa"/>
            <w:tcBorders>
              <w:left w:val="single" w:sz="4" w:space="0" w:color="auto"/>
            </w:tcBorders>
          </w:tcPr>
          <w:p w14:paraId="3B38948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26.66</w:t>
            </w:r>
          </w:p>
        </w:tc>
        <w:tc>
          <w:tcPr>
            <w:tcW w:w="1170" w:type="dxa"/>
          </w:tcPr>
          <w:p w14:paraId="04A72576"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36.67</w:t>
            </w:r>
          </w:p>
        </w:tc>
        <w:tc>
          <w:tcPr>
            <w:tcW w:w="1170" w:type="dxa"/>
          </w:tcPr>
          <w:p w14:paraId="1B54E39B"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53.66</w:t>
            </w:r>
          </w:p>
        </w:tc>
      </w:tr>
      <w:tr w:rsidR="005B6E6D" w:rsidRPr="00364491" w14:paraId="04220D5C" w14:textId="77777777" w:rsidTr="008D4619">
        <w:trPr>
          <w:trHeight w:val="64"/>
        </w:trPr>
        <w:tc>
          <w:tcPr>
            <w:tcW w:w="4158" w:type="dxa"/>
            <w:tcBorders>
              <w:top w:val="single" w:sz="4" w:space="0" w:color="auto"/>
            </w:tcBorders>
          </w:tcPr>
          <w:p w14:paraId="4BCE373E" w14:textId="77777777" w:rsidR="005B6E6D" w:rsidRPr="00364491" w:rsidRDefault="005B6E6D" w:rsidP="008D4619">
            <w:pPr>
              <w:spacing w:before="140" w:after="140" w:line="276" w:lineRule="auto"/>
              <w:ind w:left="900"/>
              <w:rPr>
                <w:rFonts w:ascii="Arial" w:hAnsi="Arial" w:cs="Arial"/>
                <w:sz w:val="24"/>
                <w:szCs w:val="24"/>
              </w:rPr>
            </w:pPr>
            <w:r w:rsidRPr="00364491">
              <w:rPr>
                <w:rFonts w:ascii="Arial" w:hAnsi="Arial" w:cs="Arial"/>
                <w:sz w:val="24"/>
                <w:szCs w:val="24"/>
              </w:rPr>
              <w:t>F Test</w:t>
            </w:r>
          </w:p>
        </w:tc>
        <w:tc>
          <w:tcPr>
            <w:tcW w:w="1136" w:type="dxa"/>
          </w:tcPr>
          <w:p w14:paraId="412A1852"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c>
          <w:tcPr>
            <w:tcW w:w="1170" w:type="dxa"/>
          </w:tcPr>
          <w:p w14:paraId="06F3D09E"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c>
          <w:tcPr>
            <w:tcW w:w="1170" w:type="dxa"/>
          </w:tcPr>
          <w:p w14:paraId="5296F42C"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r>
      <w:tr w:rsidR="005B6E6D" w:rsidRPr="00364491" w14:paraId="2C3A74DD" w14:textId="77777777" w:rsidTr="008D4619">
        <w:trPr>
          <w:trHeight w:val="64"/>
        </w:trPr>
        <w:tc>
          <w:tcPr>
            <w:tcW w:w="4158" w:type="dxa"/>
          </w:tcPr>
          <w:p w14:paraId="29673FF1" w14:textId="77777777" w:rsidR="005B6E6D" w:rsidRPr="00364491" w:rsidRDefault="005B6E6D" w:rsidP="008D4619">
            <w:pPr>
              <w:tabs>
                <w:tab w:val="left" w:pos="765"/>
              </w:tabs>
              <w:spacing w:before="140" w:after="140" w:line="276" w:lineRule="auto"/>
              <w:ind w:left="900"/>
              <w:rPr>
                <w:rFonts w:ascii="Arial" w:hAnsi="Arial" w:cs="Arial"/>
                <w:sz w:val="24"/>
                <w:szCs w:val="24"/>
              </w:rPr>
            </w:pPr>
            <w:r w:rsidRPr="00364491">
              <w:rPr>
                <w:rFonts w:ascii="Arial" w:hAnsi="Arial" w:cs="Arial"/>
                <w:sz w:val="24"/>
                <w:szCs w:val="24"/>
              </w:rPr>
              <w:t>S.E. (</w:t>
            </w:r>
            <w:r w:rsidRPr="00364491">
              <w:rPr>
                <w:rFonts w:ascii="Arial" w:hAnsi="Arial" w:cs="Arial"/>
                <w:sz w:val="24"/>
                <w:szCs w:val="24"/>
                <w:u w:val="single"/>
              </w:rPr>
              <w:t>+</w:t>
            </w:r>
            <w:r w:rsidRPr="00364491">
              <w:rPr>
                <w:rFonts w:ascii="Arial" w:hAnsi="Arial" w:cs="Arial"/>
                <w:sz w:val="24"/>
                <w:szCs w:val="24"/>
              </w:rPr>
              <w:t>m)</w:t>
            </w:r>
          </w:p>
        </w:tc>
        <w:tc>
          <w:tcPr>
            <w:tcW w:w="1136" w:type="dxa"/>
          </w:tcPr>
          <w:p w14:paraId="790CB8E5"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0.29</w:t>
            </w:r>
          </w:p>
        </w:tc>
        <w:tc>
          <w:tcPr>
            <w:tcW w:w="1170" w:type="dxa"/>
          </w:tcPr>
          <w:p w14:paraId="781E19CE"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0.33</w:t>
            </w:r>
          </w:p>
        </w:tc>
        <w:tc>
          <w:tcPr>
            <w:tcW w:w="1170" w:type="dxa"/>
          </w:tcPr>
          <w:p w14:paraId="35D0F457"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0.33</w:t>
            </w:r>
          </w:p>
        </w:tc>
      </w:tr>
      <w:tr w:rsidR="005B6E6D" w:rsidRPr="00364491" w14:paraId="296E40C0" w14:textId="77777777" w:rsidTr="008D4619">
        <w:trPr>
          <w:trHeight w:val="70"/>
        </w:trPr>
        <w:tc>
          <w:tcPr>
            <w:tcW w:w="4158" w:type="dxa"/>
          </w:tcPr>
          <w:p w14:paraId="59A21228" w14:textId="77777777" w:rsidR="005B6E6D" w:rsidRPr="00364491" w:rsidRDefault="005B6E6D" w:rsidP="008D4619">
            <w:pPr>
              <w:spacing w:before="140" w:after="140" w:line="276" w:lineRule="auto"/>
              <w:ind w:left="900"/>
              <w:rPr>
                <w:rFonts w:ascii="Arial" w:hAnsi="Arial" w:cs="Arial"/>
                <w:sz w:val="24"/>
                <w:szCs w:val="24"/>
              </w:rPr>
            </w:pPr>
            <w:r w:rsidRPr="00364491">
              <w:rPr>
                <w:rFonts w:ascii="Arial" w:hAnsi="Arial" w:cs="Arial"/>
                <w:sz w:val="24"/>
                <w:szCs w:val="24"/>
              </w:rPr>
              <w:t>CD (P= 0.01)</w:t>
            </w:r>
          </w:p>
        </w:tc>
        <w:tc>
          <w:tcPr>
            <w:tcW w:w="1136" w:type="dxa"/>
          </w:tcPr>
          <w:p w14:paraId="399F7A7F"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1.33</w:t>
            </w:r>
          </w:p>
        </w:tc>
        <w:tc>
          <w:tcPr>
            <w:tcW w:w="1170" w:type="dxa"/>
          </w:tcPr>
          <w:p w14:paraId="362B3E8B"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1.49</w:t>
            </w:r>
          </w:p>
        </w:tc>
        <w:tc>
          <w:tcPr>
            <w:tcW w:w="1170" w:type="dxa"/>
          </w:tcPr>
          <w:p w14:paraId="340B1D42"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1.49</w:t>
            </w:r>
          </w:p>
        </w:tc>
      </w:tr>
    </w:tbl>
    <w:p w14:paraId="7F27D538" w14:textId="77777777" w:rsidR="005B6E6D" w:rsidRDefault="005B6E6D" w:rsidP="005B6E6D">
      <w:pPr>
        <w:spacing w:after="240" w:line="360" w:lineRule="auto"/>
        <w:jc w:val="both"/>
        <w:rPr>
          <w:rFonts w:ascii="Arial" w:hAnsi="Arial" w:cs="Arial"/>
          <w:b/>
          <w:sz w:val="24"/>
          <w:szCs w:val="24"/>
        </w:rPr>
      </w:pPr>
    </w:p>
    <w:p w14:paraId="6CDDCC33" w14:textId="77777777" w:rsidR="005E5774" w:rsidRPr="00364491" w:rsidRDefault="005E5774" w:rsidP="005B6E6D">
      <w:pPr>
        <w:spacing w:after="240" w:line="360" w:lineRule="auto"/>
        <w:jc w:val="both"/>
        <w:rPr>
          <w:rFonts w:ascii="Arial" w:hAnsi="Arial" w:cs="Arial"/>
          <w:b/>
          <w:sz w:val="24"/>
          <w:szCs w:val="24"/>
        </w:rPr>
      </w:pPr>
    </w:p>
    <w:p w14:paraId="362BB5E3" w14:textId="77777777" w:rsidR="005B6E6D" w:rsidRDefault="005B6E6D" w:rsidP="005B6E6D">
      <w:pPr>
        <w:spacing w:line="360" w:lineRule="auto"/>
        <w:ind w:left="1080" w:right="350" w:hanging="1080"/>
        <w:jc w:val="both"/>
        <w:rPr>
          <w:rFonts w:ascii="Arial" w:hAnsi="Arial" w:cs="Arial"/>
          <w:b/>
          <w:sz w:val="24"/>
          <w:szCs w:val="24"/>
        </w:rPr>
        <w:sectPr w:rsidR="005B6E6D" w:rsidSect="0034027B">
          <w:pgSz w:w="11920" w:h="16850"/>
          <w:pgMar w:top="1440" w:right="1440" w:bottom="1440" w:left="2160" w:header="0" w:footer="720" w:gutter="720"/>
          <w:pgNumType w:start="32"/>
          <w:cols w:space="720"/>
          <w:titlePg/>
          <w:docGrid w:linePitch="299"/>
        </w:sectPr>
      </w:pPr>
    </w:p>
    <w:p w14:paraId="47085063" w14:textId="0D7F5A97" w:rsidR="005B6E6D" w:rsidRDefault="005B6E6D" w:rsidP="005E5774">
      <w:pPr>
        <w:spacing w:line="360" w:lineRule="auto"/>
        <w:ind w:left="1080" w:right="350" w:hanging="1080"/>
        <w:jc w:val="both"/>
        <w:rPr>
          <w:rFonts w:ascii="Arial" w:hAnsi="Arial" w:cs="Arial"/>
          <w:b/>
          <w:sz w:val="24"/>
          <w:szCs w:val="24"/>
        </w:rPr>
        <w:sectPr w:rsidR="005B6E6D" w:rsidSect="0034027B">
          <w:pgSz w:w="11920" w:h="16850"/>
          <w:pgMar w:top="1440" w:right="1440" w:bottom="1440" w:left="2160" w:header="0" w:footer="720" w:gutter="720"/>
          <w:pgNumType w:start="32"/>
          <w:cols w:space="720"/>
          <w:titlePg/>
          <w:docGrid w:linePitch="299"/>
        </w:sectPr>
      </w:pPr>
      <w:r>
        <w:rPr>
          <w:rFonts w:ascii="Arial" w:hAnsi="Arial" w:cs="Arial"/>
          <w:b/>
          <w:noProof/>
          <w:sz w:val="24"/>
          <w:szCs w:val="24"/>
        </w:rPr>
        <w:lastRenderedPageBreak/>
        <mc:AlternateContent>
          <mc:Choice Requires="wpg">
            <w:drawing>
              <wp:anchor distT="0" distB="0" distL="114300" distR="114300" simplePos="0" relativeHeight="251658752" behindDoc="0" locked="0" layoutInCell="1" allowOverlap="1" wp14:anchorId="4AB2A716" wp14:editId="42C0E13E">
                <wp:simplePos x="1852551" y="985652"/>
                <wp:positionH relativeFrom="margin">
                  <wp:align>center</wp:align>
                </wp:positionH>
                <wp:positionV relativeFrom="margin">
                  <wp:align>top</wp:align>
                </wp:positionV>
                <wp:extent cx="4773880" cy="8148798"/>
                <wp:effectExtent l="76200" t="76200" r="141605" b="5080"/>
                <wp:wrapSquare wrapText="bothSides"/>
                <wp:docPr id="703011989" name="Group 703011989"/>
                <wp:cNvGraphicFramePr/>
                <a:graphic xmlns:a="http://schemas.openxmlformats.org/drawingml/2006/main">
                  <a:graphicData uri="http://schemas.microsoft.com/office/word/2010/wordprocessingGroup">
                    <wpg:wgp>
                      <wpg:cNvGrpSpPr/>
                      <wpg:grpSpPr>
                        <a:xfrm>
                          <a:off x="0" y="0"/>
                          <a:ext cx="4773880" cy="8148798"/>
                          <a:chOff x="0" y="0"/>
                          <a:chExt cx="4773880" cy="8148798"/>
                        </a:xfrm>
                      </wpg:grpSpPr>
                      <pic:pic xmlns:pic="http://schemas.openxmlformats.org/drawingml/2006/picture">
                        <pic:nvPicPr>
                          <pic:cNvPr id="854797921" name="Picture 18"/>
                          <pic:cNvPicPr>
                            <a:picLocks noChangeAspect="1"/>
                          </pic:cNvPicPr>
                        </pic:nvPicPr>
                        <pic:blipFill rotWithShape="1">
                          <a:blip r:embed="rId35" cstate="print">
                            <a:extLst>
                              <a:ext uri="{28A0092B-C50C-407E-A947-70E740481C1C}">
                                <a14:useLocalDpi xmlns:a14="http://schemas.microsoft.com/office/drawing/2010/main" val="0"/>
                              </a:ext>
                            </a:extLst>
                          </a:blip>
                          <a:srcRect l="12244" t="6621"/>
                          <a:stretch/>
                        </pic:blipFill>
                        <pic:spPr bwMode="auto">
                          <a:xfrm>
                            <a:off x="0" y="0"/>
                            <a:ext cx="2232561" cy="2196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54797922" name="Picture 15"/>
                          <pic:cNvPicPr>
                            <a:picLocks noChangeAspect="1"/>
                          </pic:cNvPicPr>
                        </pic:nvPicPr>
                        <pic:blipFill rotWithShape="1">
                          <a:blip r:embed="rId36" cstate="print">
                            <a:extLst>
                              <a:ext uri="{28A0092B-C50C-407E-A947-70E740481C1C}">
                                <a14:useLocalDpi xmlns:a14="http://schemas.microsoft.com/office/drawing/2010/main" val="0"/>
                              </a:ext>
                            </a:extLst>
                          </a:blip>
                          <a:srcRect l="14521"/>
                          <a:stretch/>
                        </pic:blipFill>
                        <pic:spPr bwMode="auto">
                          <a:xfrm>
                            <a:off x="2493818" y="0"/>
                            <a:ext cx="2220686"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03011984" name="Text Box 703011984"/>
                        <wps:cNvSpPr txBox="1"/>
                        <wps:spPr>
                          <a:xfrm>
                            <a:off x="843148" y="2339439"/>
                            <a:ext cx="409904" cy="346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30F8D" w14:textId="77777777" w:rsidR="005B6E6D" w:rsidRDefault="005B6E6D" w:rsidP="005B6E6D">
                              <w:pPr>
                                <w:jc w:val="center"/>
                              </w:pPr>
                              <w:r w:rsidRPr="001D31AB">
                                <w:rPr>
                                  <w:rFonts w:ascii="Arial" w:hAnsi="Arial" w:cs="Arial"/>
                                  <w:b/>
                                  <w:sz w:val="24"/>
                                  <w:szCs w:val="24"/>
                                </w:rPr>
                                <w:t>T</w:t>
                              </w:r>
                              <w:r w:rsidRPr="001D31AB">
                                <w:rPr>
                                  <w:rFonts w:ascii="Arial" w:hAnsi="Arial" w:cs="Arial"/>
                                  <w:b/>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5" name="Text Box 703011985"/>
                        <wps:cNvSpPr txBox="1"/>
                        <wps:spPr>
                          <a:xfrm>
                            <a:off x="3420093" y="2339439"/>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BEC61"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4797923" name="Picture 16"/>
                          <pic:cNvPicPr>
                            <a:picLocks noChangeAspect="1"/>
                          </pic:cNvPicPr>
                        </pic:nvPicPr>
                        <pic:blipFill rotWithShape="1">
                          <a:blip r:embed="rId37" cstate="print">
                            <a:extLst>
                              <a:ext uri="{28A0092B-C50C-407E-A947-70E740481C1C}">
                                <a14:useLocalDpi xmlns:a14="http://schemas.microsoft.com/office/drawing/2010/main" val="0"/>
                              </a:ext>
                            </a:extLst>
                          </a:blip>
                          <a:srcRect l="13785"/>
                          <a:stretch/>
                        </pic:blipFill>
                        <pic:spPr bwMode="auto">
                          <a:xfrm>
                            <a:off x="0" y="2755075"/>
                            <a:ext cx="2244436"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54797924" name="Picture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505693" y="2743200"/>
                            <a:ext cx="2268187"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86" name="Text Box 703011986"/>
                        <wps:cNvSpPr txBox="1"/>
                        <wps:spPr>
                          <a:xfrm>
                            <a:off x="843148" y="4963886"/>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B11DE"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7" name="Text Box 703011987"/>
                        <wps:cNvSpPr txBox="1"/>
                        <wps:spPr>
                          <a:xfrm>
                            <a:off x="3420093" y="4963886"/>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E7A3B"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4797925" name="Picture 20"/>
                          <pic:cNvPicPr>
                            <a:picLocks noChangeAspect="1"/>
                          </pic:cNvPicPr>
                        </pic:nvPicPr>
                        <pic:blipFill rotWithShape="1">
                          <a:blip r:embed="rId39">
                            <a:extLst>
                              <a:ext uri="{28A0092B-C50C-407E-A947-70E740481C1C}">
                                <a14:useLocalDpi xmlns:a14="http://schemas.microsoft.com/office/drawing/2010/main" val="0"/>
                              </a:ext>
                            </a:extLst>
                          </a:blip>
                          <a:srcRect l="8284" r="5625"/>
                          <a:stretch/>
                        </pic:blipFill>
                        <pic:spPr bwMode="auto">
                          <a:xfrm>
                            <a:off x="902524" y="5355771"/>
                            <a:ext cx="3063834" cy="2327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03011988" name="Text Box 703011988"/>
                        <wps:cNvSpPr txBox="1"/>
                        <wps:spPr>
                          <a:xfrm>
                            <a:off x="2185059" y="7802088"/>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F991A"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B2A716" id="Group 703011989" o:spid="_x0000_s1048" style="position:absolute;left:0;text-align:left;margin-left:0;margin-top:0;width:375.9pt;height:641.65pt;z-index:251658752;mso-position-horizontal:center;mso-position-horizontal-relative:margin;mso-position-vertical:top;mso-position-vertical-relative:margin" coordsize="47738,81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">
                <v:shape id="Picture 18" o:spid="_x0000_s1049" type="#_x0000_t75" style="position:absolute;width:22325;height:2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" stroked="t" strokeweight="3pt">
                  <v:stroke endcap="square"/>
                  <v:imagedata r:id="rId40" o:title="" croptop="4339f" cropleft="8024f"/>
                  <v:shadow on="t" color="black" opacity="28180f" origin="-.5,-.5" offset=".74836mm,.74836mm"/>
                  <v:path arrowok="t"/>
                </v:shape>
                <v:shape id="Picture 15" o:spid="_x0000_s1050" type="#_x0000_t75" style="position:absolute;left:24938;width:22207;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" stroked="t" strokeweight="3pt">
                  <v:stroke endcap="square"/>
                  <v:imagedata r:id="rId41" o:title="" cropleft="9516f"/>
                  <v:shadow on="t" color="black" opacity="28180f" origin="-.5,-.5" offset=".74836mm,.74836mm"/>
                  <v:path arrowok="t"/>
                </v:shape>
                <v:shape id="Text Box 703011984" o:spid="_x0000_s1051" type="#_x0000_t202" style="position:absolute;left:8431;top:23394;width:4099;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" filled="f" stroked="f" strokeweight=".5pt">
                  <v:textbox>
                    <w:txbxContent>
                      <w:p w14:paraId="7F730F8D" w14:textId="77777777" w:rsidR="005B6E6D" w:rsidRDefault="005B6E6D" w:rsidP="005B6E6D">
                        <w:pPr>
                          <w:jc w:val="center"/>
                        </w:pPr>
                        <w:r w:rsidRPr="001D31AB">
                          <w:rPr>
                            <w:rFonts w:ascii="Arial" w:hAnsi="Arial" w:cs="Arial"/>
                            <w:b/>
                            <w:sz w:val="24"/>
                            <w:szCs w:val="24"/>
                          </w:rPr>
                          <w:t>T</w:t>
                        </w:r>
                        <w:r w:rsidRPr="001D31AB">
                          <w:rPr>
                            <w:rFonts w:ascii="Arial" w:hAnsi="Arial" w:cs="Arial"/>
                            <w:b/>
                            <w:sz w:val="24"/>
                            <w:szCs w:val="24"/>
                            <w:vertAlign w:val="subscript"/>
                          </w:rPr>
                          <w:t>1</w:t>
                        </w:r>
                      </w:p>
                    </w:txbxContent>
                  </v:textbox>
                </v:shape>
                <v:shape id="Text Box 703011985" o:spid="_x0000_s1052" type="#_x0000_t202" style="position:absolute;left:34200;top:23394;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" filled="f" stroked="f" strokeweight=".5pt">
                  <v:textbox>
                    <w:txbxContent>
                      <w:p w14:paraId="3BBBEC61"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2</w:t>
                        </w:r>
                      </w:p>
                    </w:txbxContent>
                  </v:textbox>
                </v:shape>
                <v:shape id="Picture 16" o:spid="_x0000_s1053" type="#_x0000_t75" style="position:absolute;top:27550;width:22444;height:2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" stroked="t" strokeweight="3pt">
                  <v:stroke endcap="square"/>
                  <v:imagedata r:id="rId42" o:title="" cropleft="9034f"/>
                  <v:shadow on="t" color="black" opacity="28180f" origin="-.5,-.5" offset=".74836mm,.74836mm"/>
                  <v:path arrowok="t"/>
                </v:shape>
                <v:shape id="Picture 19" o:spid="_x0000_s1054" type="#_x0000_t75" style="position:absolute;left:25056;top:27432;width:22682;height:20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" stroked="t" strokeweight="3pt">
                  <v:stroke endcap="square"/>
                  <v:imagedata r:id="rId43" o:title=""/>
                  <v:shadow on="t" color="black" opacity="28180f" origin="-.5,-.5" offset=".74836mm,.74836mm"/>
                  <v:path arrowok="t"/>
                </v:shape>
                <v:shape id="Text Box 703011986" o:spid="_x0000_s1055" type="#_x0000_t202" style="position:absolute;left:8431;top:49638;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" filled="f" stroked="f" strokeweight=".5pt">
                  <v:textbox>
                    <w:txbxContent>
                      <w:p w14:paraId="3CAB11DE"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3</w:t>
                        </w:r>
                      </w:p>
                    </w:txbxContent>
                  </v:textbox>
                </v:shape>
                <v:shape id="Text Box 703011987" o:spid="_x0000_s1056" type="#_x0000_t202" style="position:absolute;left:34200;top:49638;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" filled="f" stroked="f" strokeweight=".5pt">
                  <v:textbox>
                    <w:txbxContent>
                      <w:p w14:paraId="71BE7A3B"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4</w:t>
                        </w:r>
                      </w:p>
                    </w:txbxContent>
                  </v:textbox>
                </v:shape>
                <v:shape id="Picture 20" o:spid="_x0000_s1057" type="#_x0000_t75" style="position:absolute;left:9025;top:53557;width:30638;height:2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" stroked="t" strokeweight="3pt">
                  <v:stroke endcap="square"/>
                  <v:imagedata r:id="rId44" o:title="" cropleft="5429f" cropright="3686f"/>
                  <v:shadow on="t" color="black" opacity="28180f" origin="-.5,-.5" offset=".74836mm,.74836mm"/>
                  <v:path arrowok="t"/>
                </v:shape>
                <v:shape id="Text Box 703011988" o:spid="_x0000_s1058" type="#_x0000_t202" style="position:absolute;left:21850;top:78020;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" filled="f" stroked="f" strokeweight=".5pt">
                  <v:textbox>
                    <w:txbxContent>
                      <w:p w14:paraId="258F991A"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5</w:t>
                        </w:r>
                      </w:p>
                    </w:txbxContent>
                  </v:textbox>
                </v:shape>
                <w10:wrap type="square" anchorx="margin" anchory="margin"/>
              </v:group>
            </w:pict>
          </mc:Fallback>
        </mc:AlternateContent>
      </w:r>
      <w:r w:rsidRPr="001D31AB">
        <w:rPr>
          <w:rFonts w:ascii="Arial" w:hAnsi="Arial" w:cs="Arial"/>
          <w:b/>
          <w:sz w:val="24"/>
          <w:szCs w:val="24"/>
        </w:rPr>
        <w:t xml:space="preserve">Plate </w:t>
      </w:r>
      <w:r w:rsidR="00663AD9">
        <w:rPr>
          <w:rFonts w:ascii="Arial" w:hAnsi="Arial" w:cs="Arial"/>
          <w:b/>
          <w:sz w:val="24"/>
          <w:szCs w:val="24"/>
        </w:rPr>
        <w:t>4</w:t>
      </w:r>
      <w:r w:rsidRPr="001D31AB">
        <w:rPr>
          <w:rFonts w:ascii="Arial" w:hAnsi="Arial" w:cs="Arial"/>
          <w:b/>
          <w:sz w:val="24"/>
          <w:szCs w:val="24"/>
        </w:rPr>
        <w:t xml:space="preserve">. Growth of </w:t>
      </w:r>
      <w:r w:rsidRPr="001D31AB">
        <w:rPr>
          <w:rFonts w:ascii="Arial" w:hAnsi="Arial" w:cs="Arial"/>
          <w:b/>
          <w:i/>
          <w:sz w:val="24"/>
          <w:szCs w:val="24"/>
        </w:rPr>
        <w:t xml:space="preserve">Colletotrichum </w:t>
      </w:r>
      <w:proofErr w:type="spellStart"/>
      <w:r w:rsidRPr="001D31AB">
        <w:rPr>
          <w:rFonts w:ascii="Arial" w:hAnsi="Arial" w:cs="Arial"/>
          <w:b/>
          <w:i/>
          <w:sz w:val="24"/>
          <w:szCs w:val="24"/>
        </w:rPr>
        <w:t>capsici</w:t>
      </w:r>
      <w:proofErr w:type="spellEnd"/>
      <w:r w:rsidRPr="001D31AB">
        <w:rPr>
          <w:rFonts w:ascii="Arial" w:hAnsi="Arial" w:cs="Arial"/>
          <w:b/>
          <w:i/>
          <w:sz w:val="24"/>
          <w:szCs w:val="24"/>
        </w:rPr>
        <w:t xml:space="preserve"> </w:t>
      </w:r>
      <w:r w:rsidRPr="001D31AB">
        <w:rPr>
          <w:rFonts w:ascii="Arial" w:hAnsi="Arial" w:cs="Arial"/>
          <w:b/>
          <w:sz w:val="24"/>
          <w:szCs w:val="24"/>
        </w:rPr>
        <w:t>on different solid media</w:t>
      </w:r>
    </w:p>
    <w:p w14:paraId="42399F50" w14:textId="04827659" w:rsidR="005B6E6D" w:rsidRPr="005E5774" w:rsidRDefault="005B6E6D" w:rsidP="005B6E6D">
      <w:pPr>
        <w:spacing w:after="240" w:line="360" w:lineRule="auto"/>
        <w:jc w:val="both"/>
        <w:rPr>
          <w:rFonts w:ascii="Arial" w:hAnsi="Arial" w:cs="Arial"/>
          <w:b/>
          <w:sz w:val="24"/>
          <w:szCs w:val="24"/>
        </w:rPr>
      </w:pPr>
    </w:p>
    <w:p w14:paraId="37A19A0D" w14:textId="1C02DFA5" w:rsidR="005B6E6D" w:rsidRPr="00364491" w:rsidRDefault="005E5774" w:rsidP="005B6E6D">
      <w:pPr>
        <w:spacing w:after="240" w:line="360" w:lineRule="auto"/>
        <w:jc w:val="both"/>
        <w:rPr>
          <w:rFonts w:ascii="Arial" w:hAnsi="Arial" w:cs="Arial"/>
          <w:b/>
          <w:sz w:val="24"/>
          <w:szCs w:val="24"/>
        </w:rPr>
      </w:pPr>
      <w:r w:rsidRPr="00364491">
        <w:rPr>
          <w:rFonts w:ascii="Arial" w:hAnsi="Arial" w:cs="Arial"/>
          <w:b/>
          <w:noProof/>
          <w:sz w:val="24"/>
          <w:szCs w:val="24"/>
        </w:rPr>
        <w:drawing>
          <wp:inline distT="0" distB="0" distL="0" distR="0" wp14:anchorId="7C8DD0BA" wp14:editId="1BFDE115">
            <wp:extent cx="5501640" cy="3032760"/>
            <wp:effectExtent l="0" t="0" r="3810" b="15240"/>
            <wp:docPr id="70301197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B6E6D" w:rsidRPr="00364491">
        <w:rPr>
          <w:rFonts w:ascii="Arial" w:hAnsi="Arial" w:cs="Arial"/>
          <w:b/>
          <w:sz w:val="24"/>
          <w:szCs w:val="24"/>
        </w:rPr>
        <w:t>Fig</w:t>
      </w:r>
      <w:r w:rsidR="005B6E6D">
        <w:rPr>
          <w:rFonts w:ascii="Arial" w:hAnsi="Arial" w:cs="Arial"/>
          <w:b/>
          <w:sz w:val="24"/>
          <w:szCs w:val="24"/>
        </w:rPr>
        <w:t>.</w:t>
      </w:r>
      <w:r w:rsidR="005B6E6D" w:rsidRPr="00364491">
        <w:rPr>
          <w:rFonts w:ascii="Arial" w:hAnsi="Arial" w:cs="Arial"/>
          <w:b/>
          <w:sz w:val="24"/>
          <w:szCs w:val="24"/>
        </w:rPr>
        <w:t xml:space="preserve"> 1. </w:t>
      </w:r>
      <w:bookmarkStart w:id="10" w:name="_Hlk145516556"/>
      <w:r w:rsidR="005B6E6D" w:rsidRPr="00364491">
        <w:rPr>
          <w:rFonts w:ascii="Arial" w:hAnsi="Arial" w:cs="Arial"/>
          <w:b/>
          <w:sz w:val="24"/>
          <w:szCs w:val="24"/>
        </w:rPr>
        <w:t xml:space="preserve">Growth of </w:t>
      </w:r>
      <w:r w:rsidR="005B6E6D" w:rsidRPr="00364491">
        <w:rPr>
          <w:rFonts w:ascii="Arial" w:hAnsi="Arial" w:cs="Arial"/>
          <w:b/>
          <w:i/>
          <w:sz w:val="24"/>
          <w:szCs w:val="24"/>
        </w:rPr>
        <w:t xml:space="preserve">Colletotrichum </w:t>
      </w:r>
      <w:proofErr w:type="spellStart"/>
      <w:r w:rsidR="005B6E6D" w:rsidRPr="00364491">
        <w:rPr>
          <w:rFonts w:ascii="Arial" w:hAnsi="Arial" w:cs="Arial"/>
          <w:b/>
          <w:i/>
          <w:sz w:val="24"/>
          <w:szCs w:val="24"/>
        </w:rPr>
        <w:t>capsici</w:t>
      </w:r>
      <w:proofErr w:type="spellEnd"/>
      <w:r w:rsidR="005B6E6D" w:rsidRPr="00364491">
        <w:rPr>
          <w:rFonts w:ascii="Arial" w:hAnsi="Arial" w:cs="Arial"/>
          <w:b/>
          <w:i/>
          <w:sz w:val="24"/>
          <w:szCs w:val="24"/>
        </w:rPr>
        <w:t xml:space="preserve"> </w:t>
      </w:r>
      <w:r w:rsidR="005B6E6D">
        <w:rPr>
          <w:rFonts w:ascii="Arial" w:hAnsi="Arial" w:cs="Arial"/>
          <w:b/>
          <w:sz w:val="24"/>
          <w:szCs w:val="24"/>
        </w:rPr>
        <w:t>on different solid media</w:t>
      </w:r>
    </w:p>
    <w:bookmarkEnd w:id="10"/>
    <w:p w14:paraId="75D09406" w14:textId="5D3B8784" w:rsidR="005B6E6D" w:rsidRPr="00364491" w:rsidRDefault="005B6E6D" w:rsidP="005B6E6D">
      <w:pPr>
        <w:spacing w:after="240" w:line="360" w:lineRule="auto"/>
        <w:jc w:val="both"/>
        <w:rPr>
          <w:rFonts w:ascii="Arial" w:hAnsi="Arial" w:cs="Arial"/>
          <w:b/>
          <w:sz w:val="24"/>
          <w:szCs w:val="24"/>
        </w:rPr>
      </w:pPr>
    </w:p>
    <w:p w14:paraId="66D3401C" w14:textId="63B6828C" w:rsidR="005B6E6D" w:rsidRPr="00B64FC8" w:rsidRDefault="005B6E6D" w:rsidP="00B64FC8">
      <w:pPr>
        <w:spacing w:line="360" w:lineRule="auto"/>
        <w:ind w:left="1080" w:hanging="1080"/>
        <w:jc w:val="both"/>
        <w:rPr>
          <w:rFonts w:ascii="Arial" w:hAnsi="Arial" w:cs="Arial"/>
          <w:b/>
          <w:sz w:val="24"/>
          <w:szCs w:val="24"/>
        </w:rPr>
      </w:pPr>
      <w:r w:rsidRPr="00364491">
        <w:rPr>
          <w:rFonts w:ascii="Arial" w:hAnsi="Arial" w:cs="Arial"/>
          <w:b/>
          <w:sz w:val="24"/>
          <w:szCs w:val="24"/>
        </w:rPr>
        <w:t xml:space="preserve">Table </w:t>
      </w:r>
      <w:r w:rsidR="008A2C49">
        <w:rPr>
          <w:rFonts w:ascii="Arial" w:hAnsi="Arial" w:cs="Arial"/>
          <w:b/>
          <w:sz w:val="24"/>
          <w:szCs w:val="24"/>
        </w:rPr>
        <w:t>7</w:t>
      </w:r>
      <w:r w:rsidRPr="00364491">
        <w:rPr>
          <w:rFonts w:ascii="Arial" w:hAnsi="Arial" w:cs="Arial"/>
          <w:b/>
          <w:sz w:val="24"/>
          <w:szCs w:val="24"/>
        </w:rPr>
        <w:t xml:space="preserve">. Cultural characteristics and sporulation of </w:t>
      </w:r>
      <w:r w:rsidRPr="00364491">
        <w:rPr>
          <w:rFonts w:ascii="Arial" w:hAnsi="Arial" w:cs="Arial"/>
          <w:b/>
          <w:i/>
          <w:sz w:val="24"/>
          <w:szCs w:val="24"/>
        </w:rPr>
        <w:t xml:space="preserve">Colletotrichum </w:t>
      </w:r>
      <w:proofErr w:type="spellStart"/>
      <w:r w:rsidRPr="00364491">
        <w:rPr>
          <w:rFonts w:ascii="Arial" w:hAnsi="Arial" w:cs="Arial"/>
          <w:b/>
          <w:i/>
          <w:sz w:val="24"/>
          <w:szCs w:val="24"/>
        </w:rPr>
        <w:t>capsici</w:t>
      </w:r>
      <w:proofErr w:type="spellEnd"/>
      <w:r w:rsidRPr="00364491">
        <w:rPr>
          <w:rFonts w:ascii="Arial" w:hAnsi="Arial" w:cs="Arial"/>
          <w:b/>
          <w:sz w:val="24"/>
          <w:szCs w:val="24"/>
        </w:rPr>
        <w:t xml:space="preserve"> on different solid media after 7 days of Incubation</w:t>
      </w:r>
    </w:p>
    <w:tbl>
      <w:tblPr>
        <w:tblStyle w:val="TableGrid"/>
        <w:tblpPr w:leftFromText="180" w:rightFromText="180" w:vertAnchor="page" w:horzAnchor="margin" w:tblpXSpec="center" w:tblpY="3865"/>
        <w:tblOverlap w:val="never"/>
        <w:tblW w:w="7580" w:type="dxa"/>
        <w:tblLayout w:type="fixed"/>
        <w:tblLook w:val="04A0" w:firstRow="1" w:lastRow="0" w:firstColumn="1" w:lastColumn="0" w:noHBand="0" w:noVBand="1"/>
      </w:tblPr>
      <w:tblGrid>
        <w:gridCol w:w="2793"/>
        <w:gridCol w:w="3040"/>
        <w:gridCol w:w="1747"/>
      </w:tblGrid>
      <w:tr w:rsidR="005E5774" w:rsidRPr="00364491" w14:paraId="34FCE95F" w14:textId="77777777" w:rsidTr="005E5774">
        <w:trPr>
          <w:trHeight w:val="360"/>
        </w:trPr>
        <w:tc>
          <w:tcPr>
            <w:tcW w:w="2793" w:type="dxa"/>
          </w:tcPr>
          <w:p w14:paraId="6F90424B" w14:textId="7FEB3FD3"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lastRenderedPageBreak/>
              <w:t>Media</w:t>
            </w:r>
          </w:p>
        </w:tc>
        <w:tc>
          <w:tcPr>
            <w:tcW w:w="3040" w:type="dxa"/>
          </w:tcPr>
          <w:p w14:paraId="0C4C3B6C" w14:textId="77777777"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t>Growth characteristic</w:t>
            </w:r>
          </w:p>
        </w:tc>
        <w:tc>
          <w:tcPr>
            <w:tcW w:w="1747" w:type="dxa"/>
          </w:tcPr>
          <w:p w14:paraId="63906198" w14:textId="77777777"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t>Sporulation (10 DAI)</w:t>
            </w:r>
          </w:p>
        </w:tc>
      </w:tr>
      <w:tr w:rsidR="005E5774" w:rsidRPr="00364491" w14:paraId="100C03C4" w14:textId="77777777" w:rsidTr="005E5774">
        <w:trPr>
          <w:trHeight w:val="521"/>
        </w:trPr>
        <w:tc>
          <w:tcPr>
            <w:tcW w:w="2793" w:type="dxa"/>
          </w:tcPr>
          <w:p w14:paraId="24096F25"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Potato Dextrose Agar</w:t>
            </w:r>
          </w:p>
        </w:tc>
        <w:tc>
          <w:tcPr>
            <w:tcW w:w="3040" w:type="dxa"/>
          </w:tcPr>
          <w:p w14:paraId="18F99883"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Greyish white colony with </w:t>
            </w:r>
            <w:proofErr w:type="spellStart"/>
            <w:r w:rsidRPr="00364491">
              <w:rPr>
                <w:rFonts w:ascii="Arial" w:hAnsi="Arial" w:cs="Arial"/>
                <w:bCs/>
                <w:sz w:val="24"/>
                <w:szCs w:val="24"/>
              </w:rPr>
              <w:t>acervuli</w:t>
            </w:r>
            <w:proofErr w:type="spellEnd"/>
            <w:r w:rsidRPr="00364491">
              <w:rPr>
                <w:rFonts w:ascii="Arial" w:hAnsi="Arial" w:cs="Arial"/>
                <w:bCs/>
                <w:sz w:val="24"/>
                <w:szCs w:val="24"/>
              </w:rPr>
              <w:t xml:space="preserve"> at periphery</w:t>
            </w:r>
          </w:p>
        </w:tc>
        <w:tc>
          <w:tcPr>
            <w:tcW w:w="1747" w:type="dxa"/>
          </w:tcPr>
          <w:p w14:paraId="3A5CAAAA"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5059DBBB" w14:textId="77777777" w:rsidTr="005E5774">
        <w:trPr>
          <w:trHeight w:val="79"/>
        </w:trPr>
        <w:tc>
          <w:tcPr>
            <w:tcW w:w="2793" w:type="dxa"/>
          </w:tcPr>
          <w:p w14:paraId="6FF40506"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Chilli extract agar</w:t>
            </w:r>
          </w:p>
        </w:tc>
        <w:tc>
          <w:tcPr>
            <w:tcW w:w="3040" w:type="dxa"/>
          </w:tcPr>
          <w:p w14:paraId="7F719F54"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Only </w:t>
            </w:r>
            <w:proofErr w:type="spellStart"/>
            <w:r w:rsidRPr="00364491">
              <w:rPr>
                <w:rFonts w:ascii="Arial" w:hAnsi="Arial" w:cs="Arial"/>
                <w:bCs/>
                <w:sz w:val="24"/>
                <w:szCs w:val="24"/>
              </w:rPr>
              <w:t>acevuli</w:t>
            </w:r>
            <w:proofErr w:type="spellEnd"/>
            <w:r w:rsidRPr="00364491">
              <w:rPr>
                <w:rFonts w:ascii="Arial" w:hAnsi="Arial" w:cs="Arial"/>
                <w:bCs/>
                <w:sz w:val="24"/>
                <w:szCs w:val="24"/>
              </w:rPr>
              <w:t xml:space="preserve"> are found</w:t>
            </w:r>
          </w:p>
        </w:tc>
        <w:tc>
          <w:tcPr>
            <w:tcW w:w="1747" w:type="dxa"/>
          </w:tcPr>
          <w:p w14:paraId="44FA45F0"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68C36558" w14:textId="77777777" w:rsidTr="005E5774">
        <w:trPr>
          <w:trHeight w:val="79"/>
        </w:trPr>
        <w:tc>
          <w:tcPr>
            <w:tcW w:w="2793" w:type="dxa"/>
          </w:tcPr>
          <w:p w14:paraId="5F64708D"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Malt extract Agar</w:t>
            </w:r>
          </w:p>
        </w:tc>
        <w:tc>
          <w:tcPr>
            <w:tcW w:w="3040" w:type="dxa"/>
          </w:tcPr>
          <w:p w14:paraId="2B3ECCB5"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White to greyish</w:t>
            </w:r>
          </w:p>
        </w:tc>
        <w:tc>
          <w:tcPr>
            <w:tcW w:w="1747" w:type="dxa"/>
          </w:tcPr>
          <w:p w14:paraId="233FFC6B"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7B5C7030" w14:textId="77777777" w:rsidTr="005E5774">
        <w:trPr>
          <w:trHeight w:val="79"/>
        </w:trPr>
        <w:tc>
          <w:tcPr>
            <w:tcW w:w="2793" w:type="dxa"/>
          </w:tcPr>
          <w:p w14:paraId="2F6B2371" w14:textId="77777777" w:rsidR="005E5774" w:rsidRPr="00364491" w:rsidRDefault="005E5774" w:rsidP="005E5774">
            <w:pPr>
              <w:spacing w:before="160" w:after="160" w:line="276" w:lineRule="auto"/>
              <w:rPr>
                <w:rFonts w:ascii="Arial" w:hAnsi="Arial" w:cs="Arial"/>
                <w:sz w:val="24"/>
                <w:szCs w:val="24"/>
              </w:rPr>
            </w:pPr>
            <w:proofErr w:type="spellStart"/>
            <w:r w:rsidRPr="00364491">
              <w:rPr>
                <w:rFonts w:ascii="Arial" w:hAnsi="Arial" w:cs="Arial"/>
                <w:sz w:val="24"/>
                <w:szCs w:val="24"/>
              </w:rPr>
              <w:t>Sabouraud’s</w:t>
            </w:r>
            <w:proofErr w:type="spellEnd"/>
            <w:r w:rsidRPr="00364491">
              <w:rPr>
                <w:rFonts w:ascii="Arial" w:hAnsi="Arial" w:cs="Arial"/>
                <w:sz w:val="24"/>
                <w:szCs w:val="24"/>
              </w:rPr>
              <w:t xml:space="preserve"> Dextrose Agar</w:t>
            </w:r>
          </w:p>
        </w:tc>
        <w:tc>
          <w:tcPr>
            <w:tcW w:w="3040" w:type="dxa"/>
          </w:tcPr>
          <w:p w14:paraId="3C3B6BCF"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White to greyish colony </w:t>
            </w:r>
            <w:proofErr w:type="spellStart"/>
            <w:r w:rsidRPr="00364491">
              <w:rPr>
                <w:rFonts w:ascii="Arial" w:hAnsi="Arial" w:cs="Arial"/>
                <w:bCs/>
                <w:sz w:val="24"/>
                <w:szCs w:val="24"/>
              </w:rPr>
              <w:t>colour</w:t>
            </w:r>
            <w:proofErr w:type="spellEnd"/>
            <w:r w:rsidRPr="00364491">
              <w:rPr>
                <w:rFonts w:ascii="Arial" w:hAnsi="Arial" w:cs="Arial"/>
                <w:bCs/>
                <w:sz w:val="24"/>
                <w:szCs w:val="24"/>
              </w:rPr>
              <w:t xml:space="preserve"> with </w:t>
            </w:r>
            <w:proofErr w:type="spellStart"/>
            <w:r w:rsidRPr="00364491">
              <w:rPr>
                <w:rFonts w:ascii="Arial" w:hAnsi="Arial" w:cs="Arial"/>
                <w:bCs/>
                <w:sz w:val="24"/>
                <w:szCs w:val="24"/>
              </w:rPr>
              <w:t>acervuli</w:t>
            </w:r>
            <w:proofErr w:type="spellEnd"/>
          </w:p>
        </w:tc>
        <w:tc>
          <w:tcPr>
            <w:tcW w:w="1747" w:type="dxa"/>
          </w:tcPr>
          <w:p w14:paraId="4EA3C229"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08DFFFB9" w14:textId="77777777" w:rsidTr="005E5774">
        <w:trPr>
          <w:trHeight w:val="537"/>
        </w:trPr>
        <w:tc>
          <w:tcPr>
            <w:tcW w:w="2793" w:type="dxa"/>
          </w:tcPr>
          <w:p w14:paraId="1B7AFCF3" w14:textId="77777777" w:rsidR="005E5774" w:rsidRPr="00364491" w:rsidRDefault="005E5774" w:rsidP="005E5774">
            <w:pPr>
              <w:spacing w:before="160" w:after="160" w:line="276" w:lineRule="auto"/>
              <w:rPr>
                <w:rFonts w:ascii="Arial" w:hAnsi="Arial" w:cs="Arial"/>
                <w:sz w:val="24"/>
                <w:szCs w:val="24"/>
              </w:rPr>
            </w:pPr>
            <w:proofErr w:type="spellStart"/>
            <w:r w:rsidRPr="00364491">
              <w:rPr>
                <w:rFonts w:ascii="Arial" w:hAnsi="Arial" w:cs="Arial"/>
                <w:sz w:val="24"/>
                <w:szCs w:val="24"/>
              </w:rPr>
              <w:t>Czapek’s</w:t>
            </w:r>
            <w:proofErr w:type="spellEnd"/>
            <w:r w:rsidRPr="00364491">
              <w:rPr>
                <w:rFonts w:ascii="Arial" w:hAnsi="Arial" w:cs="Arial"/>
                <w:sz w:val="24"/>
                <w:szCs w:val="24"/>
              </w:rPr>
              <w:t xml:space="preserve"> Dox Agar</w:t>
            </w:r>
          </w:p>
        </w:tc>
        <w:tc>
          <w:tcPr>
            <w:tcW w:w="3040" w:type="dxa"/>
          </w:tcPr>
          <w:p w14:paraId="5846C028"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Whitish </w:t>
            </w:r>
            <w:proofErr w:type="spellStart"/>
            <w:r w:rsidRPr="00364491">
              <w:rPr>
                <w:rFonts w:ascii="Arial" w:hAnsi="Arial" w:cs="Arial"/>
                <w:bCs/>
                <w:sz w:val="24"/>
                <w:szCs w:val="24"/>
              </w:rPr>
              <w:t>colour</w:t>
            </w:r>
            <w:proofErr w:type="spellEnd"/>
            <w:r w:rsidRPr="00364491">
              <w:rPr>
                <w:rFonts w:ascii="Arial" w:hAnsi="Arial" w:cs="Arial"/>
                <w:bCs/>
                <w:sz w:val="24"/>
                <w:szCs w:val="24"/>
              </w:rPr>
              <w:t xml:space="preserve"> with concentric rings</w:t>
            </w:r>
          </w:p>
        </w:tc>
        <w:tc>
          <w:tcPr>
            <w:tcW w:w="1747" w:type="dxa"/>
          </w:tcPr>
          <w:p w14:paraId="2D469C1E"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bl>
    <w:p w14:paraId="14620100" w14:textId="2805B802" w:rsidR="005B6E6D" w:rsidRPr="00364491" w:rsidRDefault="005B6E6D" w:rsidP="005B6E6D">
      <w:pPr>
        <w:spacing w:before="240" w:after="120" w:line="360" w:lineRule="auto"/>
        <w:jc w:val="both"/>
        <w:rPr>
          <w:rFonts w:ascii="Arial" w:hAnsi="Arial" w:cs="Arial"/>
          <w:sz w:val="24"/>
          <w:szCs w:val="24"/>
        </w:rPr>
      </w:pPr>
      <w:r w:rsidRPr="00364491">
        <w:rPr>
          <w:rFonts w:ascii="Arial" w:hAnsi="Arial" w:cs="Arial"/>
          <w:sz w:val="24"/>
          <w:szCs w:val="24"/>
        </w:rPr>
        <w:t>Here,</w:t>
      </w:r>
    </w:p>
    <w:p w14:paraId="0ECD1799" w14:textId="77777777" w:rsidR="005B6E6D" w:rsidRPr="000E6009" w:rsidRDefault="005B6E6D" w:rsidP="005B6E6D">
      <w:pPr>
        <w:tabs>
          <w:tab w:val="left" w:pos="1260"/>
          <w:tab w:val="left" w:pos="1620"/>
        </w:tabs>
        <w:spacing w:after="120" w:line="360" w:lineRule="auto"/>
        <w:ind w:left="720"/>
        <w:jc w:val="both"/>
        <w:rPr>
          <w:sz w:val="24"/>
          <w:szCs w:val="24"/>
        </w:rPr>
      </w:pPr>
      <w:r w:rsidRPr="000E6009">
        <w:rPr>
          <w:b/>
          <w:sz w:val="24"/>
          <w:szCs w:val="24"/>
        </w:rPr>
        <w:t>-</w:t>
      </w:r>
      <w:r>
        <w:rPr>
          <w:sz w:val="24"/>
          <w:szCs w:val="24"/>
        </w:rPr>
        <w:tab/>
      </w:r>
      <w:r w:rsidRPr="000E6009">
        <w:rPr>
          <w:b/>
          <w:sz w:val="24"/>
          <w:szCs w:val="24"/>
        </w:rPr>
        <w:t>=</w:t>
      </w:r>
      <w:r w:rsidRPr="000E6009">
        <w:rPr>
          <w:sz w:val="24"/>
          <w:szCs w:val="24"/>
        </w:rPr>
        <w:tab/>
        <w:t>No sporulation</w:t>
      </w:r>
    </w:p>
    <w:p w14:paraId="6D0EFDB4" w14:textId="77777777" w:rsidR="005B6E6D" w:rsidRPr="00364491" w:rsidRDefault="005B6E6D" w:rsidP="005B6E6D">
      <w:pPr>
        <w:tabs>
          <w:tab w:val="left" w:pos="1260"/>
          <w:tab w:val="left" w:pos="1620"/>
        </w:tabs>
        <w:spacing w:after="120" w:line="360" w:lineRule="auto"/>
        <w:ind w:left="720"/>
        <w:jc w:val="both"/>
        <w:rPr>
          <w:rFonts w:ascii="Arial" w:hAnsi="Arial" w:cs="Arial"/>
          <w:sz w:val="24"/>
          <w:szCs w:val="24"/>
        </w:rPr>
      </w:pP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Good sporulation</w:t>
      </w:r>
    </w:p>
    <w:p w14:paraId="7327DA46" w14:textId="77777777" w:rsidR="005B6E6D" w:rsidRPr="00364491" w:rsidRDefault="005B6E6D" w:rsidP="005B6E6D">
      <w:pPr>
        <w:tabs>
          <w:tab w:val="left" w:pos="1260"/>
          <w:tab w:val="left" w:pos="1620"/>
        </w:tabs>
        <w:spacing w:after="240" w:line="360" w:lineRule="auto"/>
        <w:ind w:left="720"/>
        <w:jc w:val="both"/>
        <w:rPr>
          <w:rFonts w:ascii="Arial" w:hAnsi="Arial" w:cs="Arial"/>
          <w:sz w:val="24"/>
          <w:szCs w:val="24"/>
        </w:rPr>
      </w:pP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Excellent sporulation</w:t>
      </w:r>
    </w:p>
    <w:p w14:paraId="5C7E9CD3" w14:textId="077F5D88" w:rsidR="003D4FB4" w:rsidRPr="005E5774" w:rsidRDefault="005B6E6D" w:rsidP="005E5774">
      <w:pPr>
        <w:spacing w:after="240"/>
        <w:ind w:firstLine="720"/>
        <w:jc w:val="both"/>
        <w:rPr>
          <w:rFonts w:ascii="Times New Roman" w:hAnsi="Times New Roman" w:cs="Times New Roman"/>
          <w:sz w:val="24"/>
          <w:szCs w:val="24"/>
        </w:rPr>
      </w:pPr>
      <w:r w:rsidRPr="005E5774">
        <w:rPr>
          <w:rFonts w:ascii="Times New Roman" w:hAnsi="Times New Roman" w:cs="Times New Roman"/>
          <w:sz w:val="24"/>
          <w:szCs w:val="24"/>
        </w:rPr>
        <w:t xml:space="preserve">The data present in table </w:t>
      </w:r>
      <w:r w:rsidR="008A2C49">
        <w:rPr>
          <w:rFonts w:ascii="Times New Roman" w:hAnsi="Times New Roman" w:cs="Times New Roman"/>
          <w:sz w:val="24"/>
          <w:szCs w:val="24"/>
        </w:rPr>
        <w:t>6</w:t>
      </w:r>
      <w:r w:rsidRPr="005E5774">
        <w:rPr>
          <w:rFonts w:ascii="Times New Roman" w:hAnsi="Times New Roman" w:cs="Times New Roman"/>
          <w:sz w:val="24"/>
          <w:szCs w:val="24"/>
        </w:rPr>
        <w:t xml:space="preserve"> maximum radial growth of </w:t>
      </w:r>
      <w:r w:rsidRPr="005E5774">
        <w:rPr>
          <w:rFonts w:ascii="Times New Roman" w:hAnsi="Times New Roman" w:cs="Times New Roman"/>
          <w:i/>
          <w:sz w:val="24"/>
          <w:szCs w:val="24"/>
        </w:rPr>
        <w:t xml:space="preserve">Colletotrichum </w:t>
      </w:r>
      <w:proofErr w:type="spellStart"/>
      <w:r w:rsidRPr="005E5774">
        <w:rPr>
          <w:rFonts w:ascii="Times New Roman" w:hAnsi="Times New Roman" w:cs="Times New Roman"/>
          <w:i/>
          <w:sz w:val="24"/>
          <w:szCs w:val="24"/>
        </w:rPr>
        <w:t>capsici</w:t>
      </w:r>
      <w:proofErr w:type="spellEnd"/>
      <w:r w:rsidRPr="005E5774">
        <w:rPr>
          <w:rFonts w:ascii="Times New Roman" w:hAnsi="Times New Roman" w:cs="Times New Roman"/>
          <w:sz w:val="24"/>
          <w:szCs w:val="24"/>
        </w:rPr>
        <w:t xml:space="preserve"> was recorded on PDA media (68mm), which was found to be significantly superior to all other media followed by </w:t>
      </w:r>
      <w:proofErr w:type="spellStart"/>
      <w:r w:rsidRPr="005E5774">
        <w:rPr>
          <w:rFonts w:ascii="Times New Roman" w:hAnsi="Times New Roman" w:cs="Times New Roman"/>
          <w:sz w:val="24"/>
          <w:szCs w:val="24"/>
        </w:rPr>
        <w:t>Sabouraud’s</w:t>
      </w:r>
      <w:proofErr w:type="spellEnd"/>
      <w:r w:rsidRPr="005E5774">
        <w:rPr>
          <w:rFonts w:ascii="Times New Roman" w:hAnsi="Times New Roman" w:cs="Times New Roman"/>
          <w:sz w:val="24"/>
          <w:szCs w:val="24"/>
        </w:rPr>
        <w:t xml:space="preserve"> dextrose agar, </w:t>
      </w:r>
      <w:proofErr w:type="spellStart"/>
      <w:r w:rsidRPr="005E5774">
        <w:rPr>
          <w:rFonts w:ascii="Times New Roman" w:hAnsi="Times New Roman" w:cs="Times New Roman"/>
          <w:sz w:val="24"/>
          <w:szCs w:val="24"/>
        </w:rPr>
        <w:t>Czapek’s</w:t>
      </w:r>
      <w:proofErr w:type="spellEnd"/>
      <w:r w:rsidRPr="005E5774">
        <w:rPr>
          <w:rFonts w:ascii="Times New Roman" w:hAnsi="Times New Roman" w:cs="Times New Roman"/>
          <w:sz w:val="24"/>
          <w:szCs w:val="24"/>
        </w:rPr>
        <w:t xml:space="preserve"> dox agar and malt extract agar. The least radial growth was recorded in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media (40mm). Mycelium </w:t>
      </w:r>
      <w:proofErr w:type="spellStart"/>
      <w:r w:rsidRPr="005E5774">
        <w:rPr>
          <w:rFonts w:ascii="Times New Roman" w:hAnsi="Times New Roman" w:cs="Times New Roman"/>
          <w:sz w:val="24"/>
          <w:szCs w:val="24"/>
        </w:rPr>
        <w:t>colour</w:t>
      </w:r>
      <w:proofErr w:type="spellEnd"/>
      <w:r w:rsidRPr="005E5774">
        <w:rPr>
          <w:rFonts w:ascii="Times New Roman" w:hAnsi="Times New Roman" w:cs="Times New Roman"/>
          <w:sz w:val="24"/>
          <w:szCs w:val="24"/>
        </w:rPr>
        <w:t xml:space="preserve"> varied from whitish to greyish. The growth varied from flat to raised and fluffy to sparse. </w:t>
      </w:r>
      <w:proofErr w:type="spellStart"/>
      <w:r w:rsidRPr="005E5774">
        <w:rPr>
          <w:rFonts w:ascii="Times New Roman" w:hAnsi="Times New Roman" w:cs="Times New Roman"/>
          <w:sz w:val="24"/>
          <w:szCs w:val="24"/>
        </w:rPr>
        <w:t>Acervuli</w:t>
      </w:r>
      <w:proofErr w:type="spellEnd"/>
      <w:r w:rsidRPr="005E5774">
        <w:rPr>
          <w:rFonts w:ascii="Times New Roman" w:hAnsi="Times New Roman" w:cs="Times New Roman"/>
          <w:sz w:val="24"/>
          <w:szCs w:val="24"/>
        </w:rPr>
        <w:t xml:space="preserve"> are found early on PDA followed by </w:t>
      </w:r>
      <w:proofErr w:type="spellStart"/>
      <w:r w:rsidRPr="005E5774">
        <w:rPr>
          <w:rFonts w:ascii="Times New Roman" w:hAnsi="Times New Roman" w:cs="Times New Roman"/>
          <w:sz w:val="24"/>
          <w:szCs w:val="24"/>
        </w:rPr>
        <w:t>Sabouraud’s</w:t>
      </w:r>
      <w:proofErr w:type="spellEnd"/>
      <w:r w:rsidRPr="005E5774">
        <w:rPr>
          <w:rFonts w:ascii="Times New Roman" w:hAnsi="Times New Roman" w:cs="Times New Roman"/>
          <w:sz w:val="24"/>
          <w:szCs w:val="24"/>
        </w:rPr>
        <w:t xml:space="preserve"> dextrose media and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while </w:t>
      </w:r>
      <w:proofErr w:type="spellStart"/>
      <w:r w:rsidRPr="005E5774">
        <w:rPr>
          <w:rFonts w:ascii="Times New Roman" w:hAnsi="Times New Roman" w:cs="Times New Roman"/>
          <w:sz w:val="24"/>
          <w:szCs w:val="24"/>
        </w:rPr>
        <w:t>acervuli</w:t>
      </w:r>
      <w:proofErr w:type="spellEnd"/>
      <w:r w:rsidRPr="005E5774">
        <w:rPr>
          <w:rFonts w:ascii="Times New Roman" w:hAnsi="Times New Roman" w:cs="Times New Roman"/>
          <w:sz w:val="24"/>
          <w:szCs w:val="24"/>
        </w:rPr>
        <w:t xml:space="preserve"> were not recorded in Malt extract, </w:t>
      </w:r>
      <w:proofErr w:type="spellStart"/>
      <w:r w:rsidRPr="005E5774">
        <w:rPr>
          <w:rFonts w:ascii="Times New Roman" w:hAnsi="Times New Roman" w:cs="Times New Roman"/>
          <w:sz w:val="24"/>
          <w:szCs w:val="24"/>
        </w:rPr>
        <w:t>Czapek</w:t>
      </w:r>
      <w:proofErr w:type="spellEnd"/>
      <w:r w:rsidRPr="005E5774">
        <w:rPr>
          <w:rFonts w:ascii="Times New Roman" w:hAnsi="Times New Roman" w:cs="Times New Roman"/>
          <w:sz w:val="24"/>
          <w:szCs w:val="24"/>
        </w:rPr>
        <w:t xml:space="preserve"> media, and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agar. Sporulation also showed greater variation in different media, ranging from excellent to poor. Excellent sporulation was recorded on PDA Media, good sporulation in </w:t>
      </w:r>
      <w:proofErr w:type="spellStart"/>
      <w:r w:rsidRPr="005E5774">
        <w:rPr>
          <w:rFonts w:ascii="Times New Roman" w:hAnsi="Times New Roman" w:cs="Times New Roman"/>
          <w:sz w:val="24"/>
          <w:szCs w:val="24"/>
        </w:rPr>
        <w:t>Sabouraud’s</w:t>
      </w:r>
      <w:proofErr w:type="spellEnd"/>
      <w:r w:rsidRPr="005E5774">
        <w:rPr>
          <w:rFonts w:ascii="Times New Roman" w:hAnsi="Times New Roman" w:cs="Times New Roman"/>
          <w:sz w:val="24"/>
          <w:szCs w:val="24"/>
        </w:rPr>
        <w:t xml:space="preserve"> dextrose media, while sporulation was not recorded in Malt extract, </w:t>
      </w:r>
      <w:proofErr w:type="spellStart"/>
      <w:r w:rsidRPr="005E5774">
        <w:rPr>
          <w:rFonts w:ascii="Times New Roman" w:hAnsi="Times New Roman" w:cs="Times New Roman"/>
          <w:sz w:val="24"/>
          <w:szCs w:val="24"/>
        </w:rPr>
        <w:t>Czapek</w:t>
      </w:r>
      <w:proofErr w:type="spellEnd"/>
      <w:r w:rsidRPr="005E5774">
        <w:rPr>
          <w:rFonts w:ascii="Times New Roman" w:hAnsi="Times New Roman" w:cs="Times New Roman"/>
          <w:sz w:val="24"/>
          <w:szCs w:val="24"/>
        </w:rPr>
        <w:t xml:space="preserve"> media, and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agar.</w:t>
      </w:r>
      <w:r w:rsidR="003D4FB4" w:rsidRPr="005E5774">
        <w:rPr>
          <w:rFonts w:ascii="Times New Roman" w:hAnsi="Times New Roman" w:cs="Times New Roman"/>
          <w:color w:val="000000" w:themeColor="text1"/>
          <w:sz w:val="24"/>
          <w:szCs w:val="24"/>
        </w:rPr>
        <w:t xml:space="preserve">                    </w:t>
      </w:r>
    </w:p>
    <w:p w14:paraId="7FE5B64B" w14:textId="111D7AA2" w:rsidR="003D4FB4" w:rsidRPr="00764556" w:rsidRDefault="003D4FB4" w:rsidP="003D4FB4">
      <w:pPr>
        <w:pStyle w:val="Heading1"/>
        <w:jc w:val="both"/>
        <w:rPr>
          <w:rFonts w:ascii="Times New Roman" w:hAnsi="Times New Roman" w:cs="Times New Roman"/>
          <w:color w:val="000000" w:themeColor="text1"/>
        </w:rPr>
      </w:pPr>
      <w:r w:rsidRPr="00764556">
        <w:rPr>
          <w:rFonts w:ascii="Times New Roman" w:hAnsi="Times New Roman" w:cs="Times New Roman"/>
          <w:color w:val="000000" w:themeColor="text1"/>
        </w:rPr>
        <w:t>C</w:t>
      </w:r>
      <w:bookmarkStart w:id="11" w:name="_Hlk212221551"/>
      <w:r w:rsidRPr="00764556">
        <w:rPr>
          <w:rFonts w:ascii="Times New Roman" w:hAnsi="Times New Roman" w:cs="Times New Roman"/>
          <w:color w:val="000000" w:themeColor="text1"/>
        </w:rPr>
        <w:t>onclusion</w:t>
      </w:r>
      <w:bookmarkEnd w:id="11"/>
    </w:p>
    <w:p w14:paraId="3D7E0623" w14:textId="77777777" w:rsidR="00AB705B" w:rsidRDefault="00AB705B" w:rsidP="00485651">
      <w:pPr>
        <w:pStyle w:val="NormalWeb"/>
        <w:spacing w:line="276" w:lineRule="auto"/>
        <w:jc w:val="both"/>
      </w:pPr>
      <w:r>
        <w:t xml:space="preserve">The present investigation conclusively established the pathogenic nature of </w:t>
      </w:r>
      <w:r>
        <w:rPr>
          <w:rStyle w:val="Emphasis"/>
        </w:rPr>
        <w:t xml:space="preserve">Colletotrichum </w:t>
      </w:r>
      <w:proofErr w:type="spellStart"/>
      <w:r>
        <w:rPr>
          <w:rStyle w:val="Emphasis"/>
        </w:rPr>
        <w:t>capsici</w:t>
      </w:r>
      <w:proofErr w:type="spellEnd"/>
      <w:r>
        <w:t xml:space="preserve"> causing anthracnose in chilli through the successful </w:t>
      </w:r>
      <w:proofErr w:type="spellStart"/>
      <w:r>
        <w:t>fulfillment</w:t>
      </w:r>
      <w:proofErr w:type="spellEnd"/>
      <w:r>
        <w:t xml:space="preserve"> of Koch’s postulates. Artificial inoculation of susceptible chilli varieties resulted in the development of </w:t>
      </w:r>
      <w:r>
        <w:lastRenderedPageBreak/>
        <w:t xml:space="preserve">characteristic anthracnose symptoms, including necrosis of tender twigs and the formation of black </w:t>
      </w:r>
      <w:proofErr w:type="spellStart"/>
      <w:r>
        <w:t>acervuli</w:t>
      </w:r>
      <w:proofErr w:type="spellEnd"/>
      <w:r>
        <w:t xml:space="preserve">, thereby confirming the virulence of the pathogen. </w:t>
      </w:r>
      <w:proofErr w:type="spellStart"/>
      <w:r>
        <w:t>Reisolation</w:t>
      </w:r>
      <w:proofErr w:type="spellEnd"/>
      <w:r>
        <w:t xml:space="preserve"> of the fungus from infected tissues further validated its role as the causal agent of the disease.</w:t>
      </w:r>
    </w:p>
    <w:p w14:paraId="26BE4150" w14:textId="77777777" w:rsidR="00AB705B" w:rsidRDefault="00AB705B" w:rsidP="00485651">
      <w:pPr>
        <w:pStyle w:val="NormalWeb"/>
        <w:spacing w:line="276" w:lineRule="auto"/>
        <w:jc w:val="both"/>
      </w:pPr>
      <w:r>
        <w:t xml:space="preserve">The study also revealed significant variation in the cultural behaviour of </w:t>
      </w:r>
      <w:r>
        <w:rPr>
          <w:rStyle w:val="Emphasis"/>
        </w:rPr>
        <w:t xml:space="preserve">C. </w:t>
      </w:r>
      <w:proofErr w:type="spellStart"/>
      <w:r>
        <w:rPr>
          <w:rStyle w:val="Emphasis"/>
        </w:rPr>
        <w:t>capsici</w:t>
      </w:r>
      <w:proofErr w:type="spellEnd"/>
      <w:r>
        <w:t xml:space="preserve"> across different solid media. Among the five media evaluated, Potato Dextrose Agar proved to be the most suitable for mycelial growth and sporulation, recording the maximum radial growth and excellent sporulation. </w:t>
      </w:r>
      <w:proofErr w:type="spellStart"/>
      <w:r>
        <w:t>Sabouraud’s</w:t>
      </w:r>
      <w:proofErr w:type="spellEnd"/>
      <w:r>
        <w:t xml:space="preserve"> Dextrose Agar and </w:t>
      </w:r>
      <w:proofErr w:type="spellStart"/>
      <w:r>
        <w:t>Czapek’s</w:t>
      </w:r>
      <w:proofErr w:type="spellEnd"/>
      <w:r>
        <w:t xml:space="preserve"> Dox Agar supported moderate growth and sporulation, while chilli extract agar exhibited the least growth and poor sporulation. Differences in colony morphology, pigmentation, texture, and </w:t>
      </w:r>
      <w:proofErr w:type="spellStart"/>
      <w:r>
        <w:t>acervuli</w:t>
      </w:r>
      <w:proofErr w:type="spellEnd"/>
      <w:r>
        <w:t xml:space="preserve"> formation across media highlighted the influence of nutrient composition on fungal growth and reproductive potential.</w:t>
      </w:r>
    </w:p>
    <w:p w14:paraId="6BDC504F" w14:textId="191DDBEC" w:rsidR="00AB705B" w:rsidRDefault="00AB705B" w:rsidP="00485651">
      <w:pPr>
        <w:pStyle w:val="NormalWeb"/>
        <w:spacing w:line="276" w:lineRule="auto"/>
        <w:jc w:val="both"/>
      </w:pPr>
      <w:r>
        <w:t xml:space="preserve">These findings provide valuable insights into the biology, growth preferences, and pathogenic behaviour of </w:t>
      </w:r>
      <w:r>
        <w:rPr>
          <w:rStyle w:val="Emphasis"/>
        </w:rPr>
        <w:t xml:space="preserve">C. </w:t>
      </w:r>
      <w:proofErr w:type="spellStart"/>
      <w:r>
        <w:rPr>
          <w:rStyle w:val="Emphasis"/>
        </w:rPr>
        <w:t>capsici</w:t>
      </w:r>
      <w:proofErr w:type="spellEnd"/>
      <w:r>
        <w:t>. Identification of suitable culture media and confirmation of pathogenicity are essential prerequisites for further studies on disease epidemiology, host–pathogen interactions, and screening of effective management strategies. The information generated in this study can serve as a scientific basis for developing integrated and sustainable approaches for managing chilli anthracnose under field conditions.</w:t>
      </w:r>
    </w:p>
    <w:p w14:paraId="298AA395" w14:textId="46B26378" w:rsidR="007D4B8A" w:rsidRDefault="007D4B8A" w:rsidP="00485651">
      <w:pPr>
        <w:pStyle w:val="NormalWeb"/>
        <w:spacing w:line="276" w:lineRule="auto"/>
        <w:jc w:val="both"/>
      </w:pPr>
    </w:p>
    <w:p w14:paraId="1BF8A5C8" w14:textId="77777777" w:rsidR="007D4B8A" w:rsidRPr="00005ED1" w:rsidRDefault="007D4B8A" w:rsidP="007D4B8A">
      <w:pPr>
        <w:pStyle w:val="NoSpacing"/>
        <w:rPr>
          <w:rFonts w:ascii="Arial" w:hAnsi="Arial" w:cs="Arial"/>
          <w:highlight w:val="yellow"/>
        </w:rPr>
      </w:pPr>
      <w:r w:rsidRPr="00005ED1">
        <w:rPr>
          <w:rFonts w:ascii="Arial" w:hAnsi="Arial" w:cs="Arial"/>
          <w:highlight w:val="yellow"/>
        </w:rPr>
        <w:t>Disclaimer (Artificial intelligence)</w:t>
      </w:r>
    </w:p>
    <w:p w14:paraId="2CFCB064" w14:textId="77777777" w:rsidR="007D4B8A" w:rsidRPr="00005ED1" w:rsidRDefault="007D4B8A" w:rsidP="007D4B8A">
      <w:pPr>
        <w:pStyle w:val="NoSpacing"/>
        <w:rPr>
          <w:rFonts w:ascii="Arial" w:hAnsi="Arial" w:cs="Arial"/>
          <w:highlight w:val="yellow"/>
        </w:rPr>
      </w:pPr>
    </w:p>
    <w:p w14:paraId="7507B1C9" w14:textId="77777777" w:rsidR="007D4B8A" w:rsidRDefault="007D4B8A" w:rsidP="007D4B8A">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p w14:paraId="433C5478" w14:textId="77777777" w:rsidR="007D4B8A" w:rsidRDefault="007D4B8A" w:rsidP="007D4B8A">
      <w:pPr>
        <w:pStyle w:val="NoSpacing"/>
        <w:rPr>
          <w:rFonts w:ascii="Arial" w:hAnsi="Arial" w:cs="Arial"/>
          <w:highlight w:val="yellow"/>
        </w:rPr>
      </w:pPr>
    </w:p>
    <w:p w14:paraId="449ED25A" w14:textId="77777777" w:rsidR="007D4B8A" w:rsidRDefault="007D4B8A" w:rsidP="00485651">
      <w:pPr>
        <w:pStyle w:val="NormalWeb"/>
        <w:spacing w:line="276" w:lineRule="auto"/>
        <w:jc w:val="both"/>
      </w:pPr>
    </w:p>
    <w:p w14:paraId="1DFD1E32" w14:textId="66E32465" w:rsidR="00943159" w:rsidRPr="00764556" w:rsidRDefault="00943159" w:rsidP="003D4FB4">
      <w:pPr>
        <w:jc w:val="both"/>
        <w:rPr>
          <w:rFonts w:ascii="Times New Roman" w:hAnsi="Times New Roman" w:cs="Times New Roman"/>
          <w:b/>
          <w:bCs/>
          <w:color w:val="000000" w:themeColor="text1"/>
          <w:sz w:val="28"/>
          <w:szCs w:val="28"/>
        </w:rPr>
      </w:pPr>
      <w:r w:rsidRPr="00764556">
        <w:rPr>
          <w:rFonts w:ascii="Times New Roman" w:hAnsi="Times New Roman" w:cs="Times New Roman"/>
          <w:b/>
          <w:bCs/>
          <w:color w:val="000000" w:themeColor="text1"/>
          <w:sz w:val="28"/>
          <w:szCs w:val="28"/>
        </w:rPr>
        <w:t>Reference</w:t>
      </w:r>
    </w:p>
    <w:p w14:paraId="49A51121" w14:textId="77777777" w:rsidR="00485651" w:rsidRPr="00485651" w:rsidRDefault="00485651" w:rsidP="00485651">
      <w:pPr>
        <w:jc w:val="both"/>
        <w:rPr>
          <w:rFonts w:ascii="Times New Roman" w:hAnsi="Times New Roman" w:cs="Times New Roman"/>
          <w:color w:val="000000" w:themeColor="text1"/>
          <w:sz w:val="24"/>
          <w:szCs w:val="24"/>
        </w:rPr>
      </w:pPr>
    </w:p>
    <w:p w14:paraId="5C8F0138" w14:textId="77777777" w:rsidR="00485651" w:rsidRPr="00E423EC" w:rsidRDefault="00485651" w:rsidP="00E423EC">
      <w:pPr>
        <w:pStyle w:val="ListParagraph"/>
        <w:numPr>
          <w:ilvl w:val="0"/>
          <w:numId w:val="12"/>
        </w:numPr>
        <w:jc w:val="both"/>
        <w:rPr>
          <w:rFonts w:ascii="Times New Roman" w:hAnsi="Times New Roman" w:cs="Times New Roman"/>
          <w:color w:val="000000" w:themeColor="text1"/>
          <w:sz w:val="24"/>
          <w:szCs w:val="24"/>
        </w:rPr>
      </w:pPr>
      <w:r w:rsidRPr="00E423EC">
        <w:rPr>
          <w:rFonts w:ascii="Times New Roman" w:hAnsi="Times New Roman" w:cs="Times New Roman"/>
          <w:color w:val="000000" w:themeColor="text1"/>
          <w:sz w:val="24"/>
          <w:szCs w:val="24"/>
        </w:rPr>
        <w:t>Agrios, G. N. 2005. Plant Pathology, 5th Ed. Academic Press, San Diego, p.922. Anonymous, FAO (2010). FAO Production Year book 2010. Rome: FAO, p. 333.</w:t>
      </w:r>
    </w:p>
    <w:p w14:paraId="752EA033" w14:textId="77777777" w:rsidR="00485651" w:rsidRPr="00E423EC" w:rsidRDefault="00485651" w:rsidP="00E423EC">
      <w:pPr>
        <w:pStyle w:val="ListParagraph"/>
        <w:numPr>
          <w:ilvl w:val="0"/>
          <w:numId w:val="12"/>
        </w:numPr>
        <w:jc w:val="both"/>
        <w:rPr>
          <w:rFonts w:ascii="Times New Roman" w:hAnsi="Times New Roman" w:cs="Times New Roman"/>
          <w:color w:val="000000" w:themeColor="text1"/>
          <w:sz w:val="24"/>
          <w:szCs w:val="24"/>
        </w:rPr>
      </w:pPr>
      <w:r w:rsidRPr="00E423EC">
        <w:rPr>
          <w:rFonts w:ascii="Times New Roman" w:hAnsi="Times New Roman" w:cs="Times New Roman"/>
          <w:color w:val="000000" w:themeColor="text1"/>
          <w:sz w:val="24"/>
          <w:szCs w:val="24"/>
        </w:rPr>
        <w:t xml:space="preserve">Akhtar, J., A. Kandan, B. Singh, P. Kumar and S. C. Dubey, 2016. Detached non-wounded fruit inoculation technique for pathogenicity of </w:t>
      </w:r>
      <w:r w:rsidRPr="00E423EC">
        <w:rPr>
          <w:rFonts w:ascii="Times New Roman" w:hAnsi="Times New Roman" w:cs="Times New Roman"/>
          <w:i/>
          <w:color w:val="000000" w:themeColor="text1"/>
          <w:sz w:val="24"/>
          <w:szCs w:val="24"/>
        </w:rPr>
        <w:t xml:space="preserve">Colletotrichum </w:t>
      </w:r>
      <w:proofErr w:type="spellStart"/>
      <w:r w:rsidRPr="00E423EC">
        <w:rPr>
          <w:rFonts w:ascii="Times New Roman" w:hAnsi="Times New Roman" w:cs="Times New Roman"/>
          <w:i/>
          <w:color w:val="000000" w:themeColor="text1"/>
          <w:sz w:val="24"/>
          <w:szCs w:val="24"/>
        </w:rPr>
        <w:t>capsici</w:t>
      </w:r>
      <w:proofErr w:type="spellEnd"/>
      <w:r w:rsidRPr="00E423EC">
        <w:rPr>
          <w:rFonts w:ascii="Times New Roman" w:hAnsi="Times New Roman" w:cs="Times New Roman"/>
          <w:color w:val="000000" w:themeColor="text1"/>
          <w:sz w:val="24"/>
          <w:szCs w:val="24"/>
        </w:rPr>
        <w:t xml:space="preserve"> on </w:t>
      </w:r>
      <w:proofErr w:type="spellStart"/>
      <w:r w:rsidRPr="00E423EC">
        <w:rPr>
          <w:rFonts w:ascii="Times New Roman" w:hAnsi="Times New Roman" w:cs="Times New Roman"/>
          <w:color w:val="000000" w:themeColor="text1"/>
          <w:sz w:val="24"/>
          <w:szCs w:val="24"/>
        </w:rPr>
        <w:t>chilli</w:t>
      </w:r>
      <w:proofErr w:type="spellEnd"/>
      <w:r w:rsidRPr="00E423EC">
        <w:rPr>
          <w:rFonts w:ascii="Times New Roman" w:hAnsi="Times New Roman" w:cs="Times New Roman"/>
          <w:color w:val="000000" w:themeColor="text1"/>
          <w:sz w:val="24"/>
          <w:szCs w:val="24"/>
        </w:rPr>
        <w:t xml:space="preserve">. Indian Phytopathology, </w:t>
      </w:r>
      <w:r w:rsidRPr="00E423EC">
        <w:rPr>
          <w:rFonts w:ascii="Times New Roman" w:hAnsi="Times New Roman" w:cs="Times New Roman"/>
          <w:b/>
          <w:color w:val="000000" w:themeColor="text1"/>
          <w:sz w:val="24"/>
          <w:szCs w:val="24"/>
        </w:rPr>
        <w:t>69</w:t>
      </w:r>
      <w:r w:rsidRPr="00E423EC">
        <w:rPr>
          <w:rFonts w:ascii="Times New Roman" w:hAnsi="Times New Roman" w:cs="Times New Roman"/>
          <w:color w:val="000000" w:themeColor="text1"/>
          <w:sz w:val="24"/>
          <w:szCs w:val="24"/>
        </w:rPr>
        <w:t>(2): 200-201.</w:t>
      </w:r>
    </w:p>
    <w:p w14:paraId="18C4C315" w14:textId="77777777" w:rsidR="00485651" w:rsidRPr="00E423EC" w:rsidRDefault="00485651" w:rsidP="00E423EC">
      <w:pPr>
        <w:pStyle w:val="ListParagraph"/>
        <w:numPr>
          <w:ilvl w:val="0"/>
          <w:numId w:val="12"/>
        </w:numPr>
        <w:jc w:val="both"/>
        <w:rPr>
          <w:rFonts w:ascii="Times New Roman" w:hAnsi="Times New Roman" w:cs="Times New Roman"/>
          <w:color w:val="000000" w:themeColor="text1"/>
          <w:sz w:val="24"/>
          <w:szCs w:val="24"/>
        </w:rPr>
      </w:pPr>
      <w:r w:rsidRPr="00E423EC">
        <w:rPr>
          <w:rFonts w:ascii="Times New Roman" w:hAnsi="Times New Roman" w:cs="Times New Roman"/>
          <w:color w:val="000000" w:themeColor="text1"/>
          <w:sz w:val="24"/>
          <w:szCs w:val="24"/>
        </w:rPr>
        <w:t xml:space="preserve">Anonymous, 2021. Agricultural Statistics at a Glance 2021, Government of India, Ministry of Agriculture and Farmers Welfare, Department of Agriculture and Farmers Welfare, Directorate of </w:t>
      </w:r>
      <w:proofErr w:type="spellStart"/>
      <w:r w:rsidRPr="00E423EC">
        <w:rPr>
          <w:rFonts w:ascii="Times New Roman" w:hAnsi="Times New Roman" w:cs="Times New Roman"/>
          <w:color w:val="000000" w:themeColor="text1"/>
          <w:sz w:val="24"/>
          <w:szCs w:val="24"/>
        </w:rPr>
        <w:t>Economicsand</w:t>
      </w:r>
      <w:proofErr w:type="spellEnd"/>
      <w:r w:rsidRPr="00E423EC">
        <w:rPr>
          <w:rFonts w:ascii="Times New Roman" w:hAnsi="Times New Roman" w:cs="Times New Roman"/>
          <w:color w:val="000000" w:themeColor="text1"/>
          <w:sz w:val="24"/>
          <w:szCs w:val="24"/>
        </w:rPr>
        <w:t xml:space="preserve"> Statistics. </w:t>
      </w:r>
    </w:p>
    <w:p w14:paraId="4F7CCE86" w14:textId="77777777" w:rsidR="00485651" w:rsidRPr="00E423EC" w:rsidRDefault="00485651" w:rsidP="00E423EC">
      <w:pPr>
        <w:pStyle w:val="ListParagraph"/>
        <w:numPr>
          <w:ilvl w:val="0"/>
          <w:numId w:val="12"/>
        </w:numPr>
        <w:jc w:val="both"/>
        <w:rPr>
          <w:rFonts w:ascii="Times New Roman" w:hAnsi="Times New Roman" w:cs="Times New Roman"/>
          <w:color w:val="000000" w:themeColor="text1"/>
          <w:sz w:val="24"/>
          <w:szCs w:val="24"/>
        </w:rPr>
      </w:pPr>
      <w:r w:rsidRPr="00E423EC">
        <w:rPr>
          <w:rFonts w:ascii="Times New Roman" w:hAnsi="Times New Roman" w:cs="Times New Roman"/>
          <w:color w:val="000000" w:themeColor="text1"/>
          <w:sz w:val="24"/>
          <w:szCs w:val="24"/>
        </w:rPr>
        <w:lastRenderedPageBreak/>
        <w:t xml:space="preserve">Bailey, J. A. and M. J. </w:t>
      </w:r>
      <w:proofErr w:type="spellStart"/>
      <w:r w:rsidRPr="00E423EC">
        <w:rPr>
          <w:rFonts w:ascii="Times New Roman" w:hAnsi="Times New Roman" w:cs="Times New Roman"/>
          <w:color w:val="000000" w:themeColor="text1"/>
          <w:sz w:val="24"/>
          <w:szCs w:val="24"/>
        </w:rPr>
        <w:t>Jeger</w:t>
      </w:r>
      <w:proofErr w:type="spellEnd"/>
      <w:r w:rsidRPr="00E423EC">
        <w:rPr>
          <w:rFonts w:ascii="Times New Roman" w:hAnsi="Times New Roman" w:cs="Times New Roman"/>
          <w:color w:val="000000" w:themeColor="text1"/>
          <w:sz w:val="24"/>
          <w:szCs w:val="24"/>
        </w:rPr>
        <w:t xml:space="preserve"> (Eds.) 1992. </w:t>
      </w:r>
      <w:r w:rsidRPr="00E423EC">
        <w:rPr>
          <w:rFonts w:ascii="Times New Roman" w:hAnsi="Times New Roman" w:cs="Times New Roman"/>
          <w:i/>
          <w:color w:val="000000" w:themeColor="text1"/>
          <w:sz w:val="24"/>
          <w:szCs w:val="24"/>
        </w:rPr>
        <w:t>Colletotrichum</w:t>
      </w:r>
      <w:r w:rsidRPr="00E423EC">
        <w:rPr>
          <w:rFonts w:ascii="Times New Roman" w:hAnsi="Times New Roman" w:cs="Times New Roman"/>
          <w:color w:val="000000" w:themeColor="text1"/>
          <w:sz w:val="24"/>
          <w:szCs w:val="24"/>
        </w:rPr>
        <w:t>: Biology, Pathology and Control. Commonwealth Mycological Institute.</w:t>
      </w:r>
    </w:p>
    <w:p w14:paraId="5C3F79D8" w14:textId="42EEDEDE" w:rsidR="00B574DE" w:rsidRPr="00E423EC" w:rsidRDefault="00B574DE" w:rsidP="00E423EC">
      <w:pPr>
        <w:pStyle w:val="ListParagraph"/>
        <w:numPr>
          <w:ilvl w:val="0"/>
          <w:numId w:val="12"/>
        </w:numPr>
        <w:jc w:val="both"/>
        <w:rPr>
          <w:rFonts w:ascii="Times New Roman" w:hAnsi="Times New Roman" w:cs="Times New Roman"/>
          <w:color w:val="000000" w:themeColor="text1"/>
          <w:sz w:val="24"/>
          <w:szCs w:val="24"/>
          <w:lang w:val="en-IN"/>
        </w:rPr>
      </w:pPr>
      <w:r w:rsidRPr="00E423EC">
        <w:rPr>
          <w:rFonts w:ascii="Times New Roman" w:hAnsi="Times New Roman" w:cs="Times New Roman"/>
          <w:color w:val="000000" w:themeColor="text1"/>
          <w:sz w:val="24"/>
          <w:szCs w:val="24"/>
          <w:highlight w:val="yellow"/>
          <w:lang w:val="en-IN"/>
        </w:rPr>
        <w:t xml:space="preserve">Khare, A. K., Kumar, A., Chouhan, A., Sharma, R., </w:t>
      </w:r>
      <w:proofErr w:type="spellStart"/>
      <w:r w:rsidRPr="00E423EC">
        <w:rPr>
          <w:rFonts w:ascii="Times New Roman" w:hAnsi="Times New Roman" w:cs="Times New Roman"/>
          <w:color w:val="000000" w:themeColor="text1"/>
          <w:sz w:val="24"/>
          <w:szCs w:val="24"/>
          <w:highlight w:val="yellow"/>
          <w:lang w:val="en-IN"/>
        </w:rPr>
        <w:t>Namdeo</w:t>
      </w:r>
      <w:proofErr w:type="spellEnd"/>
      <w:r w:rsidRPr="00E423EC">
        <w:rPr>
          <w:rFonts w:ascii="Times New Roman" w:hAnsi="Times New Roman" w:cs="Times New Roman"/>
          <w:color w:val="000000" w:themeColor="text1"/>
          <w:sz w:val="24"/>
          <w:szCs w:val="24"/>
          <w:highlight w:val="yellow"/>
          <w:lang w:val="en-IN"/>
        </w:rPr>
        <w:t xml:space="preserve">, P., Dubey, R. K., … &amp; Laha, D. (2025). </w:t>
      </w:r>
      <w:r w:rsidRPr="00E423EC">
        <w:rPr>
          <w:rFonts w:ascii="Times New Roman" w:hAnsi="Times New Roman" w:cs="Times New Roman"/>
          <w:i/>
          <w:iCs/>
          <w:color w:val="000000" w:themeColor="text1"/>
          <w:sz w:val="24"/>
          <w:szCs w:val="24"/>
          <w:highlight w:val="yellow"/>
          <w:lang w:val="en-IN"/>
        </w:rPr>
        <w:t xml:space="preserve">Morphological Characterization of Colletotrichum </w:t>
      </w:r>
      <w:proofErr w:type="spellStart"/>
      <w:r w:rsidRPr="00E423EC">
        <w:rPr>
          <w:rFonts w:ascii="Times New Roman" w:hAnsi="Times New Roman" w:cs="Times New Roman"/>
          <w:i/>
          <w:iCs/>
          <w:color w:val="000000" w:themeColor="text1"/>
          <w:sz w:val="24"/>
          <w:szCs w:val="24"/>
          <w:highlight w:val="yellow"/>
          <w:lang w:val="en-IN"/>
        </w:rPr>
        <w:t>truncatum</w:t>
      </w:r>
      <w:proofErr w:type="spellEnd"/>
      <w:r w:rsidRPr="00E423EC">
        <w:rPr>
          <w:rFonts w:ascii="Times New Roman" w:hAnsi="Times New Roman" w:cs="Times New Roman"/>
          <w:i/>
          <w:iCs/>
          <w:color w:val="000000" w:themeColor="text1"/>
          <w:sz w:val="24"/>
          <w:szCs w:val="24"/>
          <w:highlight w:val="yellow"/>
          <w:lang w:val="en-IN"/>
        </w:rPr>
        <w:t xml:space="preserve"> from Diverse </w:t>
      </w:r>
      <w:proofErr w:type="spellStart"/>
      <w:r w:rsidRPr="00E423EC">
        <w:rPr>
          <w:rFonts w:ascii="Times New Roman" w:hAnsi="Times New Roman" w:cs="Times New Roman"/>
          <w:i/>
          <w:iCs/>
          <w:color w:val="000000" w:themeColor="text1"/>
          <w:sz w:val="24"/>
          <w:szCs w:val="24"/>
          <w:highlight w:val="yellow"/>
          <w:lang w:val="en-IN"/>
        </w:rPr>
        <w:t>Agro</w:t>
      </w:r>
      <w:proofErr w:type="spellEnd"/>
      <w:r w:rsidRPr="00E423EC">
        <w:rPr>
          <w:rFonts w:ascii="Times New Roman" w:hAnsi="Times New Roman" w:cs="Times New Roman"/>
          <w:i/>
          <w:iCs/>
          <w:color w:val="000000" w:themeColor="text1"/>
          <w:sz w:val="24"/>
          <w:szCs w:val="24"/>
          <w:highlight w:val="yellow"/>
          <w:lang w:val="en-IN"/>
        </w:rPr>
        <w:t>-climatic Zones of Madhya Pradesh, India.</w:t>
      </w:r>
      <w:r w:rsidRPr="00E423EC">
        <w:rPr>
          <w:rFonts w:ascii="Times New Roman" w:hAnsi="Times New Roman" w:cs="Times New Roman"/>
          <w:color w:val="000000" w:themeColor="text1"/>
          <w:sz w:val="24"/>
          <w:szCs w:val="24"/>
          <w:highlight w:val="yellow"/>
          <w:lang w:val="en-IN"/>
        </w:rPr>
        <w:t xml:space="preserve"> Journal of Scientific Research and Reports, 31(10), 733–744.</w:t>
      </w:r>
    </w:p>
    <w:p w14:paraId="020BD8FA" w14:textId="77777777" w:rsidR="00485651" w:rsidRPr="00E423EC" w:rsidRDefault="00485651" w:rsidP="00E423EC">
      <w:pPr>
        <w:pStyle w:val="ListParagraph"/>
        <w:numPr>
          <w:ilvl w:val="0"/>
          <w:numId w:val="12"/>
        </w:numPr>
        <w:jc w:val="both"/>
        <w:rPr>
          <w:rFonts w:ascii="Times New Roman" w:hAnsi="Times New Roman" w:cs="Times New Roman"/>
          <w:color w:val="000000" w:themeColor="text1"/>
          <w:sz w:val="24"/>
          <w:szCs w:val="24"/>
        </w:rPr>
      </w:pPr>
      <w:proofErr w:type="spellStart"/>
      <w:r w:rsidRPr="00E423EC">
        <w:rPr>
          <w:rFonts w:ascii="Times New Roman" w:hAnsi="Times New Roman" w:cs="Times New Roman"/>
          <w:color w:val="000000" w:themeColor="text1"/>
          <w:sz w:val="24"/>
          <w:szCs w:val="24"/>
        </w:rPr>
        <w:t>Pakdeevaraporn</w:t>
      </w:r>
      <w:proofErr w:type="spellEnd"/>
      <w:r w:rsidRPr="00E423EC">
        <w:rPr>
          <w:rFonts w:ascii="Times New Roman" w:hAnsi="Times New Roman" w:cs="Times New Roman"/>
          <w:color w:val="000000" w:themeColor="text1"/>
          <w:sz w:val="24"/>
          <w:szCs w:val="24"/>
        </w:rPr>
        <w:t xml:space="preserve">, P., S. Wasee, P. W. J. Taylor and O. </w:t>
      </w:r>
      <w:proofErr w:type="spellStart"/>
      <w:r w:rsidRPr="00E423EC">
        <w:rPr>
          <w:rFonts w:ascii="Times New Roman" w:hAnsi="Times New Roman" w:cs="Times New Roman"/>
          <w:color w:val="000000" w:themeColor="text1"/>
          <w:sz w:val="24"/>
          <w:szCs w:val="24"/>
        </w:rPr>
        <w:t>Mongkolporn</w:t>
      </w:r>
      <w:proofErr w:type="spellEnd"/>
      <w:r w:rsidRPr="00E423EC">
        <w:rPr>
          <w:rFonts w:ascii="Times New Roman" w:hAnsi="Times New Roman" w:cs="Times New Roman"/>
          <w:color w:val="000000" w:themeColor="text1"/>
          <w:sz w:val="24"/>
          <w:szCs w:val="24"/>
        </w:rPr>
        <w:t xml:space="preserve">, 2005. Inheritance of resistance to anthracnose caused by </w:t>
      </w:r>
      <w:r w:rsidRPr="00E423EC">
        <w:rPr>
          <w:rFonts w:ascii="Times New Roman" w:hAnsi="Times New Roman" w:cs="Times New Roman"/>
          <w:i/>
          <w:color w:val="000000" w:themeColor="text1"/>
          <w:sz w:val="24"/>
          <w:szCs w:val="24"/>
        </w:rPr>
        <w:t xml:space="preserve">Colletotrichum </w:t>
      </w:r>
      <w:proofErr w:type="spellStart"/>
      <w:r w:rsidRPr="00E423EC">
        <w:rPr>
          <w:rFonts w:ascii="Times New Roman" w:hAnsi="Times New Roman" w:cs="Times New Roman"/>
          <w:i/>
          <w:color w:val="000000" w:themeColor="text1"/>
          <w:sz w:val="24"/>
          <w:szCs w:val="24"/>
        </w:rPr>
        <w:t>capsici</w:t>
      </w:r>
      <w:proofErr w:type="spellEnd"/>
      <w:r w:rsidRPr="00E423EC">
        <w:rPr>
          <w:rFonts w:ascii="Times New Roman" w:hAnsi="Times New Roman" w:cs="Times New Roman"/>
          <w:i/>
          <w:color w:val="000000" w:themeColor="text1"/>
          <w:sz w:val="24"/>
          <w:szCs w:val="24"/>
        </w:rPr>
        <w:t xml:space="preserve"> </w:t>
      </w:r>
      <w:r w:rsidRPr="00E423EC">
        <w:rPr>
          <w:rFonts w:ascii="Times New Roman" w:hAnsi="Times New Roman" w:cs="Times New Roman"/>
          <w:color w:val="000000" w:themeColor="text1"/>
          <w:sz w:val="24"/>
          <w:szCs w:val="24"/>
        </w:rPr>
        <w:t xml:space="preserve">in Capsicum. Plant Breeding </w:t>
      </w:r>
      <w:r w:rsidRPr="00E423EC">
        <w:rPr>
          <w:rFonts w:ascii="Times New Roman" w:hAnsi="Times New Roman" w:cs="Times New Roman"/>
          <w:b/>
          <w:color w:val="000000" w:themeColor="text1"/>
          <w:sz w:val="24"/>
          <w:szCs w:val="24"/>
        </w:rPr>
        <w:t>124</w:t>
      </w:r>
      <w:r w:rsidRPr="00E423EC">
        <w:rPr>
          <w:rFonts w:ascii="Times New Roman" w:hAnsi="Times New Roman" w:cs="Times New Roman"/>
          <w:color w:val="000000" w:themeColor="text1"/>
          <w:sz w:val="24"/>
          <w:szCs w:val="24"/>
        </w:rPr>
        <w:t>: 206- 208.</w:t>
      </w:r>
    </w:p>
    <w:p w14:paraId="1B8FB0AF" w14:textId="77777777" w:rsidR="00485651" w:rsidRPr="00E423EC" w:rsidRDefault="00485651" w:rsidP="00E423EC">
      <w:pPr>
        <w:pStyle w:val="ListParagraph"/>
        <w:numPr>
          <w:ilvl w:val="0"/>
          <w:numId w:val="12"/>
        </w:numPr>
        <w:jc w:val="both"/>
        <w:rPr>
          <w:rFonts w:ascii="Times New Roman" w:hAnsi="Times New Roman" w:cs="Times New Roman"/>
          <w:color w:val="000000" w:themeColor="text1"/>
          <w:sz w:val="24"/>
          <w:szCs w:val="24"/>
        </w:rPr>
      </w:pPr>
      <w:proofErr w:type="spellStart"/>
      <w:r w:rsidRPr="00E423EC">
        <w:rPr>
          <w:rFonts w:ascii="Times New Roman" w:hAnsi="Times New Roman" w:cs="Times New Roman"/>
          <w:color w:val="000000" w:themeColor="text1"/>
          <w:sz w:val="24"/>
          <w:szCs w:val="24"/>
        </w:rPr>
        <w:t>Poonpolgul</w:t>
      </w:r>
      <w:proofErr w:type="spellEnd"/>
      <w:r w:rsidRPr="00E423EC">
        <w:rPr>
          <w:rFonts w:ascii="Times New Roman" w:hAnsi="Times New Roman" w:cs="Times New Roman"/>
          <w:color w:val="000000" w:themeColor="text1"/>
          <w:sz w:val="24"/>
          <w:szCs w:val="24"/>
        </w:rPr>
        <w:t>, S. (2007). Chili pepper anthracnose in Thailand. In </w:t>
      </w:r>
      <w:r w:rsidRPr="00E423EC">
        <w:rPr>
          <w:rFonts w:ascii="Times New Roman" w:hAnsi="Times New Roman" w:cs="Times New Roman"/>
          <w:i/>
          <w:iCs/>
          <w:color w:val="000000" w:themeColor="text1"/>
          <w:sz w:val="24"/>
          <w:szCs w:val="24"/>
        </w:rPr>
        <w:t>The First International Symposium on Chili Anthracnose, Convention Center, Seoul National University, Korea, 2007</w:t>
      </w:r>
      <w:r w:rsidRPr="00E423EC">
        <w:rPr>
          <w:rFonts w:ascii="Times New Roman" w:hAnsi="Times New Roman" w:cs="Times New Roman"/>
          <w:color w:val="000000" w:themeColor="text1"/>
          <w:sz w:val="24"/>
          <w:szCs w:val="24"/>
        </w:rPr>
        <w:t> (Vol. 23).</w:t>
      </w:r>
    </w:p>
    <w:p w14:paraId="7279F673" w14:textId="77777777" w:rsidR="00485651" w:rsidRPr="00E423EC" w:rsidRDefault="00485651" w:rsidP="00E423EC">
      <w:pPr>
        <w:pStyle w:val="ListParagraph"/>
        <w:numPr>
          <w:ilvl w:val="0"/>
          <w:numId w:val="12"/>
        </w:numPr>
        <w:jc w:val="both"/>
        <w:rPr>
          <w:rFonts w:ascii="Times New Roman" w:hAnsi="Times New Roman" w:cs="Times New Roman"/>
          <w:color w:val="000000" w:themeColor="text1"/>
          <w:sz w:val="24"/>
          <w:szCs w:val="24"/>
        </w:rPr>
      </w:pPr>
      <w:r w:rsidRPr="00E423EC">
        <w:rPr>
          <w:rFonts w:ascii="Times New Roman" w:hAnsi="Times New Roman" w:cs="Times New Roman"/>
          <w:color w:val="000000" w:themeColor="text1"/>
          <w:sz w:val="24"/>
          <w:szCs w:val="24"/>
        </w:rPr>
        <w:t xml:space="preserve">Prajapati, M. K., S. Rawat, P. Singh and K. Shankar, 2020. Cultural and morphological characterization of </w:t>
      </w:r>
      <w:r w:rsidRPr="00E423EC">
        <w:rPr>
          <w:rFonts w:ascii="Times New Roman" w:hAnsi="Times New Roman" w:cs="Times New Roman"/>
          <w:i/>
          <w:color w:val="000000" w:themeColor="text1"/>
          <w:sz w:val="24"/>
          <w:szCs w:val="24"/>
        </w:rPr>
        <w:t xml:space="preserve">Colletotrichum </w:t>
      </w:r>
      <w:proofErr w:type="spellStart"/>
      <w:r w:rsidRPr="00E423EC">
        <w:rPr>
          <w:rFonts w:ascii="Times New Roman" w:hAnsi="Times New Roman" w:cs="Times New Roman"/>
          <w:i/>
          <w:color w:val="000000" w:themeColor="text1"/>
          <w:sz w:val="24"/>
          <w:szCs w:val="24"/>
        </w:rPr>
        <w:t>capsici</w:t>
      </w:r>
      <w:proofErr w:type="spellEnd"/>
      <w:r w:rsidRPr="00E423EC">
        <w:rPr>
          <w:rFonts w:ascii="Times New Roman" w:hAnsi="Times New Roman" w:cs="Times New Roman"/>
          <w:color w:val="000000" w:themeColor="text1"/>
          <w:sz w:val="24"/>
          <w:szCs w:val="24"/>
        </w:rPr>
        <w:t xml:space="preserve"> causing anthracnose of </w:t>
      </w:r>
      <w:proofErr w:type="spellStart"/>
      <w:r w:rsidRPr="00E423EC">
        <w:rPr>
          <w:rFonts w:ascii="Times New Roman" w:hAnsi="Times New Roman" w:cs="Times New Roman"/>
          <w:color w:val="000000" w:themeColor="text1"/>
          <w:sz w:val="24"/>
          <w:szCs w:val="24"/>
        </w:rPr>
        <w:t>chilli</w:t>
      </w:r>
      <w:proofErr w:type="spellEnd"/>
      <w:r w:rsidRPr="00E423EC">
        <w:rPr>
          <w:rFonts w:ascii="Times New Roman" w:hAnsi="Times New Roman" w:cs="Times New Roman"/>
          <w:color w:val="000000" w:themeColor="text1"/>
          <w:sz w:val="24"/>
          <w:szCs w:val="24"/>
        </w:rPr>
        <w:t xml:space="preserve"> (</w:t>
      </w:r>
      <w:r w:rsidRPr="00E423EC">
        <w:rPr>
          <w:rFonts w:ascii="Times New Roman" w:hAnsi="Times New Roman" w:cs="Times New Roman"/>
          <w:i/>
          <w:color w:val="000000" w:themeColor="text1"/>
          <w:sz w:val="24"/>
          <w:szCs w:val="24"/>
        </w:rPr>
        <w:t xml:space="preserve">Capsicum </w:t>
      </w:r>
      <w:proofErr w:type="spellStart"/>
      <w:r w:rsidRPr="00E423EC">
        <w:rPr>
          <w:rFonts w:ascii="Times New Roman" w:hAnsi="Times New Roman" w:cs="Times New Roman"/>
          <w:i/>
          <w:color w:val="000000" w:themeColor="text1"/>
          <w:sz w:val="24"/>
          <w:szCs w:val="24"/>
        </w:rPr>
        <w:t>anum</w:t>
      </w:r>
      <w:proofErr w:type="spellEnd"/>
      <w:r w:rsidRPr="00E423EC">
        <w:rPr>
          <w:rFonts w:ascii="Times New Roman" w:hAnsi="Times New Roman" w:cs="Times New Roman"/>
          <w:color w:val="000000" w:themeColor="text1"/>
          <w:sz w:val="24"/>
          <w:szCs w:val="24"/>
        </w:rPr>
        <w:t xml:space="preserve"> L.). Journal of Pharmacognosy and Phytochemistry,</w:t>
      </w:r>
      <w:r w:rsidRPr="00E423EC">
        <w:rPr>
          <w:rFonts w:ascii="Times New Roman" w:hAnsi="Times New Roman" w:cs="Times New Roman"/>
          <w:b/>
          <w:color w:val="000000" w:themeColor="text1"/>
          <w:sz w:val="24"/>
          <w:szCs w:val="24"/>
        </w:rPr>
        <w:t xml:space="preserve"> 9</w:t>
      </w:r>
      <w:r w:rsidRPr="00E423EC">
        <w:rPr>
          <w:rFonts w:ascii="Times New Roman" w:hAnsi="Times New Roman" w:cs="Times New Roman"/>
          <w:color w:val="000000" w:themeColor="text1"/>
          <w:sz w:val="24"/>
          <w:szCs w:val="24"/>
        </w:rPr>
        <w:t>(3): 1985-1989</w:t>
      </w:r>
    </w:p>
    <w:p w14:paraId="4BF0988E" w14:textId="77777777" w:rsidR="00485651" w:rsidRPr="00E423EC" w:rsidRDefault="00485651" w:rsidP="00E423EC">
      <w:pPr>
        <w:pStyle w:val="ListParagraph"/>
        <w:numPr>
          <w:ilvl w:val="0"/>
          <w:numId w:val="12"/>
        </w:numPr>
        <w:jc w:val="both"/>
        <w:rPr>
          <w:rFonts w:ascii="Times New Roman" w:hAnsi="Times New Roman" w:cs="Times New Roman"/>
          <w:color w:val="000000" w:themeColor="text1"/>
          <w:sz w:val="24"/>
          <w:szCs w:val="24"/>
        </w:rPr>
      </w:pPr>
      <w:r w:rsidRPr="00E423EC">
        <w:rPr>
          <w:rFonts w:ascii="Times New Roman" w:hAnsi="Times New Roman" w:cs="Times New Roman"/>
          <w:color w:val="000000" w:themeColor="text1"/>
          <w:sz w:val="24"/>
          <w:szCs w:val="24"/>
        </w:rPr>
        <w:t xml:space="preserve">Sandee, Aphidech, Sarawut Sachan and </w:t>
      </w:r>
      <w:proofErr w:type="spellStart"/>
      <w:r w:rsidRPr="00E423EC">
        <w:rPr>
          <w:rFonts w:ascii="Times New Roman" w:hAnsi="Times New Roman" w:cs="Times New Roman"/>
          <w:color w:val="000000" w:themeColor="text1"/>
          <w:sz w:val="24"/>
          <w:szCs w:val="24"/>
        </w:rPr>
        <w:t>Surasak</w:t>
      </w:r>
      <w:proofErr w:type="spellEnd"/>
      <w:r w:rsidRPr="00E423EC">
        <w:rPr>
          <w:rFonts w:ascii="Times New Roman" w:hAnsi="Times New Roman" w:cs="Times New Roman"/>
          <w:color w:val="000000" w:themeColor="text1"/>
          <w:sz w:val="24"/>
          <w:szCs w:val="24"/>
        </w:rPr>
        <w:t xml:space="preserve"> Khankhum, 2011. Morphological, pathological and molecular variability of </w:t>
      </w:r>
      <w:r w:rsidRPr="00E423EC">
        <w:rPr>
          <w:rFonts w:ascii="Times New Roman" w:hAnsi="Times New Roman" w:cs="Times New Roman"/>
          <w:i/>
          <w:color w:val="000000" w:themeColor="text1"/>
          <w:sz w:val="24"/>
          <w:szCs w:val="24"/>
        </w:rPr>
        <w:t xml:space="preserve">Colletotrichum </w:t>
      </w:r>
      <w:proofErr w:type="spellStart"/>
      <w:r w:rsidRPr="00E423EC">
        <w:rPr>
          <w:rFonts w:ascii="Times New Roman" w:hAnsi="Times New Roman" w:cs="Times New Roman"/>
          <w:i/>
          <w:color w:val="000000" w:themeColor="text1"/>
          <w:sz w:val="24"/>
          <w:szCs w:val="24"/>
        </w:rPr>
        <w:t>capsici</w:t>
      </w:r>
      <w:proofErr w:type="spellEnd"/>
      <w:r w:rsidRPr="00E423EC">
        <w:rPr>
          <w:rFonts w:ascii="Times New Roman" w:hAnsi="Times New Roman" w:cs="Times New Roman"/>
          <w:color w:val="000000" w:themeColor="text1"/>
          <w:sz w:val="24"/>
          <w:szCs w:val="24"/>
        </w:rPr>
        <w:t xml:space="preserve"> causing anthracnose of </w:t>
      </w:r>
      <w:proofErr w:type="spellStart"/>
      <w:r w:rsidRPr="00E423EC">
        <w:rPr>
          <w:rFonts w:ascii="Times New Roman" w:hAnsi="Times New Roman" w:cs="Times New Roman"/>
          <w:color w:val="000000" w:themeColor="text1"/>
          <w:sz w:val="24"/>
          <w:szCs w:val="24"/>
        </w:rPr>
        <w:t>chilli</w:t>
      </w:r>
      <w:proofErr w:type="spellEnd"/>
      <w:r w:rsidRPr="00E423EC">
        <w:rPr>
          <w:rFonts w:ascii="Times New Roman" w:hAnsi="Times New Roman" w:cs="Times New Roman"/>
          <w:color w:val="000000" w:themeColor="text1"/>
          <w:sz w:val="24"/>
          <w:szCs w:val="24"/>
        </w:rPr>
        <w:t xml:space="preserve"> in the North-east of Thailand. African Journal of Microbiology Research. </w:t>
      </w:r>
      <w:r w:rsidRPr="00E423EC">
        <w:rPr>
          <w:rFonts w:ascii="Times New Roman" w:hAnsi="Times New Roman" w:cs="Times New Roman"/>
          <w:b/>
          <w:color w:val="000000" w:themeColor="text1"/>
          <w:sz w:val="24"/>
          <w:szCs w:val="24"/>
        </w:rPr>
        <w:t>5</w:t>
      </w:r>
      <w:r w:rsidRPr="00E423EC">
        <w:rPr>
          <w:rFonts w:ascii="Times New Roman" w:hAnsi="Times New Roman" w:cs="Times New Roman"/>
          <w:color w:val="000000" w:themeColor="text1"/>
          <w:sz w:val="24"/>
          <w:szCs w:val="24"/>
        </w:rPr>
        <w:t>(25): 4368-4372.</w:t>
      </w:r>
    </w:p>
    <w:p w14:paraId="6819664F" w14:textId="77777777" w:rsidR="00485651" w:rsidRPr="00E423EC" w:rsidRDefault="00485651" w:rsidP="00E423EC">
      <w:pPr>
        <w:pStyle w:val="ListParagraph"/>
        <w:numPr>
          <w:ilvl w:val="0"/>
          <w:numId w:val="12"/>
        </w:numPr>
        <w:jc w:val="both"/>
        <w:rPr>
          <w:rFonts w:ascii="Times New Roman" w:hAnsi="Times New Roman" w:cs="Times New Roman"/>
          <w:color w:val="000000" w:themeColor="text1"/>
          <w:sz w:val="24"/>
          <w:szCs w:val="24"/>
        </w:rPr>
      </w:pPr>
      <w:r w:rsidRPr="00E423EC">
        <w:rPr>
          <w:rFonts w:ascii="Times New Roman" w:hAnsi="Times New Roman" w:cs="Times New Roman"/>
          <w:color w:val="000000" w:themeColor="text1"/>
          <w:sz w:val="24"/>
          <w:szCs w:val="24"/>
        </w:rPr>
        <w:t xml:space="preserve">Saxena, A., R. </w:t>
      </w:r>
      <w:proofErr w:type="spellStart"/>
      <w:r w:rsidRPr="00E423EC">
        <w:rPr>
          <w:rFonts w:ascii="Times New Roman" w:hAnsi="Times New Roman" w:cs="Times New Roman"/>
          <w:color w:val="000000" w:themeColor="text1"/>
          <w:sz w:val="24"/>
          <w:szCs w:val="24"/>
        </w:rPr>
        <w:t>Raghuwanshi</w:t>
      </w:r>
      <w:proofErr w:type="spellEnd"/>
      <w:r w:rsidRPr="00E423EC">
        <w:rPr>
          <w:rFonts w:ascii="Times New Roman" w:hAnsi="Times New Roman" w:cs="Times New Roman"/>
          <w:color w:val="000000" w:themeColor="text1"/>
          <w:sz w:val="24"/>
          <w:szCs w:val="24"/>
        </w:rPr>
        <w:t xml:space="preserve">, V. K. Gupta and H. B. Singh, 2016. Chilli anthracnose: the epidemiology and management. Frontiers in microbiology, </w:t>
      </w:r>
      <w:r w:rsidRPr="00E423EC">
        <w:rPr>
          <w:rFonts w:ascii="Times New Roman" w:hAnsi="Times New Roman" w:cs="Times New Roman"/>
          <w:b/>
          <w:color w:val="000000" w:themeColor="text1"/>
          <w:sz w:val="24"/>
          <w:szCs w:val="24"/>
        </w:rPr>
        <w:t>7</w:t>
      </w:r>
      <w:r w:rsidRPr="00E423EC">
        <w:rPr>
          <w:rFonts w:ascii="Times New Roman" w:hAnsi="Times New Roman" w:cs="Times New Roman"/>
          <w:color w:val="000000" w:themeColor="text1"/>
          <w:sz w:val="24"/>
          <w:szCs w:val="24"/>
        </w:rPr>
        <w:t>: p.1527.</w:t>
      </w:r>
    </w:p>
    <w:p w14:paraId="3176E607" w14:textId="77777777" w:rsidR="00485651" w:rsidRPr="00E423EC" w:rsidRDefault="00485651" w:rsidP="00E423EC">
      <w:pPr>
        <w:pStyle w:val="ListParagraph"/>
        <w:numPr>
          <w:ilvl w:val="0"/>
          <w:numId w:val="12"/>
        </w:numPr>
        <w:jc w:val="both"/>
        <w:rPr>
          <w:rFonts w:ascii="Times New Roman" w:hAnsi="Times New Roman" w:cs="Times New Roman"/>
          <w:color w:val="000000" w:themeColor="text1"/>
          <w:sz w:val="24"/>
          <w:szCs w:val="24"/>
        </w:rPr>
      </w:pPr>
      <w:r w:rsidRPr="00E423EC">
        <w:rPr>
          <w:rFonts w:ascii="Times New Roman" w:hAnsi="Times New Roman" w:cs="Times New Roman"/>
          <w:color w:val="000000" w:themeColor="text1"/>
          <w:sz w:val="24"/>
          <w:szCs w:val="24"/>
        </w:rPr>
        <w:t xml:space="preserve">Sydow, H. 1913. Enumeration of Philippine fungi with notes and </w:t>
      </w:r>
      <w:proofErr w:type="spellStart"/>
      <w:r w:rsidRPr="00E423EC">
        <w:rPr>
          <w:rFonts w:ascii="Times New Roman" w:hAnsi="Times New Roman" w:cs="Times New Roman"/>
          <w:color w:val="000000" w:themeColor="text1"/>
          <w:sz w:val="24"/>
          <w:szCs w:val="24"/>
        </w:rPr>
        <w:t>decriptions</w:t>
      </w:r>
      <w:proofErr w:type="spellEnd"/>
      <w:r w:rsidRPr="00E423EC">
        <w:rPr>
          <w:rFonts w:ascii="Times New Roman" w:hAnsi="Times New Roman" w:cs="Times New Roman"/>
          <w:color w:val="000000" w:themeColor="text1"/>
          <w:sz w:val="24"/>
          <w:szCs w:val="24"/>
        </w:rPr>
        <w:t xml:space="preserve"> of new species, II. </w:t>
      </w:r>
      <w:r w:rsidRPr="00E423EC">
        <w:rPr>
          <w:rFonts w:ascii="Times New Roman" w:hAnsi="Times New Roman" w:cs="Times New Roman"/>
          <w:i/>
          <w:iCs/>
          <w:color w:val="000000" w:themeColor="text1"/>
          <w:sz w:val="24"/>
          <w:szCs w:val="24"/>
        </w:rPr>
        <w:t>Philipp J. Sci</w:t>
      </w:r>
      <w:r w:rsidRPr="00E423EC">
        <w:rPr>
          <w:rFonts w:ascii="Times New Roman" w:hAnsi="Times New Roman" w:cs="Times New Roman"/>
          <w:color w:val="000000" w:themeColor="text1"/>
          <w:sz w:val="24"/>
          <w:szCs w:val="24"/>
        </w:rPr>
        <w:t xml:space="preserve">, </w:t>
      </w:r>
      <w:r w:rsidRPr="00E423EC">
        <w:rPr>
          <w:rFonts w:ascii="Times New Roman" w:hAnsi="Times New Roman" w:cs="Times New Roman"/>
          <w:b/>
          <w:iCs/>
          <w:color w:val="000000" w:themeColor="text1"/>
          <w:sz w:val="24"/>
          <w:szCs w:val="24"/>
        </w:rPr>
        <w:t>8</w:t>
      </w:r>
      <w:r w:rsidRPr="00E423EC">
        <w:rPr>
          <w:rFonts w:ascii="Times New Roman" w:hAnsi="Times New Roman" w:cs="Times New Roman"/>
          <w:color w:val="000000" w:themeColor="text1"/>
          <w:sz w:val="24"/>
          <w:szCs w:val="24"/>
        </w:rPr>
        <w:t>: 475-508.</w:t>
      </w:r>
    </w:p>
    <w:p w14:paraId="1EC10E71" w14:textId="77777777" w:rsidR="0034027B" w:rsidRPr="00E423EC" w:rsidRDefault="0034027B" w:rsidP="00E423EC">
      <w:pPr>
        <w:pStyle w:val="ListParagraph"/>
        <w:numPr>
          <w:ilvl w:val="0"/>
          <w:numId w:val="12"/>
        </w:numPr>
        <w:jc w:val="both"/>
        <w:rPr>
          <w:rFonts w:ascii="Times New Roman" w:hAnsi="Times New Roman" w:cs="Times New Roman"/>
          <w:color w:val="000000" w:themeColor="text1"/>
          <w:sz w:val="24"/>
          <w:szCs w:val="24"/>
        </w:rPr>
      </w:pPr>
      <w:proofErr w:type="spellStart"/>
      <w:proofErr w:type="gramStart"/>
      <w:r w:rsidRPr="00E423EC">
        <w:rPr>
          <w:rFonts w:ascii="Times New Roman" w:hAnsi="Times New Roman" w:cs="Times New Roman"/>
          <w:color w:val="000000" w:themeColor="text1"/>
          <w:sz w:val="24"/>
          <w:szCs w:val="24"/>
        </w:rPr>
        <w:t>Than</w:t>
      </w:r>
      <w:proofErr w:type="spellEnd"/>
      <w:proofErr w:type="gramEnd"/>
      <w:r w:rsidRPr="00E423EC">
        <w:rPr>
          <w:rFonts w:ascii="Times New Roman" w:hAnsi="Times New Roman" w:cs="Times New Roman"/>
          <w:color w:val="000000" w:themeColor="text1"/>
          <w:sz w:val="24"/>
          <w:szCs w:val="24"/>
        </w:rPr>
        <w:t xml:space="preserve">, P. P., H. </w:t>
      </w:r>
      <w:proofErr w:type="spellStart"/>
      <w:r w:rsidRPr="00E423EC">
        <w:rPr>
          <w:rFonts w:ascii="Times New Roman" w:hAnsi="Times New Roman" w:cs="Times New Roman"/>
          <w:color w:val="000000" w:themeColor="text1"/>
          <w:sz w:val="24"/>
          <w:szCs w:val="24"/>
        </w:rPr>
        <w:t>Prihasturi</w:t>
      </w:r>
      <w:proofErr w:type="spellEnd"/>
      <w:r w:rsidRPr="00E423EC">
        <w:rPr>
          <w:rFonts w:ascii="Times New Roman" w:hAnsi="Times New Roman" w:cs="Times New Roman"/>
          <w:color w:val="000000" w:themeColor="text1"/>
          <w:sz w:val="24"/>
          <w:szCs w:val="24"/>
        </w:rPr>
        <w:t xml:space="preserve">, S. </w:t>
      </w:r>
      <w:proofErr w:type="spellStart"/>
      <w:r w:rsidRPr="00E423EC">
        <w:rPr>
          <w:rFonts w:ascii="Times New Roman" w:hAnsi="Times New Roman" w:cs="Times New Roman"/>
          <w:color w:val="000000" w:themeColor="text1"/>
          <w:sz w:val="24"/>
          <w:szCs w:val="24"/>
        </w:rPr>
        <w:t>Phoulivong</w:t>
      </w:r>
      <w:proofErr w:type="spellEnd"/>
      <w:r w:rsidRPr="00E423EC">
        <w:rPr>
          <w:rFonts w:ascii="Times New Roman" w:hAnsi="Times New Roman" w:cs="Times New Roman"/>
          <w:color w:val="000000" w:themeColor="text1"/>
          <w:sz w:val="24"/>
          <w:szCs w:val="24"/>
        </w:rPr>
        <w:t xml:space="preserve">, P. W. J. Taylor and D. Hyde, 2008. Chilli anthracnose disease caused by </w:t>
      </w:r>
      <w:r w:rsidRPr="00E423EC">
        <w:rPr>
          <w:rFonts w:ascii="Times New Roman" w:hAnsi="Times New Roman" w:cs="Times New Roman"/>
          <w:i/>
          <w:color w:val="000000" w:themeColor="text1"/>
          <w:sz w:val="24"/>
          <w:szCs w:val="24"/>
        </w:rPr>
        <w:t>Colletotrichum</w:t>
      </w:r>
      <w:r w:rsidRPr="00E423EC">
        <w:rPr>
          <w:rFonts w:ascii="Times New Roman" w:hAnsi="Times New Roman" w:cs="Times New Roman"/>
          <w:color w:val="000000" w:themeColor="text1"/>
          <w:sz w:val="24"/>
          <w:szCs w:val="24"/>
        </w:rPr>
        <w:t xml:space="preserve"> species. J. Zhejiang Univ Sci </w:t>
      </w:r>
      <w:r w:rsidRPr="00E423EC">
        <w:rPr>
          <w:rFonts w:ascii="Times New Roman" w:hAnsi="Times New Roman" w:cs="Times New Roman"/>
          <w:b/>
          <w:color w:val="000000" w:themeColor="text1"/>
          <w:sz w:val="24"/>
          <w:szCs w:val="24"/>
        </w:rPr>
        <w:t>9</w:t>
      </w:r>
      <w:r w:rsidRPr="00E423EC">
        <w:rPr>
          <w:rFonts w:ascii="Times New Roman" w:hAnsi="Times New Roman" w:cs="Times New Roman"/>
          <w:color w:val="000000" w:themeColor="text1"/>
          <w:sz w:val="24"/>
          <w:szCs w:val="24"/>
        </w:rPr>
        <w:t>: 764-778.</w:t>
      </w:r>
    </w:p>
    <w:p w14:paraId="44E763A6" w14:textId="7ECA75F0" w:rsidR="0034027B" w:rsidRPr="00E423EC" w:rsidRDefault="0034027B" w:rsidP="00E423EC">
      <w:pPr>
        <w:pStyle w:val="ListParagraph"/>
        <w:numPr>
          <w:ilvl w:val="0"/>
          <w:numId w:val="12"/>
        </w:numPr>
        <w:jc w:val="both"/>
        <w:rPr>
          <w:rFonts w:ascii="Times New Roman" w:hAnsi="Times New Roman" w:cs="Times New Roman"/>
          <w:color w:val="000000" w:themeColor="text1"/>
          <w:sz w:val="24"/>
          <w:szCs w:val="24"/>
        </w:rPr>
      </w:pPr>
      <w:r w:rsidRPr="00E423EC">
        <w:rPr>
          <w:rFonts w:ascii="Times New Roman" w:hAnsi="Times New Roman" w:cs="Times New Roman"/>
          <w:color w:val="000000" w:themeColor="text1"/>
          <w:sz w:val="24"/>
          <w:szCs w:val="24"/>
        </w:rPr>
        <w:t xml:space="preserve">Thippeswamy, B., H. V. Sowmya and M. Krishnappa, 2011. Seed borne fungi of Vegetable crops in Karnataka. J. Pl. Dis. Sci. </w:t>
      </w:r>
      <w:r w:rsidRPr="00E423EC">
        <w:rPr>
          <w:rFonts w:ascii="Times New Roman" w:hAnsi="Times New Roman" w:cs="Times New Roman"/>
          <w:b/>
          <w:color w:val="000000" w:themeColor="text1"/>
          <w:sz w:val="24"/>
          <w:szCs w:val="24"/>
        </w:rPr>
        <w:t>6</w:t>
      </w:r>
      <w:r w:rsidRPr="00E423EC">
        <w:rPr>
          <w:rFonts w:ascii="Times New Roman" w:hAnsi="Times New Roman" w:cs="Times New Roman"/>
          <w:color w:val="000000" w:themeColor="text1"/>
          <w:sz w:val="24"/>
          <w:szCs w:val="24"/>
        </w:rPr>
        <w:t>(1): 5-10.</w:t>
      </w:r>
    </w:p>
    <w:p w14:paraId="396361A7" w14:textId="77777777" w:rsidR="00485651" w:rsidRPr="00E423EC" w:rsidRDefault="00485651" w:rsidP="00E423EC">
      <w:pPr>
        <w:pStyle w:val="ListParagraph"/>
        <w:numPr>
          <w:ilvl w:val="0"/>
          <w:numId w:val="12"/>
        </w:numPr>
        <w:jc w:val="both"/>
        <w:rPr>
          <w:rFonts w:ascii="Times New Roman" w:hAnsi="Times New Roman" w:cs="Times New Roman"/>
          <w:color w:val="000000" w:themeColor="text1"/>
          <w:sz w:val="24"/>
          <w:szCs w:val="24"/>
        </w:rPr>
      </w:pPr>
      <w:r w:rsidRPr="00E423EC">
        <w:rPr>
          <w:rFonts w:ascii="Times New Roman" w:hAnsi="Times New Roman" w:cs="Times New Roman"/>
          <w:color w:val="000000" w:themeColor="text1"/>
          <w:sz w:val="24"/>
          <w:szCs w:val="24"/>
        </w:rPr>
        <w:t xml:space="preserve">Wijesekara H. R. and D. K. Agarwal, 2006. Taxonomic studies on five species of the genus </w:t>
      </w:r>
      <w:r w:rsidRPr="00E423EC">
        <w:rPr>
          <w:rFonts w:ascii="Times New Roman" w:hAnsi="Times New Roman" w:cs="Times New Roman"/>
          <w:i/>
          <w:color w:val="000000" w:themeColor="text1"/>
          <w:sz w:val="24"/>
          <w:szCs w:val="24"/>
        </w:rPr>
        <w:t>Colletotrichum</w:t>
      </w:r>
      <w:r w:rsidRPr="00E423EC">
        <w:rPr>
          <w:rFonts w:ascii="Times New Roman" w:hAnsi="Times New Roman" w:cs="Times New Roman"/>
          <w:color w:val="000000" w:themeColor="text1"/>
          <w:sz w:val="24"/>
          <w:szCs w:val="24"/>
        </w:rPr>
        <w:t xml:space="preserve">. Indian Phytopathology, </w:t>
      </w:r>
      <w:r w:rsidRPr="00E423EC">
        <w:rPr>
          <w:rFonts w:ascii="Times New Roman" w:hAnsi="Times New Roman" w:cs="Times New Roman"/>
          <w:b/>
          <w:color w:val="000000" w:themeColor="text1"/>
          <w:sz w:val="24"/>
          <w:szCs w:val="24"/>
        </w:rPr>
        <w:t>59</w:t>
      </w:r>
      <w:r w:rsidRPr="00E423EC">
        <w:rPr>
          <w:rFonts w:ascii="Times New Roman" w:hAnsi="Times New Roman" w:cs="Times New Roman"/>
          <w:color w:val="000000" w:themeColor="text1"/>
          <w:sz w:val="24"/>
          <w:szCs w:val="24"/>
        </w:rPr>
        <w:t>(2): 203-20.</w:t>
      </w:r>
    </w:p>
    <w:p w14:paraId="34A6059B" w14:textId="77777777" w:rsidR="00485651" w:rsidRPr="00E423EC" w:rsidRDefault="00485651" w:rsidP="00E423EC">
      <w:pPr>
        <w:pStyle w:val="ListParagraph"/>
        <w:numPr>
          <w:ilvl w:val="0"/>
          <w:numId w:val="12"/>
        </w:numPr>
        <w:jc w:val="both"/>
        <w:rPr>
          <w:rFonts w:ascii="Times New Roman" w:hAnsi="Times New Roman" w:cs="Times New Roman"/>
          <w:color w:val="000000" w:themeColor="text1"/>
          <w:sz w:val="24"/>
          <w:szCs w:val="24"/>
        </w:rPr>
      </w:pPr>
      <w:r w:rsidRPr="00E423EC">
        <w:rPr>
          <w:rFonts w:ascii="Times New Roman" w:hAnsi="Times New Roman" w:cs="Times New Roman"/>
          <w:color w:val="000000" w:themeColor="text1"/>
          <w:sz w:val="24"/>
          <w:szCs w:val="24"/>
        </w:rPr>
        <w:t xml:space="preserve">Yun, H. K., A. H. Ahmad, S. Muid and J. S. S. Seelan, 2009. First report of </w:t>
      </w:r>
      <w:r w:rsidRPr="00E423EC">
        <w:rPr>
          <w:rFonts w:ascii="Times New Roman" w:hAnsi="Times New Roman" w:cs="Times New Roman"/>
          <w:i/>
          <w:color w:val="000000" w:themeColor="text1"/>
          <w:sz w:val="24"/>
          <w:szCs w:val="24"/>
        </w:rPr>
        <w:t>Colletotrichum spp</w:t>
      </w:r>
      <w:r w:rsidRPr="00E423EC">
        <w:rPr>
          <w:rFonts w:ascii="Times New Roman" w:hAnsi="Times New Roman" w:cs="Times New Roman"/>
          <w:color w:val="000000" w:themeColor="text1"/>
          <w:sz w:val="24"/>
          <w:szCs w:val="24"/>
        </w:rPr>
        <w:t xml:space="preserve">. causing diseases on </w:t>
      </w:r>
      <w:r w:rsidRPr="00E423EC">
        <w:rPr>
          <w:rFonts w:ascii="Times New Roman" w:hAnsi="Times New Roman" w:cs="Times New Roman"/>
          <w:i/>
          <w:color w:val="000000" w:themeColor="text1"/>
          <w:sz w:val="24"/>
          <w:szCs w:val="24"/>
        </w:rPr>
        <w:t>Capsicum spp</w:t>
      </w:r>
      <w:r w:rsidRPr="00E423EC">
        <w:rPr>
          <w:rFonts w:ascii="Times New Roman" w:hAnsi="Times New Roman" w:cs="Times New Roman"/>
          <w:color w:val="000000" w:themeColor="text1"/>
          <w:sz w:val="24"/>
          <w:szCs w:val="24"/>
        </w:rPr>
        <w:t>. in Sabah, Borneo, Malaysia. Journal of Threatened Taxa</w:t>
      </w:r>
      <w:proofErr w:type="gramStart"/>
      <w:r w:rsidRPr="00E423EC">
        <w:rPr>
          <w:rFonts w:ascii="Times New Roman" w:hAnsi="Times New Roman" w:cs="Times New Roman"/>
          <w:color w:val="000000" w:themeColor="text1"/>
          <w:sz w:val="24"/>
          <w:szCs w:val="24"/>
        </w:rPr>
        <w:t>, :</w:t>
      </w:r>
      <w:proofErr w:type="gramEnd"/>
      <w:r w:rsidRPr="00E423EC">
        <w:rPr>
          <w:rFonts w:ascii="Times New Roman" w:hAnsi="Times New Roman" w:cs="Times New Roman"/>
          <w:color w:val="000000" w:themeColor="text1"/>
          <w:sz w:val="24"/>
          <w:szCs w:val="24"/>
        </w:rPr>
        <w:t xml:space="preserve"> 419-424. </w:t>
      </w:r>
    </w:p>
    <w:p w14:paraId="643263D9" w14:textId="77777777" w:rsidR="003D4FB4" w:rsidRPr="00C16F12" w:rsidRDefault="003D4FB4" w:rsidP="00D30E5C">
      <w:pPr>
        <w:jc w:val="both"/>
        <w:rPr>
          <w:rFonts w:ascii="Times New Roman" w:hAnsi="Times New Roman" w:cs="Times New Roman"/>
          <w:color w:val="000000" w:themeColor="text1"/>
          <w:sz w:val="24"/>
          <w:szCs w:val="24"/>
        </w:rPr>
      </w:pPr>
    </w:p>
    <w:sectPr w:rsidR="003D4FB4" w:rsidRPr="00C16F12" w:rsidSect="0034027B">
      <w:pgSz w:w="12240" w:h="15840"/>
      <w:pgMar w:top="1440" w:right="1800" w:bottom="1440"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68C90" w14:textId="77777777" w:rsidR="00A15845" w:rsidRDefault="00A15845" w:rsidP="004214E8">
      <w:pPr>
        <w:spacing w:after="0" w:line="240" w:lineRule="auto"/>
      </w:pPr>
      <w:r>
        <w:separator/>
      </w:r>
    </w:p>
  </w:endnote>
  <w:endnote w:type="continuationSeparator" w:id="0">
    <w:p w14:paraId="523DC08C" w14:textId="77777777" w:rsidR="00A15845" w:rsidRDefault="00A15845" w:rsidP="0042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3BA50" w14:textId="77777777" w:rsidR="008167A8" w:rsidRDefault="00816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4F64C" w14:textId="77777777" w:rsidR="008167A8" w:rsidRDefault="008167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013AB" w14:textId="77777777" w:rsidR="008167A8" w:rsidRDefault="00816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9B8C6" w14:textId="77777777" w:rsidR="00A15845" w:rsidRDefault="00A15845" w:rsidP="004214E8">
      <w:pPr>
        <w:spacing w:after="0" w:line="240" w:lineRule="auto"/>
      </w:pPr>
      <w:r>
        <w:separator/>
      </w:r>
    </w:p>
  </w:footnote>
  <w:footnote w:type="continuationSeparator" w:id="0">
    <w:p w14:paraId="5FF7CF41" w14:textId="77777777" w:rsidR="00A15845" w:rsidRDefault="00A15845" w:rsidP="00421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29A24" w14:textId="3BD2E314" w:rsidR="008167A8" w:rsidRDefault="00000000">
    <w:pPr>
      <w:pStyle w:val="Header"/>
    </w:pPr>
    <w:r>
      <w:rPr>
        <w:noProof/>
      </w:rPr>
      <w:pict w14:anchorId="67943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3" o:spid="_x0000_s1026" type="#_x0000_t136" style="position:absolute;margin-left:0;margin-top:0;width:475.25pt;height:60.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9E725" w14:textId="5E67618A" w:rsidR="008167A8" w:rsidRDefault="00000000">
    <w:pPr>
      <w:pStyle w:val="Header"/>
    </w:pPr>
    <w:r>
      <w:rPr>
        <w:noProof/>
      </w:rPr>
      <w:pict w14:anchorId="76957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4" o:spid="_x0000_s1027" type="#_x0000_t136" style="position:absolute;margin-left:0;margin-top:0;width:475.25pt;height:60.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EE224" w14:textId="0905C462" w:rsidR="008167A8" w:rsidRDefault="00000000">
    <w:pPr>
      <w:pStyle w:val="Header"/>
    </w:pPr>
    <w:r>
      <w:rPr>
        <w:noProof/>
      </w:rPr>
      <w:pict w14:anchorId="397CE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2" o:spid="_x0000_s1025" type="#_x0000_t136" style="position:absolute;margin-left:0;margin-top:0;width:475.25pt;height:60.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6565C35"/>
    <w:multiLevelType w:val="hybridMultilevel"/>
    <w:tmpl w:val="39D610D6"/>
    <w:lvl w:ilvl="0" w:tplc="672A2664">
      <w:start w:val="1"/>
      <w:numFmt w:val="bullet"/>
      <w:lvlText w:val=""/>
      <w:lvlJc w:val="left"/>
      <w:pPr>
        <w:ind w:left="8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728C1A">
      <w:start w:val="1"/>
      <w:numFmt w:val="bullet"/>
      <w:lvlText w:val="o"/>
      <w:lvlJc w:val="left"/>
      <w:pPr>
        <w:ind w:left="1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8A07D0">
      <w:start w:val="1"/>
      <w:numFmt w:val="bullet"/>
      <w:lvlText w:val="▪"/>
      <w:lvlJc w:val="left"/>
      <w:pPr>
        <w:ind w:left="2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0A2F938">
      <w:start w:val="1"/>
      <w:numFmt w:val="bullet"/>
      <w:lvlText w:val="•"/>
      <w:lvlJc w:val="left"/>
      <w:pPr>
        <w:ind w:left="30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320C770">
      <w:start w:val="1"/>
      <w:numFmt w:val="bullet"/>
      <w:lvlText w:val="o"/>
      <w:lvlJc w:val="left"/>
      <w:pPr>
        <w:ind w:left="3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C00828">
      <w:start w:val="1"/>
      <w:numFmt w:val="bullet"/>
      <w:lvlText w:val="▪"/>
      <w:lvlJc w:val="left"/>
      <w:pPr>
        <w:ind w:left="4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3C1968">
      <w:start w:val="1"/>
      <w:numFmt w:val="bullet"/>
      <w:lvlText w:val="•"/>
      <w:lvlJc w:val="left"/>
      <w:pPr>
        <w:ind w:left="5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B0FE6E">
      <w:start w:val="1"/>
      <w:numFmt w:val="bullet"/>
      <w:lvlText w:val="o"/>
      <w:lvlJc w:val="left"/>
      <w:pPr>
        <w:ind w:left="5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30D534">
      <w:start w:val="1"/>
      <w:numFmt w:val="bullet"/>
      <w:lvlText w:val="▪"/>
      <w:lvlJc w:val="left"/>
      <w:pPr>
        <w:ind w:left="66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A250FDD"/>
    <w:multiLevelType w:val="multilevel"/>
    <w:tmpl w:val="8C04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333F99"/>
    <w:multiLevelType w:val="hybridMultilevel"/>
    <w:tmpl w:val="10444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9819720">
    <w:abstractNumId w:val="8"/>
  </w:num>
  <w:num w:numId="2" w16cid:durableId="1500463678">
    <w:abstractNumId w:val="6"/>
  </w:num>
  <w:num w:numId="3" w16cid:durableId="57284395">
    <w:abstractNumId w:val="5"/>
  </w:num>
  <w:num w:numId="4" w16cid:durableId="1614246030">
    <w:abstractNumId w:val="4"/>
  </w:num>
  <w:num w:numId="5" w16cid:durableId="1033771393">
    <w:abstractNumId w:val="7"/>
  </w:num>
  <w:num w:numId="6" w16cid:durableId="521434638">
    <w:abstractNumId w:val="3"/>
  </w:num>
  <w:num w:numId="7" w16cid:durableId="2124691815">
    <w:abstractNumId w:val="2"/>
  </w:num>
  <w:num w:numId="8" w16cid:durableId="677274466">
    <w:abstractNumId w:val="1"/>
  </w:num>
  <w:num w:numId="9" w16cid:durableId="114099908">
    <w:abstractNumId w:val="0"/>
  </w:num>
  <w:num w:numId="10" w16cid:durableId="988873171">
    <w:abstractNumId w:val="9"/>
  </w:num>
  <w:num w:numId="11" w16cid:durableId="1513717025">
    <w:abstractNumId w:val="10"/>
  </w:num>
  <w:num w:numId="12" w16cid:durableId="16270066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wtjQ0tzA2tTA3szBX0lEKTi0uzszPAykwrAUAqfcfziwAAAA="/>
  </w:docVars>
  <w:rsids>
    <w:rsidRoot w:val="00B47730"/>
    <w:rsid w:val="00034616"/>
    <w:rsid w:val="00053778"/>
    <w:rsid w:val="0006063C"/>
    <w:rsid w:val="00090FF0"/>
    <w:rsid w:val="000C12B8"/>
    <w:rsid w:val="000E0D69"/>
    <w:rsid w:val="00131ACF"/>
    <w:rsid w:val="0014308E"/>
    <w:rsid w:val="0015074B"/>
    <w:rsid w:val="00150775"/>
    <w:rsid w:val="00184129"/>
    <w:rsid w:val="001B59EE"/>
    <w:rsid w:val="00243FF2"/>
    <w:rsid w:val="00270ABC"/>
    <w:rsid w:val="0029639D"/>
    <w:rsid w:val="002A2CF9"/>
    <w:rsid w:val="002C50C2"/>
    <w:rsid w:val="00321E9A"/>
    <w:rsid w:val="00326F90"/>
    <w:rsid w:val="0034027B"/>
    <w:rsid w:val="003507D1"/>
    <w:rsid w:val="00352278"/>
    <w:rsid w:val="00353557"/>
    <w:rsid w:val="003C2E9A"/>
    <w:rsid w:val="003D188D"/>
    <w:rsid w:val="003D4FB4"/>
    <w:rsid w:val="003E0C20"/>
    <w:rsid w:val="004214E8"/>
    <w:rsid w:val="00424906"/>
    <w:rsid w:val="00485651"/>
    <w:rsid w:val="00487A57"/>
    <w:rsid w:val="004B1D3E"/>
    <w:rsid w:val="00507FDD"/>
    <w:rsid w:val="0052552C"/>
    <w:rsid w:val="00577054"/>
    <w:rsid w:val="005B6E6D"/>
    <w:rsid w:val="005C7796"/>
    <w:rsid w:val="005E5774"/>
    <w:rsid w:val="00663AD9"/>
    <w:rsid w:val="006817F0"/>
    <w:rsid w:val="0074231E"/>
    <w:rsid w:val="00764556"/>
    <w:rsid w:val="007A2B2C"/>
    <w:rsid w:val="007C2ABD"/>
    <w:rsid w:val="007D4B8A"/>
    <w:rsid w:val="00802300"/>
    <w:rsid w:val="00802767"/>
    <w:rsid w:val="008167A8"/>
    <w:rsid w:val="008A2C49"/>
    <w:rsid w:val="008B0AE2"/>
    <w:rsid w:val="008C55FE"/>
    <w:rsid w:val="008E4648"/>
    <w:rsid w:val="00943159"/>
    <w:rsid w:val="00971833"/>
    <w:rsid w:val="009D3F5E"/>
    <w:rsid w:val="00A15711"/>
    <w:rsid w:val="00A15845"/>
    <w:rsid w:val="00A31D6C"/>
    <w:rsid w:val="00A94A88"/>
    <w:rsid w:val="00AA1D8D"/>
    <w:rsid w:val="00AB705B"/>
    <w:rsid w:val="00AD25BF"/>
    <w:rsid w:val="00B004E5"/>
    <w:rsid w:val="00B07614"/>
    <w:rsid w:val="00B128F7"/>
    <w:rsid w:val="00B35044"/>
    <w:rsid w:val="00B47730"/>
    <w:rsid w:val="00B574DE"/>
    <w:rsid w:val="00B64FC8"/>
    <w:rsid w:val="00B72E44"/>
    <w:rsid w:val="00B76536"/>
    <w:rsid w:val="00B92CE3"/>
    <w:rsid w:val="00B95649"/>
    <w:rsid w:val="00BE7D6B"/>
    <w:rsid w:val="00C04725"/>
    <w:rsid w:val="00C071D9"/>
    <w:rsid w:val="00C16F12"/>
    <w:rsid w:val="00C36F8E"/>
    <w:rsid w:val="00C53A9C"/>
    <w:rsid w:val="00CB0664"/>
    <w:rsid w:val="00D1159A"/>
    <w:rsid w:val="00D30E5C"/>
    <w:rsid w:val="00D41369"/>
    <w:rsid w:val="00E273FA"/>
    <w:rsid w:val="00E423EC"/>
    <w:rsid w:val="00E43219"/>
    <w:rsid w:val="00E868E9"/>
    <w:rsid w:val="00EA5CF6"/>
    <w:rsid w:val="00ED7739"/>
    <w:rsid w:val="00F25747"/>
    <w:rsid w:val="00FB4009"/>
    <w:rsid w:val="00FB6A8F"/>
    <w:rsid w:val="00FC693F"/>
    <w:rsid w:val="00FE79B6"/>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1FBF6A"/>
  <w14:defaultImageDpi w14:val="300"/>
  <w15:docId w15:val="{B1EE6EF2-2275-4EC8-A5D0-7D49827D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AB705B"/>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Hyperlink">
    <w:name w:val="Hyperlink"/>
    <w:basedOn w:val="DefaultParagraphFont"/>
    <w:uiPriority w:val="99"/>
    <w:unhideWhenUsed/>
    <w:rsid w:val="00663AD9"/>
    <w:rPr>
      <w:color w:val="0000FF" w:themeColor="hyperlink"/>
      <w:u w:val="single"/>
    </w:rPr>
  </w:style>
  <w:style w:type="character" w:styleId="UnresolvedMention">
    <w:name w:val="Unresolved Mention"/>
    <w:basedOn w:val="DefaultParagraphFont"/>
    <w:uiPriority w:val="99"/>
    <w:semiHidden/>
    <w:unhideWhenUsed/>
    <w:rsid w:val="00663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559192535488033E-2"/>
          <c:y val="0.11802536231884107"/>
          <c:w val="0.9171703013563095"/>
          <c:h val="0.68512016280826749"/>
        </c:manualLayout>
      </c:layout>
      <c:bar3DChart>
        <c:barDir val="col"/>
        <c:grouping val="clustered"/>
        <c:varyColors val="0"/>
        <c:ser>
          <c:idx val="0"/>
          <c:order val="0"/>
          <c:tx>
            <c:strRef>
              <c:f>Sheet1!$B$1</c:f>
              <c:strCache>
                <c:ptCount val="1"/>
                <c:pt idx="0">
                  <c:v>3 DAI</c:v>
                </c:pt>
              </c:strCache>
            </c:strRef>
          </c:tx>
          <c:spPr>
            <a:solidFill>
              <a:schemeClr val="accent1"/>
            </a:solidFill>
            <a:ln>
              <a:noFill/>
            </a:ln>
            <a:effectLst/>
            <a:sp3d/>
          </c:spPr>
          <c:invertIfNegative val="0"/>
          <c:cat>
            <c:strRef>
              <c:f>Sheet1!$A$2:$A$6</c:f>
              <c:strCache>
                <c:ptCount val="5"/>
                <c:pt idx="0">
                  <c:v>T1</c:v>
                </c:pt>
                <c:pt idx="1">
                  <c:v>T2</c:v>
                </c:pt>
                <c:pt idx="2">
                  <c:v>T3</c:v>
                </c:pt>
                <c:pt idx="3">
                  <c:v>T4</c:v>
                </c:pt>
                <c:pt idx="4">
                  <c:v>T5</c:v>
                </c:pt>
              </c:strCache>
            </c:strRef>
          </c:cat>
          <c:val>
            <c:numRef>
              <c:f>Sheet1!$B$2:$B$6</c:f>
              <c:numCache>
                <c:formatCode>General</c:formatCode>
                <c:ptCount val="5"/>
                <c:pt idx="0">
                  <c:v>32.660000000000011</c:v>
                </c:pt>
                <c:pt idx="1">
                  <c:v>0</c:v>
                </c:pt>
                <c:pt idx="2">
                  <c:v>28</c:v>
                </c:pt>
                <c:pt idx="3">
                  <c:v>24.66</c:v>
                </c:pt>
                <c:pt idx="4">
                  <c:v>26.66</c:v>
                </c:pt>
              </c:numCache>
            </c:numRef>
          </c:val>
          <c:extLst>
            <c:ext xmlns:c16="http://schemas.microsoft.com/office/drawing/2014/chart" uri="{C3380CC4-5D6E-409C-BE32-E72D297353CC}">
              <c16:uniqueId val="{00000000-A6A4-4D5C-BA45-21F7EDCCC174}"/>
            </c:ext>
          </c:extLst>
        </c:ser>
        <c:ser>
          <c:idx val="1"/>
          <c:order val="1"/>
          <c:tx>
            <c:strRef>
              <c:f>Sheet1!$C$1</c:f>
              <c:strCache>
                <c:ptCount val="1"/>
                <c:pt idx="0">
                  <c:v>5DAI</c:v>
                </c:pt>
              </c:strCache>
            </c:strRef>
          </c:tx>
          <c:spPr>
            <a:solidFill>
              <a:schemeClr val="accent6"/>
            </a:solidFill>
            <a:ln>
              <a:noFill/>
            </a:ln>
            <a:effectLst>
              <a:softEdge rad="0"/>
            </a:effectLst>
            <a:sp3d/>
          </c:spPr>
          <c:invertIfNegative val="0"/>
          <c:cat>
            <c:strRef>
              <c:f>Sheet1!$A$2:$A$6</c:f>
              <c:strCache>
                <c:ptCount val="5"/>
                <c:pt idx="0">
                  <c:v>T1</c:v>
                </c:pt>
                <c:pt idx="1">
                  <c:v>T2</c:v>
                </c:pt>
                <c:pt idx="2">
                  <c:v>T3</c:v>
                </c:pt>
                <c:pt idx="3">
                  <c:v>T4</c:v>
                </c:pt>
                <c:pt idx="4">
                  <c:v>T5</c:v>
                </c:pt>
              </c:strCache>
            </c:strRef>
          </c:cat>
          <c:val>
            <c:numRef>
              <c:f>Sheet1!$C$2:$C$6</c:f>
              <c:numCache>
                <c:formatCode>General</c:formatCode>
                <c:ptCount val="5"/>
                <c:pt idx="0">
                  <c:v>42</c:v>
                </c:pt>
                <c:pt idx="1">
                  <c:v>19</c:v>
                </c:pt>
                <c:pt idx="2">
                  <c:v>33.33</c:v>
                </c:pt>
                <c:pt idx="3">
                  <c:v>39</c:v>
                </c:pt>
                <c:pt idx="4">
                  <c:v>36.67</c:v>
                </c:pt>
              </c:numCache>
            </c:numRef>
          </c:val>
          <c:extLst>
            <c:ext xmlns:c16="http://schemas.microsoft.com/office/drawing/2014/chart" uri="{C3380CC4-5D6E-409C-BE32-E72D297353CC}">
              <c16:uniqueId val="{00000001-A6A4-4D5C-BA45-21F7EDCCC174}"/>
            </c:ext>
          </c:extLst>
        </c:ser>
        <c:ser>
          <c:idx val="2"/>
          <c:order val="2"/>
          <c:tx>
            <c:strRef>
              <c:f>Sheet1!$D$1</c:f>
              <c:strCache>
                <c:ptCount val="1"/>
                <c:pt idx="0">
                  <c:v>7DAI</c:v>
                </c:pt>
              </c:strCache>
            </c:strRef>
          </c:tx>
          <c:spPr>
            <a:solidFill>
              <a:schemeClr val="accent3"/>
            </a:solidFill>
            <a:ln>
              <a:noFill/>
            </a:ln>
            <a:effectLst/>
            <a:sp3d/>
          </c:spPr>
          <c:invertIfNegative val="0"/>
          <c:cat>
            <c:strRef>
              <c:f>Sheet1!$A$2:$A$6</c:f>
              <c:strCache>
                <c:ptCount val="5"/>
                <c:pt idx="0">
                  <c:v>T1</c:v>
                </c:pt>
                <c:pt idx="1">
                  <c:v>T2</c:v>
                </c:pt>
                <c:pt idx="2">
                  <c:v>T3</c:v>
                </c:pt>
                <c:pt idx="3">
                  <c:v>T4</c:v>
                </c:pt>
                <c:pt idx="4">
                  <c:v>T5</c:v>
                </c:pt>
              </c:strCache>
            </c:strRef>
          </c:cat>
          <c:val>
            <c:numRef>
              <c:f>Sheet1!$D$2:$D$6</c:f>
              <c:numCache>
                <c:formatCode>General</c:formatCode>
                <c:ptCount val="5"/>
                <c:pt idx="0">
                  <c:v>69</c:v>
                </c:pt>
                <c:pt idx="1">
                  <c:v>40</c:v>
                </c:pt>
                <c:pt idx="2">
                  <c:v>51.33</c:v>
                </c:pt>
                <c:pt idx="3">
                  <c:v>59</c:v>
                </c:pt>
                <c:pt idx="4">
                  <c:v>54</c:v>
                </c:pt>
              </c:numCache>
            </c:numRef>
          </c:val>
          <c:extLst>
            <c:ext xmlns:c16="http://schemas.microsoft.com/office/drawing/2014/chart" uri="{C3380CC4-5D6E-409C-BE32-E72D297353CC}">
              <c16:uniqueId val="{00000002-A6A4-4D5C-BA45-21F7EDCCC174}"/>
            </c:ext>
          </c:extLst>
        </c:ser>
        <c:dLbls>
          <c:showLegendKey val="0"/>
          <c:showVal val="0"/>
          <c:showCatName val="0"/>
          <c:showSerName val="0"/>
          <c:showPercent val="0"/>
          <c:showBubbleSize val="0"/>
        </c:dLbls>
        <c:gapWidth val="219"/>
        <c:shape val="box"/>
        <c:axId val="342230528"/>
        <c:axId val="342232448"/>
        <c:axId val="0"/>
      </c:bar3DChart>
      <c:catAx>
        <c:axId val="3422305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400" b="1">
                    <a:solidFill>
                      <a:sysClr val="windowText" lastClr="000000"/>
                    </a:solidFill>
                    <a:latin typeface="Arial" panose="020B0604020202020204" pitchFamily="34" charset="0"/>
                    <a:cs typeface="Arial" panose="020B0604020202020204" pitchFamily="34" charset="0"/>
                  </a:rPr>
                  <a:t>Treatments</a:t>
                </a:r>
              </a:p>
              <a:p>
                <a:pPr>
                  <a:defRPr sz="1000" b="0" i="0" u="none" strike="noStrike" kern="1200" baseline="0">
                    <a:solidFill>
                      <a:sysClr val="windowText" lastClr="000000"/>
                    </a:solidFill>
                    <a:latin typeface="+mn-lt"/>
                    <a:ea typeface="+mn-ea"/>
                    <a:cs typeface="+mn-cs"/>
                  </a:defRPr>
                </a:pPr>
                <a:endParaRPr lang="en-US" sz="1400" b="1">
                  <a:solidFill>
                    <a:sysClr val="windowText" lastClr="000000"/>
                  </a:solidFill>
                  <a:latin typeface="Arial" panose="020B0604020202020204" pitchFamily="34" charset="0"/>
                  <a:cs typeface="Arial" panose="020B0604020202020204" pitchFamily="34" charset="0"/>
                </a:endParaRPr>
              </a:p>
              <a:p>
                <a:pPr>
                  <a:defRPr sz="1000" b="0" i="0" u="none" strike="noStrike" kern="1200" baseline="0">
                    <a:solidFill>
                      <a:sysClr val="windowText" lastClr="000000"/>
                    </a:solidFill>
                    <a:latin typeface="+mn-lt"/>
                    <a:ea typeface="+mn-ea"/>
                    <a:cs typeface="+mn-cs"/>
                  </a:defRPr>
                </a:pPr>
                <a:r>
                  <a:rPr lang="en-US" baseline="0">
                    <a:solidFill>
                      <a:sysClr val="windowText" lastClr="000000"/>
                    </a:solidFill>
                  </a:rPr>
                  <a:t> </a:t>
                </a:r>
                <a:endParaRPr lang="en-US">
                  <a:solidFill>
                    <a:sysClr val="windowText" lastClr="000000"/>
                  </a:solidFill>
                </a:endParaRPr>
              </a:p>
            </c:rich>
          </c:tx>
          <c:layout>
            <c:manualLayout>
              <c:xMode val="edge"/>
              <c:yMode val="edge"/>
              <c:x val="0.43041046570749986"/>
              <c:y val="0.832697472716086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32448"/>
        <c:crosses val="autoZero"/>
        <c:auto val="1"/>
        <c:lblAlgn val="ctr"/>
        <c:lblOffset val="100"/>
        <c:noMultiLvlLbl val="0"/>
      </c:catAx>
      <c:valAx>
        <c:axId val="34223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latin typeface="Arial" panose="020B0604020202020204" pitchFamily="34" charset="0"/>
                    <a:cs typeface="Arial" panose="020B0604020202020204" pitchFamily="34" charset="0"/>
                  </a:rPr>
                  <a:t>Mean colony diameter (mm) </a:t>
                </a:r>
              </a:p>
            </c:rich>
          </c:tx>
          <c:layout>
            <c:manualLayout>
              <c:xMode val="edge"/>
              <c:yMode val="edge"/>
              <c:x val="4.5100726937929367E-2"/>
              <c:y val="0.2738043767823574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30528"/>
        <c:crosses val="autoZero"/>
        <c:crossBetween val="between"/>
      </c:valAx>
      <c:spPr>
        <a:noFill/>
        <a:ln>
          <a:noFill/>
        </a:ln>
        <a:effectLst/>
      </c:spPr>
    </c:plotArea>
    <c:legend>
      <c:legendPos val="b"/>
      <c:layout>
        <c:manualLayout>
          <c:xMode val="edge"/>
          <c:yMode val="edge"/>
          <c:x val="0.40695486526226976"/>
          <c:y val="5.3876605656081641E-2"/>
          <c:w val="0.22099411166536367"/>
          <c:h val="4.65648954476717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2CC42-6B79-4991-AB80-7AAD2DF05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16</Pages>
  <Words>3142</Words>
  <Characters>17915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Editor-90</cp:lastModifiedBy>
  <cp:revision>32</cp:revision>
  <dcterms:created xsi:type="dcterms:W3CDTF">2013-12-23T23:15:00Z</dcterms:created>
  <dcterms:modified xsi:type="dcterms:W3CDTF">2026-01-27T05:53:00Z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ef5e58c5-7e2a-45bd-a495-69ffb9ec27b6</vt:lpwstr>
  </property>
  <property fmtid="{D5CDD505-2E9C-101B-9397-08002B2CF9AE}" pid="3" name="NXPowerLiteLastOptimized">
    <vt:lpwstr>4298882</vt:lpwstr>
  </property>
  <property fmtid="{D5CDD505-2E9C-101B-9397-08002B2CF9AE}" pid="4" name="NXPowerLiteSettings">
    <vt:lpwstr>C7000400038000</vt:lpwstr>
  </property>
  <property fmtid="{D5CDD505-2E9C-101B-9397-08002B2CF9AE}" pid="5" name="NXPowerLiteVersion">
    <vt:lpwstr>S10.9.4</vt:lpwstr>
  </property>
</Properties>
</file>