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822BB" w14:textId="78D3BCDC" w:rsidR="00DA296E" w:rsidRDefault="00DA296E">
      <w:pPr>
        <w:pStyle w:val="Title"/>
        <w:rPr>
          <w:rFonts w:ascii="Times New Roman" w:hAnsi="Times New Roman" w:cs="Times New Roman"/>
          <w:b/>
          <w:bCs/>
          <w:color w:val="000000" w:themeColor="text1"/>
          <w:sz w:val="28"/>
          <w:szCs w:val="28"/>
        </w:rPr>
      </w:pPr>
      <w:r w:rsidRPr="00DA296E">
        <w:rPr>
          <w:rFonts w:ascii="Times New Roman" w:hAnsi="Times New Roman" w:cs="Times New Roman"/>
          <w:b/>
          <w:bCs/>
          <w:i/>
          <w:iCs/>
          <w:color w:val="000000" w:themeColor="text1"/>
          <w:sz w:val="28"/>
          <w:szCs w:val="28"/>
          <w:u w:val="single"/>
        </w:rPr>
        <w:t>Original Research Article</w:t>
      </w:r>
    </w:p>
    <w:p w14:paraId="6E16772F" w14:textId="392229BE" w:rsidR="00A50AF9" w:rsidRPr="005B6D3E" w:rsidRDefault="003113FB">
      <w:pPr>
        <w:pStyle w:val="Title"/>
        <w:rPr>
          <w:rFonts w:ascii="Times New Roman" w:hAnsi="Times New Roman" w:cs="Times New Roman"/>
          <w:b/>
          <w:bCs/>
          <w:color w:val="000000" w:themeColor="text1"/>
          <w:sz w:val="28"/>
          <w:szCs w:val="28"/>
        </w:rPr>
      </w:pPr>
      <w:r w:rsidRPr="005B6D3E">
        <w:rPr>
          <w:rFonts w:ascii="Times New Roman" w:hAnsi="Times New Roman" w:cs="Times New Roman"/>
          <w:b/>
          <w:bCs/>
          <w:color w:val="000000" w:themeColor="text1"/>
          <w:sz w:val="28"/>
          <w:szCs w:val="28"/>
        </w:rPr>
        <w:t>Bioenzyme-Mediated Growth Enhancement in Cordyline (</w:t>
      </w:r>
      <w:r w:rsidRPr="005B6D3E">
        <w:rPr>
          <w:rFonts w:ascii="Times New Roman" w:hAnsi="Times New Roman" w:cs="Times New Roman"/>
          <w:b/>
          <w:bCs/>
          <w:i/>
          <w:iCs/>
          <w:color w:val="000000" w:themeColor="text1"/>
          <w:sz w:val="28"/>
          <w:szCs w:val="28"/>
        </w:rPr>
        <w:t>Cordyline terminalis</w:t>
      </w:r>
      <w:r w:rsidRPr="005B6D3E">
        <w:rPr>
          <w:rFonts w:ascii="Times New Roman" w:hAnsi="Times New Roman" w:cs="Times New Roman"/>
          <w:b/>
          <w:bCs/>
          <w:color w:val="000000" w:themeColor="text1"/>
          <w:sz w:val="28"/>
          <w:szCs w:val="28"/>
        </w:rPr>
        <w:t>): A Developmental Study</w:t>
      </w:r>
    </w:p>
    <w:p w14:paraId="12FFFD1B" w14:textId="77777777" w:rsidR="00A50AF9" w:rsidRPr="005B6D3E" w:rsidRDefault="003113FB" w:rsidP="004B32DD">
      <w:pPr>
        <w:pStyle w:val="Heading1"/>
        <w:spacing w:line="480" w:lineRule="auto"/>
        <w:rPr>
          <w:rFonts w:ascii="Times New Roman" w:hAnsi="Times New Roman" w:cs="Times New Roman"/>
          <w:color w:val="000000" w:themeColor="text1"/>
          <w:sz w:val="24"/>
          <w:szCs w:val="24"/>
        </w:rPr>
      </w:pPr>
      <w:bookmarkStart w:id="0" w:name="_Hlk199223396"/>
      <w:r w:rsidRPr="005B6D3E">
        <w:rPr>
          <w:rFonts w:ascii="Times New Roman" w:hAnsi="Times New Roman" w:cs="Times New Roman"/>
          <w:color w:val="000000" w:themeColor="text1"/>
          <w:sz w:val="24"/>
          <w:szCs w:val="24"/>
        </w:rPr>
        <w:t>ABSTRACT</w:t>
      </w:r>
    </w:p>
    <w:p w14:paraId="7D3F9620" w14:textId="3D208B31" w:rsidR="005F0419" w:rsidRDefault="00F03063" w:rsidP="005F04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Research </w:t>
      </w:r>
      <w:r w:rsidR="003113FB" w:rsidRPr="008037B5">
        <w:rPr>
          <w:rFonts w:ascii="Times New Roman" w:hAnsi="Times New Roman" w:cs="Times New Roman"/>
          <w:sz w:val="24"/>
          <w:szCs w:val="24"/>
        </w:rPr>
        <w:t xml:space="preserve">on </w:t>
      </w:r>
      <w:r w:rsidR="004B32DD" w:rsidRPr="008037B5">
        <w:rPr>
          <w:rFonts w:ascii="Times New Roman" w:hAnsi="Times New Roman" w:cs="Times New Roman"/>
          <w:sz w:val="24"/>
          <w:szCs w:val="24"/>
        </w:rPr>
        <w:t>“</w:t>
      </w:r>
      <w:r w:rsidR="003113FB" w:rsidRPr="008037B5">
        <w:rPr>
          <w:rFonts w:ascii="Times New Roman" w:hAnsi="Times New Roman" w:cs="Times New Roman"/>
          <w:sz w:val="24"/>
          <w:szCs w:val="24"/>
        </w:rPr>
        <w:t>Bioenzyme-Mediated Growth Enhancement in Cordyline (</w:t>
      </w:r>
      <w:r w:rsidR="003113FB" w:rsidRPr="008037B5">
        <w:rPr>
          <w:rFonts w:ascii="Times New Roman" w:hAnsi="Times New Roman" w:cs="Times New Roman"/>
          <w:i/>
          <w:iCs/>
          <w:sz w:val="24"/>
          <w:szCs w:val="24"/>
        </w:rPr>
        <w:t>Cordyline terminalis</w:t>
      </w:r>
      <w:r w:rsidR="003113FB" w:rsidRPr="008037B5">
        <w:rPr>
          <w:rFonts w:ascii="Times New Roman" w:hAnsi="Times New Roman" w:cs="Times New Roman"/>
          <w:sz w:val="24"/>
          <w:szCs w:val="24"/>
        </w:rPr>
        <w:t>): A Developmental Study</w:t>
      </w:r>
      <w:r w:rsidR="004B32DD" w:rsidRPr="008037B5">
        <w:rPr>
          <w:rFonts w:ascii="Times New Roman" w:hAnsi="Times New Roman" w:cs="Times New Roman"/>
          <w:sz w:val="24"/>
          <w:szCs w:val="24"/>
        </w:rPr>
        <w:t>”</w:t>
      </w:r>
      <w:r w:rsidR="003113FB" w:rsidRPr="008037B5">
        <w:rPr>
          <w:rFonts w:ascii="Times New Roman" w:hAnsi="Times New Roman" w:cs="Times New Roman"/>
          <w:sz w:val="24"/>
          <w:szCs w:val="24"/>
        </w:rPr>
        <w:t xml:space="preserve"> </w:t>
      </w:r>
      <w:r w:rsidR="00500853">
        <w:rPr>
          <w:rFonts w:ascii="Times New Roman" w:hAnsi="Times New Roman" w:cs="Times New Roman"/>
          <w:sz w:val="24"/>
          <w:szCs w:val="24"/>
        </w:rPr>
        <w:t xml:space="preserve">was carried out </w:t>
      </w:r>
      <w:r w:rsidR="00FF263D">
        <w:rPr>
          <w:rFonts w:ascii="Times New Roman" w:hAnsi="Times New Roman" w:cs="Times New Roman"/>
          <w:sz w:val="24"/>
          <w:szCs w:val="24"/>
        </w:rPr>
        <w:t xml:space="preserve">with objective </w:t>
      </w:r>
      <w:r w:rsidR="00500853">
        <w:rPr>
          <w:rFonts w:ascii="Times New Roman" w:hAnsi="Times New Roman" w:cs="Times New Roman"/>
          <w:sz w:val="24"/>
          <w:szCs w:val="24"/>
        </w:rPr>
        <w:t xml:space="preserve">to study the </w:t>
      </w:r>
      <w:r w:rsidR="005F0419" w:rsidRPr="005F0419">
        <w:rPr>
          <w:rFonts w:ascii="Times New Roman" w:hAnsi="Times New Roman" w:cs="Times New Roman"/>
          <w:i/>
          <w:iCs/>
          <w:sz w:val="24"/>
          <w:szCs w:val="24"/>
        </w:rPr>
        <w:t>in vivo</w:t>
      </w:r>
      <w:r w:rsidR="005F0419">
        <w:rPr>
          <w:rFonts w:ascii="Times New Roman" w:hAnsi="Times New Roman" w:cs="Times New Roman"/>
          <w:sz w:val="24"/>
          <w:szCs w:val="24"/>
        </w:rPr>
        <w:t xml:space="preserve"> </w:t>
      </w:r>
      <w:r w:rsidR="00500853">
        <w:rPr>
          <w:rFonts w:ascii="Times New Roman" w:hAnsi="Times New Roman" w:cs="Times New Roman"/>
          <w:sz w:val="24"/>
          <w:szCs w:val="24"/>
        </w:rPr>
        <w:t>effect of bio enzymes on growth and development</w:t>
      </w:r>
      <w:r w:rsidR="0047037E">
        <w:rPr>
          <w:rFonts w:ascii="Times New Roman" w:hAnsi="Times New Roman" w:cs="Times New Roman"/>
          <w:sz w:val="24"/>
          <w:szCs w:val="24"/>
        </w:rPr>
        <w:t xml:space="preserve"> of Cordyline</w:t>
      </w:r>
      <w:r w:rsidR="005619DB">
        <w:rPr>
          <w:rFonts w:ascii="Times New Roman" w:hAnsi="Times New Roman" w:cs="Times New Roman"/>
          <w:sz w:val="24"/>
          <w:szCs w:val="24"/>
        </w:rPr>
        <w:t xml:space="preserve"> under shade-net</w:t>
      </w:r>
      <w:r w:rsidR="00B6069D">
        <w:rPr>
          <w:rFonts w:ascii="Times New Roman" w:hAnsi="Times New Roman" w:cs="Times New Roman"/>
          <w:sz w:val="24"/>
          <w:szCs w:val="24"/>
        </w:rPr>
        <w:t xml:space="preserve"> condition</w:t>
      </w:r>
      <w:r w:rsidR="00FF263D">
        <w:rPr>
          <w:rFonts w:ascii="Times New Roman" w:hAnsi="Times New Roman" w:cs="Times New Roman"/>
          <w:sz w:val="24"/>
          <w:szCs w:val="24"/>
        </w:rPr>
        <w:t xml:space="preserve"> and to analyze the chlorophyll content and vase life study of cut foliage of </w:t>
      </w:r>
      <w:r w:rsidR="00FF263D" w:rsidRPr="00FF263D">
        <w:rPr>
          <w:rFonts w:ascii="Times New Roman" w:hAnsi="Times New Roman" w:cs="Times New Roman"/>
          <w:i/>
          <w:iCs/>
          <w:sz w:val="24"/>
          <w:szCs w:val="24"/>
        </w:rPr>
        <w:t>Cordyline terminalis</w:t>
      </w:r>
      <w:r w:rsidR="00500853">
        <w:rPr>
          <w:rFonts w:ascii="Times New Roman" w:hAnsi="Times New Roman" w:cs="Times New Roman"/>
          <w:sz w:val="24"/>
          <w:szCs w:val="24"/>
        </w:rPr>
        <w:t xml:space="preserve">. This comprised of </w:t>
      </w:r>
      <w:r w:rsidR="003113FB" w:rsidRPr="008037B5">
        <w:rPr>
          <w:rFonts w:ascii="Times New Roman" w:hAnsi="Times New Roman" w:cs="Times New Roman"/>
          <w:sz w:val="24"/>
          <w:szCs w:val="24"/>
        </w:rPr>
        <w:t>13 t</w:t>
      </w:r>
      <w:r w:rsidR="00500853">
        <w:rPr>
          <w:rFonts w:ascii="Times New Roman" w:hAnsi="Times New Roman" w:cs="Times New Roman"/>
          <w:sz w:val="24"/>
          <w:szCs w:val="24"/>
        </w:rPr>
        <w:t xml:space="preserve">reatments </w:t>
      </w:r>
      <w:r w:rsidR="003113FB" w:rsidRPr="008037B5">
        <w:rPr>
          <w:rFonts w:ascii="Times New Roman" w:hAnsi="Times New Roman" w:cs="Times New Roman"/>
          <w:sz w:val="24"/>
          <w:szCs w:val="24"/>
        </w:rPr>
        <w:t xml:space="preserve">in 117 potted </w:t>
      </w:r>
      <w:r w:rsidR="00500853" w:rsidRPr="008037B5">
        <w:rPr>
          <w:rFonts w:ascii="Times New Roman" w:hAnsi="Times New Roman" w:cs="Times New Roman"/>
          <w:sz w:val="24"/>
          <w:szCs w:val="24"/>
        </w:rPr>
        <w:t>plants</w:t>
      </w:r>
      <w:r w:rsidR="00FF263D">
        <w:rPr>
          <w:rFonts w:ascii="Times New Roman" w:hAnsi="Times New Roman" w:cs="Times New Roman"/>
          <w:sz w:val="24"/>
          <w:szCs w:val="24"/>
        </w:rPr>
        <w:t xml:space="preserve"> analyzed using CRD experimental design</w:t>
      </w:r>
      <w:r w:rsidR="00500853" w:rsidRPr="008037B5">
        <w:rPr>
          <w:rFonts w:ascii="Times New Roman" w:hAnsi="Times New Roman" w:cs="Times New Roman"/>
          <w:sz w:val="24"/>
          <w:szCs w:val="24"/>
        </w:rPr>
        <w:t>.</w:t>
      </w:r>
      <w:r w:rsidR="00500853">
        <w:rPr>
          <w:rFonts w:ascii="Times New Roman" w:hAnsi="Times New Roman" w:cs="Times New Roman"/>
          <w:sz w:val="24"/>
          <w:szCs w:val="24"/>
        </w:rPr>
        <w:t xml:space="preserve"> Out of which</w:t>
      </w:r>
      <w:r w:rsidR="003113FB" w:rsidRPr="008037B5">
        <w:rPr>
          <w:rFonts w:ascii="Times New Roman" w:hAnsi="Times New Roman" w:cs="Times New Roman"/>
          <w:sz w:val="24"/>
          <w:szCs w:val="24"/>
        </w:rPr>
        <w:t>,</w:t>
      </w:r>
      <w:r w:rsidR="00FF263D">
        <w:rPr>
          <w:rFonts w:ascii="Times New Roman" w:hAnsi="Times New Roman" w:cs="Times New Roman"/>
          <w:sz w:val="24"/>
          <w:szCs w:val="24"/>
        </w:rPr>
        <w:t xml:space="preserve"> treatment</w:t>
      </w:r>
      <w:r w:rsidR="00500853">
        <w:rPr>
          <w:rFonts w:ascii="Times New Roman" w:hAnsi="Times New Roman" w:cs="Times New Roman"/>
          <w:sz w:val="24"/>
          <w:szCs w:val="24"/>
        </w:rPr>
        <w:t xml:space="preserve"> </w:t>
      </w:r>
      <w:r w:rsidR="00500853" w:rsidRPr="008037B5">
        <w:rPr>
          <w:rFonts w:ascii="Times New Roman" w:hAnsi="Times New Roman" w:cs="Times New Roman"/>
          <w:b/>
          <w:bCs/>
          <w:color w:val="000000" w:themeColor="text1"/>
          <w:sz w:val="24"/>
          <w:szCs w:val="24"/>
        </w:rPr>
        <w:t>T</w:t>
      </w:r>
      <w:r w:rsidR="00B6069D" w:rsidRPr="00B6069D">
        <w:rPr>
          <w:rFonts w:ascii="Times New Roman" w:hAnsi="Times New Roman" w:cs="Times New Roman"/>
          <w:b/>
          <w:bCs/>
          <w:color w:val="000000" w:themeColor="text1"/>
          <w:sz w:val="24"/>
          <w:szCs w:val="24"/>
          <w:vertAlign w:val="subscript"/>
        </w:rPr>
        <w:t>11</w:t>
      </w:r>
      <w:r w:rsidR="00500853">
        <w:rPr>
          <w:rFonts w:ascii="Times New Roman" w:hAnsi="Times New Roman" w:cs="Times New Roman"/>
          <w:color w:val="000000" w:themeColor="text1"/>
          <w:spacing w:val="2"/>
          <w:sz w:val="24"/>
          <w:szCs w:val="24"/>
          <w:shd w:val="clear" w:color="auto" w:fill="FFFFFF"/>
        </w:rPr>
        <w:t xml:space="preserve">: </w:t>
      </w:r>
      <w:r w:rsidR="005B6D3E" w:rsidRPr="008037B5">
        <w:rPr>
          <w:rFonts w:ascii="Times New Roman" w:hAnsi="Times New Roman" w:cs="Times New Roman"/>
          <w:color w:val="000000" w:themeColor="text1"/>
          <w:spacing w:val="2"/>
          <w:sz w:val="24"/>
          <w:szCs w:val="24"/>
          <w:shd w:val="clear" w:color="auto" w:fill="FFFFFF"/>
        </w:rPr>
        <w:t>[</w:t>
      </w:r>
      <w:r w:rsidR="003113FB" w:rsidRPr="008037B5">
        <w:rPr>
          <w:rFonts w:ascii="Times New Roman" w:hAnsi="Times New Roman" w:cs="Times New Roman"/>
          <w:color w:val="000000" w:themeColor="text1"/>
          <w:sz w:val="24"/>
          <w:szCs w:val="24"/>
        </w:rPr>
        <w:t>Humic acid (15%) + Amino acids (2%) + Fulvic acid (6%)</w:t>
      </w:r>
      <w:r w:rsidR="005B6D3E" w:rsidRPr="008037B5">
        <w:rPr>
          <w:rFonts w:ascii="Times New Roman" w:hAnsi="Times New Roman" w:cs="Times New Roman"/>
          <w:color w:val="000000" w:themeColor="text1"/>
          <w:spacing w:val="2"/>
          <w:sz w:val="24"/>
          <w:szCs w:val="24"/>
          <w:shd w:val="clear" w:color="auto" w:fill="FFFFFF"/>
        </w:rPr>
        <w:t>]</w:t>
      </w:r>
      <w:r w:rsidR="003113FB" w:rsidRPr="008037B5">
        <w:rPr>
          <w:rFonts w:ascii="Times New Roman" w:hAnsi="Times New Roman" w:cs="Times New Roman"/>
          <w:color w:val="000000" w:themeColor="text1"/>
          <w:sz w:val="24"/>
          <w:szCs w:val="24"/>
        </w:rPr>
        <w:t xml:space="preserve"> @ </w:t>
      </w:r>
      <w:r w:rsidR="003113FB" w:rsidRPr="005F0419">
        <w:rPr>
          <w:rFonts w:ascii="Times New Roman" w:hAnsi="Times New Roman" w:cs="Times New Roman"/>
          <w:b/>
          <w:bCs/>
          <w:color w:val="000000" w:themeColor="text1"/>
          <w:sz w:val="24"/>
          <w:szCs w:val="24"/>
        </w:rPr>
        <w:t>1.5 m</w:t>
      </w:r>
      <w:r w:rsidR="005B6D3E" w:rsidRPr="005F0419">
        <w:rPr>
          <w:rFonts w:ascii="Times New Roman" w:hAnsi="Times New Roman" w:cs="Times New Roman"/>
          <w:b/>
          <w:bCs/>
          <w:color w:val="000000" w:themeColor="text1"/>
          <w:sz w:val="24"/>
          <w:szCs w:val="24"/>
        </w:rPr>
        <w:t>l</w:t>
      </w:r>
      <w:r w:rsidR="003113FB" w:rsidRPr="005F0419">
        <w:rPr>
          <w:rFonts w:ascii="Times New Roman" w:hAnsi="Times New Roman" w:cs="Times New Roman"/>
          <w:b/>
          <w:bCs/>
          <w:color w:val="000000" w:themeColor="text1"/>
          <w:sz w:val="24"/>
          <w:szCs w:val="24"/>
        </w:rPr>
        <w:t>/</w:t>
      </w:r>
      <w:r w:rsidR="00507267">
        <w:rPr>
          <w:rFonts w:ascii="Times New Roman" w:hAnsi="Times New Roman" w:cs="Times New Roman"/>
          <w:color w:val="000000" w:themeColor="text1"/>
          <w:sz w:val="24"/>
          <w:szCs w:val="24"/>
        </w:rPr>
        <w:t>l</w:t>
      </w:r>
      <w:r w:rsidR="003113FB" w:rsidRPr="008037B5">
        <w:rPr>
          <w:rFonts w:ascii="Times New Roman" w:hAnsi="Times New Roman" w:cs="Times New Roman"/>
          <w:color w:val="000000" w:themeColor="text1"/>
          <w:sz w:val="24"/>
          <w:szCs w:val="24"/>
        </w:rPr>
        <w:t>,</w:t>
      </w:r>
      <w:r w:rsidR="005F0419" w:rsidRPr="005F0419">
        <w:rPr>
          <w:rFonts w:ascii="Times New Roman" w:hAnsi="Times New Roman" w:cs="Times New Roman"/>
          <w:b/>
          <w:bCs/>
          <w:color w:val="000000" w:themeColor="text1"/>
          <w:sz w:val="24"/>
          <w:szCs w:val="24"/>
        </w:rPr>
        <w:t xml:space="preserve"> </w:t>
      </w:r>
      <w:r w:rsidR="005F0419" w:rsidRPr="008037B5">
        <w:rPr>
          <w:rFonts w:ascii="Times New Roman" w:hAnsi="Times New Roman" w:cs="Times New Roman"/>
          <w:b/>
          <w:bCs/>
          <w:color w:val="000000" w:themeColor="text1"/>
          <w:sz w:val="24"/>
          <w:szCs w:val="24"/>
        </w:rPr>
        <w:t>T₁₀</w:t>
      </w:r>
      <w:r w:rsidR="003113FB" w:rsidRPr="008037B5">
        <w:rPr>
          <w:rFonts w:ascii="Times New Roman" w:hAnsi="Times New Roman" w:cs="Times New Roman"/>
          <w:color w:val="000000" w:themeColor="text1"/>
          <w:sz w:val="24"/>
          <w:szCs w:val="24"/>
        </w:rPr>
        <w:t xml:space="preserve">: </w:t>
      </w:r>
      <w:r w:rsidR="005B6D3E" w:rsidRPr="008037B5">
        <w:rPr>
          <w:rFonts w:ascii="Times New Roman" w:hAnsi="Times New Roman" w:cs="Times New Roman"/>
          <w:color w:val="000000" w:themeColor="text1"/>
          <w:spacing w:val="2"/>
          <w:sz w:val="24"/>
          <w:szCs w:val="24"/>
          <w:shd w:val="clear" w:color="auto" w:fill="FFFFFF"/>
        </w:rPr>
        <w:t>[</w:t>
      </w:r>
      <w:r w:rsidR="003113FB" w:rsidRPr="008037B5">
        <w:rPr>
          <w:rFonts w:ascii="Times New Roman" w:hAnsi="Times New Roman" w:cs="Times New Roman"/>
          <w:color w:val="000000" w:themeColor="text1"/>
          <w:sz w:val="24"/>
          <w:szCs w:val="24"/>
        </w:rPr>
        <w:t>Seaweed fermented biomass (22%) + Amino acids (4%)</w:t>
      </w:r>
      <w:r w:rsidR="005B6D3E" w:rsidRPr="008037B5">
        <w:rPr>
          <w:rFonts w:ascii="Times New Roman" w:hAnsi="Times New Roman" w:cs="Times New Roman"/>
          <w:color w:val="000000" w:themeColor="text1"/>
          <w:spacing w:val="2"/>
          <w:sz w:val="24"/>
          <w:szCs w:val="24"/>
          <w:shd w:val="clear" w:color="auto" w:fill="FFFFFF"/>
        </w:rPr>
        <w:t>]</w:t>
      </w:r>
      <w:r w:rsidR="003113FB" w:rsidRPr="008037B5">
        <w:rPr>
          <w:rFonts w:ascii="Times New Roman" w:hAnsi="Times New Roman" w:cs="Times New Roman"/>
          <w:color w:val="000000" w:themeColor="text1"/>
          <w:sz w:val="24"/>
          <w:szCs w:val="24"/>
        </w:rPr>
        <w:t xml:space="preserve"> @ </w:t>
      </w:r>
      <w:r w:rsidR="003113FB" w:rsidRPr="005F0419">
        <w:rPr>
          <w:rFonts w:ascii="Times New Roman" w:hAnsi="Times New Roman" w:cs="Times New Roman"/>
          <w:b/>
          <w:bCs/>
          <w:color w:val="000000" w:themeColor="text1"/>
          <w:sz w:val="24"/>
          <w:szCs w:val="24"/>
        </w:rPr>
        <w:t>1.5 m</w:t>
      </w:r>
      <w:r w:rsidR="005B6D3E" w:rsidRPr="005F0419">
        <w:rPr>
          <w:rFonts w:ascii="Times New Roman" w:hAnsi="Times New Roman" w:cs="Times New Roman"/>
          <w:b/>
          <w:bCs/>
          <w:color w:val="000000" w:themeColor="text1"/>
          <w:sz w:val="24"/>
          <w:szCs w:val="24"/>
        </w:rPr>
        <w:t>l</w:t>
      </w:r>
      <w:r w:rsidR="003113FB" w:rsidRPr="005F0419">
        <w:rPr>
          <w:rFonts w:ascii="Times New Roman" w:hAnsi="Times New Roman" w:cs="Times New Roman"/>
          <w:b/>
          <w:bCs/>
          <w:color w:val="000000" w:themeColor="text1"/>
          <w:sz w:val="24"/>
          <w:szCs w:val="24"/>
        </w:rPr>
        <w:t>/</w:t>
      </w:r>
      <w:r w:rsidR="00507267">
        <w:rPr>
          <w:rFonts w:ascii="Times New Roman" w:hAnsi="Times New Roman" w:cs="Times New Roman"/>
          <w:b/>
          <w:bCs/>
          <w:color w:val="000000" w:themeColor="text1"/>
          <w:sz w:val="24"/>
          <w:szCs w:val="24"/>
        </w:rPr>
        <w:t>l</w:t>
      </w:r>
      <w:r w:rsidR="005F0419">
        <w:rPr>
          <w:rFonts w:ascii="Times New Roman" w:hAnsi="Times New Roman" w:cs="Times New Roman"/>
          <w:color w:val="000000" w:themeColor="text1"/>
          <w:sz w:val="24"/>
          <w:szCs w:val="24"/>
        </w:rPr>
        <w:t xml:space="preserve"> </w:t>
      </w:r>
      <w:r w:rsidR="00500853">
        <w:rPr>
          <w:rFonts w:ascii="Times New Roman" w:hAnsi="Times New Roman" w:cs="Times New Roman"/>
          <w:color w:val="000000" w:themeColor="text1"/>
          <w:sz w:val="24"/>
          <w:szCs w:val="24"/>
        </w:rPr>
        <w:t xml:space="preserve">and </w:t>
      </w:r>
      <w:r w:rsidR="005F0419" w:rsidRPr="008037B5">
        <w:rPr>
          <w:rFonts w:ascii="Times New Roman" w:hAnsi="Times New Roman" w:cs="Times New Roman"/>
          <w:b/>
          <w:bCs/>
          <w:color w:val="000000" w:themeColor="text1"/>
          <w:sz w:val="24"/>
          <w:szCs w:val="24"/>
        </w:rPr>
        <w:t>T₈</w:t>
      </w:r>
      <w:r w:rsidR="003113FB" w:rsidRPr="008037B5">
        <w:rPr>
          <w:rFonts w:ascii="Times New Roman" w:hAnsi="Times New Roman" w:cs="Times New Roman"/>
          <w:color w:val="000000" w:themeColor="text1"/>
          <w:sz w:val="24"/>
          <w:szCs w:val="24"/>
        </w:rPr>
        <w:t xml:space="preserve">: </w:t>
      </w:r>
      <w:r w:rsidR="005B6D3E" w:rsidRPr="008037B5">
        <w:rPr>
          <w:rFonts w:ascii="Times New Roman" w:hAnsi="Times New Roman" w:cs="Times New Roman"/>
          <w:color w:val="000000" w:themeColor="text1"/>
          <w:spacing w:val="2"/>
          <w:sz w:val="24"/>
          <w:szCs w:val="24"/>
          <w:shd w:val="clear" w:color="auto" w:fill="FFFFFF"/>
        </w:rPr>
        <w:t>[</w:t>
      </w:r>
      <w:r w:rsidR="003113FB" w:rsidRPr="008037B5">
        <w:rPr>
          <w:rFonts w:ascii="Times New Roman" w:hAnsi="Times New Roman" w:cs="Times New Roman"/>
          <w:color w:val="000000" w:themeColor="text1"/>
          <w:sz w:val="24"/>
          <w:szCs w:val="24"/>
        </w:rPr>
        <w:t>Triacontanol (a.i.) 0.1% w/w (1000 ppm), emulsifier (ethoxylated esters of fatty acids) 0.5% w/w, and preservatives (esters of benzoic acid) 0.1% w/w in demineralized aqua QS with total 100% w/w</w:t>
      </w:r>
      <w:r w:rsidR="005B6D3E" w:rsidRPr="008037B5">
        <w:rPr>
          <w:rFonts w:ascii="Times New Roman" w:hAnsi="Times New Roman" w:cs="Times New Roman"/>
          <w:color w:val="000000" w:themeColor="text1"/>
          <w:spacing w:val="2"/>
          <w:sz w:val="24"/>
          <w:szCs w:val="24"/>
          <w:shd w:val="clear" w:color="auto" w:fill="FFFFFF"/>
        </w:rPr>
        <w:t>]</w:t>
      </w:r>
      <w:r w:rsidR="003113FB" w:rsidRPr="008037B5">
        <w:rPr>
          <w:rFonts w:ascii="Times New Roman" w:hAnsi="Times New Roman" w:cs="Times New Roman"/>
          <w:color w:val="000000" w:themeColor="text1"/>
          <w:sz w:val="24"/>
          <w:szCs w:val="24"/>
        </w:rPr>
        <w:t xml:space="preserve"> @ </w:t>
      </w:r>
      <w:r w:rsidR="003113FB" w:rsidRPr="005F0419">
        <w:rPr>
          <w:rFonts w:ascii="Times New Roman" w:hAnsi="Times New Roman" w:cs="Times New Roman"/>
          <w:b/>
          <w:bCs/>
          <w:color w:val="000000" w:themeColor="text1"/>
          <w:sz w:val="24"/>
          <w:szCs w:val="24"/>
        </w:rPr>
        <w:t>1.0 m</w:t>
      </w:r>
      <w:r w:rsidR="005B6D3E" w:rsidRPr="005F0419">
        <w:rPr>
          <w:rFonts w:ascii="Times New Roman" w:hAnsi="Times New Roman" w:cs="Times New Roman"/>
          <w:b/>
          <w:bCs/>
          <w:color w:val="000000" w:themeColor="text1"/>
          <w:sz w:val="24"/>
          <w:szCs w:val="24"/>
        </w:rPr>
        <w:t>l</w:t>
      </w:r>
      <w:r w:rsidR="003113FB" w:rsidRPr="005F0419">
        <w:rPr>
          <w:rFonts w:ascii="Times New Roman" w:hAnsi="Times New Roman" w:cs="Times New Roman"/>
          <w:b/>
          <w:bCs/>
          <w:color w:val="000000" w:themeColor="text1"/>
          <w:sz w:val="24"/>
          <w:szCs w:val="24"/>
        </w:rPr>
        <w:t>/</w:t>
      </w:r>
      <w:r w:rsidR="00507267">
        <w:rPr>
          <w:rFonts w:ascii="Times New Roman" w:hAnsi="Times New Roman" w:cs="Times New Roman"/>
          <w:b/>
          <w:bCs/>
          <w:color w:val="000000" w:themeColor="text1"/>
          <w:sz w:val="24"/>
          <w:szCs w:val="24"/>
        </w:rPr>
        <w:t>l</w:t>
      </w:r>
      <w:r w:rsidR="003113FB" w:rsidRPr="008037B5">
        <w:rPr>
          <w:rFonts w:ascii="Times New Roman" w:hAnsi="Times New Roman" w:cs="Times New Roman"/>
          <w:color w:val="000000" w:themeColor="text1"/>
          <w:sz w:val="24"/>
          <w:szCs w:val="24"/>
        </w:rPr>
        <w:t xml:space="preserve"> </w:t>
      </w:r>
      <w:r w:rsidR="00500853">
        <w:rPr>
          <w:rFonts w:ascii="Times New Roman" w:hAnsi="Times New Roman" w:cs="Times New Roman"/>
          <w:color w:val="000000" w:themeColor="text1"/>
          <w:sz w:val="24"/>
          <w:szCs w:val="24"/>
        </w:rPr>
        <w:t>were found significantly effective over control giving enhanced vegetative and qualitative traits</w:t>
      </w:r>
      <w:r w:rsidR="00B6069D">
        <w:rPr>
          <w:rFonts w:ascii="Times New Roman" w:hAnsi="Times New Roman" w:cs="Times New Roman"/>
          <w:color w:val="000000" w:themeColor="text1"/>
          <w:sz w:val="24"/>
          <w:szCs w:val="24"/>
        </w:rPr>
        <w:t xml:space="preserve"> in terms of chlorophyll content and vase life of cut foliage</w:t>
      </w:r>
      <w:r w:rsidR="00500853">
        <w:rPr>
          <w:rFonts w:ascii="Times New Roman" w:hAnsi="Times New Roman" w:cs="Times New Roman"/>
          <w:color w:val="000000" w:themeColor="text1"/>
          <w:sz w:val="24"/>
          <w:szCs w:val="24"/>
        </w:rPr>
        <w:t>.</w:t>
      </w:r>
      <w:r w:rsidR="005F0419">
        <w:rPr>
          <w:rFonts w:ascii="Times New Roman" w:hAnsi="Times New Roman" w:cs="Times New Roman"/>
          <w:sz w:val="24"/>
          <w:szCs w:val="24"/>
        </w:rPr>
        <w:t xml:space="preserve"> It </w:t>
      </w:r>
      <w:r w:rsidR="003113FB" w:rsidRPr="008037B5">
        <w:rPr>
          <w:rFonts w:ascii="Times New Roman" w:hAnsi="Times New Roman" w:cs="Times New Roman"/>
          <w:sz w:val="24"/>
          <w:szCs w:val="24"/>
        </w:rPr>
        <w:t>highlight</w:t>
      </w:r>
      <w:r w:rsidR="005F0419">
        <w:rPr>
          <w:rFonts w:ascii="Times New Roman" w:hAnsi="Times New Roman" w:cs="Times New Roman"/>
          <w:sz w:val="24"/>
          <w:szCs w:val="24"/>
        </w:rPr>
        <w:t>s</w:t>
      </w:r>
      <w:r w:rsidR="003113FB" w:rsidRPr="008037B5">
        <w:rPr>
          <w:rFonts w:ascii="Times New Roman" w:hAnsi="Times New Roman" w:cs="Times New Roman"/>
          <w:sz w:val="24"/>
          <w:szCs w:val="24"/>
        </w:rPr>
        <w:t xml:space="preserve"> the potential of bioenzymes as biostimulants, offering an organic alternative to chemical fertilizers by improving </w:t>
      </w:r>
      <w:r w:rsidR="00B6069D">
        <w:rPr>
          <w:rFonts w:ascii="Times New Roman" w:hAnsi="Times New Roman" w:cs="Times New Roman"/>
          <w:sz w:val="24"/>
          <w:szCs w:val="24"/>
        </w:rPr>
        <w:t xml:space="preserve">overall </w:t>
      </w:r>
      <w:r w:rsidR="003113FB" w:rsidRPr="008037B5">
        <w:rPr>
          <w:rFonts w:ascii="Times New Roman" w:hAnsi="Times New Roman" w:cs="Times New Roman"/>
          <w:sz w:val="24"/>
          <w:szCs w:val="24"/>
        </w:rPr>
        <w:t>plant health</w:t>
      </w:r>
      <w:r w:rsidR="005F0419">
        <w:rPr>
          <w:rFonts w:ascii="Times New Roman" w:hAnsi="Times New Roman" w:cs="Times New Roman"/>
          <w:sz w:val="24"/>
          <w:szCs w:val="24"/>
        </w:rPr>
        <w:t xml:space="preserve"> of </w:t>
      </w:r>
      <w:r>
        <w:rPr>
          <w:rFonts w:ascii="Times New Roman" w:hAnsi="Times New Roman" w:cs="Times New Roman"/>
          <w:sz w:val="24"/>
          <w:szCs w:val="24"/>
        </w:rPr>
        <w:t>Cordyline</w:t>
      </w:r>
      <w:r w:rsidR="005F0419">
        <w:rPr>
          <w:rFonts w:ascii="Times New Roman" w:hAnsi="Times New Roman" w:cs="Times New Roman"/>
          <w:sz w:val="24"/>
          <w:szCs w:val="24"/>
        </w:rPr>
        <w:t xml:space="preserve"> in </w:t>
      </w:r>
      <w:r>
        <w:rPr>
          <w:rFonts w:ascii="Times New Roman" w:hAnsi="Times New Roman" w:cs="Times New Roman"/>
          <w:sz w:val="24"/>
          <w:szCs w:val="24"/>
        </w:rPr>
        <w:t>Foliage crop</w:t>
      </w:r>
      <w:r w:rsidR="005F0419">
        <w:rPr>
          <w:rFonts w:ascii="Times New Roman" w:hAnsi="Times New Roman" w:cs="Times New Roman"/>
          <w:sz w:val="24"/>
          <w:szCs w:val="24"/>
        </w:rPr>
        <w:t xml:space="preserve"> industry</w:t>
      </w:r>
      <w:r w:rsidR="003113FB" w:rsidRPr="008037B5">
        <w:rPr>
          <w:rFonts w:ascii="Times New Roman" w:hAnsi="Times New Roman" w:cs="Times New Roman"/>
          <w:sz w:val="24"/>
          <w:szCs w:val="24"/>
        </w:rPr>
        <w:t xml:space="preserve"> through sustainable and eco-friendly approaches</w:t>
      </w:r>
      <w:r>
        <w:rPr>
          <w:rFonts w:ascii="Times New Roman" w:hAnsi="Times New Roman" w:cs="Times New Roman"/>
          <w:sz w:val="24"/>
          <w:szCs w:val="24"/>
        </w:rPr>
        <w:t xml:space="preserve"> by </w:t>
      </w:r>
      <w:r w:rsidR="0047037E">
        <w:rPr>
          <w:rFonts w:ascii="Times New Roman" w:hAnsi="Times New Roman" w:cs="Times New Roman"/>
          <w:sz w:val="24"/>
          <w:szCs w:val="24"/>
        </w:rPr>
        <w:t>enhancing</w:t>
      </w:r>
      <w:r>
        <w:rPr>
          <w:rFonts w:ascii="Times New Roman" w:hAnsi="Times New Roman" w:cs="Times New Roman"/>
          <w:sz w:val="24"/>
          <w:szCs w:val="24"/>
        </w:rPr>
        <w:t xml:space="preserve"> </w:t>
      </w:r>
      <w:r w:rsidR="00B6069D">
        <w:rPr>
          <w:rFonts w:ascii="Times New Roman" w:hAnsi="Times New Roman" w:cs="Times New Roman"/>
          <w:sz w:val="24"/>
          <w:szCs w:val="24"/>
        </w:rPr>
        <w:t>vegetative growth, developmental stages and qualitative traits.</w:t>
      </w:r>
    </w:p>
    <w:p w14:paraId="29F24558" w14:textId="77777777" w:rsidR="00B6069D" w:rsidRDefault="00B6069D" w:rsidP="005F0419">
      <w:pPr>
        <w:spacing w:after="0" w:line="240" w:lineRule="auto"/>
        <w:rPr>
          <w:rFonts w:ascii="Times New Roman" w:hAnsi="Times New Roman" w:cs="Times New Roman"/>
          <w:sz w:val="24"/>
          <w:szCs w:val="24"/>
        </w:rPr>
      </w:pPr>
    </w:p>
    <w:p w14:paraId="45833BCF" w14:textId="75189D2E" w:rsidR="00713DAF" w:rsidRDefault="005F0419" w:rsidP="00713DAF">
      <w:pPr>
        <w:spacing w:line="360" w:lineRule="auto"/>
        <w:rPr>
          <w:rFonts w:ascii="Times New Roman" w:hAnsi="Times New Roman" w:cs="Times New Roman"/>
          <w:sz w:val="24"/>
          <w:szCs w:val="24"/>
        </w:rPr>
      </w:pPr>
      <w:r>
        <w:rPr>
          <w:rFonts w:ascii="Times New Roman" w:hAnsi="Times New Roman" w:cs="Times New Roman"/>
          <w:sz w:val="24"/>
          <w:szCs w:val="24"/>
        </w:rPr>
        <w:t>K</w:t>
      </w:r>
      <w:r w:rsidR="00713DAF">
        <w:rPr>
          <w:rFonts w:ascii="Times New Roman" w:hAnsi="Times New Roman" w:cs="Times New Roman"/>
          <w:sz w:val="24"/>
          <w:szCs w:val="24"/>
        </w:rPr>
        <w:t>eywords: Cordyline,</w:t>
      </w:r>
      <w:r>
        <w:rPr>
          <w:rFonts w:ascii="Times New Roman" w:hAnsi="Times New Roman" w:cs="Times New Roman"/>
          <w:sz w:val="24"/>
          <w:szCs w:val="24"/>
        </w:rPr>
        <w:t xml:space="preserve"> Foliage crop,</w:t>
      </w:r>
      <w:r w:rsidR="00713DAF">
        <w:rPr>
          <w:rFonts w:ascii="Times New Roman" w:hAnsi="Times New Roman" w:cs="Times New Roman"/>
          <w:sz w:val="24"/>
          <w:szCs w:val="24"/>
        </w:rPr>
        <w:t xml:space="preserve"> Bioenzymes</w:t>
      </w:r>
      <w:r>
        <w:rPr>
          <w:rFonts w:ascii="Times New Roman" w:hAnsi="Times New Roman" w:cs="Times New Roman"/>
          <w:sz w:val="24"/>
          <w:szCs w:val="24"/>
        </w:rPr>
        <w:t>, Organic, Growth</w:t>
      </w:r>
      <w:r w:rsidR="00F03063">
        <w:rPr>
          <w:rFonts w:ascii="Times New Roman" w:hAnsi="Times New Roman" w:cs="Times New Roman"/>
          <w:sz w:val="24"/>
          <w:szCs w:val="24"/>
        </w:rPr>
        <w:t>, chlorophyll, vase life</w:t>
      </w:r>
    </w:p>
    <w:p w14:paraId="1FD92367" w14:textId="0762BD30" w:rsidR="005F0419" w:rsidRDefault="005F0419" w:rsidP="00713DAF">
      <w:pPr>
        <w:spacing w:line="360" w:lineRule="auto"/>
        <w:rPr>
          <w:rFonts w:ascii="Times New Roman" w:hAnsi="Times New Roman" w:cs="Times New Roman"/>
          <w:b/>
          <w:bCs/>
          <w:sz w:val="24"/>
          <w:szCs w:val="24"/>
        </w:rPr>
      </w:pPr>
      <w:r w:rsidRPr="005F0419">
        <w:rPr>
          <w:rFonts w:ascii="Times New Roman" w:hAnsi="Times New Roman" w:cs="Times New Roman"/>
          <w:b/>
          <w:bCs/>
          <w:sz w:val="24"/>
          <w:szCs w:val="24"/>
        </w:rPr>
        <w:t>ABBREVIATIONS</w:t>
      </w:r>
    </w:p>
    <w:p w14:paraId="44E3990B" w14:textId="23CE2E8B" w:rsidR="005F0419" w:rsidRDefault="00F030D8" w:rsidP="0047037E">
      <w:pPr>
        <w:spacing w:after="0" w:line="240" w:lineRule="auto"/>
        <w:rPr>
          <w:rFonts w:ascii="Times New Roman" w:hAnsi="Times New Roman" w:cs="Times New Roman"/>
          <w:sz w:val="24"/>
          <w:szCs w:val="24"/>
        </w:rPr>
      </w:pPr>
      <w:r w:rsidRPr="00F030D8">
        <w:rPr>
          <w:rFonts w:ascii="Times New Roman" w:hAnsi="Times New Roman" w:cs="Times New Roman"/>
          <w:sz w:val="24"/>
          <w:szCs w:val="24"/>
        </w:rPr>
        <w:t xml:space="preserve">DAP: </w:t>
      </w:r>
      <w:r w:rsidR="00B6069D">
        <w:rPr>
          <w:rFonts w:ascii="Times New Roman" w:hAnsi="Times New Roman" w:cs="Times New Roman"/>
          <w:sz w:val="24"/>
          <w:szCs w:val="24"/>
        </w:rPr>
        <w:t>Days after planting</w:t>
      </w:r>
    </w:p>
    <w:p w14:paraId="1D825926" w14:textId="1B259A62" w:rsidR="00B6069D" w:rsidRDefault="00B6069D" w:rsidP="0047037E">
      <w:pPr>
        <w:spacing w:after="0" w:line="240" w:lineRule="auto"/>
        <w:rPr>
          <w:rFonts w:ascii="Times New Roman" w:hAnsi="Times New Roman" w:cs="Times New Roman"/>
          <w:sz w:val="24"/>
          <w:szCs w:val="24"/>
        </w:rPr>
      </w:pPr>
      <w:r>
        <w:rPr>
          <w:rFonts w:ascii="Times New Roman" w:hAnsi="Times New Roman" w:cs="Times New Roman"/>
          <w:sz w:val="24"/>
          <w:szCs w:val="24"/>
        </w:rPr>
        <w:t>%: Percentage</w:t>
      </w:r>
    </w:p>
    <w:p w14:paraId="01032E61" w14:textId="280BAE03" w:rsidR="00B6069D" w:rsidRDefault="00B6069D" w:rsidP="0047037E">
      <w:pPr>
        <w:spacing w:after="0" w:line="240" w:lineRule="auto"/>
        <w:rPr>
          <w:rFonts w:ascii="Times New Roman" w:hAnsi="Times New Roman" w:cs="Times New Roman"/>
          <w:sz w:val="24"/>
          <w:szCs w:val="24"/>
        </w:rPr>
      </w:pPr>
      <w:r>
        <w:rPr>
          <w:rFonts w:ascii="Times New Roman" w:hAnsi="Times New Roman" w:cs="Times New Roman"/>
          <w:sz w:val="24"/>
          <w:szCs w:val="24"/>
        </w:rPr>
        <w:t>QS: Quantum satis</w:t>
      </w:r>
    </w:p>
    <w:p w14:paraId="4950C8C1" w14:textId="4680A69D" w:rsidR="00B6069D" w:rsidRPr="00F030D8" w:rsidRDefault="00B6069D" w:rsidP="0047037E">
      <w:pPr>
        <w:spacing w:after="0" w:line="240" w:lineRule="auto"/>
        <w:rPr>
          <w:rFonts w:ascii="Times New Roman" w:hAnsi="Times New Roman" w:cs="Times New Roman"/>
          <w:sz w:val="24"/>
          <w:szCs w:val="24"/>
        </w:rPr>
      </w:pPr>
      <w:r>
        <w:rPr>
          <w:rFonts w:ascii="Times New Roman" w:hAnsi="Times New Roman" w:cs="Times New Roman"/>
          <w:sz w:val="24"/>
          <w:szCs w:val="24"/>
        </w:rPr>
        <w:t>cm: Centimeter</w:t>
      </w:r>
    </w:p>
    <w:p w14:paraId="05511BD8" w14:textId="6456A508" w:rsidR="00713DAF" w:rsidRDefault="00B6069D" w:rsidP="004703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abs: </w:t>
      </w:r>
      <w:r w:rsidR="0047037E">
        <w:rPr>
          <w:rFonts w:ascii="Times New Roman" w:hAnsi="Times New Roman" w:cs="Times New Roman"/>
          <w:sz w:val="24"/>
          <w:szCs w:val="24"/>
        </w:rPr>
        <w:t>A</w:t>
      </w:r>
      <w:r>
        <w:rPr>
          <w:rFonts w:ascii="Times New Roman" w:hAnsi="Times New Roman" w:cs="Times New Roman"/>
          <w:sz w:val="24"/>
          <w:szCs w:val="24"/>
        </w:rPr>
        <w:t>bsorbance</w:t>
      </w:r>
    </w:p>
    <w:p w14:paraId="6EB576FB" w14:textId="66ECE542" w:rsidR="0047037E" w:rsidRDefault="0047037E" w:rsidP="0047037E">
      <w:pPr>
        <w:spacing w:after="0" w:line="240" w:lineRule="auto"/>
        <w:rPr>
          <w:rFonts w:ascii="Times New Roman" w:hAnsi="Times New Roman" w:cs="Times New Roman"/>
          <w:sz w:val="24"/>
          <w:szCs w:val="24"/>
        </w:rPr>
      </w:pPr>
      <w:r>
        <w:rPr>
          <w:rFonts w:ascii="Times New Roman" w:hAnsi="Times New Roman" w:cs="Times New Roman"/>
          <w:sz w:val="24"/>
          <w:szCs w:val="24"/>
        </w:rPr>
        <w:t>ppm: Parts per million</w:t>
      </w:r>
    </w:p>
    <w:p w14:paraId="21F185CF" w14:textId="7340C5E0" w:rsidR="0047037E" w:rsidRDefault="0047037E" w:rsidP="0047037E">
      <w:pPr>
        <w:spacing w:after="0" w:line="240" w:lineRule="auto"/>
        <w:rPr>
          <w:rFonts w:ascii="Times New Roman" w:hAnsi="Times New Roman" w:cs="Times New Roman"/>
          <w:sz w:val="24"/>
          <w:szCs w:val="24"/>
        </w:rPr>
      </w:pPr>
      <w:r>
        <w:rPr>
          <w:rFonts w:ascii="Times New Roman" w:hAnsi="Times New Roman" w:cs="Times New Roman"/>
          <w:sz w:val="24"/>
          <w:szCs w:val="24"/>
        </w:rPr>
        <w:t>FYM: Farm yard manure</w:t>
      </w:r>
    </w:p>
    <w:p w14:paraId="40CB8AD4" w14:textId="27B8D7D8" w:rsidR="007D2AA1" w:rsidRPr="00F030D8" w:rsidRDefault="007D2AA1" w:rsidP="0047037E">
      <w:pPr>
        <w:spacing w:after="0" w:line="240" w:lineRule="auto"/>
        <w:rPr>
          <w:rFonts w:ascii="Times New Roman" w:hAnsi="Times New Roman" w:cs="Times New Roman"/>
          <w:sz w:val="24"/>
          <w:szCs w:val="24"/>
        </w:rPr>
      </w:pPr>
      <w:r>
        <w:rPr>
          <w:rFonts w:ascii="Times New Roman" w:hAnsi="Times New Roman" w:cs="Times New Roman"/>
          <w:sz w:val="24"/>
          <w:szCs w:val="24"/>
        </w:rPr>
        <w:t>CRD: Completely randomized design</w:t>
      </w:r>
    </w:p>
    <w:p w14:paraId="72F7B6A1" w14:textId="77777777" w:rsidR="004164BA" w:rsidRPr="008037B5" w:rsidRDefault="004164BA" w:rsidP="004B32DD">
      <w:pPr>
        <w:spacing w:line="360" w:lineRule="auto"/>
        <w:rPr>
          <w:rFonts w:ascii="Times New Roman" w:hAnsi="Times New Roman" w:cs="Times New Roman"/>
          <w:sz w:val="24"/>
          <w:szCs w:val="24"/>
        </w:rPr>
      </w:pPr>
    </w:p>
    <w:bookmarkEnd w:id="0"/>
    <w:p w14:paraId="77B4FE39" w14:textId="7078C86B" w:rsidR="005B6D3E" w:rsidRPr="005F0419" w:rsidRDefault="003113FB" w:rsidP="005F0419">
      <w:pPr>
        <w:pStyle w:val="ListParagraph"/>
        <w:numPr>
          <w:ilvl w:val="0"/>
          <w:numId w:val="19"/>
        </w:numPr>
        <w:spacing w:line="360" w:lineRule="auto"/>
        <w:rPr>
          <w:rFonts w:ascii="Times New Roman" w:hAnsi="Times New Roman" w:cs="Times New Roman"/>
          <w:b/>
          <w:bCs/>
          <w:sz w:val="24"/>
          <w:szCs w:val="24"/>
        </w:rPr>
      </w:pPr>
      <w:r w:rsidRPr="005F0419">
        <w:rPr>
          <w:rFonts w:ascii="Times New Roman" w:hAnsi="Times New Roman" w:cs="Times New Roman"/>
          <w:b/>
          <w:bCs/>
          <w:color w:val="000000" w:themeColor="text1"/>
          <w:sz w:val="24"/>
          <w:szCs w:val="24"/>
        </w:rPr>
        <w:t>INTRODUCTION</w:t>
      </w:r>
    </w:p>
    <w:p w14:paraId="5B7C2205" w14:textId="4E9B0562" w:rsidR="00AF00ED" w:rsidRPr="00AF00ED" w:rsidRDefault="00AF00ED" w:rsidP="00202A0A">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bookmarkStart w:id="1" w:name="_Hlk199224244"/>
      <w:r w:rsidRPr="00AF00ED">
        <w:rPr>
          <w:rFonts w:ascii="Times New Roman" w:eastAsia="Times New Roman" w:hAnsi="Times New Roman" w:cs="Times New Roman"/>
          <w:color w:val="000000"/>
          <w:sz w:val="24"/>
          <w:szCs w:val="24"/>
        </w:rPr>
        <w:t xml:space="preserve">Foliage plants are ‘tropical exotics’ that includes all the plants grown primarily for their foliage and utilized for interior decoration, interior landscape, rooftop gardening, vertical gardening, under shade </w:t>
      </w:r>
      <w:r w:rsidR="005F0419" w:rsidRPr="00AF00ED">
        <w:rPr>
          <w:rFonts w:ascii="Times New Roman" w:eastAsia="Times New Roman" w:hAnsi="Times New Roman" w:cs="Times New Roman"/>
          <w:color w:val="000000"/>
          <w:sz w:val="24"/>
          <w:szCs w:val="24"/>
        </w:rPr>
        <w:t>landscaping,</w:t>
      </w:r>
      <w:r w:rsidR="005F0419">
        <w:rPr>
          <w:rFonts w:ascii="Times New Roman" w:eastAsia="Times New Roman" w:hAnsi="Times New Roman" w:cs="Times New Roman"/>
          <w:color w:val="000000"/>
          <w:sz w:val="24"/>
          <w:szCs w:val="24"/>
        </w:rPr>
        <w:t xml:space="preserve"> </w:t>
      </w:r>
      <w:r w:rsidRPr="00AF00ED">
        <w:rPr>
          <w:rFonts w:ascii="Times New Roman" w:eastAsia="Times New Roman" w:hAnsi="Times New Roman" w:cs="Times New Roman"/>
          <w:color w:val="000000"/>
          <w:sz w:val="24"/>
          <w:szCs w:val="24"/>
        </w:rPr>
        <w:t>outdoor landscaping</w:t>
      </w:r>
      <w:r w:rsidR="005F0419">
        <w:rPr>
          <w:rFonts w:ascii="Times New Roman" w:eastAsia="Times New Roman" w:hAnsi="Times New Roman" w:cs="Times New Roman"/>
          <w:color w:val="000000"/>
          <w:sz w:val="24"/>
          <w:szCs w:val="24"/>
        </w:rPr>
        <w:t xml:space="preserve"> and</w:t>
      </w:r>
      <w:r w:rsidRPr="00AF00ED">
        <w:rPr>
          <w:rFonts w:ascii="Times New Roman" w:eastAsia="Times New Roman" w:hAnsi="Times New Roman" w:cs="Times New Roman"/>
          <w:color w:val="000000"/>
          <w:sz w:val="24"/>
          <w:szCs w:val="24"/>
        </w:rPr>
        <w:t xml:space="preserve"> as border plants to add aesthetic value and creating green space. The trade of ornamental foliage plants at international market is seen as a new venture for India and is gaining wide popularity. Currently, majority of foliage plants are sold to Germany, the United States, the Netherlands, the United Kingdom, Italy, and Japan, accounting for over 60% of India's floricultural exports (Ray </w:t>
      </w:r>
      <w:r w:rsidRPr="00AF00ED">
        <w:rPr>
          <w:rFonts w:ascii="Times New Roman" w:eastAsia="Times New Roman" w:hAnsi="Times New Roman" w:cs="Times New Roman"/>
          <w:i/>
          <w:iCs/>
          <w:color w:val="000000"/>
          <w:sz w:val="24"/>
          <w:szCs w:val="24"/>
        </w:rPr>
        <w:t>et al</w:t>
      </w:r>
      <w:r w:rsidRPr="00AF00ED">
        <w:rPr>
          <w:rFonts w:ascii="Times New Roman" w:eastAsia="Times New Roman" w:hAnsi="Times New Roman" w:cs="Times New Roman"/>
          <w:color w:val="000000"/>
          <w:sz w:val="24"/>
          <w:szCs w:val="24"/>
        </w:rPr>
        <w:t>., 2006</w:t>
      </w:r>
      <w:r w:rsidR="004B32DD">
        <w:rPr>
          <w:rFonts w:ascii="Times New Roman" w:eastAsia="Times New Roman" w:hAnsi="Times New Roman" w:cs="Times New Roman"/>
          <w:color w:val="000000"/>
          <w:sz w:val="24"/>
          <w:szCs w:val="24"/>
        </w:rPr>
        <w:t>)</w:t>
      </w:r>
      <w:r w:rsidR="005F0419">
        <w:rPr>
          <w:rFonts w:ascii="Times New Roman" w:eastAsia="Times New Roman" w:hAnsi="Times New Roman" w:cs="Times New Roman"/>
          <w:color w:val="000000"/>
          <w:sz w:val="24"/>
          <w:szCs w:val="24"/>
        </w:rPr>
        <w:t>.</w:t>
      </w:r>
      <w:r w:rsidR="005F0419" w:rsidRPr="005F0419">
        <w:rPr>
          <w:rFonts w:ascii="Times New Roman" w:eastAsia="Times New Roman" w:hAnsi="Times New Roman" w:cs="Times New Roman"/>
          <w:color w:val="000000"/>
          <w:sz w:val="24"/>
          <w:szCs w:val="24"/>
        </w:rPr>
        <w:t xml:space="preserve"> </w:t>
      </w:r>
      <w:r w:rsidR="005F0419">
        <w:rPr>
          <w:rFonts w:ascii="Times New Roman" w:eastAsia="Times New Roman" w:hAnsi="Times New Roman" w:cs="Times New Roman"/>
          <w:color w:val="000000"/>
          <w:sz w:val="24"/>
          <w:szCs w:val="24"/>
        </w:rPr>
        <w:t>L</w:t>
      </w:r>
      <w:r w:rsidR="005F0419" w:rsidRPr="00AF00ED">
        <w:rPr>
          <w:rFonts w:ascii="Times New Roman" w:eastAsia="Times New Roman" w:hAnsi="Times New Roman" w:cs="Times New Roman"/>
          <w:color w:val="000000"/>
          <w:sz w:val="24"/>
          <w:szCs w:val="24"/>
        </w:rPr>
        <w:t xml:space="preserve">ack of green space and </w:t>
      </w:r>
      <w:r w:rsidR="005F0419" w:rsidRPr="00AF00ED">
        <w:rPr>
          <w:rFonts w:ascii="Times New Roman" w:eastAsia="Times New Roman" w:hAnsi="Times New Roman" w:cs="Times New Roman"/>
          <w:color w:val="000000"/>
          <w:sz w:val="24"/>
          <w:szCs w:val="24"/>
        </w:rPr>
        <w:lastRenderedPageBreak/>
        <w:t>need for green environment</w:t>
      </w:r>
      <w:r w:rsidR="00B24E61">
        <w:rPr>
          <w:rFonts w:ascii="Times New Roman" w:eastAsia="Times New Roman" w:hAnsi="Times New Roman" w:cs="Times New Roman"/>
          <w:color w:val="000000"/>
          <w:sz w:val="24"/>
          <w:szCs w:val="24"/>
        </w:rPr>
        <w:t xml:space="preserve"> in urban areas lead to adoption of foliage plants boosting floriculture and landscaping industry.</w:t>
      </w:r>
    </w:p>
    <w:p w14:paraId="443204E4" w14:textId="71567634" w:rsidR="00AF00ED" w:rsidRPr="00AF00ED" w:rsidRDefault="00AF00ED" w:rsidP="00202A0A">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The genus Cordyline was first reported by Adanson (1763) and later separated from the closely related Dracaena (Commerson, 1789). The name Cordyline, is derived from the Greek "Kordule" meaning "club" and is said by Kemp and Robb (1962) to refer to the form of the flower buds. Al</w:t>
      </w:r>
      <w:r w:rsidR="00B24E61">
        <w:rPr>
          <w:rFonts w:ascii="Times New Roman" w:eastAsia="Times New Roman" w:hAnsi="Times New Roman" w:cs="Times New Roman"/>
          <w:color w:val="000000"/>
          <w:sz w:val="24"/>
          <w:szCs w:val="24"/>
        </w:rPr>
        <w:t>so, its common name</w:t>
      </w:r>
      <w:r w:rsidRPr="00AF00ED">
        <w:rPr>
          <w:rFonts w:ascii="Times New Roman" w:eastAsia="Times New Roman" w:hAnsi="Times New Roman" w:cs="Times New Roman"/>
          <w:color w:val="000000"/>
          <w:sz w:val="24"/>
          <w:szCs w:val="24"/>
        </w:rPr>
        <w:t xml:space="preserve">, cabbage palm, comes from the Greek word 'Kordyle,' which means club or cudgel, referring to root shape (Pal, 2006).  Bailey (1910), attributed the origin to the </w:t>
      </w:r>
      <w:r w:rsidR="00B24E61">
        <w:rPr>
          <w:rFonts w:ascii="Times New Roman" w:eastAsia="Times New Roman" w:hAnsi="Times New Roman" w:cs="Times New Roman"/>
          <w:color w:val="000000"/>
          <w:sz w:val="24"/>
          <w:szCs w:val="24"/>
        </w:rPr>
        <w:t>“</w:t>
      </w:r>
      <w:r w:rsidRPr="00AF00ED">
        <w:rPr>
          <w:rFonts w:ascii="Times New Roman" w:eastAsia="Times New Roman" w:hAnsi="Times New Roman" w:cs="Times New Roman"/>
          <w:color w:val="000000"/>
          <w:sz w:val="24"/>
          <w:szCs w:val="24"/>
        </w:rPr>
        <w:t>club like</w:t>
      </w:r>
      <w:r w:rsidR="00B24E61">
        <w:rPr>
          <w:rFonts w:ascii="Times New Roman" w:eastAsia="Times New Roman" w:hAnsi="Times New Roman" w:cs="Times New Roman"/>
          <w:color w:val="000000"/>
          <w:sz w:val="24"/>
          <w:szCs w:val="24"/>
        </w:rPr>
        <w:t>”</w:t>
      </w:r>
      <w:r w:rsidRPr="00AF00ED">
        <w:rPr>
          <w:rFonts w:ascii="Times New Roman" w:eastAsia="Times New Roman" w:hAnsi="Times New Roman" w:cs="Times New Roman"/>
          <w:color w:val="000000"/>
          <w:sz w:val="24"/>
          <w:szCs w:val="24"/>
        </w:rPr>
        <w:t xml:space="preserve"> form of the stem. Cordyline was placed in the Liliaceae family by Bentham and Hooker (1883). More recently Hutchinson (1959) placed Cordyline in the family Agavaceae and this classification was adopted by Melchior (1964).</w:t>
      </w:r>
    </w:p>
    <w:p w14:paraId="4DF267F5" w14:textId="0116B722" w:rsidR="00AF00ED" w:rsidRPr="00AF00ED" w:rsidRDefault="00AF00ED" w:rsidP="00202A0A">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 xml:space="preserve">It consists of about 20 species of evergreen trees and shrubs. It is indigenous to the tropical and subtropical parts of the earth, including China, Malaysia, the East Himalayas, and North Australia. Important ornamental species of Cordyline are </w:t>
      </w:r>
      <w:r w:rsidRPr="00AF00ED">
        <w:rPr>
          <w:rFonts w:ascii="Times New Roman" w:eastAsia="Times New Roman" w:hAnsi="Times New Roman" w:cs="Times New Roman"/>
          <w:i/>
          <w:iCs/>
          <w:color w:val="000000"/>
          <w:sz w:val="24"/>
          <w:szCs w:val="24"/>
        </w:rPr>
        <w:t>Cordyline terminalis</w:t>
      </w:r>
      <w:r w:rsidRPr="00AF00ED">
        <w:rPr>
          <w:rFonts w:ascii="Times New Roman" w:eastAsia="Times New Roman" w:hAnsi="Times New Roman" w:cs="Times New Roman"/>
          <w:color w:val="000000"/>
          <w:sz w:val="24"/>
          <w:szCs w:val="24"/>
        </w:rPr>
        <w:t xml:space="preserve">, </w:t>
      </w:r>
      <w:r w:rsidRPr="00AF00ED">
        <w:rPr>
          <w:rFonts w:ascii="Times New Roman" w:eastAsia="Times New Roman" w:hAnsi="Times New Roman" w:cs="Times New Roman"/>
          <w:i/>
          <w:iCs/>
          <w:color w:val="000000"/>
          <w:sz w:val="24"/>
          <w:szCs w:val="24"/>
        </w:rPr>
        <w:t>C. australis</w:t>
      </w:r>
      <w:r w:rsidRPr="00AF00ED">
        <w:rPr>
          <w:rFonts w:ascii="Times New Roman" w:eastAsia="Times New Roman" w:hAnsi="Times New Roman" w:cs="Times New Roman"/>
          <w:color w:val="000000"/>
          <w:sz w:val="24"/>
          <w:szCs w:val="24"/>
        </w:rPr>
        <w:t xml:space="preserve">, </w:t>
      </w:r>
      <w:r w:rsidRPr="00AF00ED">
        <w:rPr>
          <w:rFonts w:ascii="Times New Roman" w:eastAsia="Times New Roman" w:hAnsi="Times New Roman" w:cs="Times New Roman"/>
          <w:i/>
          <w:iCs/>
          <w:color w:val="000000"/>
          <w:sz w:val="24"/>
          <w:szCs w:val="24"/>
        </w:rPr>
        <w:t>C. rubra</w:t>
      </w:r>
      <w:r w:rsidRPr="00AF00ED">
        <w:rPr>
          <w:rFonts w:ascii="Times New Roman" w:eastAsia="Times New Roman" w:hAnsi="Times New Roman" w:cs="Times New Roman"/>
          <w:color w:val="000000"/>
          <w:sz w:val="24"/>
          <w:szCs w:val="24"/>
        </w:rPr>
        <w:t xml:space="preserve"> and </w:t>
      </w:r>
      <w:r w:rsidRPr="00AF00ED">
        <w:rPr>
          <w:rFonts w:ascii="Times New Roman" w:eastAsia="Times New Roman" w:hAnsi="Times New Roman" w:cs="Times New Roman"/>
          <w:i/>
          <w:iCs/>
          <w:color w:val="000000"/>
          <w:sz w:val="24"/>
          <w:szCs w:val="24"/>
        </w:rPr>
        <w:t>C. indivisa</w:t>
      </w:r>
      <w:r w:rsidRPr="00AF00ED">
        <w:rPr>
          <w:rFonts w:ascii="Times New Roman" w:eastAsia="Times New Roman" w:hAnsi="Times New Roman" w:cs="Times New Roman"/>
          <w:color w:val="000000"/>
          <w:sz w:val="24"/>
          <w:szCs w:val="24"/>
        </w:rPr>
        <w:t xml:space="preserve">. Among these, </w:t>
      </w:r>
      <w:r w:rsidRPr="00AF00ED">
        <w:rPr>
          <w:rFonts w:ascii="Times New Roman" w:eastAsia="Times New Roman" w:hAnsi="Times New Roman" w:cs="Times New Roman"/>
          <w:i/>
          <w:iCs/>
          <w:color w:val="000000"/>
          <w:sz w:val="24"/>
          <w:szCs w:val="24"/>
        </w:rPr>
        <w:t>Cordyline terminalis</w:t>
      </w:r>
      <w:r w:rsidRPr="00AF00ED">
        <w:rPr>
          <w:rFonts w:ascii="Times New Roman" w:eastAsia="Times New Roman" w:hAnsi="Times New Roman" w:cs="Times New Roman"/>
          <w:color w:val="000000"/>
          <w:sz w:val="24"/>
          <w:szCs w:val="24"/>
        </w:rPr>
        <w:t xml:space="preserve"> is the most important and commercially exploited species which is found throughout the Pacific area and in some Asiatic countries. Important varieties under cultivation are Baby doll, Lily put, Kiwi, Hawaiian flag and Mahatma. Cordyline is quite similar to dracaena and differs only in the anatomy of the ovary. Several cordyline species are usually referred to as dracaena (Randhawa and Mukhopadhyay, 2004). It is a long, thin bush that can reach 3m in height and is valued for its vibrantly colored foliage, including variegated varieties. Cordyline is an excellent ornamental plant with colored foliage, as focal point in gardens, floor plants, as a pot plant in its juvenile state</w:t>
      </w:r>
      <w:r w:rsidR="00B24E61">
        <w:rPr>
          <w:rFonts w:ascii="Times New Roman" w:eastAsia="Times New Roman" w:hAnsi="Times New Roman" w:cs="Times New Roman"/>
          <w:color w:val="000000"/>
          <w:sz w:val="24"/>
          <w:szCs w:val="24"/>
        </w:rPr>
        <w:t xml:space="preserve">, </w:t>
      </w:r>
      <w:r w:rsidRPr="00AF00ED">
        <w:rPr>
          <w:rFonts w:ascii="Times New Roman" w:eastAsia="Times New Roman" w:hAnsi="Times New Roman" w:cs="Times New Roman"/>
          <w:color w:val="000000"/>
          <w:sz w:val="24"/>
          <w:szCs w:val="24"/>
        </w:rPr>
        <w:t xml:space="preserve">is also suitable for growing in borders and shrubberies under a mild climate, for shade gardens and greenhouse. Most of the species are extensively used for table decorations while they are young. The plant is widely found in homes, workplaces, stores, banks, hotels, restaurants, clubs, hospitals and schools and numerous plants are occasionally gathered and grown as exquisite table decorations in terrariums, bottles, bowls, plates, troughs and aquarium cases (Beura </w:t>
      </w:r>
      <w:r w:rsidRPr="00AF00ED">
        <w:rPr>
          <w:rFonts w:ascii="Times New Roman" w:eastAsia="Times New Roman" w:hAnsi="Times New Roman" w:cs="Times New Roman"/>
          <w:i/>
          <w:iCs/>
          <w:color w:val="000000"/>
          <w:sz w:val="24"/>
          <w:szCs w:val="24"/>
        </w:rPr>
        <w:t>et al</w:t>
      </w:r>
      <w:r w:rsidRPr="00AF00ED">
        <w:rPr>
          <w:rFonts w:ascii="Times New Roman" w:eastAsia="Times New Roman" w:hAnsi="Times New Roman" w:cs="Times New Roman"/>
          <w:color w:val="000000"/>
          <w:sz w:val="24"/>
          <w:szCs w:val="24"/>
        </w:rPr>
        <w:t>., 2007). It has attractive color of the foliage, hardiness, ease of cultivation, suitability to interior conditions and resistance to pests and diseases contribute to its popularity in urban agriculture and landscaping.</w:t>
      </w:r>
    </w:p>
    <w:p w14:paraId="63A651B9" w14:textId="7291ADD8" w:rsidR="00AF00ED" w:rsidRPr="00AF00ED" w:rsidRDefault="00B24E61" w:rsidP="00202A0A">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Rapid d</w:t>
      </w:r>
      <w:r w:rsidR="00AF00ED" w:rsidRPr="00AF00ED">
        <w:rPr>
          <w:rFonts w:ascii="Times New Roman" w:eastAsia="Times New Roman" w:hAnsi="Times New Roman" w:cs="Times New Roman"/>
          <w:color w:val="000000"/>
          <w:sz w:val="24"/>
          <w:szCs w:val="24"/>
        </w:rPr>
        <w:t>egrad</w:t>
      </w:r>
      <w:r>
        <w:rPr>
          <w:rFonts w:ascii="Times New Roman" w:eastAsia="Times New Roman" w:hAnsi="Times New Roman" w:cs="Times New Roman"/>
          <w:color w:val="000000"/>
          <w:sz w:val="24"/>
          <w:szCs w:val="24"/>
        </w:rPr>
        <w:t>ation of</w:t>
      </w:r>
      <w:r w:rsidR="00AF00ED" w:rsidRPr="00AF00ED">
        <w:rPr>
          <w:rFonts w:ascii="Times New Roman" w:eastAsia="Times New Roman" w:hAnsi="Times New Roman" w:cs="Times New Roman"/>
          <w:color w:val="000000"/>
          <w:sz w:val="24"/>
          <w:szCs w:val="24"/>
        </w:rPr>
        <w:t xml:space="preserve"> agricultural areas, uncertainties related to climate change</w:t>
      </w:r>
      <w:r>
        <w:rPr>
          <w:rFonts w:ascii="Times New Roman" w:eastAsia="Times New Roman" w:hAnsi="Times New Roman" w:cs="Times New Roman"/>
          <w:color w:val="000000"/>
          <w:sz w:val="24"/>
          <w:szCs w:val="24"/>
        </w:rPr>
        <w:t xml:space="preserve">, </w:t>
      </w:r>
      <w:r w:rsidR="00AF00ED" w:rsidRPr="00AF00ED">
        <w:rPr>
          <w:rFonts w:ascii="Times New Roman" w:eastAsia="Times New Roman" w:hAnsi="Times New Roman" w:cs="Times New Roman"/>
          <w:color w:val="000000"/>
          <w:sz w:val="24"/>
          <w:szCs w:val="24"/>
        </w:rPr>
        <w:t>decreasing green space in urban areas</w:t>
      </w:r>
      <w:r>
        <w:rPr>
          <w:rFonts w:ascii="Times New Roman" w:eastAsia="Times New Roman" w:hAnsi="Times New Roman" w:cs="Times New Roman"/>
          <w:color w:val="000000"/>
          <w:sz w:val="24"/>
          <w:szCs w:val="24"/>
        </w:rPr>
        <w:t xml:space="preserve"> led to shift of nutrient application from chemical to organic based like biostimulants, particularly bio enzymes</w:t>
      </w:r>
      <w:r w:rsidR="00AF00ED" w:rsidRPr="00AF00ED">
        <w:rPr>
          <w:rFonts w:ascii="Times New Roman" w:eastAsia="Times New Roman" w:hAnsi="Times New Roman" w:cs="Times New Roman"/>
          <w:color w:val="000000"/>
          <w:sz w:val="24"/>
          <w:szCs w:val="24"/>
        </w:rPr>
        <w:t>. Bio</w:t>
      </w:r>
      <w:r w:rsidR="005619DB">
        <w:rPr>
          <w:rFonts w:ascii="Times New Roman" w:eastAsia="Times New Roman" w:hAnsi="Times New Roman" w:cs="Times New Roman"/>
          <w:color w:val="000000"/>
          <w:sz w:val="24"/>
          <w:szCs w:val="24"/>
        </w:rPr>
        <w:t xml:space="preserve"> </w:t>
      </w:r>
      <w:r w:rsidR="00AF00ED" w:rsidRPr="00AF00ED">
        <w:rPr>
          <w:rFonts w:ascii="Times New Roman" w:eastAsia="Times New Roman" w:hAnsi="Times New Roman" w:cs="Times New Roman"/>
          <w:color w:val="000000"/>
          <w:sz w:val="24"/>
          <w:szCs w:val="24"/>
        </w:rPr>
        <w:t xml:space="preserve">enzymes are promising environmental production strategy for ornamental crops including foliage crops in </w:t>
      </w:r>
      <w:r w:rsidR="005619DB">
        <w:rPr>
          <w:rFonts w:ascii="Times New Roman" w:eastAsia="Times New Roman" w:hAnsi="Times New Roman" w:cs="Times New Roman"/>
          <w:color w:val="000000"/>
          <w:sz w:val="24"/>
          <w:szCs w:val="24"/>
        </w:rPr>
        <w:t>shade net</w:t>
      </w:r>
      <w:r w:rsidR="00AF00ED" w:rsidRPr="00AF00ED">
        <w:rPr>
          <w:rFonts w:ascii="Times New Roman" w:eastAsia="Times New Roman" w:hAnsi="Times New Roman" w:cs="Times New Roman"/>
          <w:color w:val="000000"/>
          <w:sz w:val="24"/>
          <w:szCs w:val="24"/>
        </w:rPr>
        <w:t xml:space="preserve">. Traon </w:t>
      </w:r>
      <w:r w:rsidR="00AF00ED" w:rsidRPr="00AF00ED">
        <w:rPr>
          <w:rFonts w:ascii="Times New Roman" w:eastAsia="Times New Roman" w:hAnsi="Times New Roman" w:cs="Times New Roman"/>
          <w:i/>
          <w:iCs/>
          <w:color w:val="000000"/>
          <w:sz w:val="24"/>
          <w:szCs w:val="24"/>
        </w:rPr>
        <w:t>et al</w:t>
      </w:r>
      <w:r w:rsidR="00AF00ED" w:rsidRPr="00AF00ED">
        <w:rPr>
          <w:rFonts w:ascii="Times New Roman" w:eastAsia="Times New Roman" w:hAnsi="Times New Roman" w:cs="Times New Roman"/>
          <w:color w:val="000000"/>
          <w:sz w:val="24"/>
          <w:szCs w:val="24"/>
        </w:rPr>
        <w:t xml:space="preserve">. (2014) defined Bioenzymes as, “Any substance or microorganism that is applied to plants, seeds, or the root environment with the intention to stimulate natural plant processes that benefit nutrient use efficiency and/or tolerance to abiotic stress, regardless of its nutrient content, is referred to as a plant bio stimulant. This definition includes any combination of such substances and/or microorganisms intended for this use.” Yakhin </w:t>
      </w:r>
      <w:r w:rsidR="00AF00ED" w:rsidRPr="00AF00ED">
        <w:rPr>
          <w:rFonts w:ascii="Times New Roman" w:eastAsia="Times New Roman" w:hAnsi="Times New Roman" w:cs="Times New Roman"/>
          <w:i/>
          <w:iCs/>
          <w:color w:val="000000"/>
          <w:sz w:val="24"/>
          <w:szCs w:val="24"/>
        </w:rPr>
        <w:t>et al</w:t>
      </w:r>
      <w:r w:rsidR="00AF00ED" w:rsidRPr="00AF00ED">
        <w:rPr>
          <w:rFonts w:ascii="Times New Roman" w:eastAsia="Times New Roman" w:hAnsi="Times New Roman" w:cs="Times New Roman"/>
          <w:color w:val="000000"/>
          <w:sz w:val="24"/>
          <w:szCs w:val="24"/>
        </w:rPr>
        <w:t xml:space="preserve">. (2017) defined bio stimulants as “a formulated product of biological origin that improves plant productivity as a consequence of the novel or emergent properties of the complex constituents, and not as a sole consequence of the presence of known essential plant nutrients, plant growth regulators, or plant protective compounds.” Kunicki </w:t>
      </w:r>
      <w:r w:rsidR="00AF00ED" w:rsidRPr="00AF00ED">
        <w:rPr>
          <w:rFonts w:ascii="Times New Roman" w:eastAsia="Times New Roman" w:hAnsi="Times New Roman" w:cs="Times New Roman"/>
          <w:i/>
          <w:iCs/>
          <w:color w:val="000000"/>
          <w:sz w:val="24"/>
          <w:szCs w:val="24"/>
        </w:rPr>
        <w:t>et al</w:t>
      </w:r>
      <w:r w:rsidR="00AF00ED" w:rsidRPr="00AF00ED">
        <w:rPr>
          <w:rFonts w:ascii="Times New Roman" w:eastAsia="Times New Roman" w:hAnsi="Times New Roman" w:cs="Times New Roman"/>
          <w:color w:val="000000"/>
          <w:sz w:val="24"/>
          <w:szCs w:val="24"/>
        </w:rPr>
        <w:t>. (2010) stated that biostimulants can be foliar or soil applied, depending on their composition and intended results.</w:t>
      </w:r>
    </w:p>
    <w:p w14:paraId="2DBA5A27" w14:textId="7AFA3699" w:rsidR="00AF00ED" w:rsidRDefault="00AF00ED" w:rsidP="00202A0A">
      <w:pPr>
        <w:widowControl w:val="0"/>
        <w:autoSpaceDE w:val="0"/>
        <w:autoSpaceDN w:val="0"/>
        <w:spacing w:after="0" w:line="240" w:lineRule="auto"/>
        <w:ind w:firstLine="360"/>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Bioenzymes functions as an anti-stress promoting, growth-stimulating, nutrient absorption, crop productivity improvement, dormancy-breaking, boosting foliage quality, pigment content improvement, enhancing root formation, enhancing photosynthetic as well as vegetative tissue processes, enhancing plant resilience and coherence, and regulat</w:t>
      </w:r>
      <w:r w:rsidR="005619DB">
        <w:rPr>
          <w:rFonts w:ascii="Times New Roman" w:eastAsia="Times New Roman" w:hAnsi="Times New Roman" w:cs="Times New Roman"/>
          <w:color w:val="000000"/>
          <w:sz w:val="24"/>
          <w:szCs w:val="24"/>
        </w:rPr>
        <w:t>es</w:t>
      </w:r>
      <w:r w:rsidRPr="00AF00ED">
        <w:rPr>
          <w:rFonts w:ascii="Times New Roman" w:eastAsia="Times New Roman" w:hAnsi="Times New Roman" w:cs="Times New Roman"/>
          <w:color w:val="000000"/>
          <w:sz w:val="24"/>
          <w:szCs w:val="24"/>
        </w:rPr>
        <w:t xml:space="preserve"> effect on foliage crop growth</w:t>
      </w:r>
      <w:r w:rsidR="005619DB">
        <w:rPr>
          <w:rFonts w:ascii="Times New Roman" w:eastAsia="Times New Roman" w:hAnsi="Times New Roman" w:cs="Times New Roman"/>
          <w:color w:val="000000"/>
          <w:sz w:val="24"/>
          <w:szCs w:val="24"/>
        </w:rPr>
        <w:t xml:space="preserve">, </w:t>
      </w:r>
      <w:r w:rsidR="005619DB">
        <w:rPr>
          <w:rFonts w:ascii="Times New Roman" w:eastAsia="Times New Roman" w:hAnsi="Times New Roman" w:cs="Times New Roman"/>
          <w:color w:val="000000"/>
          <w:sz w:val="24"/>
          <w:szCs w:val="24"/>
        </w:rPr>
        <w:lastRenderedPageBreak/>
        <w:t xml:space="preserve">quality parameter </w:t>
      </w:r>
      <w:r w:rsidRPr="00AF00ED">
        <w:rPr>
          <w:rFonts w:ascii="Times New Roman" w:eastAsia="Times New Roman" w:hAnsi="Times New Roman" w:cs="Times New Roman"/>
          <w:color w:val="000000"/>
          <w:sz w:val="24"/>
          <w:szCs w:val="24"/>
        </w:rPr>
        <w:t xml:space="preserve">and development. The recent </w:t>
      </w:r>
      <w:r w:rsidRPr="00AF00ED">
        <w:rPr>
          <w:rFonts w:ascii="Times New Roman" w:eastAsia="Times New Roman" w:hAnsi="Times New Roman" w:cs="Times New Roman"/>
          <w:i/>
          <w:iCs/>
          <w:color w:val="000000"/>
          <w:sz w:val="24"/>
          <w:szCs w:val="24"/>
        </w:rPr>
        <w:t>in vivo</w:t>
      </w:r>
      <w:r w:rsidRPr="00AF00ED">
        <w:rPr>
          <w:rFonts w:ascii="Times New Roman" w:eastAsia="Times New Roman" w:hAnsi="Times New Roman" w:cs="Times New Roman"/>
          <w:color w:val="000000"/>
          <w:sz w:val="24"/>
          <w:szCs w:val="24"/>
        </w:rPr>
        <w:t xml:space="preserve"> study on the effect of bioenzymes on growth and development of </w:t>
      </w:r>
      <w:r w:rsidRPr="00AF00ED">
        <w:rPr>
          <w:rFonts w:ascii="Times New Roman" w:eastAsia="Times New Roman" w:hAnsi="Times New Roman" w:cs="Times New Roman"/>
          <w:i/>
          <w:iCs/>
          <w:color w:val="000000"/>
          <w:sz w:val="24"/>
          <w:szCs w:val="24"/>
        </w:rPr>
        <w:t>Cordyline terminalis</w:t>
      </w:r>
      <w:r w:rsidRPr="00AF00ED">
        <w:rPr>
          <w:rFonts w:ascii="Times New Roman" w:eastAsia="Times New Roman" w:hAnsi="Times New Roman" w:cs="Times New Roman"/>
          <w:color w:val="000000"/>
          <w:sz w:val="24"/>
          <w:szCs w:val="24"/>
        </w:rPr>
        <w:t xml:space="preserve"> </w:t>
      </w:r>
      <w:r w:rsidR="004B32DD">
        <w:rPr>
          <w:rFonts w:ascii="Times New Roman" w:eastAsia="Times New Roman" w:hAnsi="Times New Roman" w:cs="Times New Roman"/>
          <w:color w:val="000000"/>
          <w:sz w:val="24"/>
          <w:szCs w:val="24"/>
        </w:rPr>
        <w:t xml:space="preserve">under </w:t>
      </w:r>
      <w:r w:rsidR="005619DB">
        <w:rPr>
          <w:rFonts w:ascii="Times New Roman" w:eastAsia="Times New Roman" w:hAnsi="Times New Roman" w:cs="Times New Roman"/>
          <w:color w:val="000000"/>
          <w:sz w:val="24"/>
          <w:szCs w:val="24"/>
        </w:rPr>
        <w:t>shade-net condition</w:t>
      </w:r>
      <w:r w:rsidR="004B32DD">
        <w:rPr>
          <w:rFonts w:ascii="Times New Roman" w:eastAsia="Times New Roman" w:hAnsi="Times New Roman" w:cs="Times New Roman"/>
          <w:color w:val="000000"/>
          <w:sz w:val="24"/>
          <w:szCs w:val="24"/>
        </w:rPr>
        <w:t xml:space="preserve"> with rigorous statistical analysis, highligh</w:t>
      </w:r>
      <w:r w:rsidR="005619DB">
        <w:rPr>
          <w:rFonts w:ascii="Times New Roman" w:eastAsia="Times New Roman" w:hAnsi="Times New Roman" w:cs="Times New Roman"/>
          <w:color w:val="000000"/>
          <w:sz w:val="24"/>
          <w:szCs w:val="24"/>
        </w:rPr>
        <w:t>ts</w:t>
      </w:r>
      <w:r w:rsidR="004B32DD">
        <w:rPr>
          <w:rFonts w:ascii="Times New Roman" w:eastAsia="Times New Roman" w:hAnsi="Times New Roman" w:cs="Times New Roman"/>
          <w:color w:val="000000"/>
          <w:sz w:val="24"/>
          <w:szCs w:val="24"/>
        </w:rPr>
        <w:t xml:space="preserve"> sustainable and organic alternatives to chemical inputs in urban horticulture</w:t>
      </w:r>
      <w:r w:rsidR="005619DB">
        <w:rPr>
          <w:rFonts w:ascii="Times New Roman" w:eastAsia="Times New Roman" w:hAnsi="Times New Roman" w:cs="Times New Roman"/>
          <w:color w:val="000000"/>
          <w:sz w:val="24"/>
          <w:szCs w:val="24"/>
        </w:rPr>
        <w:t>,</w:t>
      </w:r>
      <w:r w:rsidR="004B32DD">
        <w:rPr>
          <w:rFonts w:ascii="Times New Roman" w:eastAsia="Times New Roman" w:hAnsi="Times New Roman" w:cs="Times New Roman"/>
          <w:color w:val="000000"/>
          <w:sz w:val="24"/>
          <w:szCs w:val="24"/>
        </w:rPr>
        <w:t xml:space="preserve"> to analyze</w:t>
      </w:r>
      <w:r w:rsidRPr="00AF00ED">
        <w:rPr>
          <w:rFonts w:ascii="Times New Roman" w:eastAsia="Times New Roman" w:hAnsi="Times New Roman" w:cs="Times New Roman"/>
          <w:color w:val="000000"/>
          <w:sz w:val="24"/>
          <w:szCs w:val="24"/>
        </w:rPr>
        <w:t xml:space="preserve"> the response of potted plants of Cordyline under various physiological parameters, foliage quality and overall growth and vigor on commercial basis. </w:t>
      </w:r>
    </w:p>
    <w:p w14:paraId="1ECAE8AF" w14:textId="77777777" w:rsidR="00202A0A" w:rsidRDefault="00202A0A" w:rsidP="00202A0A">
      <w:pPr>
        <w:widowControl w:val="0"/>
        <w:autoSpaceDE w:val="0"/>
        <w:autoSpaceDN w:val="0"/>
        <w:spacing w:after="0" w:line="240" w:lineRule="auto"/>
        <w:ind w:firstLine="360"/>
        <w:rPr>
          <w:rFonts w:ascii="Times New Roman" w:eastAsia="Times New Roman" w:hAnsi="Times New Roman" w:cs="Times New Roman"/>
          <w:color w:val="000000"/>
          <w:sz w:val="24"/>
          <w:szCs w:val="24"/>
        </w:rPr>
      </w:pPr>
    </w:p>
    <w:p w14:paraId="4D4337D5" w14:textId="77777777" w:rsidR="00202A0A" w:rsidRDefault="00202A0A" w:rsidP="00202A0A">
      <w:pPr>
        <w:widowControl w:val="0"/>
        <w:autoSpaceDE w:val="0"/>
        <w:autoSpaceDN w:val="0"/>
        <w:spacing w:after="0" w:line="240" w:lineRule="auto"/>
        <w:ind w:firstLine="360"/>
        <w:rPr>
          <w:rFonts w:ascii="Times New Roman" w:eastAsia="Times New Roman" w:hAnsi="Times New Roman" w:cs="Times New Roman"/>
          <w:color w:val="000000"/>
          <w:sz w:val="24"/>
          <w:szCs w:val="24"/>
        </w:rPr>
      </w:pPr>
    </w:p>
    <w:bookmarkEnd w:id="1"/>
    <w:p w14:paraId="4FF929B1" w14:textId="3DC96EFD" w:rsidR="005B6D3E" w:rsidRPr="00202A0A" w:rsidRDefault="003113FB" w:rsidP="00202A0A">
      <w:pPr>
        <w:pStyle w:val="ListParagraph"/>
        <w:widowControl w:val="0"/>
        <w:numPr>
          <w:ilvl w:val="0"/>
          <w:numId w:val="19"/>
        </w:numPr>
        <w:autoSpaceDE w:val="0"/>
        <w:autoSpaceDN w:val="0"/>
        <w:spacing w:after="0" w:line="360" w:lineRule="auto"/>
        <w:rPr>
          <w:rFonts w:ascii="Times New Roman" w:hAnsi="Times New Roman" w:cs="Times New Roman"/>
          <w:b/>
          <w:bCs/>
          <w:sz w:val="24"/>
          <w:szCs w:val="24"/>
        </w:rPr>
      </w:pPr>
      <w:r w:rsidRPr="00202A0A">
        <w:rPr>
          <w:rFonts w:ascii="Times New Roman" w:hAnsi="Times New Roman" w:cs="Times New Roman"/>
          <w:b/>
          <w:bCs/>
          <w:sz w:val="24"/>
          <w:szCs w:val="24"/>
        </w:rPr>
        <w:t>MATERIALS AND METHODS</w:t>
      </w:r>
    </w:p>
    <w:p w14:paraId="39E637E4" w14:textId="50FBF154" w:rsidR="00AF00ED" w:rsidRPr="00AF00ED" w:rsidRDefault="00202A0A" w:rsidP="00202A0A">
      <w:pPr>
        <w:widowControl w:val="0"/>
        <w:autoSpaceDE w:val="0"/>
        <w:autoSpaceDN w:val="0"/>
        <w:spacing w:after="0" w:line="360" w:lineRule="auto"/>
        <w:jc w:val="both"/>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8037B5">
        <w:rPr>
          <w:rFonts w:ascii="Times New Roman" w:eastAsia="Times New Roman" w:hAnsi="Times New Roman" w:cs="Times New Roman"/>
          <w:b/>
          <w:bCs/>
          <w:color w:val="000000"/>
          <w:sz w:val="24"/>
          <w:szCs w:val="24"/>
        </w:rPr>
        <w:t xml:space="preserve">2.1 </w:t>
      </w:r>
      <w:r w:rsidR="00AF00ED" w:rsidRPr="00AF00ED">
        <w:rPr>
          <w:rFonts w:ascii="Times New Roman" w:eastAsia="Times New Roman" w:hAnsi="Times New Roman" w:cs="Times New Roman"/>
          <w:b/>
          <w:bCs/>
          <w:color w:val="000000"/>
          <w:sz w:val="24"/>
          <w:szCs w:val="24"/>
        </w:rPr>
        <w:t>Experimental site</w:t>
      </w:r>
    </w:p>
    <w:p w14:paraId="183AA611" w14:textId="17E0E6A0" w:rsidR="00202A0A" w:rsidRDefault="00AF00ED" w:rsidP="00202A0A">
      <w:pPr>
        <w:widowControl w:val="0"/>
        <w:autoSpaceDE w:val="0"/>
        <w:autoSpaceDN w:val="0"/>
        <w:spacing w:after="0" w:line="240" w:lineRule="auto"/>
        <w:ind w:firstLine="720"/>
        <w:jc w:val="both"/>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The experimental study on “</w:t>
      </w:r>
      <w:bookmarkStart w:id="2" w:name="_Hlk148397445"/>
      <w:r w:rsidRPr="00AF00ED">
        <w:rPr>
          <w:rFonts w:ascii="Times New Roman" w:hAnsi="Times New Roman" w:cs="Times New Roman"/>
          <w:color w:val="000000" w:themeColor="text1"/>
          <w:sz w:val="24"/>
          <w:szCs w:val="24"/>
        </w:rPr>
        <w:t>Bioenzyme-Mediated Growth Enhancement in Cordyline (</w:t>
      </w:r>
      <w:r w:rsidRPr="00AF00ED">
        <w:rPr>
          <w:rFonts w:ascii="Times New Roman" w:hAnsi="Times New Roman" w:cs="Times New Roman"/>
          <w:i/>
          <w:iCs/>
          <w:color w:val="000000" w:themeColor="text1"/>
          <w:sz w:val="24"/>
          <w:szCs w:val="24"/>
        </w:rPr>
        <w:t>Cordyline</w:t>
      </w:r>
      <w:r>
        <w:rPr>
          <w:rFonts w:ascii="Times New Roman" w:hAnsi="Times New Roman" w:cs="Times New Roman"/>
          <w:i/>
          <w:iCs/>
          <w:color w:val="000000" w:themeColor="text1"/>
          <w:sz w:val="24"/>
          <w:szCs w:val="24"/>
        </w:rPr>
        <w:t xml:space="preserve"> terminalis</w:t>
      </w:r>
      <w:r>
        <w:rPr>
          <w:rFonts w:ascii="Times New Roman" w:hAnsi="Times New Roman" w:cs="Times New Roman"/>
          <w:color w:val="000000" w:themeColor="text1"/>
          <w:sz w:val="24"/>
          <w:szCs w:val="24"/>
        </w:rPr>
        <w:t>): A Developmental Study</w:t>
      </w:r>
      <w:r w:rsidR="00C2046C">
        <w:rPr>
          <w:rFonts w:ascii="Times New Roman" w:hAnsi="Times New Roman" w:cs="Times New Roman"/>
          <w:color w:val="000000" w:themeColor="text1"/>
          <w:sz w:val="24"/>
          <w:szCs w:val="24"/>
        </w:rPr>
        <w:t>”</w:t>
      </w:r>
      <w:r w:rsidRPr="00AF00ED">
        <w:rPr>
          <w:rFonts w:ascii="Times New Roman" w:eastAsia="Times New Roman" w:hAnsi="Times New Roman" w:cs="Times New Roman"/>
          <w:color w:val="000000"/>
          <w:sz w:val="24"/>
          <w:szCs w:val="24"/>
        </w:rPr>
        <w:t xml:space="preserve"> was accomplished </w:t>
      </w:r>
      <w:r w:rsidR="00202A0A">
        <w:rPr>
          <w:rFonts w:ascii="Times New Roman" w:eastAsia="Times New Roman" w:hAnsi="Times New Roman" w:cs="Times New Roman"/>
          <w:color w:val="000000"/>
          <w:sz w:val="24"/>
          <w:szCs w:val="24"/>
        </w:rPr>
        <w:t>from September 2022 to September 2023</w:t>
      </w:r>
      <w:r w:rsidRPr="00AF00ED">
        <w:rPr>
          <w:rFonts w:ascii="Times New Roman" w:eastAsia="Times New Roman" w:hAnsi="Times New Roman" w:cs="Times New Roman"/>
          <w:color w:val="000000"/>
          <w:sz w:val="24"/>
          <w:szCs w:val="24"/>
        </w:rPr>
        <w:t xml:space="preserve"> at the Biotechnology-cum-Tissue Culture Centre in Baramunda, Floriculture and Landscaping Department, College of Agriculture, Odisha University of Agriculture and Technology, Bhubaneswar</w:t>
      </w:r>
      <w:r w:rsidR="00202A0A">
        <w:rPr>
          <w:rFonts w:ascii="Times New Roman" w:eastAsia="Times New Roman" w:hAnsi="Times New Roman" w:cs="Times New Roman"/>
          <w:color w:val="000000"/>
          <w:sz w:val="24"/>
          <w:szCs w:val="24"/>
        </w:rPr>
        <w:t>.</w:t>
      </w:r>
    </w:p>
    <w:p w14:paraId="3E17988A" w14:textId="77777777" w:rsidR="00202A0A" w:rsidRDefault="00202A0A" w:rsidP="00202A0A">
      <w:pPr>
        <w:widowControl w:val="0"/>
        <w:autoSpaceDE w:val="0"/>
        <w:autoSpaceDN w:val="0"/>
        <w:spacing w:after="0" w:line="240" w:lineRule="auto"/>
        <w:ind w:firstLine="720"/>
        <w:jc w:val="both"/>
        <w:outlineLvl w:val="3"/>
        <w:rPr>
          <w:rFonts w:ascii="Times New Roman" w:eastAsia="Times New Roman" w:hAnsi="Times New Roman" w:cs="Times New Roman"/>
          <w:color w:val="000000"/>
          <w:sz w:val="24"/>
          <w:szCs w:val="24"/>
        </w:rPr>
      </w:pPr>
    </w:p>
    <w:p w14:paraId="79421CE2" w14:textId="4FEEB641" w:rsidR="00202A0A" w:rsidRPr="00202A0A" w:rsidRDefault="00202A0A" w:rsidP="00202A0A">
      <w:pPr>
        <w:widowControl w:val="0"/>
        <w:autoSpaceDE w:val="0"/>
        <w:autoSpaceDN w:val="0"/>
        <w:spacing w:after="0" w:line="360" w:lineRule="auto"/>
        <w:jc w:val="both"/>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202A0A">
        <w:rPr>
          <w:rFonts w:ascii="Times New Roman" w:eastAsia="Times New Roman" w:hAnsi="Times New Roman" w:cs="Times New Roman"/>
          <w:b/>
          <w:bCs/>
          <w:color w:val="000000"/>
          <w:sz w:val="24"/>
          <w:szCs w:val="24"/>
        </w:rPr>
        <w:t>2.2 Morphological Features</w:t>
      </w:r>
    </w:p>
    <w:p w14:paraId="6913B638" w14:textId="787E0F6D" w:rsidR="00AF00ED" w:rsidRPr="00AF00ED" w:rsidRDefault="00AF00ED" w:rsidP="00202A0A">
      <w:pPr>
        <w:widowControl w:val="0"/>
        <w:autoSpaceDE w:val="0"/>
        <w:autoSpaceDN w:val="0"/>
        <w:spacing w:after="0" w:line="360" w:lineRule="auto"/>
        <w:jc w:val="both"/>
        <w:outlineLvl w:val="3"/>
        <w:rPr>
          <w:rFonts w:ascii="Times New Roman" w:eastAsia="Times New Roman" w:hAnsi="Times New Roman" w:cs="Times New Roman"/>
          <w:b/>
          <w:bCs/>
          <w:i/>
          <w:iCs/>
          <w:color w:val="000000"/>
          <w:sz w:val="24"/>
          <w:szCs w:val="24"/>
        </w:rPr>
      </w:pPr>
      <w:bookmarkStart w:id="3" w:name="3.4_Soil_characteristics"/>
      <w:bookmarkEnd w:id="2"/>
      <w:bookmarkEnd w:id="3"/>
      <w:r w:rsidRPr="00AF00ED">
        <w:rPr>
          <w:rFonts w:ascii="Times New Roman" w:eastAsia="Times New Roman" w:hAnsi="Times New Roman" w:cs="Times New Roman"/>
          <w:b/>
          <w:bCs/>
          <w:color w:val="000000"/>
          <w:sz w:val="24"/>
          <w:szCs w:val="24"/>
        </w:rPr>
        <w:t>Table 1: Morphological</w:t>
      </w:r>
      <w:r w:rsidR="00202A0A">
        <w:rPr>
          <w:rFonts w:ascii="Times New Roman" w:eastAsia="Times New Roman" w:hAnsi="Times New Roman" w:cs="Times New Roman"/>
          <w:b/>
          <w:bCs/>
          <w:color w:val="000000"/>
          <w:sz w:val="24"/>
          <w:szCs w:val="24"/>
        </w:rPr>
        <w:t xml:space="preserve"> traits </w:t>
      </w:r>
      <w:r w:rsidRPr="00AF00ED">
        <w:rPr>
          <w:rFonts w:ascii="Times New Roman" w:eastAsia="Times New Roman" w:hAnsi="Times New Roman" w:cs="Times New Roman"/>
          <w:b/>
          <w:bCs/>
          <w:color w:val="000000"/>
          <w:sz w:val="24"/>
          <w:szCs w:val="24"/>
        </w:rPr>
        <w:t xml:space="preserve">of </w:t>
      </w:r>
      <w:r w:rsidRPr="00AF00ED">
        <w:rPr>
          <w:rFonts w:ascii="Times New Roman" w:eastAsia="Times New Roman" w:hAnsi="Times New Roman" w:cs="Times New Roman"/>
          <w:b/>
          <w:bCs/>
          <w:i/>
          <w:iCs/>
          <w:color w:val="000000"/>
          <w:sz w:val="24"/>
          <w:szCs w:val="24"/>
        </w:rPr>
        <w:t>Cordyline terminalis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968"/>
        <w:gridCol w:w="5487"/>
      </w:tblGrid>
      <w:tr w:rsidR="00AF00ED" w:rsidRPr="00AF00ED" w14:paraId="539DD74D" w14:textId="77777777" w:rsidTr="00F030D8">
        <w:tc>
          <w:tcPr>
            <w:tcW w:w="479" w:type="pct"/>
            <w:shd w:val="clear" w:color="auto" w:fill="auto"/>
            <w:vAlign w:val="center"/>
          </w:tcPr>
          <w:p w14:paraId="34426493" w14:textId="6DBFD046"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b/>
                <w:bCs/>
                <w:color w:val="000000"/>
                <w:sz w:val="24"/>
                <w:szCs w:val="24"/>
              </w:rPr>
            </w:pPr>
            <w:bookmarkStart w:id="4" w:name="_Hlk199224427"/>
            <w:r w:rsidRPr="00AF00ED">
              <w:rPr>
                <w:rFonts w:ascii="Times New Roman" w:eastAsia="Times New Roman" w:hAnsi="Times New Roman" w:cs="Times New Roman"/>
                <w:b/>
                <w:bCs/>
                <w:color w:val="000000"/>
                <w:sz w:val="24"/>
                <w:szCs w:val="24"/>
              </w:rPr>
              <w:t>Sl.</w:t>
            </w:r>
            <w:r w:rsidR="00F030D8">
              <w:rPr>
                <w:rFonts w:ascii="Times New Roman" w:eastAsia="Times New Roman" w:hAnsi="Times New Roman" w:cs="Times New Roman"/>
                <w:b/>
                <w:bCs/>
                <w:color w:val="000000"/>
                <w:sz w:val="24"/>
                <w:szCs w:val="24"/>
              </w:rPr>
              <w:t xml:space="preserve"> </w:t>
            </w:r>
            <w:r w:rsidRPr="00AF00ED">
              <w:rPr>
                <w:rFonts w:ascii="Times New Roman" w:eastAsia="Times New Roman" w:hAnsi="Times New Roman" w:cs="Times New Roman"/>
                <w:b/>
                <w:bCs/>
                <w:color w:val="000000"/>
                <w:sz w:val="24"/>
                <w:szCs w:val="24"/>
              </w:rPr>
              <w:t>No.</w:t>
            </w:r>
          </w:p>
        </w:tc>
        <w:tc>
          <w:tcPr>
            <w:tcW w:w="1587" w:type="pct"/>
            <w:shd w:val="clear" w:color="auto" w:fill="auto"/>
            <w:vAlign w:val="center"/>
          </w:tcPr>
          <w:p w14:paraId="72193A42" w14:textId="77777777" w:rsidR="00AF00ED" w:rsidRPr="00AF00ED" w:rsidRDefault="00AF00ED" w:rsidP="00F030D8">
            <w:pPr>
              <w:widowControl w:val="0"/>
              <w:tabs>
                <w:tab w:val="left" w:pos="980"/>
              </w:tabs>
              <w:autoSpaceDE w:val="0"/>
              <w:autoSpaceDN w:val="0"/>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AF00ED">
              <w:rPr>
                <w:rFonts w:ascii="Times New Roman" w:eastAsia="Times New Roman" w:hAnsi="Times New Roman" w:cs="Times New Roman"/>
                <w:b/>
                <w:bCs/>
                <w:color w:val="000000"/>
                <w:sz w:val="24"/>
                <w:szCs w:val="24"/>
              </w:rPr>
              <w:t>Characters</w:t>
            </w:r>
          </w:p>
        </w:tc>
        <w:tc>
          <w:tcPr>
            <w:tcW w:w="2934" w:type="pct"/>
            <w:shd w:val="clear" w:color="auto" w:fill="auto"/>
            <w:vAlign w:val="center"/>
          </w:tcPr>
          <w:p w14:paraId="4CDCF488"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AF00ED">
              <w:rPr>
                <w:rFonts w:ascii="Times New Roman" w:eastAsia="Times New Roman" w:hAnsi="Times New Roman" w:cs="Times New Roman"/>
                <w:b/>
                <w:bCs/>
                <w:color w:val="000000"/>
                <w:sz w:val="24"/>
                <w:szCs w:val="24"/>
              </w:rPr>
              <w:t>Descriptions</w:t>
            </w:r>
          </w:p>
        </w:tc>
      </w:tr>
      <w:tr w:rsidR="00AF00ED" w:rsidRPr="00AF00ED" w14:paraId="19D0BD05" w14:textId="77777777" w:rsidTr="00F030D8">
        <w:tc>
          <w:tcPr>
            <w:tcW w:w="479" w:type="pct"/>
            <w:shd w:val="clear" w:color="auto" w:fill="auto"/>
            <w:vAlign w:val="center"/>
          </w:tcPr>
          <w:p w14:paraId="69599344"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01.</w:t>
            </w:r>
          </w:p>
        </w:tc>
        <w:tc>
          <w:tcPr>
            <w:tcW w:w="1587" w:type="pct"/>
            <w:shd w:val="clear" w:color="auto" w:fill="auto"/>
            <w:vAlign w:val="center"/>
          </w:tcPr>
          <w:p w14:paraId="2C737FEE"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Type of plant</w:t>
            </w:r>
          </w:p>
        </w:tc>
        <w:tc>
          <w:tcPr>
            <w:tcW w:w="2934" w:type="pct"/>
            <w:shd w:val="clear" w:color="auto" w:fill="auto"/>
            <w:vAlign w:val="center"/>
          </w:tcPr>
          <w:p w14:paraId="65FF9A56"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Monocot, evergreen</w:t>
            </w:r>
          </w:p>
        </w:tc>
      </w:tr>
      <w:tr w:rsidR="00AF00ED" w:rsidRPr="00AF00ED" w14:paraId="60240C58" w14:textId="77777777" w:rsidTr="00F030D8">
        <w:tc>
          <w:tcPr>
            <w:tcW w:w="479" w:type="pct"/>
            <w:shd w:val="clear" w:color="auto" w:fill="auto"/>
            <w:vAlign w:val="center"/>
          </w:tcPr>
          <w:p w14:paraId="77F0323E"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02.</w:t>
            </w:r>
          </w:p>
        </w:tc>
        <w:tc>
          <w:tcPr>
            <w:tcW w:w="1587" w:type="pct"/>
            <w:shd w:val="clear" w:color="auto" w:fill="auto"/>
            <w:vAlign w:val="center"/>
          </w:tcPr>
          <w:p w14:paraId="54C47506"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Plant height</w:t>
            </w:r>
          </w:p>
        </w:tc>
        <w:tc>
          <w:tcPr>
            <w:tcW w:w="2934" w:type="pct"/>
            <w:shd w:val="clear" w:color="auto" w:fill="auto"/>
            <w:vAlign w:val="center"/>
          </w:tcPr>
          <w:p w14:paraId="0FCA54CE"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1-2 m</w:t>
            </w:r>
          </w:p>
        </w:tc>
      </w:tr>
      <w:tr w:rsidR="00AF00ED" w:rsidRPr="00AF00ED" w14:paraId="2334D1F0" w14:textId="77777777" w:rsidTr="00F030D8">
        <w:tc>
          <w:tcPr>
            <w:tcW w:w="479" w:type="pct"/>
            <w:shd w:val="clear" w:color="auto" w:fill="auto"/>
            <w:vAlign w:val="center"/>
          </w:tcPr>
          <w:p w14:paraId="61FA7DEF"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03.</w:t>
            </w:r>
          </w:p>
        </w:tc>
        <w:tc>
          <w:tcPr>
            <w:tcW w:w="1587" w:type="pct"/>
            <w:shd w:val="clear" w:color="auto" w:fill="auto"/>
            <w:vAlign w:val="center"/>
          </w:tcPr>
          <w:p w14:paraId="61BE1E3A"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Growth habit</w:t>
            </w:r>
          </w:p>
        </w:tc>
        <w:tc>
          <w:tcPr>
            <w:tcW w:w="2934" w:type="pct"/>
            <w:shd w:val="clear" w:color="auto" w:fill="auto"/>
            <w:vAlign w:val="center"/>
          </w:tcPr>
          <w:p w14:paraId="559A8032"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Profusely spread at a particular axis from the base, mostly shrub</w:t>
            </w:r>
          </w:p>
        </w:tc>
      </w:tr>
      <w:tr w:rsidR="00AF00ED" w:rsidRPr="00AF00ED" w14:paraId="211CE9A1" w14:textId="77777777" w:rsidTr="00F030D8">
        <w:tc>
          <w:tcPr>
            <w:tcW w:w="479" w:type="pct"/>
            <w:shd w:val="clear" w:color="auto" w:fill="auto"/>
            <w:vAlign w:val="center"/>
          </w:tcPr>
          <w:p w14:paraId="3C669A83"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04.</w:t>
            </w:r>
          </w:p>
        </w:tc>
        <w:tc>
          <w:tcPr>
            <w:tcW w:w="1587" w:type="pct"/>
            <w:shd w:val="clear" w:color="auto" w:fill="auto"/>
            <w:vAlign w:val="center"/>
          </w:tcPr>
          <w:p w14:paraId="47426184"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Length and width of leaves</w:t>
            </w:r>
          </w:p>
        </w:tc>
        <w:tc>
          <w:tcPr>
            <w:tcW w:w="2934" w:type="pct"/>
            <w:shd w:val="clear" w:color="auto" w:fill="auto"/>
            <w:vAlign w:val="center"/>
          </w:tcPr>
          <w:p w14:paraId="58A3DB32"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25-50</w:t>
            </w:r>
            <w:r w:rsidRPr="00AF00ED">
              <w:rPr>
                <w:rFonts w:ascii="Times New Roman" w:eastAsia="Times New Roman" w:hAnsi="Times New Roman" w:cs="Arial"/>
                <w:b/>
                <w:bCs/>
                <w:color w:val="000000"/>
                <w:sz w:val="24"/>
                <w:szCs w:val="21"/>
                <w:shd w:val="clear" w:color="auto" w:fill="FFFFFF"/>
              </w:rPr>
              <w:t xml:space="preserve"> </w:t>
            </w:r>
            <w:bookmarkStart w:id="5" w:name="_Hlk138114581"/>
            <w:r w:rsidRPr="00AF00ED">
              <w:rPr>
                <w:rFonts w:ascii="Times New Roman" w:eastAsia="Times New Roman" w:hAnsi="Times New Roman" w:cs="Times New Roman"/>
                <w:b/>
                <w:bCs/>
                <w:color w:val="000000"/>
                <w:sz w:val="24"/>
                <w:szCs w:val="24"/>
                <w:shd w:val="clear" w:color="auto" w:fill="FFFFFF"/>
              </w:rPr>
              <w:t>×</w:t>
            </w:r>
            <w:r w:rsidRPr="00AF00ED">
              <w:rPr>
                <w:rFonts w:ascii="Times New Roman" w:eastAsia="Times New Roman" w:hAnsi="Times New Roman" w:cs="Times New Roman"/>
                <w:color w:val="000000"/>
                <w:sz w:val="24"/>
                <w:szCs w:val="24"/>
              </w:rPr>
              <w:t xml:space="preserve"> </w:t>
            </w:r>
            <w:bookmarkEnd w:id="5"/>
            <w:r w:rsidRPr="00AF00ED">
              <w:rPr>
                <w:rFonts w:ascii="Times New Roman" w:eastAsia="Times New Roman" w:hAnsi="Times New Roman" w:cs="Times New Roman"/>
                <w:color w:val="000000"/>
                <w:sz w:val="24"/>
                <w:szCs w:val="24"/>
              </w:rPr>
              <w:t>5-10 cm</w:t>
            </w:r>
          </w:p>
        </w:tc>
      </w:tr>
      <w:tr w:rsidR="00AF00ED" w:rsidRPr="00AF00ED" w14:paraId="2A7BBF6E" w14:textId="77777777" w:rsidTr="00F030D8">
        <w:tc>
          <w:tcPr>
            <w:tcW w:w="479" w:type="pct"/>
            <w:shd w:val="clear" w:color="auto" w:fill="auto"/>
            <w:vAlign w:val="center"/>
          </w:tcPr>
          <w:p w14:paraId="6D3B7E82"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05.</w:t>
            </w:r>
          </w:p>
        </w:tc>
        <w:tc>
          <w:tcPr>
            <w:tcW w:w="1587" w:type="pct"/>
            <w:shd w:val="clear" w:color="auto" w:fill="auto"/>
            <w:vAlign w:val="center"/>
          </w:tcPr>
          <w:p w14:paraId="1E7123D6"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Leaf colour</w:t>
            </w:r>
          </w:p>
        </w:tc>
        <w:tc>
          <w:tcPr>
            <w:tcW w:w="2934" w:type="pct"/>
            <w:shd w:val="clear" w:color="auto" w:fill="auto"/>
            <w:vAlign w:val="center"/>
          </w:tcPr>
          <w:p w14:paraId="75787DB7"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Red, pink, purple, maroon, greenish shade</w:t>
            </w:r>
          </w:p>
        </w:tc>
      </w:tr>
      <w:tr w:rsidR="00AF00ED" w:rsidRPr="00AF00ED" w14:paraId="6DC5EF61" w14:textId="77777777" w:rsidTr="00F030D8">
        <w:tc>
          <w:tcPr>
            <w:tcW w:w="479" w:type="pct"/>
            <w:shd w:val="clear" w:color="auto" w:fill="auto"/>
            <w:vAlign w:val="center"/>
          </w:tcPr>
          <w:p w14:paraId="686BB2CE"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06.</w:t>
            </w:r>
          </w:p>
        </w:tc>
        <w:tc>
          <w:tcPr>
            <w:tcW w:w="1587" w:type="pct"/>
            <w:shd w:val="clear" w:color="auto" w:fill="auto"/>
            <w:vAlign w:val="center"/>
          </w:tcPr>
          <w:p w14:paraId="06B76C7F"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No of leaves/plant</w:t>
            </w:r>
          </w:p>
        </w:tc>
        <w:tc>
          <w:tcPr>
            <w:tcW w:w="2934" w:type="pct"/>
            <w:shd w:val="clear" w:color="auto" w:fill="auto"/>
            <w:vAlign w:val="center"/>
          </w:tcPr>
          <w:p w14:paraId="45C9E794" w14:textId="77777777" w:rsidR="00AF00ED" w:rsidRPr="00AF00ED" w:rsidRDefault="00AF00ED" w:rsidP="00F030D8">
            <w:pPr>
              <w:widowControl w:val="0"/>
              <w:autoSpaceDE w:val="0"/>
              <w:autoSpaceDN w:val="0"/>
              <w:spacing w:before="100" w:beforeAutospacing="1" w:after="100" w:afterAutospacing="1" w:line="240" w:lineRule="auto"/>
              <w:outlineLvl w:val="3"/>
              <w:rPr>
                <w:rFonts w:ascii="Times New Roman" w:eastAsia="Times New Roman" w:hAnsi="Times New Roman" w:cs="Times New Roman"/>
                <w:color w:val="000000"/>
                <w:sz w:val="24"/>
                <w:szCs w:val="24"/>
              </w:rPr>
            </w:pPr>
            <w:r w:rsidRPr="00AF00ED">
              <w:rPr>
                <w:rFonts w:ascii="Times New Roman" w:eastAsia="Times New Roman" w:hAnsi="Times New Roman" w:cs="Times New Roman"/>
                <w:color w:val="000000"/>
                <w:sz w:val="24"/>
                <w:szCs w:val="24"/>
              </w:rPr>
              <w:t>4-5</w:t>
            </w:r>
          </w:p>
        </w:tc>
      </w:tr>
    </w:tbl>
    <w:bookmarkEnd w:id="4"/>
    <w:p w14:paraId="2D2DAE5A" w14:textId="5DD5393A" w:rsidR="00AF00ED" w:rsidRPr="00AF00ED" w:rsidRDefault="00202A0A" w:rsidP="00AF00ED">
      <w:pPr>
        <w:spacing w:before="100" w:beforeAutospacing="1" w:after="100" w:afterAutospacing="1" w:line="240" w:lineRule="auto"/>
        <w:jc w:val="both"/>
        <w:rPr>
          <w:rFonts w:ascii="Times New Roman" w:eastAsia="Times New Roman" w:hAnsi="Times New Roman" w:cs="Times New Roman"/>
          <w:color w:val="000000"/>
          <w:sz w:val="24"/>
          <w:szCs w:val="24"/>
          <w:lang w:val="en-IN"/>
        </w:rPr>
      </w:pPr>
      <w:r>
        <w:rPr>
          <w:rFonts w:ascii="Times New Roman" w:eastAsia="Times New Roman" w:hAnsi="Times New Roman" w:cs="Times New Roman"/>
          <w:b/>
          <w:bCs/>
          <w:i/>
          <w:iCs/>
          <w:color w:val="000000"/>
          <w:sz w:val="24"/>
          <w:szCs w:val="24"/>
          <w:lang w:val="en-IN"/>
        </w:rPr>
        <w:t xml:space="preserve">     </w:t>
      </w:r>
      <w:r w:rsidRPr="00202A0A">
        <w:rPr>
          <w:rFonts w:ascii="Times New Roman" w:eastAsia="Times New Roman" w:hAnsi="Times New Roman" w:cs="Times New Roman"/>
          <w:b/>
          <w:bCs/>
          <w:color w:val="000000"/>
          <w:sz w:val="24"/>
          <w:szCs w:val="24"/>
          <w:lang w:val="en-IN"/>
        </w:rPr>
        <w:t>2.3</w:t>
      </w:r>
      <w:r>
        <w:rPr>
          <w:rFonts w:ascii="Times New Roman" w:eastAsia="Times New Roman" w:hAnsi="Times New Roman" w:cs="Times New Roman"/>
          <w:b/>
          <w:bCs/>
          <w:color w:val="000000"/>
          <w:sz w:val="24"/>
          <w:szCs w:val="24"/>
          <w:lang w:val="en-IN"/>
        </w:rPr>
        <w:t xml:space="preserve"> Field preparation and Layout</w:t>
      </w:r>
    </w:p>
    <w:p w14:paraId="4C8677C7" w14:textId="0CF42652" w:rsidR="00AF00ED" w:rsidRDefault="00AF00ED" w:rsidP="000051E4">
      <w:pPr>
        <w:spacing w:after="0" w:line="240" w:lineRule="auto"/>
        <w:ind w:firstLine="720"/>
        <w:jc w:val="both"/>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Mixture of FYM + Soil in 1:1 proportion were placed in 117 pots (Fig. 1)</w:t>
      </w:r>
      <w:r w:rsidR="00202A0A">
        <w:rPr>
          <w:rFonts w:ascii="Times New Roman" w:eastAsia="Times New Roman" w:hAnsi="Times New Roman" w:cs="Times New Roman"/>
          <w:color w:val="000000"/>
          <w:sz w:val="24"/>
          <w:szCs w:val="24"/>
          <w:lang w:val="en-IN"/>
        </w:rPr>
        <w:t xml:space="preserve"> with good porosity, soil texture and soil pH.</w:t>
      </w:r>
      <w:r w:rsidR="00202A0A" w:rsidRPr="00202A0A">
        <w:rPr>
          <w:rFonts w:ascii="Times New Roman" w:eastAsia="Times New Roman" w:hAnsi="Times New Roman" w:cs="Times New Roman"/>
          <w:color w:val="000000"/>
          <w:sz w:val="24"/>
          <w:szCs w:val="24"/>
          <w:lang w:val="en-IN"/>
        </w:rPr>
        <w:t xml:space="preserve"> </w:t>
      </w:r>
      <w:r w:rsidR="00202A0A" w:rsidRPr="00AF00ED">
        <w:rPr>
          <w:rFonts w:ascii="Times New Roman" w:eastAsia="Times New Roman" w:hAnsi="Times New Roman" w:cs="Times New Roman"/>
          <w:color w:val="000000"/>
          <w:sz w:val="24"/>
          <w:szCs w:val="24"/>
          <w:lang w:val="en-IN"/>
        </w:rPr>
        <w:t>117 young plants in polybags with 3-4 number of leaves</w:t>
      </w:r>
      <w:r w:rsidR="000051E4">
        <w:rPr>
          <w:rFonts w:ascii="Times New Roman" w:eastAsia="Times New Roman" w:hAnsi="Times New Roman" w:cs="Times New Roman"/>
          <w:color w:val="000000"/>
          <w:sz w:val="24"/>
          <w:szCs w:val="24"/>
          <w:lang w:val="en-IN"/>
        </w:rPr>
        <w:t xml:space="preserve"> (Table 1)</w:t>
      </w:r>
      <w:r w:rsidR="00202A0A" w:rsidRPr="00AF00ED">
        <w:rPr>
          <w:rFonts w:ascii="Times New Roman" w:eastAsia="Times New Roman" w:hAnsi="Times New Roman" w:cs="Times New Roman"/>
          <w:color w:val="000000"/>
          <w:sz w:val="24"/>
          <w:szCs w:val="24"/>
          <w:lang w:val="en-IN"/>
        </w:rPr>
        <w:t xml:space="preserve"> and uniform size were </w:t>
      </w:r>
      <w:r w:rsidR="00202A0A">
        <w:rPr>
          <w:rFonts w:ascii="Times New Roman" w:eastAsia="Times New Roman" w:hAnsi="Times New Roman" w:cs="Times New Roman"/>
          <w:color w:val="000000"/>
          <w:sz w:val="24"/>
          <w:szCs w:val="24"/>
          <w:lang w:val="en-IN"/>
        </w:rPr>
        <w:t>transplanted</w:t>
      </w:r>
      <w:r w:rsidR="00202A0A" w:rsidRPr="00AF00ED">
        <w:rPr>
          <w:rFonts w:ascii="Times New Roman" w:eastAsia="Times New Roman" w:hAnsi="Times New Roman" w:cs="Times New Roman"/>
          <w:color w:val="000000"/>
          <w:sz w:val="24"/>
          <w:szCs w:val="24"/>
          <w:lang w:val="en-IN"/>
        </w:rPr>
        <w:t xml:space="preserve"> in pots under protected shade net condition</w:t>
      </w:r>
      <w:r w:rsidR="00202A0A">
        <w:rPr>
          <w:rFonts w:ascii="Times New Roman" w:eastAsia="Times New Roman" w:hAnsi="Times New Roman" w:cs="Times New Roman"/>
          <w:color w:val="000000"/>
          <w:sz w:val="24"/>
          <w:szCs w:val="24"/>
          <w:lang w:val="en-IN"/>
        </w:rPr>
        <w:t>.</w:t>
      </w:r>
      <w:r w:rsidR="00202A0A" w:rsidRPr="00202A0A">
        <w:rPr>
          <w:rFonts w:ascii="Times New Roman" w:eastAsia="Times New Roman" w:hAnsi="Times New Roman" w:cs="Times New Roman"/>
          <w:color w:val="000000"/>
          <w:sz w:val="24"/>
          <w:szCs w:val="24"/>
          <w:lang w:val="en-IN"/>
        </w:rPr>
        <w:t xml:space="preserve"> </w:t>
      </w:r>
      <w:r w:rsidR="00202A0A" w:rsidRPr="00AF00ED">
        <w:rPr>
          <w:rFonts w:ascii="Times New Roman" w:eastAsia="Times New Roman" w:hAnsi="Times New Roman" w:cs="Times New Roman"/>
          <w:color w:val="000000"/>
          <w:sz w:val="24"/>
          <w:szCs w:val="24"/>
          <w:lang w:val="en-IN"/>
        </w:rPr>
        <w:t xml:space="preserve">The experimental field was laid out as plan of layout (Fig. </w:t>
      </w:r>
      <w:r w:rsidR="004164BA">
        <w:rPr>
          <w:rFonts w:ascii="Times New Roman" w:eastAsia="Times New Roman" w:hAnsi="Times New Roman" w:cs="Times New Roman"/>
          <w:color w:val="000000"/>
          <w:sz w:val="24"/>
          <w:szCs w:val="24"/>
          <w:lang w:val="en-IN"/>
        </w:rPr>
        <w:t>9</w:t>
      </w:r>
      <w:r w:rsidR="00202A0A" w:rsidRPr="00AF00ED">
        <w:rPr>
          <w:rFonts w:ascii="Times New Roman" w:eastAsia="Times New Roman" w:hAnsi="Times New Roman" w:cs="Times New Roman"/>
          <w:color w:val="000000"/>
          <w:sz w:val="24"/>
          <w:szCs w:val="24"/>
          <w:lang w:val="en-IN"/>
        </w:rPr>
        <w:t>)</w:t>
      </w:r>
      <w:r w:rsidR="000051E4">
        <w:rPr>
          <w:rFonts w:ascii="Times New Roman" w:eastAsia="Times New Roman" w:hAnsi="Times New Roman" w:cs="Times New Roman"/>
          <w:color w:val="000000"/>
          <w:sz w:val="24"/>
          <w:szCs w:val="24"/>
          <w:lang w:val="en-IN"/>
        </w:rPr>
        <w:t xml:space="preserve"> with 13 treatments, 3 replications under each treatment and 3 pots/ replication using CRD experimental design to study the effect of bioenzymes on growth and development of </w:t>
      </w:r>
      <w:r w:rsidR="000051E4" w:rsidRPr="000051E4">
        <w:rPr>
          <w:rFonts w:ascii="Times New Roman" w:eastAsia="Times New Roman" w:hAnsi="Times New Roman" w:cs="Times New Roman"/>
          <w:i/>
          <w:iCs/>
          <w:color w:val="000000"/>
          <w:sz w:val="24"/>
          <w:szCs w:val="24"/>
          <w:lang w:val="en-IN"/>
        </w:rPr>
        <w:t>Cordyline terminalis</w:t>
      </w:r>
      <w:r w:rsidR="000051E4">
        <w:rPr>
          <w:rFonts w:ascii="Times New Roman" w:eastAsia="Times New Roman" w:hAnsi="Times New Roman" w:cs="Times New Roman"/>
          <w:i/>
          <w:iCs/>
          <w:color w:val="000000"/>
          <w:sz w:val="24"/>
          <w:szCs w:val="24"/>
          <w:lang w:val="en-IN"/>
        </w:rPr>
        <w:t xml:space="preserve"> </w:t>
      </w:r>
      <w:r w:rsidR="000051E4">
        <w:rPr>
          <w:rFonts w:ascii="Times New Roman" w:eastAsia="Times New Roman" w:hAnsi="Times New Roman" w:cs="Times New Roman"/>
          <w:color w:val="000000"/>
          <w:sz w:val="24"/>
          <w:szCs w:val="24"/>
          <w:lang w:val="en-IN"/>
        </w:rPr>
        <w:t>(Fig. 2, Table 2 &amp; Table 3).</w:t>
      </w:r>
    </w:p>
    <w:p w14:paraId="60D86EFB" w14:textId="77777777" w:rsidR="004164BA" w:rsidRDefault="004164BA" w:rsidP="000051E4">
      <w:pPr>
        <w:spacing w:after="0" w:line="240" w:lineRule="auto"/>
        <w:ind w:firstLine="720"/>
        <w:jc w:val="both"/>
        <w:rPr>
          <w:rFonts w:ascii="Times New Roman" w:eastAsia="Times New Roman" w:hAnsi="Times New Roman" w:cs="Times New Roman"/>
          <w:color w:val="000000"/>
          <w:sz w:val="24"/>
          <w:szCs w:val="24"/>
          <w:lang w:val="en-IN"/>
        </w:rPr>
      </w:pPr>
    </w:p>
    <w:p w14:paraId="614518ED" w14:textId="77777777" w:rsidR="004164BA" w:rsidRDefault="004164BA" w:rsidP="000051E4">
      <w:pPr>
        <w:spacing w:after="0" w:line="240" w:lineRule="auto"/>
        <w:ind w:firstLine="720"/>
        <w:jc w:val="both"/>
        <w:rPr>
          <w:rFonts w:ascii="Times New Roman" w:eastAsia="Times New Roman" w:hAnsi="Times New Roman" w:cs="Times New Roman"/>
          <w:color w:val="000000"/>
          <w:sz w:val="24"/>
          <w:szCs w:val="24"/>
          <w:lang w:val="en-IN"/>
        </w:rPr>
      </w:pPr>
    </w:p>
    <w:p w14:paraId="20456A69" w14:textId="77777777" w:rsidR="004164BA" w:rsidRDefault="004164BA" w:rsidP="000051E4">
      <w:pPr>
        <w:spacing w:after="0" w:line="240" w:lineRule="auto"/>
        <w:ind w:firstLine="720"/>
        <w:jc w:val="both"/>
        <w:rPr>
          <w:rFonts w:ascii="Times New Roman" w:eastAsia="Times New Roman" w:hAnsi="Times New Roman" w:cs="Times New Roman"/>
          <w:color w:val="000000"/>
          <w:sz w:val="24"/>
          <w:szCs w:val="24"/>
          <w:lang w:val="en-IN"/>
        </w:rPr>
      </w:pPr>
    </w:p>
    <w:p w14:paraId="1899AAEA" w14:textId="77777777" w:rsidR="004164BA" w:rsidRDefault="004164BA" w:rsidP="000051E4">
      <w:pPr>
        <w:spacing w:after="0" w:line="240" w:lineRule="auto"/>
        <w:ind w:firstLine="720"/>
        <w:jc w:val="both"/>
        <w:rPr>
          <w:rFonts w:ascii="Times New Roman" w:eastAsia="Times New Roman" w:hAnsi="Times New Roman" w:cs="Times New Roman"/>
          <w:color w:val="000000"/>
          <w:sz w:val="24"/>
          <w:szCs w:val="24"/>
          <w:lang w:val="en-IN"/>
        </w:rPr>
      </w:pPr>
    </w:p>
    <w:p w14:paraId="231FF2F4" w14:textId="77777777" w:rsidR="004164BA" w:rsidRDefault="004164BA" w:rsidP="000051E4">
      <w:pPr>
        <w:spacing w:after="0" w:line="240" w:lineRule="auto"/>
        <w:ind w:firstLine="720"/>
        <w:jc w:val="both"/>
        <w:rPr>
          <w:rFonts w:ascii="Times New Roman" w:eastAsia="Times New Roman" w:hAnsi="Times New Roman" w:cs="Times New Roman"/>
          <w:color w:val="000000"/>
          <w:sz w:val="24"/>
          <w:szCs w:val="24"/>
          <w:lang w:val="en-IN"/>
        </w:rPr>
      </w:pPr>
    </w:p>
    <w:p w14:paraId="040B728C" w14:textId="77777777" w:rsidR="00F030D8" w:rsidRDefault="00F030D8" w:rsidP="000051E4">
      <w:pPr>
        <w:spacing w:after="0" w:line="240" w:lineRule="auto"/>
        <w:ind w:firstLine="720"/>
        <w:jc w:val="both"/>
        <w:rPr>
          <w:rFonts w:ascii="Times New Roman" w:eastAsia="Times New Roman" w:hAnsi="Times New Roman" w:cs="Times New Roman"/>
          <w:color w:val="000000"/>
          <w:sz w:val="24"/>
          <w:szCs w:val="24"/>
          <w:lang w:val="en-IN"/>
        </w:rPr>
      </w:pPr>
    </w:p>
    <w:p w14:paraId="651CFDEC" w14:textId="77777777" w:rsidR="0047037E" w:rsidRDefault="0047037E" w:rsidP="000051E4">
      <w:pPr>
        <w:spacing w:after="0" w:line="240" w:lineRule="auto"/>
        <w:ind w:firstLine="720"/>
        <w:jc w:val="both"/>
        <w:rPr>
          <w:rFonts w:ascii="Times New Roman" w:eastAsia="Times New Roman" w:hAnsi="Times New Roman" w:cs="Times New Roman"/>
          <w:color w:val="000000"/>
          <w:sz w:val="24"/>
          <w:szCs w:val="24"/>
          <w:lang w:val="en-IN"/>
        </w:rPr>
      </w:pPr>
    </w:p>
    <w:p w14:paraId="3195F67D" w14:textId="77777777" w:rsidR="0047037E" w:rsidRDefault="0047037E" w:rsidP="000051E4">
      <w:pPr>
        <w:spacing w:after="0" w:line="240" w:lineRule="auto"/>
        <w:ind w:firstLine="720"/>
        <w:jc w:val="both"/>
        <w:rPr>
          <w:rFonts w:ascii="Times New Roman" w:eastAsia="Times New Roman" w:hAnsi="Times New Roman" w:cs="Times New Roman"/>
          <w:color w:val="000000"/>
          <w:sz w:val="24"/>
          <w:szCs w:val="24"/>
          <w:lang w:val="en-IN"/>
        </w:rPr>
      </w:pPr>
    </w:p>
    <w:p w14:paraId="5F21A9B0" w14:textId="77777777" w:rsidR="0047037E" w:rsidRDefault="0047037E" w:rsidP="000051E4">
      <w:pPr>
        <w:spacing w:after="0" w:line="240" w:lineRule="auto"/>
        <w:ind w:firstLine="720"/>
        <w:jc w:val="both"/>
        <w:rPr>
          <w:rFonts w:ascii="Times New Roman" w:eastAsia="Times New Roman" w:hAnsi="Times New Roman" w:cs="Times New Roman"/>
          <w:color w:val="000000"/>
          <w:sz w:val="24"/>
          <w:szCs w:val="24"/>
          <w:lang w:val="en-IN"/>
        </w:rPr>
      </w:pPr>
    </w:p>
    <w:p w14:paraId="098A5BB0" w14:textId="77777777" w:rsidR="0047037E" w:rsidRDefault="0047037E" w:rsidP="000051E4">
      <w:pPr>
        <w:spacing w:after="0" w:line="240" w:lineRule="auto"/>
        <w:ind w:firstLine="720"/>
        <w:jc w:val="both"/>
        <w:rPr>
          <w:rFonts w:ascii="Times New Roman" w:eastAsia="Times New Roman" w:hAnsi="Times New Roman" w:cs="Times New Roman"/>
          <w:color w:val="000000"/>
          <w:sz w:val="24"/>
          <w:szCs w:val="24"/>
          <w:lang w:val="en-IN"/>
        </w:rPr>
      </w:pPr>
    </w:p>
    <w:p w14:paraId="03694613" w14:textId="77777777" w:rsidR="0047037E" w:rsidRPr="000051E4" w:rsidRDefault="0047037E" w:rsidP="000051E4">
      <w:pPr>
        <w:spacing w:after="0" w:line="240" w:lineRule="auto"/>
        <w:ind w:firstLine="720"/>
        <w:jc w:val="both"/>
        <w:rPr>
          <w:rFonts w:ascii="Times New Roman" w:eastAsia="Times New Roman" w:hAnsi="Times New Roman" w:cs="Times New Roman"/>
          <w:color w:val="000000"/>
          <w:sz w:val="24"/>
          <w:szCs w:val="24"/>
          <w:lang w:val="en-IN"/>
        </w:rPr>
      </w:pPr>
    </w:p>
    <w:p w14:paraId="7F2D28D2" w14:textId="07E70DFC" w:rsidR="00AF00ED" w:rsidRPr="00AF00ED" w:rsidRDefault="00AF00ED" w:rsidP="00AF00ED">
      <w:pPr>
        <w:widowControl w:val="0"/>
        <w:autoSpaceDE w:val="0"/>
        <w:autoSpaceDN w:val="0"/>
        <w:spacing w:before="100" w:beforeAutospacing="1" w:after="100" w:afterAutospacing="1" w:line="360" w:lineRule="auto"/>
        <w:ind w:left="900" w:hanging="900"/>
        <w:jc w:val="both"/>
        <w:rPr>
          <w:rFonts w:ascii="Times New Roman" w:eastAsia="Times New Roman" w:hAnsi="Times New Roman" w:cs="Times New Roman"/>
          <w:b/>
          <w:bCs/>
          <w:i/>
          <w:iCs/>
          <w:color w:val="000000"/>
          <w:sz w:val="24"/>
          <w:szCs w:val="24"/>
          <w:lang w:val="en-IN"/>
        </w:rPr>
      </w:pPr>
      <w:bookmarkStart w:id="6" w:name="_Hlk148465957"/>
      <w:r w:rsidRPr="00AF00ED">
        <w:rPr>
          <w:rFonts w:ascii="Times New Roman" w:eastAsia="Times New Roman" w:hAnsi="Times New Roman" w:cs="Times New Roman"/>
          <w:b/>
          <w:bCs/>
          <w:color w:val="000000"/>
          <w:sz w:val="24"/>
          <w:szCs w:val="24"/>
          <w:lang w:val="en-IN"/>
        </w:rPr>
        <w:t xml:space="preserve">Table </w:t>
      </w:r>
      <w:r w:rsidR="00051F49">
        <w:rPr>
          <w:rFonts w:ascii="Times New Roman" w:eastAsia="Times New Roman" w:hAnsi="Times New Roman" w:cs="Times New Roman"/>
          <w:b/>
          <w:bCs/>
          <w:color w:val="000000"/>
          <w:sz w:val="24"/>
          <w:szCs w:val="24"/>
          <w:lang w:val="en-IN"/>
        </w:rPr>
        <w:t>2</w:t>
      </w:r>
      <w:r w:rsidRPr="00AF00ED">
        <w:rPr>
          <w:rFonts w:ascii="Times New Roman" w:eastAsia="Times New Roman" w:hAnsi="Times New Roman" w:cs="Times New Roman"/>
          <w:b/>
          <w:bCs/>
          <w:color w:val="000000"/>
          <w:sz w:val="24"/>
          <w:szCs w:val="24"/>
          <w:lang w:val="en-IN"/>
        </w:rPr>
        <w:t>:</w:t>
      </w:r>
      <w:r w:rsidRPr="00AF00ED">
        <w:rPr>
          <w:rFonts w:ascii="Times New Roman" w:eastAsia="Times New Roman" w:hAnsi="Times New Roman" w:cs="Times New Roman"/>
          <w:color w:val="000000"/>
          <w:sz w:val="24"/>
          <w:szCs w:val="24"/>
          <w:lang w:val="en-IN"/>
        </w:rPr>
        <w:tab/>
      </w:r>
      <w:r w:rsidRPr="00AF00ED">
        <w:rPr>
          <w:rFonts w:ascii="Times New Roman" w:eastAsia="Times New Roman" w:hAnsi="Times New Roman" w:cs="Times New Roman"/>
          <w:b/>
          <w:bCs/>
          <w:color w:val="000000"/>
          <w:sz w:val="24"/>
          <w:szCs w:val="24"/>
          <w:lang w:val="en-IN"/>
        </w:rPr>
        <w:t xml:space="preserve">Common treatment details for </w:t>
      </w:r>
      <w:r w:rsidRPr="00AF00ED">
        <w:rPr>
          <w:rFonts w:ascii="Times New Roman" w:eastAsia="Times New Roman" w:hAnsi="Times New Roman" w:cs="Times New Roman"/>
          <w:b/>
          <w:bCs/>
          <w:i/>
          <w:iCs/>
          <w:color w:val="000000"/>
          <w:sz w:val="24"/>
          <w:szCs w:val="24"/>
          <w:lang w:val="en-IN"/>
        </w:rPr>
        <w:t>in vivo</w:t>
      </w:r>
      <w:r w:rsidRPr="00AF00ED">
        <w:rPr>
          <w:rFonts w:ascii="Times New Roman" w:eastAsia="Times New Roman" w:hAnsi="Times New Roman" w:cs="Times New Roman"/>
          <w:b/>
          <w:bCs/>
          <w:color w:val="000000"/>
          <w:sz w:val="24"/>
          <w:szCs w:val="24"/>
          <w:lang w:val="en-IN"/>
        </w:rPr>
        <w:t xml:space="preserve"> effect of bioenzymes on growth and development of </w:t>
      </w:r>
      <w:r w:rsidRPr="00AF00ED">
        <w:rPr>
          <w:rFonts w:ascii="Times New Roman" w:eastAsia="Times New Roman" w:hAnsi="Times New Roman" w:cs="Times New Roman"/>
          <w:b/>
          <w:bCs/>
          <w:i/>
          <w:iCs/>
          <w:color w:val="000000"/>
          <w:sz w:val="24"/>
          <w:szCs w:val="24"/>
          <w:lang w:val="en-IN"/>
        </w:rPr>
        <w:t xml:space="preserve">Cordyline terminalis     </w:t>
      </w:r>
    </w:p>
    <w:bookmarkEnd w:id="6"/>
    <w:p w14:paraId="0283F362" w14:textId="780CB324" w:rsidR="00AF00ED" w:rsidRPr="00AF00ED" w:rsidRDefault="004164BA" w:rsidP="004164BA">
      <w:pPr>
        <w:widowControl w:val="0"/>
        <w:autoSpaceDE w:val="0"/>
        <w:autoSpaceDN w:val="0"/>
        <w:spacing w:before="100" w:beforeAutospacing="1" w:after="100" w:afterAutospacing="1" w:line="240" w:lineRule="auto"/>
        <w:ind w:left="900" w:hanging="900"/>
        <w:jc w:val="center"/>
        <w:rPr>
          <w:rFonts w:ascii="Times New Roman" w:eastAsia="Times New Roman" w:hAnsi="Times New Roman" w:cs="Times New Roman"/>
          <w:b/>
          <w:bCs/>
          <w:color w:val="000000"/>
          <w:sz w:val="24"/>
          <w:szCs w:val="24"/>
          <w:lang w:val="en-IN"/>
        </w:rPr>
      </w:pPr>
      <w:r>
        <w:rPr>
          <w:rFonts w:ascii="Times New Roman" w:eastAsia="Times New Roman" w:hAnsi="Times New Roman" w:cs="Times New Roman"/>
          <w:b/>
          <w:bCs/>
          <w:color w:val="000000"/>
          <w:sz w:val="24"/>
          <w:szCs w:val="24"/>
          <w:lang w:val="en-IN"/>
        </w:rPr>
        <w:t xml:space="preserve">                                                                                  </w:t>
      </w:r>
      <w:r w:rsidR="00AF00ED" w:rsidRPr="00AF00ED">
        <w:rPr>
          <w:rFonts w:ascii="Times New Roman" w:eastAsia="Times New Roman" w:hAnsi="Times New Roman" w:cs="Times New Roman"/>
          <w:b/>
          <w:bCs/>
          <w:color w:val="000000"/>
          <w:sz w:val="24"/>
          <w:szCs w:val="24"/>
          <w:lang w:val="en-IN"/>
        </w:rPr>
        <w:t>Spray duration: 30 days interva</w:t>
      </w:r>
      <w:r>
        <w:rPr>
          <w:rFonts w:ascii="Times New Roman" w:eastAsia="Times New Roman" w:hAnsi="Times New Roman" w:cs="Times New Roman"/>
          <w:b/>
          <w:bCs/>
          <w:color w:val="000000"/>
          <w:sz w:val="24"/>
          <w:szCs w:val="24"/>
          <w:lang w:val="en-IN"/>
        </w:rPr>
        <w:t>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4153"/>
        <w:gridCol w:w="4153"/>
      </w:tblGrid>
      <w:tr w:rsidR="00AF00ED" w:rsidRPr="00AF00ED" w14:paraId="648AA649" w14:textId="77777777" w:rsidTr="006D5334">
        <w:trPr>
          <w:trHeight w:val="20"/>
        </w:trPr>
        <w:tc>
          <w:tcPr>
            <w:tcW w:w="558" w:type="pct"/>
            <w:shd w:val="clear" w:color="auto" w:fill="auto"/>
            <w:vAlign w:val="center"/>
          </w:tcPr>
          <w:p w14:paraId="1B1CAA14"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b/>
                <w:bCs/>
                <w:color w:val="000000"/>
                <w:sz w:val="24"/>
                <w:szCs w:val="24"/>
                <w:lang w:val="en-IN"/>
              </w:rPr>
            </w:pPr>
            <w:r w:rsidRPr="00AF00ED">
              <w:rPr>
                <w:rFonts w:ascii="Times New Roman" w:eastAsia="Times New Roman" w:hAnsi="Times New Roman" w:cs="Times New Roman"/>
                <w:b/>
                <w:bCs/>
                <w:color w:val="000000"/>
                <w:sz w:val="24"/>
                <w:szCs w:val="24"/>
                <w:lang w:val="en-IN"/>
              </w:rPr>
              <w:t>Sl. No.</w:t>
            </w:r>
          </w:p>
        </w:tc>
        <w:tc>
          <w:tcPr>
            <w:tcW w:w="2221" w:type="pct"/>
            <w:shd w:val="clear" w:color="auto" w:fill="auto"/>
            <w:vAlign w:val="center"/>
          </w:tcPr>
          <w:p w14:paraId="35B592F1"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b/>
                <w:bCs/>
                <w:color w:val="000000"/>
                <w:sz w:val="24"/>
                <w:szCs w:val="24"/>
                <w:lang w:val="en-IN"/>
              </w:rPr>
            </w:pPr>
            <w:r w:rsidRPr="00AF00ED">
              <w:rPr>
                <w:rFonts w:ascii="Times New Roman" w:eastAsia="Times New Roman" w:hAnsi="Times New Roman" w:cs="Times New Roman"/>
                <w:b/>
                <w:bCs/>
                <w:color w:val="000000"/>
                <w:sz w:val="24"/>
                <w:szCs w:val="24"/>
                <w:lang w:val="en-IN"/>
              </w:rPr>
              <w:t>Treatments</w:t>
            </w:r>
          </w:p>
        </w:tc>
        <w:tc>
          <w:tcPr>
            <w:tcW w:w="2221" w:type="pct"/>
            <w:shd w:val="clear" w:color="auto" w:fill="auto"/>
            <w:vAlign w:val="center"/>
          </w:tcPr>
          <w:p w14:paraId="11D2F195"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b/>
                <w:bCs/>
                <w:color w:val="000000"/>
                <w:sz w:val="24"/>
                <w:szCs w:val="24"/>
                <w:lang w:val="en-IN"/>
              </w:rPr>
            </w:pPr>
            <w:r w:rsidRPr="00AF00ED">
              <w:rPr>
                <w:rFonts w:ascii="Times New Roman" w:eastAsia="Times New Roman" w:hAnsi="Times New Roman" w:cs="Times New Roman"/>
                <w:b/>
                <w:bCs/>
                <w:color w:val="000000"/>
                <w:sz w:val="24"/>
                <w:szCs w:val="24"/>
                <w:lang w:val="en-IN"/>
              </w:rPr>
              <w:t>Treatment details</w:t>
            </w:r>
          </w:p>
        </w:tc>
      </w:tr>
      <w:tr w:rsidR="00AF00ED" w:rsidRPr="00AF00ED" w14:paraId="7C688952" w14:textId="77777777" w:rsidTr="006D5334">
        <w:trPr>
          <w:trHeight w:val="20"/>
        </w:trPr>
        <w:tc>
          <w:tcPr>
            <w:tcW w:w="558" w:type="pct"/>
            <w:shd w:val="clear" w:color="auto" w:fill="auto"/>
            <w:vAlign w:val="center"/>
          </w:tcPr>
          <w:p w14:paraId="361A3176"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01.</w:t>
            </w:r>
          </w:p>
        </w:tc>
        <w:tc>
          <w:tcPr>
            <w:tcW w:w="2221" w:type="pct"/>
            <w:shd w:val="clear" w:color="auto" w:fill="auto"/>
            <w:vAlign w:val="center"/>
          </w:tcPr>
          <w:p w14:paraId="25E847C5"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1</w:t>
            </w:r>
          </w:p>
        </w:tc>
        <w:tc>
          <w:tcPr>
            <w:tcW w:w="2221" w:type="pct"/>
            <w:shd w:val="clear" w:color="auto" w:fill="auto"/>
            <w:vAlign w:val="center"/>
          </w:tcPr>
          <w:p w14:paraId="5B162A7B"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Control (No bioenzyme application)</w:t>
            </w:r>
          </w:p>
        </w:tc>
      </w:tr>
      <w:tr w:rsidR="00AF00ED" w:rsidRPr="00AF00ED" w14:paraId="57A8ADF9" w14:textId="77777777" w:rsidTr="006D5334">
        <w:trPr>
          <w:trHeight w:val="20"/>
        </w:trPr>
        <w:tc>
          <w:tcPr>
            <w:tcW w:w="558" w:type="pct"/>
            <w:shd w:val="clear" w:color="auto" w:fill="auto"/>
            <w:vAlign w:val="center"/>
          </w:tcPr>
          <w:p w14:paraId="51690A6C"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02.</w:t>
            </w:r>
          </w:p>
        </w:tc>
        <w:tc>
          <w:tcPr>
            <w:tcW w:w="2221" w:type="pct"/>
            <w:shd w:val="clear" w:color="auto" w:fill="auto"/>
            <w:vAlign w:val="center"/>
          </w:tcPr>
          <w:p w14:paraId="45C19FFC"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2</w:t>
            </w:r>
          </w:p>
        </w:tc>
        <w:tc>
          <w:tcPr>
            <w:tcW w:w="2221" w:type="pct"/>
            <w:shd w:val="clear" w:color="auto" w:fill="auto"/>
            <w:vAlign w:val="center"/>
          </w:tcPr>
          <w:p w14:paraId="30235CB7"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Biozyme vegetable plus @ 0.5 ml/l</w:t>
            </w:r>
          </w:p>
        </w:tc>
      </w:tr>
      <w:tr w:rsidR="00AF00ED" w:rsidRPr="00AF00ED" w14:paraId="339EF61D" w14:textId="77777777" w:rsidTr="006D5334">
        <w:trPr>
          <w:trHeight w:val="20"/>
        </w:trPr>
        <w:tc>
          <w:tcPr>
            <w:tcW w:w="558" w:type="pct"/>
            <w:shd w:val="clear" w:color="auto" w:fill="auto"/>
            <w:vAlign w:val="center"/>
          </w:tcPr>
          <w:p w14:paraId="7D270CF5"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03.</w:t>
            </w:r>
          </w:p>
        </w:tc>
        <w:tc>
          <w:tcPr>
            <w:tcW w:w="2221" w:type="pct"/>
            <w:shd w:val="clear" w:color="auto" w:fill="auto"/>
            <w:vAlign w:val="center"/>
          </w:tcPr>
          <w:p w14:paraId="5E291B99"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3</w:t>
            </w:r>
          </w:p>
        </w:tc>
        <w:tc>
          <w:tcPr>
            <w:tcW w:w="2221" w:type="pct"/>
            <w:shd w:val="clear" w:color="auto" w:fill="auto"/>
            <w:vAlign w:val="center"/>
          </w:tcPr>
          <w:p w14:paraId="6A149B84"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Booster @ 0.5 ml/l</w:t>
            </w:r>
          </w:p>
        </w:tc>
      </w:tr>
      <w:tr w:rsidR="00AF00ED" w:rsidRPr="00AF00ED" w14:paraId="15744CA1" w14:textId="77777777" w:rsidTr="006D5334">
        <w:trPr>
          <w:trHeight w:val="20"/>
        </w:trPr>
        <w:tc>
          <w:tcPr>
            <w:tcW w:w="558" w:type="pct"/>
            <w:shd w:val="clear" w:color="auto" w:fill="auto"/>
            <w:vAlign w:val="center"/>
          </w:tcPr>
          <w:p w14:paraId="7454843C"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04.</w:t>
            </w:r>
          </w:p>
        </w:tc>
        <w:tc>
          <w:tcPr>
            <w:tcW w:w="2221" w:type="pct"/>
            <w:shd w:val="clear" w:color="auto" w:fill="auto"/>
            <w:vAlign w:val="center"/>
          </w:tcPr>
          <w:p w14:paraId="6961D97F"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4</w:t>
            </w:r>
          </w:p>
        </w:tc>
        <w:tc>
          <w:tcPr>
            <w:tcW w:w="2221" w:type="pct"/>
            <w:shd w:val="clear" w:color="auto" w:fill="auto"/>
            <w:vAlign w:val="center"/>
          </w:tcPr>
          <w:p w14:paraId="69E1C5F6"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Biozyme crop + @ 0.5 ml/l</w:t>
            </w:r>
          </w:p>
        </w:tc>
      </w:tr>
      <w:tr w:rsidR="00AF00ED" w:rsidRPr="00AF00ED" w14:paraId="0D8237BE" w14:textId="77777777" w:rsidTr="006D5334">
        <w:trPr>
          <w:trHeight w:val="20"/>
        </w:trPr>
        <w:tc>
          <w:tcPr>
            <w:tcW w:w="558" w:type="pct"/>
            <w:shd w:val="clear" w:color="auto" w:fill="auto"/>
            <w:vAlign w:val="center"/>
          </w:tcPr>
          <w:p w14:paraId="29AC834C"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05.</w:t>
            </w:r>
          </w:p>
        </w:tc>
        <w:tc>
          <w:tcPr>
            <w:tcW w:w="2221" w:type="pct"/>
            <w:shd w:val="clear" w:color="auto" w:fill="auto"/>
            <w:vAlign w:val="center"/>
          </w:tcPr>
          <w:p w14:paraId="5A35C709"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5</w:t>
            </w:r>
          </w:p>
        </w:tc>
        <w:tc>
          <w:tcPr>
            <w:tcW w:w="2221" w:type="pct"/>
            <w:shd w:val="clear" w:color="auto" w:fill="auto"/>
            <w:vAlign w:val="center"/>
          </w:tcPr>
          <w:p w14:paraId="5C218899"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Vipul booster @ 0.5 ml/l</w:t>
            </w:r>
          </w:p>
        </w:tc>
      </w:tr>
      <w:tr w:rsidR="00AF00ED" w:rsidRPr="00AF00ED" w14:paraId="2BEEDBD4" w14:textId="77777777" w:rsidTr="006D5334">
        <w:trPr>
          <w:trHeight w:val="20"/>
        </w:trPr>
        <w:tc>
          <w:tcPr>
            <w:tcW w:w="558" w:type="pct"/>
            <w:shd w:val="clear" w:color="auto" w:fill="auto"/>
            <w:vAlign w:val="center"/>
          </w:tcPr>
          <w:p w14:paraId="57A1258D"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06.</w:t>
            </w:r>
          </w:p>
        </w:tc>
        <w:tc>
          <w:tcPr>
            <w:tcW w:w="2221" w:type="pct"/>
            <w:shd w:val="clear" w:color="auto" w:fill="auto"/>
            <w:vAlign w:val="center"/>
          </w:tcPr>
          <w:p w14:paraId="5C2A6E88"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6</w:t>
            </w:r>
          </w:p>
        </w:tc>
        <w:tc>
          <w:tcPr>
            <w:tcW w:w="2221" w:type="pct"/>
            <w:shd w:val="clear" w:color="auto" w:fill="auto"/>
            <w:vAlign w:val="center"/>
          </w:tcPr>
          <w:p w14:paraId="62DF4F37"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Biozyme vegetable plus @ 1.0 ml/l</w:t>
            </w:r>
          </w:p>
        </w:tc>
      </w:tr>
      <w:tr w:rsidR="00AF00ED" w:rsidRPr="00AF00ED" w14:paraId="65C15AE7" w14:textId="77777777" w:rsidTr="006D5334">
        <w:trPr>
          <w:trHeight w:val="20"/>
        </w:trPr>
        <w:tc>
          <w:tcPr>
            <w:tcW w:w="558" w:type="pct"/>
            <w:shd w:val="clear" w:color="auto" w:fill="auto"/>
            <w:vAlign w:val="center"/>
          </w:tcPr>
          <w:p w14:paraId="05742E9C"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07.</w:t>
            </w:r>
          </w:p>
        </w:tc>
        <w:tc>
          <w:tcPr>
            <w:tcW w:w="2221" w:type="pct"/>
            <w:shd w:val="clear" w:color="auto" w:fill="auto"/>
            <w:vAlign w:val="center"/>
          </w:tcPr>
          <w:p w14:paraId="552CBAF0"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7</w:t>
            </w:r>
          </w:p>
        </w:tc>
        <w:tc>
          <w:tcPr>
            <w:tcW w:w="2221" w:type="pct"/>
            <w:shd w:val="clear" w:color="auto" w:fill="auto"/>
            <w:vAlign w:val="center"/>
          </w:tcPr>
          <w:p w14:paraId="300C5FBB"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Booster @ 1.0 ml/l</w:t>
            </w:r>
          </w:p>
        </w:tc>
      </w:tr>
      <w:tr w:rsidR="00AF00ED" w:rsidRPr="00AF00ED" w14:paraId="15BB469B" w14:textId="77777777" w:rsidTr="006D5334">
        <w:trPr>
          <w:trHeight w:val="20"/>
        </w:trPr>
        <w:tc>
          <w:tcPr>
            <w:tcW w:w="558" w:type="pct"/>
            <w:shd w:val="clear" w:color="auto" w:fill="auto"/>
            <w:vAlign w:val="center"/>
          </w:tcPr>
          <w:p w14:paraId="45C9452E"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08.</w:t>
            </w:r>
          </w:p>
        </w:tc>
        <w:tc>
          <w:tcPr>
            <w:tcW w:w="2221" w:type="pct"/>
            <w:shd w:val="clear" w:color="auto" w:fill="auto"/>
            <w:vAlign w:val="center"/>
          </w:tcPr>
          <w:p w14:paraId="556FD9D0"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8</w:t>
            </w:r>
          </w:p>
        </w:tc>
        <w:tc>
          <w:tcPr>
            <w:tcW w:w="2221" w:type="pct"/>
            <w:shd w:val="clear" w:color="auto" w:fill="auto"/>
            <w:vAlign w:val="center"/>
          </w:tcPr>
          <w:p w14:paraId="3F03F42D"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Vipul booster @ 1.0 ml/l</w:t>
            </w:r>
          </w:p>
        </w:tc>
      </w:tr>
      <w:tr w:rsidR="00AF00ED" w:rsidRPr="00AF00ED" w14:paraId="6ABCB22C" w14:textId="77777777" w:rsidTr="006D5334">
        <w:trPr>
          <w:trHeight w:val="20"/>
        </w:trPr>
        <w:tc>
          <w:tcPr>
            <w:tcW w:w="558" w:type="pct"/>
            <w:shd w:val="clear" w:color="auto" w:fill="auto"/>
            <w:vAlign w:val="center"/>
          </w:tcPr>
          <w:p w14:paraId="4C905D22"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09.</w:t>
            </w:r>
          </w:p>
        </w:tc>
        <w:tc>
          <w:tcPr>
            <w:tcW w:w="2221" w:type="pct"/>
            <w:shd w:val="clear" w:color="auto" w:fill="auto"/>
            <w:vAlign w:val="center"/>
          </w:tcPr>
          <w:p w14:paraId="5951BD5D"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9</w:t>
            </w:r>
          </w:p>
        </w:tc>
        <w:tc>
          <w:tcPr>
            <w:tcW w:w="2221" w:type="pct"/>
            <w:shd w:val="clear" w:color="auto" w:fill="auto"/>
            <w:vAlign w:val="center"/>
          </w:tcPr>
          <w:p w14:paraId="2FDA74B9"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Biozyme crop + @ 1.0 ml/l</w:t>
            </w:r>
          </w:p>
        </w:tc>
      </w:tr>
      <w:tr w:rsidR="00AF00ED" w:rsidRPr="00AF00ED" w14:paraId="0AB4E483" w14:textId="77777777" w:rsidTr="006D5334">
        <w:trPr>
          <w:trHeight w:val="20"/>
        </w:trPr>
        <w:tc>
          <w:tcPr>
            <w:tcW w:w="558" w:type="pct"/>
            <w:shd w:val="clear" w:color="auto" w:fill="auto"/>
            <w:vAlign w:val="center"/>
          </w:tcPr>
          <w:p w14:paraId="640C416F"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10.</w:t>
            </w:r>
          </w:p>
        </w:tc>
        <w:tc>
          <w:tcPr>
            <w:tcW w:w="2221" w:type="pct"/>
            <w:shd w:val="clear" w:color="auto" w:fill="auto"/>
            <w:vAlign w:val="center"/>
          </w:tcPr>
          <w:p w14:paraId="45373E67"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10</w:t>
            </w:r>
          </w:p>
        </w:tc>
        <w:tc>
          <w:tcPr>
            <w:tcW w:w="2221" w:type="pct"/>
            <w:shd w:val="clear" w:color="auto" w:fill="auto"/>
            <w:vAlign w:val="center"/>
          </w:tcPr>
          <w:p w14:paraId="7361D1A7"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Biozyme vegetable plus @ 1.5 ml/l</w:t>
            </w:r>
          </w:p>
        </w:tc>
      </w:tr>
      <w:tr w:rsidR="00AF00ED" w:rsidRPr="00AF00ED" w14:paraId="375A4A85" w14:textId="77777777" w:rsidTr="006D5334">
        <w:trPr>
          <w:trHeight w:val="20"/>
        </w:trPr>
        <w:tc>
          <w:tcPr>
            <w:tcW w:w="558" w:type="pct"/>
            <w:shd w:val="clear" w:color="auto" w:fill="auto"/>
            <w:vAlign w:val="center"/>
          </w:tcPr>
          <w:p w14:paraId="58AF3E58"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11.</w:t>
            </w:r>
          </w:p>
        </w:tc>
        <w:tc>
          <w:tcPr>
            <w:tcW w:w="2221" w:type="pct"/>
            <w:shd w:val="clear" w:color="auto" w:fill="auto"/>
            <w:vAlign w:val="center"/>
          </w:tcPr>
          <w:p w14:paraId="55F79E1E"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11</w:t>
            </w:r>
          </w:p>
        </w:tc>
        <w:tc>
          <w:tcPr>
            <w:tcW w:w="2221" w:type="pct"/>
            <w:shd w:val="clear" w:color="auto" w:fill="auto"/>
            <w:vAlign w:val="center"/>
          </w:tcPr>
          <w:p w14:paraId="1779D12C"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Booster @ 1.5 ml/l</w:t>
            </w:r>
          </w:p>
        </w:tc>
      </w:tr>
      <w:tr w:rsidR="00AF00ED" w:rsidRPr="00AF00ED" w14:paraId="34DEA0F6" w14:textId="77777777" w:rsidTr="006D5334">
        <w:trPr>
          <w:trHeight w:val="20"/>
        </w:trPr>
        <w:tc>
          <w:tcPr>
            <w:tcW w:w="558" w:type="pct"/>
            <w:shd w:val="clear" w:color="auto" w:fill="auto"/>
            <w:vAlign w:val="center"/>
          </w:tcPr>
          <w:p w14:paraId="1DE99960"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12.</w:t>
            </w:r>
          </w:p>
        </w:tc>
        <w:tc>
          <w:tcPr>
            <w:tcW w:w="2221" w:type="pct"/>
            <w:shd w:val="clear" w:color="auto" w:fill="auto"/>
            <w:vAlign w:val="center"/>
          </w:tcPr>
          <w:p w14:paraId="25ADAF2D"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12</w:t>
            </w:r>
          </w:p>
        </w:tc>
        <w:tc>
          <w:tcPr>
            <w:tcW w:w="2221" w:type="pct"/>
            <w:shd w:val="clear" w:color="auto" w:fill="auto"/>
            <w:vAlign w:val="center"/>
          </w:tcPr>
          <w:p w14:paraId="132606C6"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Biozyme crop + @ 1.5 ml/l</w:t>
            </w:r>
          </w:p>
        </w:tc>
      </w:tr>
      <w:tr w:rsidR="00AF00ED" w:rsidRPr="00AF00ED" w14:paraId="37E62BEA" w14:textId="77777777" w:rsidTr="006D5334">
        <w:trPr>
          <w:trHeight w:val="20"/>
        </w:trPr>
        <w:tc>
          <w:tcPr>
            <w:tcW w:w="558" w:type="pct"/>
            <w:shd w:val="clear" w:color="auto" w:fill="auto"/>
            <w:vAlign w:val="center"/>
          </w:tcPr>
          <w:p w14:paraId="5BD1DEB3"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13.</w:t>
            </w:r>
          </w:p>
        </w:tc>
        <w:tc>
          <w:tcPr>
            <w:tcW w:w="2221" w:type="pct"/>
            <w:shd w:val="clear" w:color="auto" w:fill="auto"/>
            <w:vAlign w:val="center"/>
          </w:tcPr>
          <w:p w14:paraId="1D5950FF"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T</w:t>
            </w:r>
            <w:r w:rsidRPr="00AF00ED">
              <w:rPr>
                <w:rFonts w:ascii="Times New Roman" w:eastAsia="Times New Roman" w:hAnsi="Times New Roman" w:cs="Times New Roman"/>
                <w:color w:val="000000"/>
                <w:sz w:val="24"/>
                <w:szCs w:val="24"/>
                <w:vertAlign w:val="subscript"/>
                <w:lang w:val="en-IN"/>
              </w:rPr>
              <w:t>13</w:t>
            </w:r>
          </w:p>
        </w:tc>
        <w:tc>
          <w:tcPr>
            <w:tcW w:w="2221" w:type="pct"/>
            <w:shd w:val="clear" w:color="auto" w:fill="auto"/>
            <w:vAlign w:val="center"/>
          </w:tcPr>
          <w:p w14:paraId="0685038F" w14:textId="77777777" w:rsidR="00AF00ED" w:rsidRPr="00AF00ED" w:rsidRDefault="00AF00ED" w:rsidP="00F030D8">
            <w:pPr>
              <w:widowControl w:val="0"/>
              <w:autoSpaceDE w:val="0"/>
              <w:autoSpaceDN w:val="0"/>
              <w:spacing w:before="68" w:after="68" w:line="240" w:lineRule="auto"/>
              <w:rPr>
                <w:rFonts w:ascii="Times New Roman" w:eastAsia="Times New Roman" w:hAnsi="Times New Roman" w:cs="Times New Roman"/>
                <w:color w:val="000000"/>
                <w:sz w:val="24"/>
                <w:szCs w:val="24"/>
                <w:lang w:val="en-IN"/>
              </w:rPr>
            </w:pPr>
            <w:r w:rsidRPr="00AF00ED">
              <w:rPr>
                <w:rFonts w:ascii="Times New Roman" w:eastAsia="Times New Roman" w:hAnsi="Times New Roman" w:cs="Times New Roman"/>
                <w:color w:val="000000"/>
                <w:sz w:val="24"/>
                <w:szCs w:val="24"/>
                <w:lang w:val="en-IN"/>
              </w:rPr>
              <w:t>Vipul booster @ 1.5 ml/l</w:t>
            </w:r>
          </w:p>
        </w:tc>
      </w:tr>
    </w:tbl>
    <w:p w14:paraId="2E3DC20E" w14:textId="77777777" w:rsidR="00E4195F" w:rsidRDefault="00E4195F" w:rsidP="004164BA">
      <w:pPr>
        <w:widowControl w:val="0"/>
        <w:autoSpaceDE w:val="0"/>
        <w:autoSpaceDN w:val="0"/>
        <w:spacing w:after="0" w:line="240" w:lineRule="auto"/>
        <w:jc w:val="both"/>
        <w:rPr>
          <w:rFonts w:ascii="Times New Roman" w:eastAsia="Times New Roman" w:hAnsi="Times New Roman" w:cs="Times New Roman"/>
          <w:b/>
          <w:bCs/>
          <w:color w:val="000000"/>
          <w:sz w:val="24"/>
          <w:szCs w:val="24"/>
          <w:lang w:val="en-IN"/>
        </w:rPr>
      </w:pPr>
    </w:p>
    <w:p w14:paraId="7F6993CD" w14:textId="160DE603" w:rsidR="006D5334" w:rsidRPr="006D5334" w:rsidRDefault="000051E4" w:rsidP="004164BA">
      <w:pPr>
        <w:widowControl w:val="0"/>
        <w:autoSpaceDE w:val="0"/>
        <w:autoSpaceDN w:val="0"/>
        <w:spacing w:after="0" w:line="240" w:lineRule="auto"/>
        <w:jc w:val="both"/>
        <w:rPr>
          <w:rFonts w:ascii="Times New Roman" w:eastAsia="Times New Roman" w:hAnsi="Times New Roman" w:cs="Times New Roman"/>
          <w:b/>
          <w:bCs/>
          <w:i/>
          <w:iCs/>
          <w:color w:val="000000"/>
          <w:sz w:val="24"/>
          <w:szCs w:val="24"/>
          <w:lang w:val="en-IN"/>
        </w:rPr>
      </w:pPr>
      <w:r>
        <w:rPr>
          <w:rFonts w:ascii="Times New Roman" w:eastAsia="Times New Roman" w:hAnsi="Times New Roman" w:cs="Times New Roman"/>
          <w:b/>
          <w:bCs/>
          <w:color w:val="000000"/>
          <w:sz w:val="24"/>
          <w:szCs w:val="24"/>
          <w:lang w:val="en-IN"/>
        </w:rPr>
        <w:t xml:space="preserve">2.4 </w:t>
      </w:r>
      <w:r w:rsidR="006D5334" w:rsidRPr="006D5334">
        <w:rPr>
          <w:rFonts w:ascii="Times New Roman" w:eastAsia="Times New Roman" w:hAnsi="Times New Roman" w:cs="Times New Roman"/>
          <w:b/>
          <w:bCs/>
          <w:color w:val="000000"/>
          <w:sz w:val="24"/>
          <w:szCs w:val="24"/>
          <w:lang w:val="en-IN"/>
        </w:rPr>
        <w:t xml:space="preserve">Observation to be recorded </w:t>
      </w:r>
    </w:p>
    <w:p w14:paraId="10580C7F" w14:textId="6BF3469A"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 xml:space="preserve">Plant height (cm): </w:t>
      </w:r>
      <w:r w:rsidRPr="006D5334">
        <w:rPr>
          <w:rFonts w:ascii="Times New Roman" w:eastAsia="Times New Roman" w:hAnsi="Times New Roman" w:cs="Times New Roman"/>
          <w:color w:val="000000"/>
          <w:sz w:val="24"/>
          <w:szCs w:val="24"/>
          <w:lang w:val="en-IN"/>
        </w:rPr>
        <w:t>Plant height was measured on 30</w:t>
      </w:r>
      <w:r w:rsidRPr="006D5334">
        <w:rPr>
          <w:rFonts w:ascii="Times New Roman" w:eastAsia="Times New Roman" w:hAnsi="Times New Roman" w:cs="Times New Roman"/>
          <w:color w:val="000000"/>
          <w:sz w:val="24"/>
          <w:szCs w:val="24"/>
          <w:vertAlign w:val="superscript"/>
          <w:lang w:val="en-IN"/>
        </w:rPr>
        <w:t>th</w:t>
      </w:r>
      <w:r w:rsidRPr="006D5334">
        <w:rPr>
          <w:rFonts w:ascii="Times New Roman" w:eastAsia="Times New Roman" w:hAnsi="Times New Roman" w:cs="Times New Roman"/>
          <w:color w:val="000000"/>
          <w:sz w:val="24"/>
          <w:szCs w:val="24"/>
          <w:lang w:val="en-IN"/>
        </w:rPr>
        <w:t xml:space="preserve"> day, 60</w:t>
      </w:r>
      <w:r w:rsidRPr="006D5334">
        <w:rPr>
          <w:rFonts w:ascii="Times New Roman" w:eastAsia="Times New Roman" w:hAnsi="Times New Roman" w:cs="Times New Roman"/>
          <w:color w:val="000000"/>
          <w:sz w:val="24"/>
          <w:szCs w:val="24"/>
          <w:vertAlign w:val="superscript"/>
          <w:lang w:val="en-IN"/>
        </w:rPr>
        <w:t>th</w:t>
      </w:r>
      <w:r w:rsidRPr="006D5334">
        <w:rPr>
          <w:rFonts w:ascii="Times New Roman" w:eastAsia="Times New Roman" w:hAnsi="Times New Roman" w:cs="Times New Roman"/>
          <w:color w:val="000000"/>
          <w:sz w:val="24"/>
          <w:szCs w:val="24"/>
          <w:lang w:val="en-IN"/>
        </w:rPr>
        <w:t xml:space="preserve"> day and 90</w:t>
      </w:r>
      <w:r w:rsidRPr="006D5334">
        <w:rPr>
          <w:rFonts w:ascii="Times New Roman" w:eastAsia="Times New Roman" w:hAnsi="Times New Roman" w:cs="Times New Roman"/>
          <w:color w:val="000000"/>
          <w:sz w:val="24"/>
          <w:szCs w:val="24"/>
          <w:vertAlign w:val="superscript"/>
          <w:lang w:val="en-IN"/>
        </w:rPr>
        <w:t>th</w:t>
      </w:r>
      <w:r w:rsidRPr="006D5334">
        <w:rPr>
          <w:rFonts w:ascii="Times New Roman" w:eastAsia="Times New Roman" w:hAnsi="Times New Roman" w:cs="Times New Roman"/>
          <w:color w:val="000000"/>
          <w:sz w:val="24"/>
          <w:szCs w:val="24"/>
          <w:lang w:val="en-IN"/>
        </w:rPr>
        <w:t xml:space="preserve"> day after transplanting respectively using a meter scale </w:t>
      </w:r>
      <w:r w:rsidR="000051E4">
        <w:rPr>
          <w:rFonts w:ascii="Times New Roman" w:eastAsia="Times New Roman" w:hAnsi="Times New Roman" w:cs="Times New Roman"/>
          <w:color w:val="000000"/>
          <w:sz w:val="24"/>
          <w:szCs w:val="24"/>
          <w:lang w:val="en-IN"/>
        </w:rPr>
        <w:t xml:space="preserve">radially </w:t>
      </w:r>
      <w:r w:rsidRPr="006D5334">
        <w:rPr>
          <w:rFonts w:ascii="Times New Roman" w:eastAsia="Times New Roman" w:hAnsi="Times New Roman" w:cs="Times New Roman"/>
          <w:color w:val="000000"/>
          <w:sz w:val="24"/>
          <w:szCs w:val="24"/>
          <w:lang w:val="en-IN"/>
        </w:rPr>
        <w:t xml:space="preserve">from soil surface to leaf tip of last fully opened leaf i.e., highest point of the plant (Fig. </w:t>
      </w:r>
      <w:r w:rsidR="00FD4B93">
        <w:rPr>
          <w:rFonts w:ascii="Times New Roman" w:eastAsia="Times New Roman" w:hAnsi="Times New Roman" w:cs="Times New Roman"/>
          <w:color w:val="000000"/>
          <w:sz w:val="24"/>
          <w:szCs w:val="24"/>
          <w:lang w:val="en-IN"/>
        </w:rPr>
        <w:t>6</w:t>
      </w:r>
      <w:r w:rsidRPr="006D5334">
        <w:rPr>
          <w:rFonts w:ascii="Times New Roman" w:eastAsia="Times New Roman" w:hAnsi="Times New Roman" w:cs="Times New Roman"/>
          <w:color w:val="000000"/>
          <w:sz w:val="24"/>
          <w:szCs w:val="24"/>
          <w:lang w:val="en-IN"/>
        </w:rPr>
        <w:t>).</w:t>
      </w:r>
    </w:p>
    <w:p w14:paraId="1CE422B4" w14:textId="0A1BD7A9"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Number of leaves/plants:</w:t>
      </w:r>
      <w:r w:rsidRPr="006D5334">
        <w:rPr>
          <w:rFonts w:ascii="Times New Roman" w:eastAsia="Times New Roman" w:hAnsi="Times New Roman" w:cs="Times New Roman"/>
          <w:color w:val="000000"/>
          <w:sz w:val="24"/>
          <w:szCs w:val="24"/>
          <w:lang w:val="en-IN"/>
        </w:rPr>
        <w:t xml:space="preserve"> The total number of matured leaves per plant in each treatment were recorded</w:t>
      </w:r>
      <w:r w:rsidR="00FD4B93">
        <w:rPr>
          <w:rFonts w:ascii="Times New Roman" w:eastAsia="Times New Roman" w:hAnsi="Times New Roman" w:cs="Times New Roman"/>
          <w:color w:val="000000"/>
          <w:sz w:val="24"/>
          <w:szCs w:val="24"/>
          <w:lang w:val="en-IN"/>
        </w:rPr>
        <w:t>.</w:t>
      </w:r>
    </w:p>
    <w:p w14:paraId="77142090" w14:textId="77777777"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Leaf length (cm):</w:t>
      </w:r>
      <w:r w:rsidRPr="006D5334">
        <w:rPr>
          <w:rFonts w:ascii="Times New Roman" w:eastAsia="Times New Roman" w:hAnsi="Times New Roman" w:cs="Times New Roman"/>
          <w:color w:val="000000"/>
          <w:sz w:val="24"/>
          <w:szCs w:val="24"/>
          <w:lang w:val="en-IN"/>
        </w:rPr>
        <w:t xml:space="preserve"> Fully developed leaf from top of the plant (second, third or fourth leaf) was measured length wise.</w:t>
      </w:r>
    </w:p>
    <w:p w14:paraId="5A3237F6" w14:textId="72AA9AA0"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 xml:space="preserve">Leaf breadth (cm): </w:t>
      </w:r>
      <w:r w:rsidRPr="006D5334">
        <w:rPr>
          <w:rFonts w:ascii="Times New Roman" w:eastAsia="Times New Roman" w:hAnsi="Times New Roman" w:cs="Times New Roman"/>
          <w:color w:val="000000"/>
          <w:sz w:val="24"/>
          <w:szCs w:val="24"/>
          <w:lang w:val="en-IN"/>
        </w:rPr>
        <w:t xml:space="preserve">Fully developed leaf from top of the plant (second, third or fourth leaf) was measured breadth wise (Fig. </w:t>
      </w:r>
      <w:r w:rsidR="00FD4B93">
        <w:rPr>
          <w:rFonts w:ascii="Times New Roman" w:eastAsia="Times New Roman" w:hAnsi="Times New Roman" w:cs="Times New Roman"/>
          <w:color w:val="000000"/>
          <w:sz w:val="24"/>
          <w:szCs w:val="24"/>
          <w:lang w:val="en-IN"/>
        </w:rPr>
        <w:t>4</w:t>
      </w:r>
      <w:r w:rsidRPr="006D5334">
        <w:rPr>
          <w:rFonts w:ascii="Times New Roman" w:eastAsia="Times New Roman" w:hAnsi="Times New Roman" w:cs="Times New Roman"/>
          <w:color w:val="000000"/>
          <w:sz w:val="24"/>
          <w:szCs w:val="24"/>
          <w:lang w:val="en-IN"/>
        </w:rPr>
        <w:t>).</w:t>
      </w:r>
    </w:p>
    <w:p w14:paraId="5399B7C0" w14:textId="77777777"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Leaf area (cm²):</w:t>
      </w:r>
      <w:r w:rsidRPr="006D5334">
        <w:rPr>
          <w:rFonts w:ascii="Times New Roman" w:eastAsia="Times New Roman" w:hAnsi="Times New Roman" w:cs="Times New Roman"/>
          <w:color w:val="000000"/>
          <w:sz w:val="24"/>
          <w:szCs w:val="24"/>
          <w:lang w:val="en-IN"/>
        </w:rPr>
        <w:t xml:space="preserve"> The area of the open, matured leaf from the top (second, third or fourth) was measured with the help of leaf area meter.</w:t>
      </w:r>
    </w:p>
    <w:p w14:paraId="4B2B235B" w14:textId="77777777"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Internodal length (cm):</w:t>
      </w:r>
      <w:r w:rsidRPr="006D5334">
        <w:rPr>
          <w:rFonts w:ascii="Times New Roman" w:eastAsia="Times New Roman" w:hAnsi="Times New Roman" w:cs="Times New Roman"/>
          <w:color w:val="000000"/>
          <w:sz w:val="24"/>
          <w:szCs w:val="24"/>
          <w:lang w:val="en-IN"/>
        </w:rPr>
        <w:t xml:space="preserve"> Length of each internode.</w:t>
      </w:r>
    </w:p>
    <w:p w14:paraId="50F83565" w14:textId="77777777"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 xml:space="preserve">Plant grade: </w:t>
      </w:r>
      <w:r w:rsidRPr="006D5334">
        <w:rPr>
          <w:rFonts w:ascii="Times New Roman" w:eastAsia="Times New Roman" w:hAnsi="Times New Roman" w:cs="Times New Roman"/>
          <w:color w:val="000000"/>
          <w:sz w:val="24"/>
          <w:szCs w:val="24"/>
          <w:lang w:val="en-IN"/>
        </w:rPr>
        <w:t>The plant quality determined visually on the following scale:</w:t>
      </w:r>
    </w:p>
    <w:p w14:paraId="5D254DA3" w14:textId="77777777"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t>Scale-1: Dead</w:t>
      </w:r>
    </w:p>
    <w:p w14:paraId="7B206045" w14:textId="77777777"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t>Scale-2: Poor, unsalable</w:t>
      </w:r>
    </w:p>
    <w:p w14:paraId="241A3326" w14:textId="77777777"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lastRenderedPageBreak/>
        <w:t>Scale-3: Moderate, saleable</w:t>
      </w:r>
    </w:p>
    <w:p w14:paraId="1C290ADB" w14:textId="77777777"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t>Scale-4: Good, saleable</w:t>
      </w:r>
    </w:p>
    <w:p w14:paraId="6D922310" w14:textId="77777777"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t>Scale-5: Excellent, saleable</w:t>
      </w:r>
    </w:p>
    <w:p w14:paraId="1A57FCCC" w14:textId="13D43B18" w:rsidR="006D5334" w:rsidRP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b/>
          <w:bCs/>
          <w:color w:val="000000"/>
          <w:sz w:val="24"/>
          <w:szCs w:val="24"/>
          <w:lang w:val="en-IN"/>
        </w:rPr>
        <w:t>Colour grade</w:t>
      </w:r>
      <w:r w:rsidRPr="006D5334">
        <w:rPr>
          <w:rFonts w:ascii="Times New Roman" w:eastAsia="Times New Roman" w:hAnsi="Times New Roman" w:cs="Times New Roman"/>
          <w:color w:val="000000"/>
          <w:sz w:val="24"/>
          <w:szCs w:val="24"/>
          <w:lang w:val="en-IN"/>
        </w:rPr>
        <w:t xml:space="preserve">: Leaf colour rated visually on the scale-1, 3 and 5 (Fig. </w:t>
      </w:r>
      <w:r w:rsidR="00FD4B93">
        <w:rPr>
          <w:rFonts w:ascii="Times New Roman" w:eastAsia="Times New Roman" w:hAnsi="Times New Roman" w:cs="Times New Roman"/>
          <w:color w:val="000000"/>
          <w:sz w:val="24"/>
          <w:szCs w:val="24"/>
          <w:lang w:val="en-IN"/>
        </w:rPr>
        <w:t>5</w:t>
      </w:r>
      <w:r w:rsidRPr="006D5334">
        <w:rPr>
          <w:rFonts w:ascii="Times New Roman" w:eastAsia="Times New Roman" w:hAnsi="Times New Roman" w:cs="Times New Roman"/>
          <w:color w:val="000000"/>
          <w:sz w:val="24"/>
          <w:szCs w:val="24"/>
          <w:lang w:val="en-IN"/>
        </w:rPr>
        <w:t>).</w:t>
      </w:r>
    </w:p>
    <w:p w14:paraId="3C89EBD0" w14:textId="77777777"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t>Scale-1: Light reddish green</w:t>
      </w:r>
    </w:p>
    <w:p w14:paraId="12284BE7" w14:textId="77777777"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t>Scale-2: Medium reddish green</w:t>
      </w:r>
    </w:p>
    <w:p w14:paraId="2EF49F61" w14:textId="742AF564" w:rsidR="006D5334" w:rsidRPr="006D5334" w:rsidRDefault="006D5334" w:rsidP="004164BA">
      <w:pPr>
        <w:spacing w:after="0" w:line="240" w:lineRule="auto"/>
        <w:ind w:firstLine="720"/>
        <w:rPr>
          <w:rFonts w:ascii="Times New Roman" w:eastAsia="Times New Roman" w:hAnsi="Times New Roman" w:cs="Times New Roman"/>
          <w:color w:val="000000"/>
          <w:sz w:val="24"/>
          <w:szCs w:val="24"/>
          <w:lang w:val="en-IN"/>
        </w:rPr>
      </w:pPr>
      <w:r w:rsidRPr="006D5334">
        <w:rPr>
          <w:rFonts w:ascii="Times New Roman" w:eastAsia="Times New Roman" w:hAnsi="Times New Roman" w:cs="Times New Roman"/>
          <w:color w:val="000000"/>
          <w:sz w:val="24"/>
          <w:szCs w:val="24"/>
          <w:lang w:val="en-IN"/>
        </w:rPr>
        <w:t>Scale-5: Dark greenish red</w:t>
      </w:r>
    </w:p>
    <w:p w14:paraId="79932A7F" w14:textId="6E78FE24" w:rsidR="006D5334" w:rsidRDefault="006D533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rPr>
      </w:pPr>
      <w:r w:rsidRPr="006D5334">
        <w:rPr>
          <w:rFonts w:ascii="Times New Roman" w:eastAsia="Times New Roman" w:hAnsi="Times New Roman" w:cs="Times New Roman"/>
          <w:b/>
          <w:bCs/>
          <w:color w:val="000000"/>
          <w:sz w:val="24"/>
          <w:szCs w:val="24"/>
          <w:lang w:val="en-IN"/>
        </w:rPr>
        <w:t>Vase life (days):</w:t>
      </w:r>
      <w:r w:rsidRPr="006D5334">
        <w:rPr>
          <w:rFonts w:ascii="Times New Roman" w:eastAsia="Times New Roman" w:hAnsi="Times New Roman" w:cs="Times New Roman"/>
          <w:color w:val="000000"/>
          <w:sz w:val="24"/>
          <w:szCs w:val="24"/>
          <w:lang w:val="en-IN"/>
        </w:rPr>
        <w:t xml:space="preserve"> </w:t>
      </w:r>
      <w:r w:rsidRPr="006D5334">
        <w:rPr>
          <w:rFonts w:ascii="Times New Roman" w:eastAsia="Times New Roman" w:hAnsi="Times New Roman" w:cs="Times New Roman"/>
          <w:color w:val="000000"/>
          <w:sz w:val="24"/>
          <w:szCs w:val="24"/>
        </w:rPr>
        <w:t>The harvesting procedure was done in the morning and mature lea</w:t>
      </w:r>
      <w:r w:rsidR="004164BA">
        <w:rPr>
          <w:rFonts w:ascii="Times New Roman" w:eastAsia="Times New Roman" w:hAnsi="Times New Roman" w:cs="Times New Roman"/>
          <w:color w:val="000000"/>
          <w:sz w:val="24"/>
          <w:szCs w:val="24"/>
        </w:rPr>
        <w:t xml:space="preserve">f canopy </w:t>
      </w:r>
      <w:r w:rsidRPr="006D5334">
        <w:rPr>
          <w:rFonts w:ascii="Times New Roman" w:eastAsia="Times New Roman" w:hAnsi="Times New Roman" w:cs="Times New Roman"/>
          <w:color w:val="000000"/>
          <w:sz w:val="24"/>
          <w:szCs w:val="24"/>
        </w:rPr>
        <w:t>with petiole</w:t>
      </w:r>
      <w:r w:rsidR="004164BA">
        <w:rPr>
          <w:rFonts w:ascii="Times New Roman" w:eastAsia="Times New Roman" w:hAnsi="Times New Roman" w:cs="Times New Roman"/>
          <w:color w:val="000000"/>
          <w:sz w:val="24"/>
          <w:szCs w:val="24"/>
        </w:rPr>
        <w:t xml:space="preserve"> and stem</w:t>
      </w:r>
      <w:r w:rsidRPr="006D5334">
        <w:rPr>
          <w:rFonts w:ascii="Times New Roman" w:eastAsia="Times New Roman" w:hAnsi="Times New Roman" w:cs="Times New Roman"/>
          <w:color w:val="000000"/>
          <w:sz w:val="24"/>
          <w:szCs w:val="24"/>
        </w:rPr>
        <w:t xml:space="preserve"> from each treatment were harvested in commercial stage (35-45 cm) and with no disease or pest symptoms. The material was brought to the laboratory less than one hour after harvest and was washed and then the leaves were placed in </w:t>
      </w:r>
      <w:r w:rsidR="00F03063">
        <w:rPr>
          <w:rFonts w:ascii="Times New Roman" w:eastAsia="Times New Roman" w:hAnsi="Times New Roman" w:cs="Times New Roman"/>
          <w:color w:val="000000"/>
          <w:sz w:val="24"/>
          <w:szCs w:val="24"/>
        </w:rPr>
        <w:t>300 ml</w:t>
      </w:r>
      <w:r w:rsidR="00F03063" w:rsidRPr="00F03063">
        <w:rPr>
          <w:rFonts w:ascii="Times New Roman" w:eastAsia="Times New Roman" w:hAnsi="Times New Roman" w:cs="Times New Roman"/>
          <w:color w:val="000000"/>
          <w:sz w:val="24"/>
          <w:szCs w:val="24"/>
        </w:rPr>
        <w:t xml:space="preserve"> </w:t>
      </w:r>
      <w:r w:rsidR="00F03063">
        <w:rPr>
          <w:rFonts w:ascii="Times New Roman" w:eastAsia="Times New Roman" w:hAnsi="Times New Roman" w:cs="Times New Roman"/>
          <w:color w:val="000000"/>
          <w:sz w:val="24"/>
          <w:szCs w:val="24"/>
        </w:rPr>
        <w:t>distilled</w:t>
      </w:r>
      <w:r w:rsidR="00F03063" w:rsidRPr="006D5334">
        <w:rPr>
          <w:rFonts w:ascii="Times New Roman" w:eastAsia="Times New Roman" w:hAnsi="Times New Roman" w:cs="Times New Roman"/>
          <w:color w:val="000000"/>
          <w:sz w:val="24"/>
          <w:szCs w:val="24"/>
        </w:rPr>
        <w:t xml:space="preserve"> water</w:t>
      </w:r>
      <w:r w:rsidR="00F03063">
        <w:rPr>
          <w:rFonts w:ascii="Times New Roman" w:eastAsia="Times New Roman" w:hAnsi="Times New Roman" w:cs="Times New Roman"/>
          <w:color w:val="000000"/>
          <w:sz w:val="24"/>
          <w:szCs w:val="24"/>
        </w:rPr>
        <w:t xml:space="preserve"> in conical flask along</w:t>
      </w:r>
      <w:r w:rsidRPr="006D5334">
        <w:rPr>
          <w:rFonts w:ascii="Times New Roman" w:eastAsia="Times New Roman" w:hAnsi="Times New Roman" w:cs="Times New Roman"/>
          <w:color w:val="000000"/>
          <w:sz w:val="24"/>
          <w:szCs w:val="24"/>
        </w:rPr>
        <w:t xml:space="preserve"> with </w:t>
      </w:r>
      <w:r w:rsidR="00667D5E">
        <w:rPr>
          <w:rFonts w:ascii="Times New Roman" w:eastAsia="Times New Roman" w:hAnsi="Times New Roman" w:cs="Times New Roman"/>
          <w:color w:val="000000"/>
          <w:sz w:val="24"/>
          <w:szCs w:val="24"/>
        </w:rPr>
        <w:t>holding solution (2% sucrose)</w:t>
      </w:r>
      <w:r w:rsidRPr="006D5334">
        <w:rPr>
          <w:rFonts w:ascii="Times New Roman" w:eastAsia="Times New Roman" w:hAnsi="Times New Roman" w:cs="Times New Roman"/>
          <w:color w:val="000000"/>
          <w:sz w:val="24"/>
          <w:szCs w:val="24"/>
        </w:rPr>
        <w:t xml:space="preserve"> and the observation was recorded on basis of freshness and longevity of leaves for cut </w:t>
      </w:r>
      <w:r w:rsidR="00F03063" w:rsidRPr="006D5334">
        <w:rPr>
          <w:rFonts w:ascii="Times New Roman" w:eastAsia="Times New Roman" w:hAnsi="Times New Roman" w:cs="Times New Roman"/>
          <w:color w:val="000000"/>
          <w:sz w:val="24"/>
          <w:szCs w:val="24"/>
        </w:rPr>
        <w:t>foliage</w:t>
      </w:r>
      <w:r w:rsidR="00F03063">
        <w:rPr>
          <w:rFonts w:ascii="Times New Roman" w:eastAsia="Times New Roman" w:hAnsi="Times New Roman" w:cs="Times New Roman"/>
          <w:color w:val="000000"/>
          <w:sz w:val="24"/>
          <w:szCs w:val="24"/>
        </w:rPr>
        <w:t xml:space="preserve"> to study vase life (Fig. 8).</w:t>
      </w:r>
    </w:p>
    <w:p w14:paraId="7C2C1598" w14:textId="4FD757BB" w:rsidR="000051E4" w:rsidRDefault="000051E4" w:rsidP="004164BA">
      <w:pPr>
        <w:widowControl w:val="0"/>
        <w:numPr>
          <w:ilvl w:val="0"/>
          <w:numId w:val="12"/>
        </w:numPr>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IN"/>
        </w:rPr>
        <w:t>Chlorophyll content:</w:t>
      </w:r>
      <w:r>
        <w:rPr>
          <w:rFonts w:ascii="Times New Roman" w:eastAsia="Times New Roman" w:hAnsi="Times New Roman" w:cs="Times New Roman"/>
          <w:color w:val="000000"/>
          <w:sz w:val="24"/>
          <w:szCs w:val="24"/>
        </w:rPr>
        <w:t xml:space="preserve"> </w:t>
      </w:r>
      <w:r w:rsidR="001403DC">
        <w:rPr>
          <w:rFonts w:ascii="Times New Roman" w:eastAsia="Times New Roman" w:hAnsi="Times New Roman" w:cs="Times New Roman"/>
          <w:color w:val="000000"/>
          <w:sz w:val="24"/>
          <w:szCs w:val="24"/>
        </w:rPr>
        <w:t xml:space="preserve">It was measured using </w:t>
      </w:r>
      <w:r w:rsidR="00667D5E">
        <w:rPr>
          <w:rFonts w:ascii="Times New Roman" w:eastAsia="Times New Roman" w:hAnsi="Times New Roman" w:cs="Times New Roman"/>
          <w:color w:val="000000"/>
          <w:sz w:val="24"/>
          <w:szCs w:val="24"/>
        </w:rPr>
        <w:t>Spectrophotometer (Fig. 7)</w:t>
      </w:r>
      <w:r w:rsidR="001403DC">
        <w:rPr>
          <w:rFonts w:ascii="Times New Roman" w:eastAsia="Times New Roman" w:hAnsi="Times New Roman" w:cs="Times New Roman"/>
          <w:color w:val="000000"/>
          <w:sz w:val="24"/>
          <w:szCs w:val="24"/>
        </w:rPr>
        <w:t xml:space="preserve">. From middle part of Canopy, a fresh leaf was selected. 100mg of portion was taken with help of a blade and macerated with little quantity of acetone in mortar and pestle, transferred to 25 ml volumetric flask and kept overnight for chlorophyll extraction. In next day, the leaf extract was filtered </w:t>
      </w:r>
      <w:r w:rsidR="00506B51">
        <w:rPr>
          <w:rFonts w:ascii="Times New Roman" w:eastAsia="Times New Roman" w:hAnsi="Times New Roman" w:cs="Times New Roman"/>
          <w:color w:val="000000"/>
          <w:sz w:val="24"/>
          <w:szCs w:val="24"/>
        </w:rPr>
        <w:t>to conical flask and little amount was taken and put in spectrophotometer to record the reading of absorbance at specific wavelength. Total chlorophyll was calculated with help of following formula and expressed as mg/g of leaf.</w:t>
      </w:r>
    </w:p>
    <w:p w14:paraId="0CC0EAD7" w14:textId="39B5EC6D" w:rsidR="00506B51" w:rsidRDefault="00506B51" w:rsidP="004164BA">
      <w:pPr>
        <w:widowControl w:val="0"/>
        <w:autoSpaceDE w:val="0"/>
        <w:autoSpaceDN w:val="0"/>
        <w:spacing w:after="0" w:line="240" w:lineRule="auto"/>
        <w:ind w:left="720"/>
        <w:rPr>
          <w:rFonts w:ascii="Arial" w:hAnsi="Arial" w:cs="Arial"/>
          <w:color w:val="000000" w:themeColor="text1"/>
          <w:sz w:val="21"/>
          <w:szCs w:val="21"/>
          <w:shd w:val="clear" w:color="auto" w:fill="FFFFFF"/>
        </w:rPr>
      </w:pPr>
      <w:r>
        <w:rPr>
          <w:rFonts w:ascii="Times New Roman" w:eastAsia="Times New Roman" w:hAnsi="Times New Roman" w:cs="Times New Roman"/>
          <w:b/>
          <w:bCs/>
          <w:color w:val="000000"/>
          <w:sz w:val="24"/>
          <w:szCs w:val="24"/>
          <w:lang w:val="en-IN"/>
        </w:rPr>
        <w:t>Total Chlorophyll:</w:t>
      </w:r>
      <w:r>
        <w:rPr>
          <w:rFonts w:ascii="Times New Roman" w:eastAsia="Times New Roman" w:hAnsi="Times New Roman" w:cs="Times New Roman"/>
          <w:color w:val="000000"/>
          <w:sz w:val="24"/>
          <w:szCs w:val="24"/>
        </w:rPr>
        <w:t xml:space="preserve"> </w:t>
      </w:r>
      <w:r w:rsidRPr="00506B51">
        <w:rPr>
          <w:rFonts w:ascii="Times New Roman" w:eastAsia="Times New Roman" w:hAnsi="Times New Roman" w:cs="Times New Roman"/>
          <w:color w:val="000000" w:themeColor="text1"/>
          <w:sz w:val="24"/>
          <w:szCs w:val="24"/>
        </w:rPr>
        <w:t xml:space="preserve">(8.02 </w:t>
      </w:r>
      <w:r w:rsidRPr="00506B51">
        <w:rPr>
          <w:rFonts w:ascii="Arial" w:hAnsi="Arial" w:cs="Arial"/>
          <w:color w:val="000000" w:themeColor="text1"/>
          <w:sz w:val="21"/>
          <w:szCs w:val="21"/>
          <w:shd w:val="clear" w:color="auto" w:fill="FFFFFF"/>
        </w:rPr>
        <w:t>× abs at 645 nm + 20.2 × abs at 663 nm) × 25/100</w:t>
      </w:r>
    </w:p>
    <w:p w14:paraId="0D38FA92" w14:textId="7CA45E8C" w:rsidR="00AF00ED" w:rsidRPr="00506B51" w:rsidRDefault="00AF00ED" w:rsidP="004164BA">
      <w:pPr>
        <w:widowControl w:val="0"/>
        <w:autoSpaceDE w:val="0"/>
        <w:autoSpaceDN w:val="0"/>
        <w:spacing w:after="0" w:line="240" w:lineRule="auto"/>
        <w:rPr>
          <w:rFonts w:ascii="Times New Roman" w:eastAsia="Times New Roman" w:hAnsi="Times New Roman" w:cs="Times New Roman"/>
          <w:color w:val="000000"/>
          <w:sz w:val="24"/>
          <w:szCs w:val="24"/>
        </w:rPr>
      </w:pPr>
    </w:p>
    <w:p w14:paraId="2085F2A7" w14:textId="19C775A4" w:rsidR="006D5334" w:rsidRDefault="006D5334" w:rsidP="00AF00ED">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pPr>
    </w:p>
    <w:p w14:paraId="0CD8E9E0" w14:textId="58F9452D" w:rsidR="006D5334" w:rsidRDefault="006D5334" w:rsidP="00AF00ED">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pPr>
    </w:p>
    <w:p w14:paraId="3AB02EF6" w14:textId="77777777" w:rsidR="006D5334" w:rsidRDefault="006D5334" w:rsidP="006D5334">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pPr>
    </w:p>
    <w:p w14:paraId="57250A14" w14:textId="34097884" w:rsidR="00357007" w:rsidRDefault="00357007" w:rsidP="006D5334">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pPr>
    </w:p>
    <w:p w14:paraId="0571019F" w14:textId="23523CE0" w:rsidR="00357007" w:rsidRDefault="00357007" w:rsidP="006D5334">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pPr>
    </w:p>
    <w:p w14:paraId="7978B14F" w14:textId="7180D51F" w:rsidR="00357007" w:rsidRDefault="00357007" w:rsidP="006D5334">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pPr>
    </w:p>
    <w:p w14:paraId="49FF8C26" w14:textId="35FFA584" w:rsidR="00357007" w:rsidRDefault="00357007" w:rsidP="006D5334">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pPr>
    </w:p>
    <w:p w14:paraId="681DA6C7" w14:textId="0BA978DA" w:rsidR="00357007" w:rsidRPr="00357007" w:rsidRDefault="00357007" w:rsidP="00357007">
      <w:pPr>
        <w:rPr>
          <w:rFonts w:ascii="Times New Roman" w:eastAsia="Times New Roman" w:hAnsi="Times New Roman" w:cs="Times New Roman"/>
          <w:sz w:val="24"/>
          <w:szCs w:val="24"/>
        </w:rPr>
      </w:pPr>
    </w:p>
    <w:p w14:paraId="4E56E059" w14:textId="77777777" w:rsidR="00357007" w:rsidRPr="00357007" w:rsidRDefault="00357007" w:rsidP="00357007">
      <w:pPr>
        <w:rPr>
          <w:rFonts w:ascii="Times New Roman" w:eastAsia="Times New Roman" w:hAnsi="Times New Roman" w:cs="Times New Roman"/>
          <w:sz w:val="24"/>
          <w:szCs w:val="24"/>
        </w:rPr>
      </w:pPr>
    </w:p>
    <w:p w14:paraId="1C4CB9A9" w14:textId="4368C937" w:rsidR="00357007" w:rsidRPr="00357007" w:rsidRDefault="00357007" w:rsidP="00357007">
      <w:pPr>
        <w:rPr>
          <w:rFonts w:ascii="Times New Roman" w:eastAsia="Times New Roman" w:hAnsi="Times New Roman" w:cs="Times New Roman"/>
          <w:sz w:val="24"/>
          <w:szCs w:val="24"/>
        </w:rPr>
      </w:pPr>
    </w:p>
    <w:p w14:paraId="00A92C34" w14:textId="02348D97" w:rsidR="00357007" w:rsidRPr="00357007" w:rsidRDefault="00357007" w:rsidP="00357007">
      <w:pPr>
        <w:rPr>
          <w:rFonts w:ascii="Times New Roman" w:eastAsia="Times New Roman" w:hAnsi="Times New Roman" w:cs="Times New Roman"/>
          <w:sz w:val="24"/>
          <w:szCs w:val="24"/>
        </w:rPr>
      </w:pPr>
    </w:p>
    <w:p w14:paraId="3CF75E25" w14:textId="44B941F8" w:rsidR="000051E4" w:rsidRDefault="000051E4" w:rsidP="00357007">
      <w:pPr>
        <w:rPr>
          <w:rFonts w:ascii="Times New Roman" w:eastAsia="Times New Roman" w:hAnsi="Times New Roman" w:cs="Times New Roman"/>
          <w:sz w:val="24"/>
          <w:szCs w:val="24"/>
        </w:rPr>
      </w:pPr>
    </w:p>
    <w:p w14:paraId="637B6B5E" w14:textId="767CF980" w:rsidR="000051E4" w:rsidRDefault="000051E4">
      <w:pP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0DC42081" wp14:editId="33DEC3C2">
                <wp:simplePos x="0" y="0"/>
                <wp:positionH relativeFrom="page">
                  <wp:posOffset>2331720</wp:posOffset>
                </wp:positionH>
                <wp:positionV relativeFrom="page">
                  <wp:posOffset>4358640</wp:posOffset>
                </wp:positionV>
                <wp:extent cx="2819400" cy="289560"/>
                <wp:effectExtent l="0" t="0" r="19050" b="15240"/>
                <wp:wrapNone/>
                <wp:docPr id="611993177" name="Text Box 3"/>
                <wp:cNvGraphicFramePr/>
                <a:graphic xmlns:a="http://schemas.openxmlformats.org/drawingml/2006/main">
                  <a:graphicData uri="http://schemas.microsoft.com/office/word/2010/wordprocessingShape">
                    <wps:wsp>
                      <wps:cNvSpPr txBox="1"/>
                      <wps:spPr>
                        <a:xfrm>
                          <a:off x="0" y="0"/>
                          <a:ext cx="2819400" cy="289560"/>
                        </a:xfrm>
                        <a:prstGeom prst="rect">
                          <a:avLst/>
                        </a:prstGeom>
                        <a:solidFill>
                          <a:schemeClr val="lt1"/>
                        </a:solidFill>
                        <a:ln w="6350">
                          <a:solidFill>
                            <a:prstClr val="black"/>
                          </a:solidFill>
                        </a:ln>
                      </wps:spPr>
                      <wps:txbx>
                        <w:txbxContent>
                          <w:p w14:paraId="1A47A6A6" w14:textId="1F60DF4B" w:rsidR="00357007" w:rsidRPr="00357007" w:rsidRDefault="00357007">
                            <w:pPr>
                              <w:rPr>
                                <w:rFonts w:ascii="Times New Roman" w:hAnsi="Times New Roman" w:cs="Times New Roman"/>
                                <w:b/>
                                <w:bCs/>
                                <w:sz w:val="24"/>
                                <w:szCs w:val="24"/>
                              </w:rPr>
                            </w:pPr>
                            <w:r w:rsidRPr="00357007">
                              <w:rPr>
                                <w:rFonts w:ascii="Times New Roman" w:hAnsi="Times New Roman" w:cs="Times New Roman"/>
                                <w:b/>
                                <w:bCs/>
                                <w:sz w:val="24"/>
                                <w:szCs w:val="24"/>
                              </w:rPr>
                              <w:t>Fig</w:t>
                            </w:r>
                            <w:r w:rsidR="000051E4">
                              <w:rPr>
                                <w:rFonts w:ascii="Times New Roman" w:hAnsi="Times New Roman" w:cs="Times New Roman"/>
                                <w:b/>
                                <w:bCs/>
                                <w:sz w:val="24"/>
                                <w:szCs w:val="24"/>
                              </w:rPr>
                              <w:t>.</w:t>
                            </w:r>
                            <w:r w:rsidRPr="00357007">
                              <w:rPr>
                                <w:rFonts w:ascii="Times New Roman" w:hAnsi="Times New Roman" w:cs="Times New Roman"/>
                                <w:b/>
                                <w:bCs/>
                                <w:sz w:val="24"/>
                                <w:szCs w:val="24"/>
                              </w:rPr>
                              <w:t xml:space="preserve"> 1 </w:t>
                            </w:r>
                            <w:r w:rsidRPr="00357007">
                              <w:rPr>
                                <w:rFonts w:ascii="Times New Roman" w:hAnsi="Times New Roman" w:cs="Times New Roman"/>
                                <w:b/>
                                <w:bCs/>
                                <w:i/>
                                <w:iCs/>
                                <w:sz w:val="24"/>
                                <w:szCs w:val="24"/>
                              </w:rPr>
                              <w:t>Cordyline terminalis</w:t>
                            </w:r>
                            <w:r w:rsidRPr="00357007">
                              <w:rPr>
                                <w:rFonts w:ascii="Times New Roman" w:hAnsi="Times New Roman" w:cs="Times New Roman"/>
                                <w:b/>
                                <w:bCs/>
                                <w:sz w:val="24"/>
                                <w:szCs w:val="24"/>
                              </w:rPr>
                              <w:t xml:space="preserve"> Field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42081" id="_x0000_t202" coordsize="21600,21600" o:spt="202" path="m,l,21600r21600,l21600,xe">
                <v:stroke joinstyle="miter"/>
                <v:path gradientshapeok="t" o:connecttype="rect"/>
              </v:shapetype>
              <v:shape id="Text Box 3" o:spid="_x0000_s1026" type="#_x0000_t202" style="position:absolute;margin-left:183.6pt;margin-top:343.2pt;width:222pt;height:2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" fillcolor="white [3201]" strokeweight=".5pt">
                <v:textbox>
                  <w:txbxContent>
                    <w:p w14:paraId="1A47A6A6" w14:textId="1F60DF4B" w:rsidR="00357007" w:rsidRPr="00357007" w:rsidRDefault="00357007">
                      <w:pPr>
                        <w:rPr>
                          <w:rFonts w:ascii="Times New Roman" w:hAnsi="Times New Roman" w:cs="Times New Roman"/>
                          <w:b/>
                          <w:bCs/>
                          <w:sz w:val="24"/>
                          <w:szCs w:val="24"/>
                        </w:rPr>
                      </w:pPr>
                      <w:r w:rsidRPr="00357007">
                        <w:rPr>
                          <w:rFonts w:ascii="Times New Roman" w:hAnsi="Times New Roman" w:cs="Times New Roman"/>
                          <w:b/>
                          <w:bCs/>
                          <w:sz w:val="24"/>
                          <w:szCs w:val="24"/>
                        </w:rPr>
                        <w:t>Fig</w:t>
                      </w:r>
                      <w:r w:rsidR="000051E4">
                        <w:rPr>
                          <w:rFonts w:ascii="Times New Roman" w:hAnsi="Times New Roman" w:cs="Times New Roman"/>
                          <w:b/>
                          <w:bCs/>
                          <w:sz w:val="24"/>
                          <w:szCs w:val="24"/>
                        </w:rPr>
                        <w:t>.</w:t>
                      </w:r>
                      <w:r w:rsidRPr="00357007">
                        <w:rPr>
                          <w:rFonts w:ascii="Times New Roman" w:hAnsi="Times New Roman" w:cs="Times New Roman"/>
                          <w:b/>
                          <w:bCs/>
                          <w:sz w:val="24"/>
                          <w:szCs w:val="24"/>
                        </w:rPr>
                        <w:t xml:space="preserve"> 1 </w:t>
                      </w:r>
                      <w:r w:rsidRPr="00357007">
                        <w:rPr>
                          <w:rFonts w:ascii="Times New Roman" w:hAnsi="Times New Roman" w:cs="Times New Roman"/>
                          <w:b/>
                          <w:bCs/>
                          <w:i/>
                          <w:iCs/>
                          <w:sz w:val="24"/>
                          <w:szCs w:val="24"/>
                        </w:rPr>
                        <w:t>Cordyline terminalis</w:t>
                      </w:r>
                      <w:r w:rsidRPr="00357007">
                        <w:rPr>
                          <w:rFonts w:ascii="Times New Roman" w:hAnsi="Times New Roman" w:cs="Times New Roman"/>
                          <w:b/>
                          <w:bCs/>
                          <w:sz w:val="24"/>
                          <w:szCs w:val="24"/>
                        </w:rPr>
                        <w:t xml:space="preserve"> Field Plot</w:t>
                      </w:r>
                    </w:p>
                  </w:txbxContent>
                </v:textbox>
                <w10:wrap anchorx="page" anchory="page"/>
              </v:shape>
            </w:pict>
          </mc:Fallback>
        </mc:AlternateContent>
      </w:r>
      <w:r>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14:anchorId="64226C14" wp14:editId="45E55538">
            <wp:simplePos x="0" y="0"/>
            <wp:positionH relativeFrom="column">
              <wp:posOffset>198120</wp:posOffset>
            </wp:positionH>
            <wp:positionV relativeFrom="page">
              <wp:posOffset>617220</wp:posOffset>
            </wp:positionV>
            <wp:extent cx="5340350" cy="3657600"/>
            <wp:effectExtent l="0" t="0" r="0" b="0"/>
            <wp:wrapNone/>
            <wp:docPr id="185941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40350" cy="3657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662336" behindDoc="1" locked="0" layoutInCell="1" allowOverlap="1" wp14:anchorId="699C6527" wp14:editId="6905A7CC">
            <wp:simplePos x="0" y="0"/>
            <wp:positionH relativeFrom="column">
              <wp:posOffset>198120</wp:posOffset>
            </wp:positionH>
            <wp:positionV relativeFrom="page">
              <wp:posOffset>4785360</wp:posOffset>
            </wp:positionV>
            <wp:extent cx="5340350" cy="3550920"/>
            <wp:effectExtent l="0" t="0" r="0" b="0"/>
            <wp:wrapNone/>
            <wp:docPr id="557751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40350" cy="3550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33152" behindDoc="0" locked="0" layoutInCell="1" allowOverlap="1" wp14:anchorId="020C2E4A" wp14:editId="6472D3D6">
                <wp:simplePos x="0" y="0"/>
                <wp:positionH relativeFrom="page">
                  <wp:posOffset>2377440</wp:posOffset>
                </wp:positionH>
                <wp:positionV relativeFrom="page">
                  <wp:posOffset>8477885</wp:posOffset>
                </wp:positionV>
                <wp:extent cx="2819400" cy="289560"/>
                <wp:effectExtent l="0" t="0" r="19050" b="15240"/>
                <wp:wrapNone/>
                <wp:docPr id="169779175" name="Text Box 3"/>
                <wp:cNvGraphicFramePr/>
                <a:graphic xmlns:a="http://schemas.openxmlformats.org/drawingml/2006/main">
                  <a:graphicData uri="http://schemas.microsoft.com/office/word/2010/wordprocessingShape">
                    <wps:wsp>
                      <wps:cNvSpPr txBox="1"/>
                      <wps:spPr>
                        <a:xfrm>
                          <a:off x="0" y="0"/>
                          <a:ext cx="2819400" cy="289560"/>
                        </a:xfrm>
                        <a:prstGeom prst="rect">
                          <a:avLst/>
                        </a:prstGeom>
                        <a:solidFill>
                          <a:sysClr val="window" lastClr="FFFFFF"/>
                        </a:solidFill>
                        <a:ln w="6350">
                          <a:solidFill>
                            <a:prstClr val="black"/>
                          </a:solidFill>
                        </a:ln>
                      </wps:spPr>
                      <wps:txbx>
                        <w:txbxContent>
                          <w:p w14:paraId="34A76049" w14:textId="0BD05EFE" w:rsidR="00357007" w:rsidRPr="00357007" w:rsidRDefault="00357007" w:rsidP="00357007">
                            <w:pPr>
                              <w:rPr>
                                <w:rFonts w:ascii="Times New Roman" w:hAnsi="Times New Roman" w:cs="Times New Roman"/>
                                <w:b/>
                                <w:bCs/>
                                <w:sz w:val="24"/>
                                <w:szCs w:val="24"/>
                              </w:rPr>
                            </w:pPr>
                            <w:r w:rsidRPr="00357007">
                              <w:rPr>
                                <w:rFonts w:ascii="Times New Roman" w:hAnsi="Times New Roman" w:cs="Times New Roman"/>
                                <w:b/>
                                <w:bCs/>
                                <w:sz w:val="24"/>
                                <w:szCs w:val="24"/>
                              </w:rPr>
                              <w:t>Fig</w:t>
                            </w:r>
                            <w:r w:rsidR="000051E4">
                              <w:rPr>
                                <w:rFonts w:ascii="Times New Roman" w:hAnsi="Times New Roman" w:cs="Times New Roman"/>
                                <w:b/>
                                <w:bCs/>
                                <w:sz w:val="24"/>
                                <w:szCs w:val="24"/>
                              </w:rPr>
                              <w:t>.</w:t>
                            </w:r>
                            <w:r w:rsidRPr="00357007">
                              <w:rPr>
                                <w:rFonts w:ascii="Times New Roman" w:hAnsi="Times New Roman" w:cs="Times New Roman"/>
                                <w:b/>
                                <w:bCs/>
                                <w:sz w:val="24"/>
                                <w:szCs w:val="24"/>
                              </w:rPr>
                              <w:t xml:space="preserve"> </w:t>
                            </w:r>
                            <w:r>
                              <w:rPr>
                                <w:rFonts w:ascii="Times New Roman" w:hAnsi="Times New Roman" w:cs="Times New Roman"/>
                                <w:b/>
                                <w:bCs/>
                                <w:sz w:val="24"/>
                                <w:szCs w:val="24"/>
                              </w:rPr>
                              <w:t>2</w:t>
                            </w:r>
                            <w:r w:rsidRPr="00357007">
                              <w:rPr>
                                <w:rFonts w:ascii="Times New Roman" w:hAnsi="Times New Roman" w:cs="Times New Roman"/>
                                <w:b/>
                                <w:bCs/>
                                <w:sz w:val="24"/>
                                <w:szCs w:val="24"/>
                              </w:rPr>
                              <w:t xml:space="preserve"> </w:t>
                            </w:r>
                            <w:r>
                              <w:rPr>
                                <w:rFonts w:ascii="Times New Roman" w:hAnsi="Times New Roman" w:cs="Times New Roman"/>
                                <w:b/>
                                <w:bCs/>
                                <w:sz w:val="24"/>
                                <w:szCs w:val="24"/>
                              </w:rPr>
                              <w:t>Bioenzymes used for spraying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2E4A" id="_x0000_s1027" type="#_x0000_t202" style="position:absolute;margin-left:187.2pt;margin-top:667.55pt;width:222pt;height:22.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" fillcolor="window" strokeweight=".5pt">
                <v:textbox>
                  <w:txbxContent>
                    <w:p w14:paraId="34A76049" w14:textId="0BD05EFE" w:rsidR="00357007" w:rsidRPr="00357007" w:rsidRDefault="00357007" w:rsidP="00357007">
                      <w:pPr>
                        <w:rPr>
                          <w:rFonts w:ascii="Times New Roman" w:hAnsi="Times New Roman" w:cs="Times New Roman"/>
                          <w:b/>
                          <w:bCs/>
                          <w:sz w:val="24"/>
                          <w:szCs w:val="24"/>
                        </w:rPr>
                      </w:pPr>
                      <w:r w:rsidRPr="00357007">
                        <w:rPr>
                          <w:rFonts w:ascii="Times New Roman" w:hAnsi="Times New Roman" w:cs="Times New Roman"/>
                          <w:b/>
                          <w:bCs/>
                          <w:sz w:val="24"/>
                          <w:szCs w:val="24"/>
                        </w:rPr>
                        <w:t>Fig</w:t>
                      </w:r>
                      <w:r w:rsidR="000051E4">
                        <w:rPr>
                          <w:rFonts w:ascii="Times New Roman" w:hAnsi="Times New Roman" w:cs="Times New Roman"/>
                          <w:b/>
                          <w:bCs/>
                          <w:sz w:val="24"/>
                          <w:szCs w:val="24"/>
                        </w:rPr>
                        <w:t>.</w:t>
                      </w:r>
                      <w:r w:rsidRPr="00357007">
                        <w:rPr>
                          <w:rFonts w:ascii="Times New Roman" w:hAnsi="Times New Roman" w:cs="Times New Roman"/>
                          <w:b/>
                          <w:bCs/>
                          <w:sz w:val="24"/>
                          <w:szCs w:val="24"/>
                        </w:rPr>
                        <w:t xml:space="preserve"> </w:t>
                      </w:r>
                      <w:r>
                        <w:rPr>
                          <w:rFonts w:ascii="Times New Roman" w:hAnsi="Times New Roman" w:cs="Times New Roman"/>
                          <w:b/>
                          <w:bCs/>
                          <w:sz w:val="24"/>
                          <w:szCs w:val="24"/>
                        </w:rPr>
                        <w:t>2</w:t>
                      </w:r>
                      <w:r w:rsidRPr="00357007">
                        <w:rPr>
                          <w:rFonts w:ascii="Times New Roman" w:hAnsi="Times New Roman" w:cs="Times New Roman"/>
                          <w:b/>
                          <w:bCs/>
                          <w:sz w:val="24"/>
                          <w:szCs w:val="24"/>
                        </w:rPr>
                        <w:t xml:space="preserve"> </w:t>
                      </w:r>
                      <w:r>
                        <w:rPr>
                          <w:rFonts w:ascii="Times New Roman" w:hAnsi="Times New Roman" w:cs="Times New Roman"/>
                          <w:b/>
                          <w:bCs/>
                          <w:sz w:val="24"/>
                          <w:szCs w:val="24"/>
                        </w:rPr>
                        <w:t>Bioenzymes used for spraying</w:t>
                      </w:r>
                    </w:p>
                  </w:txbxContent>
                </v:textbox>
                <w10:wrap anchorx="page" anchory="page"/>
              </v:shape>
            </w:pict>
          </mc:Fallback>
        </mc:AlternateContent>
      </w:r>
      <w:r>
        <w:rPr>
          <w:rFonts w:ascii="Times New Roman" w:eastAsia="Times New Roman" w:hAnsi="Times New Roman" w:cs="Times New Roman"/>
          <w:sz w:val="24"/>
          <w:szCs w:val="24"/>
        </w:rPr>
        <w:br w:type="page"/>
      </w:r>
    </w:p>
    <w:p w14:paraId="098C8D74" w14:textId="3A1F13BC" w:rsidR="00357007" w:rsidRDefault="00357007" w:rsidP="00357007">
      <w:pPr>
        <w:rPr>
          <w:rFonts w:ascii="Times New Roman" w:eastAsia="Times New Roman" w:hAnsi="Times New Roman" w:cs="Times New Roman"/>
          <w:sz w:val="24"/>
          <w:szCs w:val="24"/>
        </w:rPr>
      </w:pPr>
    </w:p>
    <w:p w14:paraId="284EB12B" w14:textId="6F8B742C" w:rsidR="000051E4" w:rsidRDefault="000051E4" w:rsidP="00357007">
      <w:pPr>
        <w:rPr>
          <w:rFonts w:ascii="Times New Roman" w:eastAsia="Times New Roman" w:hAnsi="Times New Roman" w:cs="Times New Roman"/>
          <w:sz w:val="24"/>
          <w:szCs w:val="24"/>
        </w:rPr>
      </w:pPr>
    </w:p>
    <w:p w14:paraId="18E17943" w14:textId="2C573CD7" w:rsidR="000051E4" w:rsidRDefault="000051E4" w:rsidP="00357007">
      <w:pPr>
        <w:rPr>
          <w:rFonts w:ascii="Times New Roman" w:eastAsia="Times New Roman" w:hAnsi="Times New Roman" w:cs="Times New Roman"/>
          <w:sz w:val="24"/>
          <w:szCs w:val="24"/>
        </w:rPr>
      </w:pPr>
    </w:p>
    <w:p w14:paraId="19D1027A" w14:textId="00543074" w:rsidR="000051E4" w:rsidRDefault="000051E4" w:rsidP="00357007">
      <w:pPr>
        <w:rPr>
          <w:rFonts w:ascii="Times New Roman" w:eastAsia="Times New Roman" w:hAnsi="Times New Roman" w:cs="Times New Roman"/>
          <w:sz w:val="24"/>
          <w:szCs w:val="24"/>
        </w:rPr>
      </w:pPr>
    </w:p>
    <w:p w14:paraId="2492F31F" w14:textId="0C2F9D96" w:rsidR="000051E4" w:rsidRPr="00357007" w:rsidRDefault="000051E4" w:rsidP="00357007">
      <w:pPr>
        <w:rPr>
          <w:rFonts w:ascii="Times New Roman" w:eastAsia="Times New Roman" w:hAnsi="Times New Roman" w:cs="Times New Roman"/>
          <w:sz w:val="24"/>
          <w:szCs w:val="24"/>
        </w:rPr>
      </w:pPr>
    </w:p>
    <w:p w14:paraId="4E1DC6E9" w14:textId="34671930" w:rsidR="00357007" w:rsidRPr="00357007" w:rsidRDefault="00357007" w:rsidP="00357007">
      <w:pPr>
        <w:rPr>
          <w:rFonts w:ascii="Times New Roman" w:eastAsia="Times New Roman" w:hAnsi="Times New Roman" w:cs="Times New Roman"/>
          <w:sz w:val="24"/>
          <w:szCs w:val="24"/>
        </w:rPr>
      </w:pPr>
    </w:p>
    <w:p w14:paraId="1FAF733C" w14:textId="779C6336" w:rsidR="00357007" w:rsidRPr="00357007" w:rsidRDefault="00066194" w:rsidP="00357007">
      <w:pPr>
        <w:rPr>
          <w:rFonts w:ascii="Times New Roman" w:eastAsia="Times New Roman" w:hAnsi="Times New Roman" w:cs="Times New Roman"/>
          <w:sz w:val="24"/>
          <w:szCs w:val="24"/>
        </w:rPr>
      </w:pPr>
      <w:r>
        <w:rPr>
          <w:noProof/>
        </w:rPr>
        <w:drawing>
          <wp:anchor distT="0" distB="0" distL="114300" distR="114300" simplePos="0" relativeHeight="251698688" behindDoc="1" locked="0" layoutInCell="1" allowOverlap="1" wp14:anchorId="26C5451E" wp14:editId="0461410B">
            <wp:simplePos x="0" y="0"/>
            <wp:positionH relativeFrom="page">
              <wp:posOffset>5463540</wp:posOffset>
            </wp:positionH>
            <wp:positionV relativeFrom="page">
              <wp:posOffset>3185160</wp:posOffset>
            </wp:positionV>
            <wp:extent cx="1805940" cy="1668780"/>
            <wp:effectExtent l="0" t="0" r="3810" b="7620"/>
            <wp:wrapNone/>
            <wp:docPr id="54028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88496"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19359" t="8032" r="20128" b="44919"/>
                    <a:stretch/>
                  </pic:blipFill>
                  <pic:spPr bwMode="auto">
                    <a:xfrm>
                      <a:off x="0" y="0"/>
                      <a:ext cx="1805940"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1" locked="0" layoutInCell="1" allowOverlap="1" wp14:anchorId="425A84A8" wp14:editId="403E84CF">
            <wp:simplePos x="0" y="0"/>
            <wp:positionH relativeFrom="page">
              <wp:posOffset>3116580</wp:posOffset>
            </wp:positionH>
            <wp:positionV relativeFrom="page">
              <wp:posOffset>3185160</wp:posOffset>
            </wp:positionV>
            <wp:extent cx="2346960" cy="1668780"/>
            <wp:effectExtent l="0" t="0" r="0" b="7620"/>
            <wp:wrapNone/>
            <wp:docPr id="46727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7450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346960" cy="1668780"/>
                    </a:xfrm>
                    <a:prstGeom prst="rect">
                      <a:avLst/>
                    </a:prstGeom>
                  </pic:spPr>
                </pic:pic>
              </a:graphicData>
            </a:graphic>
            <wp14:sizeRelH relativeFrom="margin">
              <wp14:pctWidth>0</wp14:pctWidth>
            </wp14:sizeRelH>
            <wp14:sizeRelV relativeFrom="margin">
              <wp14:pctHeight>0</wp14:pctHeight>
            </wp14:sizeRelV>
          </wp:anchor>
        </w:drawing>
      </w:r>
    </w:p>
    <w:p w14:paraId="62C10640" w14:textId="3CFEAFC1" w:rsidR="00357007" w:rsidRPr="00357007" w:rsidRDefault="00357007" w:rsidP="00357007">
      <w:pPr>
        <w:rPr>
          <w:rFonts w:ascii="Times New Roman" w:eastAsia="Times New Roman" w:hAnsi="Times New Roman" w:cs="Times New Roman"/>
          <w:sz w:val="24"/>
          <w:szCs w:val="24"/>
        </w:rPr>
      </w:pPr>
    </w:p>
    <w:p w14:paraId="5003D878" w14:textId="08E7BD49" w:rsidR="00357007" w:rsidRPr="00357007" w:rsidRDefault="00357007" w:rsidP="00357007">
      <w:pPr>
        <w:rPr>
          <w:rFonts w:ascii="Times New Roman" w:eastAsia="Times New Roman" w:hAnsi="Times New Roman" w:cs="Times New Roman"/>
          <w:sz w:val="24"/>
          <w:szCs w:val="24"/>
        </w:rPr>
      </w:pPr>
    </w:p>
    <w:p w14:paraId="5C3D180B" w14:textId="46BEBA1A" w:rsidR="00357007" w:rsidRPr="00357007" w:rsidRDefault="00357007" w:rsidP="00357007">
      <w:pPr>
        <w:rPr>
          <w:rFonts w:ascii="Times New Roman" w:eastAsia="Times New Roman" w:hAnsi="Times New Roman" w:cs="Times New Roman"/>
          <w:sz w:val="24"/>
          <w:szCs w:val="24"/>
        </w:rPr>
      </w:pPr>
    </w:p>
    <w:p w14:paraId="0859379F" w14:textId="59E15D18" w:rsidR="00357007" w:rsidRPr="00357007" w:rsidRDefault="00357007" w:rsidP="00357007">
      <w:pPr>
        <w:rPr>
          <w:rFonts w:ascii="Times New Roman" w:eastAsia="Times New Roman" w:hAnsi="Times New Roman" w:cs="Times New Roman"/>
          <w:sz w:val="24"/>
          <w:szCs w:val="24"/>
        </w:rPr>
      </w:pPr>
    </w:p>
    <w:p w14:paraId="56AD7F9C" w14:textId="3B55AD35" w:rsidR="00357007" w:rsidRPr="00357007" w:rsidRDefault="00357007" w:rsidP="00357007">
      <w:pPr>
        <w:rPr>
          <w:rFonts w:ascii="Times New Roman" w:eastAsia="Times New Roman" w:hAnsi="Times New Roman" w:cs="Times New Roman"/>
          <w:sz w:val="24"/>
          <w:szCs w:val="24"/>
        </w:rPr>
      </w:pPr>
    </w:p>
    <w:p w14:paraId="3E6B360E" w14:textId="450CC796" w:rsidR="00357007" w:rsidRPr="00357007" w:rsidRDefault="00066194" w:rsidP="0035700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0736" behindDoc="0" locked="0" layoutInCell="1" allowOverlap="1" wp14:anchorId="41A62D1A" wp14:editId="424170CB">
                <wp:simplePos x="0" y="0"/>
                <wp:positionH relativeFrom="page">
                  <wp:posOffset>3535680</wp:posOffset>
                </wp:positionH>
                <wp:positionV relativeFrom="page">
                  <wp:posOffset>4953000</wp:posOffset>
                </wp:positionV>
                <wp:extent cx="3314700" cy="533400"/>
                <wp:effectExtent l="0" t="0" r="19050" b="19050"/>
                <wp:wrapNone/>
                <wp:docPr id="332732501" name="Text Box 12"/>
                <wp:cNvGraphicFramePr/>
                <a:graphic xmlns:a="http://schemas.openxmlformats.org/drawingml/2006/main">
                  <a:graphicData uri="http://schemas.microsoft.com/office/word/2010/wordprocessingShape">
                    <wps:wsp>
                      <wps:cNvSpPr txBox="1"/>
                      <wps:spPr>
                        <a:xfrm>
                          <a:off x="0" y="0"/>
                          <a:ext cx="3314700" cy="533400"/>
                        </a:xfrm>
                        <a:prstGeom prst="rect">
                          <a:avLst/>
                        </a:prstGeom>
                        <a:solidFill>
                          <a:sysClr val="window" lastClr="FFFFFF"/>
                        </a:solidFill>
                        <a:ln w="6350">
                          <a:solidFill>
                            <a:prstClr val="black"/>
                          </a:solidFill>
                        </a:ln>
                      </wps:spPr>
                      <wps:txbx>
                        <w:txbxContent>
                          <w:p w14:paraId="52B3C490" w14:textId="77777777" w:rsidR="00066194" w:rsidRDefault="00066194" w:rsidP="00066194">
                            <w:pPr>
                              <w:spacing w:after="0" w:line="240" w:lineRule="auto"/>
                              <w:rPr>
                                <w:rFonts w:ascii="Times New Roman" w:eastAsia="Times New Roman" w:hAnsi="Times New Roman" w:cs="Times New Roman"/>
                                <w:b/>
                                <w:bCs/>
                                <w:color w:val="000000"/>
                              </w:rPr>
                            </w:pPr>
                            <w:r w:rsidRPr="007F06DC">
                              <w:rPr>
                                <w:rFonts w:ascii="Times New Roman" w:eastAsia="Times New Roman" w:hAnsi="Times New Roman" w:cs="Times New Roman"/>
                                <w:b/>
                                <w:bCs/>
                                <w:color w:val="000000"/>
                              </w:rPr>
                              <w:t xml:space="preserve">Fig. </w:t>
                            </w:r>
                            <w:r>
                              <w:rPr>
                                <w:rFonts w:ascii="Times New Roman" w:eastAsia="Times New Roman" w:hAnsi="Times New Roman" w:cs="Times New Roman"/>
                                <w:b/>
                                <w:bCs/>
                                <w:color w:val="000000"/>
                              </w:rPr>
                              <w:t>7</w:t>
                            </w:r>
                            <w:r w:rsidRPr="007F06DC">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Estimation of Chlorophyll content through </w:t>
                            </w:r>
                          </w:p>
                          <w:p w14:paraId="2A4D5716" w14:textId="16519452" w:rsidR="00066194" w:rsidRPr="007F06DC" w:rsidRDefault="00066194" w:rsidP="00066194">
                            <w:pPr>
                              <w:spacing w:after="0" w:line="240" w:lineRule="auto"/>
                            </w:pPr>
                            <w:r>
                              <w:rPr>
                                <w:rFonts w:ascii="Times New Roman" w:eastAsia="Times New Roman" w:hAnsi="Times New Roman" w:cs="Times New Roman"/>
                                <w:b/>
                                <w:bCs/>
                                <w:color w:val="000000"/>
                              </w:rPr>
                              <w:t>Spectrophotometer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2D1A" id="Text Box 12" o:spid="_x0000_s1028" type="#_x0000_t202" style="position:absolute;margin-left:278.4pt;margin-top:390pt;width:261pt;height:42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" fillcolor="window" strokeweight=".5pt">
                <v:textbox>
                  <w:txbxContent>
                    <w:p w14:paraId="52B3C490" w14:textId="77777777" w:rsidR="00066194" w:rsidRDefault="00066194" w:rsidP="00066194">
                      <w:pPr>
                        <w:spacing w:after="0" w:line="240" w:lineRule="auto"/>
                        <w:rPr>
                          <w:rFonts w:ascii="Times New Roman" w:eastAsia="Times New Roman" w:hAnsi="Times New Roman" w:cs="Times New Roman"/>
                          <w:b/>
                          <w:bCs/>
                          <w:color w:val="000000"/>
                        </w:rPr>
                      </w:pPr>
                      <w:r w:rsidRPr="007F06DC">
                        <w:rPr>
                          <w:rFonts w:ascii="Times New Roman" w:eastAsia="Times New Roman" w:hAnsi="Times New Roman" w:cs="Times New Roman"/>
                          <w:b/>
                          <w:bCs/>
                          <w:color w:val="000000"/>
                        </w:rPr>
                        <w:t xml:space="preserve">Fig. </w:t>
                      </w:r>
                      <w:r>
                        <w:rPr>
                          <w:rFonts w:ascii="Times New Roman" w:eastAsia="Times New Roman" w:hAnsi="Times New Roman" w:cs="Times New Roman"/>
                          <w:b/>
                          <w:bCs/>
                          <w:color w:val="000000"/>
                        </w:rPr>
                        <w:t>7</w:t>
                      </w:r>
                      <w:r w:rsidRPr="007F06DC">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Estimation of Chlorophyll content through </w:t>
                      </w:r>
                    </w:p>
                    <w:p w14:paraId="2A4D5716" w14:textId="16519452" w:rsidR="00066194" w:rsidRPr="007F06DC" w:rsidRDefault="00066194" w:rsidP="00066194">
                      <w:pPr>
                        <w:spacing w:after="0" w:line="240" w:lineRule="auto"/>
                      </w:pPr>
                      <w:r>
                        <w:rPr>
                          <w:rFonts w:ascii="Times New Roman" w:eastAsia="Times New Roman" w:hAnsi="Times New Roman" w:cs="Times New Roman"/>
                          <w:b/>
                          <w:bCs/>
                          <w:color w:val="000000"/>
                        </w:rPr>
                        <w:t>Spectrophotometer</w:t>
                      </w:r>
                    </w:p>
                  </w:txbxContent>
                </v:textbox>
                <w10:wrap anchorx="page" anchory="page"/>
              </v:shape>
            </w:pict>
          </mc:Fallback>
        </mc:AlternateContent>
      </w:r>
    </w:p>
    <w:p w14:paraId="199E70E5" w14:textId="352A4F82" w:rsidR="00357007" w:rsidRPr="00357007" w:rsidRDefault="00357007" w:rsidP="00357007">
      <w:pPr>
        <w:rPr>
          <w:rFonts w:ascii="Times New Roman" w:eastAsia="Times New Roman" w:hAnsi="Times New Roman" w:cs="Times New Roman"/>
          <w:sz w:val="24"/>
          <w:szCs w:val="24"/>
        </w:rPr>
      </w:pPr>
    </w:p>
    <w:p w14:paraId="1D3646CB" w14:textId="33390512" w:rsidR="00357007" w:rsidRPr="00357007" w:rsidRDefault="00F03063" w:rsidP="00357007">
      <w:pPr>
        <w:rPr>
          <w:rFonts w:ascii="Times New Roman" w:eastAsia="Times New Roman" w:hAnsi="Times New Roman" w:cs="Times New Roman"/>
          <w:sz w:val="24"/>
          <w:szCs w:val="24"/>
        </w:rPr>
      </w:pPr>
      <w:r>
        <w:rPr>
          <w:noProof/>
        </w:rPr>
        <w:drawing>
          <wp:anchor distT="0" distB="0" distL="114300" distR="114300" simplePos="0" relativeHeight="251702784" behindDoc="1" locked="0" layoutInCell="1" allowOverlap="1" wp14:anchorId="7CF95D6E" wp14:editId="5CB5980A">
            <wp:simplePos x="0" y="0"/>
            <wp:positionH relativeFrom="page">
              <wp:posOffset>3169920</wp:posOffset>
            </wp:positionH>
            <wp:positionV relativeFrom="page">
              <wp:posOffset>5638800</wp:posOffset>
            </wp:positionV>
            <wp:extent cx="2476500" cy="3063240"/>
            <wp:effectExtent l="0" t="0" r="0" b="3810"/>
            <wp:wrapNone/>
            <wp:docPr id="33066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62356"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b="10623"/>
                    <a:stretch/>
                  </pic:blipFill>
                  <pic:spPr bwMode="auto">
                    <a:xfrm>
                      <a:off x="0" y="0"/>
                      <a:ext cx="247650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27234" w14:textId="6221B142" w:rsidR="00357007" w:rsidRPr="00357007" w:rsidRDefault="00357007" w:rsidP="00357007">
      <w:pPr>
        <w:rPr>
          <w:rFonts w:ascii="Times New Roman" w:eastAsia="Times New Roman" w:hAnsi="Times New Roman" w:cs="Times New Roman"/>
          <w:sz w:val="24"/>
          <w:szCs w:val="24"/>
        </w:rPr>
      </w:pPr>
    </w:p>
    <w:p w14:paraId="66F2BCDD" w14:textId="124A5912" w:rsidR="00357007" w:rsidRPr="00357007" w:rsidRDefault="00066194" w:rsidP="00E4195F">
      <w:pPr>
        <w:tabs>
          <w:tab w:val="center" w:pos="468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5376" behindDoc="0" locked="0" layoutInCell="1" allowOverlap="1" wp14:anchorId="47C235B1" wp14:editId="38C80BE1">
                <wp:simplePos x="0" y="0"/>
                <wp:positionH relativeFrom="page">
                  <wp:posOffset>434340</wp:posOffset>
                </wp:positionH>
                <wp:positionV relativeFrom="page">
                  <wp:posOffset>6301740</wp:posOffset>
                </wp:positionV>
                <wp:extent cx="2537460" cy="480060"/>
                <wp:effectExtent l="0" t="0" r="15240" b="15240"/>
                <wp:wrapNone/>
                <wp:docPr id="148186220" name="Text Box 12"/>
                <wp:cNvGraphicFramePr/>
                <a:graphic xmlns:a="http://schemas.openxmlformats.org/drawingml/2006/main">
                  <a:graphicData uri="http://schemas.microsoft.com/office/word/2010/wordprocessingShape">
                    <wps:wsp>
                      <wps:cNvSpPr txBox="1"/>
                      <wps:spPr>
                        <a:xfrm>
                          <a:off x="0" y="0"/>
                          <a:ext cx="2537460" cy="480060"/>
                        </a:xfrm>
                        <a:prstGeom prst="rect">
                          <a:avLst/>
                        </a:prstGeom>
                        <a:solidFill>
                          <a:schemeClr val="lt1"/>
                        </a:solidFill>
                        <a:ln w="6350">
                          <a:solidFill>
                            <a:prstClr val="black"/>
                          </a:solidFill>
                        </a:ln>
                      </wps:spPr>
                      <wps:txbx>
                        <w:txbxContent>
                          <w:p w14:paraId="6DE8DA80" w14:textId="2125E777" w:rsidR="007F06DC" w:rsidRPr="007F06DC" w:rsidRDefault="007F06DC">
                            <w:r w:rsidRPr="007F06DC">
                              <w:rPr>
                                <w:rFonts w:ascii="Times New Roman" w:eastAsia="Times New Roman" w:hAnsi="Times New Roman" w:cs="Times New Roman"/>
                                <w:b/>
                                <w:bCs/>
                                <w:color w:val="000000"/>
                              </w:rPr>
                              <w:t xml:space="preserve">Fig. </w:t>
                            </w:r>
                            <w:r>
                              <w:rPr>
                                <w:rFonts w:ascii="Times New Roman" w:eastAsia="Times New Roman" w:hAnsi="Times New Roman" w:cs="Times New Roman"/>
                                <w:b/>
                                <w:bCs/>
                                <w:color w:val="000000"/>
                              </w:rPr>
                              <w:t>6</w:t>
                            </w:r>
                            <w:r w:rsidRPr="007F06DC">
                              <w:rPr>
                                <w:rFonts w:ascii="Times New Roman" w:eastAsia="Times New Roman" w:hAnsi="Times New Roman" w:cs="Times New Roman"/>
                                <w:b/>
                                <w:bCs/>
                                <w:color w:val="000000"/>
                              </w:rPr>
                              <w:t>: Measurement of plant height and internode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35B1" id="_x0000_s1029" type="#_x0000_t202" style="position:absolute;margin-left:34.2pt;margin-top:496.2pt;width:199.8pt;height:37.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uOQIAAIM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" fillcolor="white [3201]" strokeweight=".5pt">
                <v:textbox>
                  <w:txbxContent>
                    <w:p w14:paraId="6DE8DA80" w14:textId="2125E777" w:rsidR="007F06DC" w:rsidRPr="007F06DC" w:rsidRDefault="007F06DC">
                      <w:r w:rsidRPr="007F06DC">
                        <w:rPr>
                          <w:rFonts w:ascii="Times New Roman" w:eastAsia="Times New Roman" w:hAnsi="Times New Roman" w:cs="Times New Roman"/>
                          <w:b/>
                          <w:bCs/>
                          <w:color w:val="000000"/>
                        </w:rPr>
                        <w:t xml:space="preserve">Fig. </w:t>
                      </w:r>
                      <w:r>
                        <w:rPr>
                          <w:rFonts w:ascii="Times New Roman" w:eastAsia="Times New Roman" w:hAnsi="Times New Roman" w:cs="Times New Roman"/>
                          <w:b/>
                          <w:bCs/>
                          <w:color w:val="000000"/>
                        </w:rPr>
                        <w:t>6</w:t>
                      </w:r>
                      <w:r w:rsidRPr="007F06DC">
                        <w:rPr>
                          <w:rFonts w:ascii="Times New Roman" w:eastAsia="Times New Roman" w:hAnsi="Times New Roman" w:cs="Times New Roman"/>
                          <w:b/>
                          <w:bCs/>
                          <w:color w:val="000000"/>
                        </w:rPr>
                        <w:t>: Measurement of plant height and internode</w:t>
                      </w:r>
                    </w:p>
                  </w:txbxContent>
                </v:textbox>
                <w10:wrap anchorx="page" anchory="page"/>
              </v:shape>
            </w:pict>
          </mc:Fallback>
        </mc:AlternateContent>
      </w:r>
      <w:r w:rsidR="00E4195F">
        <w:rPr>
          <w:rFonts w:ascii="Times New Roman" w:eastAsia="Times New Roman" w:hAnsi="Times New Roman" w:cs="Times New Roman"/>
          <w:sz w:val="24"/>
          <w:szCs w:val="24"/>
        </w:rPr>
        <w:tab/>
      </w:r>
    </w:p>
    <w:p w14:paraId="1EC7A554" w14:textId="26FFF343" w:rsidR="00357007" w:rsidRDefault="00357007" w:rsidP="00357007">
      <w:pPr>
        <w:rPr>
          <w:rFonts w:ascii="Times New Roman" w:eastAsia="Times New Roman" w:hAnsi="Times New Roman" w:cs="Times New Roman"/>
          <w:color w:val="000000"/>
          <w:sz w:val="24"/>
          <w:szCs w:val="24"/>
        </w:rPr>
      </w:pPr>
    </w:p>
    <w:p w14:paraId="0E614DE4" w14:textId="101782D8" w:rsidR="00357007" w:rsidRDefault="00357007" w:rsidP="00357007">
      <w:pPr>
        <w:tabs>
          <w:tab w:val="left" w:pos="706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BF36A9D" w14:textId="729DCF6D" w:rsidR="00357007" w:rsidRDefault="00357007" w:rsidP="00357007">
      <w:pPr>
        <w:tabs>
          <w:tab w:val="left" w:pos="7068"/>
        </w:tabs>
        <w:rPr>
          <w:rFonts w:ascii="Times New Roman" w:eastAsia="Times New Roman" w:hAnsi="Times New Roman" w:cs="Times New Roman"/>
          <w:color w:val="000000"/>
          <w:sz w:val="24"/>
          <w:szCs w:val="24"/>
        </w:rPr>
      </w:pPr>
    </w:p>
    <w:p w14:paraId="3BEB72B4" w14:textId="66D9B843" w:rsidR="00357007" w:rsidRDefault="007F06DC" w:rsidP="00357007">
      <w:pPr>
        <w:tabs>
          <w:tab w:val="left" w:pos="7068"/>
        </w:tabs>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43392" behindDoc="1" locked="0" layoutInCell="1" allowOverlap="1" wp14:anchorId="4B6ABA32" wp14:editId="318015CA">
            <wp:simplePos x="0" y="0"/>
            <wp:positionH relativeFrom="column">
              <wp:posOffset>-480060</wp:posOffset>
            </wp:positionH>
            <wp:positionV relativeFrom="page">
              <wp:posOffset>495300</wp:posOffset>
            </wp:positionV>
            <wp:extent cx="2537460" cy="1996440"/>
            <wp:effectExtent l="0" t="0" r="0" b="3810"/>
            <wp:wrapNone/>
            <wp:docPr id="583636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37460" cy="1996440"/>
                    </a:xfrm>
                    <a:prstGeom prst="rect">
                      <a:avLst/>
                    </a:prstGeom>
                    <a:noFill/>
                  </pic:spPr>
                </pic:pic>
              </a:graphicData>
            </a:graphic>
            <wp14:sizeRelH relativeFrom="page">
              <wp14:pctWidth>0</wp14:pctWidth>
            </wp14:sizeRelH>
            <wp14:sizeRelV relativeFrom="page">
              <wp14:pctHeight>0</wp14:pctHeight>
            </wp14:sizeRelV>
          </wp:anchor>
        </w:drawing>
      </w:r>
      <w:r w:rsidR="00AC4AFA">
        <w:rPr>
          <w:rFonts w:ascii="Times New Roman" w:eastAsia="Times New Roman" w:hAnsi="Times New Roman" w:cs="Times New Roman"/>
          <w:noProof/>
          <w:sz w:val="24"/>
          <w:szCs w:val="24"/>
        </w:rPr>
        <w:drawing>
          <wp:anchor distT="0" distB="0" distL="114300" distR="114300" simplePos="0" relativeHeight="251673088" behindDoc="1" locked="0" layoutInCell="1" allowOverlap="1" wp14:anchorId="1EFAA909" wp14:editId="11935647">
            <wp:simplePos x="0" y="0"/>
            <wp:positionH relativeFrom="column">
              <wp:posOffset>4381500</wp:posOffset>
            </wp:positionH>
            <wp:positionV relativeFrom="page">
              <wp:posOffset>495300</wp:posOffset>
            </wp:positionV>
            <wp:extent cx="1973580" cy="1996440"/>
            <wp:effectExtent l="0" t="0" r="7620" b="3810"/>
            <wp:wrapNone/>
            <wp:docPr id="1802145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73580" cy="1996440"/>
                    </a:xfrm>
                    <a:prstGeom prst="rect">
                      <a:avLst/>
                    </a:prstGeom>
                    <a:noFill/>
                  </pic:spPr>
                </pic:pic>
              </a:graphicData>
            </a:graphic>
            <wp14:sizeRelH relativeFrom="page">
              <wp14:pctWidth>0</wp14:pctWidth>
            </wp14:sizeRelH>
            <wp14:sizeRelV relativeFrom="page">
              <wp14:pctHeight>0</wp14:pctHeight>
            </wp14:sizeRelV>
          </wp:anchor>
        </w:drawing>
      </w:r>
      <w:r w:rsidR="00AC4AFA">
        <w:rPr>
          <w:rFonts w:ascii="Times New Roman" w:eastAsia="Times New Roman" w:hAnsi="Times New Roman" w:cs="Times New Roman"/>
          <w:noProof/>
          <w:color w:val="000000"/>
          <w:sz w:val="24"/>
          <w:szCs w:val="24"/>
        </w:rPr>
        <w:drawing>
          <wp:anchor distT="0" distB="0" distL="114300" distR="114300" simplePos="0" relativeHeight="251655680" behindDoc="1" locked="0" layoutInCell="1" allowOverlap="1" wp14:anchorId="20DA9F93" wp14:editId="11A57803">
            <wp:simplePos x="0" y="0"/>
            <wp:positionH relativeFrom="column">
              <wp:posOffset>2148840</wp:posOffset>
            </wp:positionH>
            <wp:positionV relativeFrom="page">
              <wp:posOffset>495300</wp:posOffset>
            </wp:positionV>
            <wp:extent cx="2141220" cy="1996440"/>
            <wp:effectExtent l="0" t="0" r="0" b="3810"/>
            <wp:wrapNone/>
            <wp:docPr id="7726940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41220" cy="1996440"/>
                    </a:xfrm>
                    <a:prstGeom prst="rect">
                      <a:avLst/>
                    </a:prstGeom>
                    <a:noFill/>
                  </pic:spPr>
                </pic:pic>
              </a:graphicData>
            </a:graphic>
            <wp14:sizeRelH relativeFrom="page">
              <wp14:pctWidth>0</wp14:pctWidth>
            </wp14:sizeRelH>
            <wp14:sizeRelV relativeFrom="page">
              <wp14:pctHeight>0</wp14:pctHeight>
            </wp14:sizeRelV>
          </wp:anchor>
        </w:drawing>
      </w:r>
    </w:p>
    <w:p w14:paraId="00A03B6C" w14:textId="199220E5" w:rsidR="00357007" w:rsidRPr="00357007" w:rsidRDefault="00F03063" w:rsidP="00357007">
      <w:pPr>
        <w:tabs>
          <w:tab w:val="left" w:pos="7068"/>
        </w:tabs>
        <w:rPr>
          <w:rFonts w:ascii="Times New Roman" w:eastAsia="Times New Roman" w:hAnsi="Times New Roman" w:cs="Times New Roman"/>
          <w:sz w:val="24"/>
          <w:szCs w:val="24"/>
        </w:rPr>
        <w:sectPr w:rsidR="00357007" w:rsidRPr="00357007" w:rsidSect="005B6D3E">
          <w:headerReference w:type="even" r:id="rId24"/>
          <w:headerReference w:type="default" r:id="rId25"/>
          <w:headerReference w:type="first" r:id="rId26"/>
          <w:pgSz w:w="12240" w:h="15840"/>
          <w:pgMar w:top="1440" w:right="1440" w:bottom="1440" w:left="1440" w:header="720" w:footer="720" w:gutter="0"/>
          <w:cols w:space="72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1604A2B9" wp14:editId="3D80D9D8">
                <wp:simplePos x="0" y="0"/>
                <wp:positionH relativeFrom="page">
                  <wp:posOffset>3169920</wp:posOffset>
                </wp:positionH>
                <wp:positionV relativeFrom="page">
                  <wp:posOffset>8778240</wp:posOffset>
                </wp:positionV>
                <wp:extent cx="2484120" cy="480060"/>
                <wp:effectExtent l="0" t="0" r="11430" b="15240"/>
                <wp:wrapNone/>
                <wp:docPr id="1771183702" name="Text Box 12"/>
                <wp:cNvGraphicFramePr/>
                <a:graphic xmlns:a="http://schemas.openxmlformats.org/drawingml/2006/main">
                  <a:graphicData uri="http://schemas.microsoft.com/office/word/2010/wordprocessingShape">
                    <wps:wsp>
                      <wps:cNvSpPr txBox="1"/>
                      <wps:spPr>
                        <a:xfrm>
                          <a:off x="0" y="0"/>
                          <a:ext cx="2484120" cy="480060"/>
                        </a:xfrm>
                        <a:prstGeom prst="rect">
                          <a:avLst/>
                        </a:prstGeom>
                        <a:solidFill>
                          <a:sysClr val="window" lastClr="FFFFFF"/>
                        </a:solidFill>
                        <a:ln w="6350">
                          <a:solidFill>
                            <a:prstClr val="black"/>
                          </a:solidFill>
                        </a:ln>
                      </wps:spPr>
                      <wps:txbx>
                        <w:txbxContent>
                          <w:p w14:paraId="33E955EC" w14:textId="198F6396" w:rsidR="00F03063" w:rsidRPr="007F06DC" w:rsidRDefault="00F03063" w:rsidP="00F03063">
                            <w:r w:rsidRPr="007F06DC">
                              <w:rPr>
                                <w:rFonts w:ascii="Times New Roman" w:eastAsia="Times New Roman" w:hAnsi="Times New Roman" w:cs="Times New Roman"/>
                                <w:b/>
                                <w:bCs/>
                                <w:color w:val="000000"/>
                              </w:rPr>
                              <w:t xml:space="preserve">Fig. </w:t>
                            </w:r>
                            <w:r>
                              <w:rPr>
                                <w:rFonts w:ascii="Times New Roman" w:eastAsia="Times New Roman" w:hAnsi="Times New Roman" w:cs="Times New Roman"/>
                                <w:b/>
                                <w:bCs/>
                                <w:color w:val="000000"/>
                              </w:rPr>
                              <w:t>8</w:t>
                            </w:r>
                            <w:r w:rsidRPr="007F06DC">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Vase life study (0.2% Sucrose)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A2B9" id="_x0000_s1030" type="#_x0000_t202" style="position:absolute;margin-left:249.6pt;margin-top:691.2pt;width:195.6pt;height:37.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" fillcolor="window" strokeweight=".5pt">
                <v:textbox>
                  <w:txbxContent>
                    <w:p w14:paraId="33E955EC" w14:textId="198F6396" w:rsidR="00F03063" w:rsidRPr="007F06DC" w:rsidRDefault="00F03063" w:rsidP="00F03063">
                      <w:r w:rsidRPr="007F06DC">
                        <w:rPr>
                          <w:rFonts w:ascii="Times New Roman" w:eastAsia="Times New Roman" w:hAnsi="Times New Roman" w:cs="Times New Roman"/>
                          <w:b/>
                          <w:bCs/>
                          <w:color w:val="000000"/>
                        </w:rPr>
                        <w:t xml:space="preserve">Fig. </w:t>
                      </w:r>
                      <w:r>
                        <w:rPr>
                          <w:rFonts w:ascii="Times New Roman" w:eastAsia="Times New Roman" w:hAnsi="Times New Roman" w:cs="Times New Roman"/>
                          <w:b/>
                          <w:bCs/>
                          <w:color w:val="000000"/>
                        </w:rPr>
                        <w:t>8</w:t>
                      </w:r>
                      <w:r w:rsidRPr="007F06DC">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Vase life study (0.2% Sucrose)</w:t>
                      </w:r>
                    </w:p>
                  </w:txbxContent>
                </v:textbox>
                <w10:wrap anchorx="page" anchory="page"/>
              </v:shape>
            </w:pict>
          </mc:Fallback>
        </mc:AlternateContent>
      </w:r>
      <w:r w:rsidR="007F06DC">
        <w:rPr>
          <w:rFonts w:ascii="Times New Roman" w:eastAsia="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599FB3FE" wp14:editId="147BCDA5">
                <wp:simplePos x="0" y="0"/>
                <wp:positionH relativeFrom="page">
                  <wp:posOffset>525780</wp:posOffset>
                </wp:positionH>
                <wp:positionV relativeFrom="page">
                  <wp:posOffset>2560320</wp:posOffset>
                </wp:positionV>
                <wp:extent cx="2377440" cy="457200"/>
                <wp:effectExtent l="0" t="0" r="22860" b="19050"/>
                <wp:wrapNone/>
                <wp:docPr id="603423804" name="Text Box 6"/>
                <wp:cNvGraphicFramePr/>
                <a:graphic xmlns:a="http://schemas.openxmlformats.org/drawingml/2006/main">
                  <a:graphicData uri="http://schemas.microsoft.com/office/word/2010/wordprocessingShape">
                    <wps:wsp>
                      <wps:cNvSpPr txBox="1"/>
                      <wps:spPr>
                        <a:xfrm>
                          <a:off x="0" y="0"/>
                          <a:ext cx="2377440" cy="457200"/>
                        </a:xfrm>
                        <a:prstGeom prst="rect">
                          <a:avLst/>
                        </a:prstGeom>
                        <a:solidFill>
                          <a:schemeClr val="lt1"/>
                        </a:solidFill>
                        <a:ln w="6350">
                          <a:solidFill>
                            <a:prstClr val="black"/>
                          </a:solidFill>
                        </a:ln>
                      </wps:spPr>
                      <wps:txbx>
                        <w:txbxContent>
                          <w:p w14:paraId="43E99260" w14:textId="24E7299C" w:rsidR="00357007" w:rsidRPr="00066194" w:rsidRDefault="00357007">
                            <w:pPr>
                              <w:rPr>
                                <w:rFonts w:ascii="Times New Roman" w:hAnsi="Times New Roman" w:cs="Times New Roman"/>
                                <w:b/>
                                <w:bCs/>
                              </w:rPr>
                            </w:pPr>
                            <w:r w:rsidRPr="00066194">
                              <w:rPr>
                                <w:rFonts w:ascii="Times New Roman" w:hAnsi="Times New Roman" w:cs="Times New Roman"/>
                                <w:b/>
                                <w:bCs/>
                              </w:rPr>
                              <w:t>Fig</w:t>
                            </w:r>
                            <w:r w:rsidR="007F06DC" w:rsidRPr="00066194">
                              <w:rPr>
                                <w:rFonts w:ascii="Times New Roman" w:hAnsi="Times New Roman" w:cs="Times New Roman"/>
                                <w:b/>
                                <w:bCs/>
                              </w:rPr>
                              <w:t>.</w:t>
                            </w:r>
                            <w:r w:rsidRPr="00066194">
                              <w:rPr>
                                <w:rFonts w:ascii="Times New Roman" w:hAnsi="Times New Roman" w:cs="Times New Roman"/>
                                <w:b/>
                                <w:bCs/>
                              </w:rPr>
                              <w:t xml:space="preserve"> 3</w:t>
                            </w:r>
                            <w:r w:rsidR="007F06DC" w:rsidRPr="00066194">
                              <w:rPr>
                                <w:rFonts w:ascii="Times New Roman" w:hAnsi="Times New Roman" w:cs="Times New Roman"/>
                                <w:b/>
                                <w:bCs/>
                              </w:rPr>
                              <w:t>:</w:t>
                            </w:r>
                            <w:r w:rsidRPr="00066194">
                              <w:rPr>
                                <w:rFonts w:ascii="Times New Roman" w:hAnsi="Times New Roman" w:cs="Times New Roman"/>
                                <w:b/>
                                <w:bCs/>
                              </w:rPr>
                              <w:t xml:space="preserve"> Spraying at 30 Days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FE" id="Text Box 6" o:spid="_x0000_s1031" type="#_x0000_t202" style="position:absolute;margin-left:41.4pt;margin-top:201.6pt;width:187.2pt;height:3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" fillcolor="white [3201]" strokeweight=".5pt">
                <v:textbox>
                  <w:txbxContent>
                    <w:p w14:paraId="43E99260" w14:textId="24E7299C" w:rsidR="00357007" w:rsidRPr="00066194" w:rsidRDefault="00357007">
                      <w:pPr>
                        <w:rPr>
                          <w:rFonts w:ascii="Times New Roman" w:hAnsi="Times New Roman" w:cs="Times New Roman"/>
                          <w:b/>
                          <w:bCs/>
                        </w:rPr>
                      </w:pPr>
                      <w:r w:rsidRPr="00066194">
                        <w:rPr>
                          <w:rFonts w:ascii="Times New Roman" w:hAnsi="Times New Roman" w:cs="Times New Roman"/>
                          <w:b/>
                          <w:bCs/>
                        </w:rPr>
                        <w:t>Fig</w:t>
                      </w:r>
                      <w:r w:rsidR="007F06DC" w:rsidRPr="00066194">
                        <w:rPr>
                          <w:rFonts w:ascii="Times New Roman" w:hAnsi="Times New Roman" w:cs="Times New Roman"/>
                          <w:b/>
                          <w:bCs/>
                        </w:rPr>
                        <w:t>.</w:t>
                      </w:r>
                      <w:r w:rsidRPr="00066194">
                        <w:rPr>
                          <w:rFonts w:ascii="Times New Roman" w:hAnsi="Times New Roman" w:cs="Times New Roman"/>
                          <w:b/>
                          <w:bCs/>
                        </w:rPr>
                        <w:t xml:space="preserve"> 3</w:t>
                      </w:r>
                      <w:r w:rsidR="007F06DC" w:rsidRPr="00066194">
                        <w:rPr>
                          <w:rFonts w:ascii="Times New Roman" w:hAnsi="Times New Roman" w:cs="Times New Roman"/>
                          <w:b/>
                          <w:bCs/>
                        </w:rPr>
                        <w:t>:</w:t>
                      </w:r>
                      <w:r w:rsidRPr="00066194">
                        <w:rPr>
                          <w:rFonts w:ascii="Times New Roman" w:hAnsi="Times New Roman" w:cs="Times New Roman"/>
                          <w:b/>
                          <w:bCs/>
                        </w:rPr>
                        <w:t xml:space="preserve"> Spraying at 30 Days Interval</w:t>
                      </w:r>
                    </w:p>
                  </w:txbxContent>
                </v:textbox>
                <w10:wrap anchorx="page" anchory="page"/>
              </v:shape>
            </w:pict>
          </mc:Fallback>
        </mc:AlternateContent>
      </w:r>
      <w:r w:rsidR="007F06DC">
        <w:rPr>
          <w:rFonts w:ascii="Times New Roman" w:eastAsia="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73C6EC76" wp14:editId="78787A3D">
                <wp:simplePos x="0" y="0"/>
                <wp:positionH relativeFrom="page">
                  <wp:posOffset>3063240</wp:posOffset>
                </wp:positionH>
                <wp:positionV relativeFrom="page">
                  <wp:posOffset>2560320</wp:posOffset>
                </wp:positionV>
                <wp:extent cx="2133600" cy="457200"/>
                <wp:effectExtent l="0" t="0" r="19050" b="19050"/>
                <wp:wrapNone/>
                <wp:docPr id="183683487" name="Text Box 8"/>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schemeClr val="lt1"/>
                        </a:solidFill>
                        <a:ln w="6350">
                          <a:solidFill>
                            <a:prstClr val="black"/>
                          </a:solidFill>
                        </a:ln>
                      </wps:spPr>
                      <wps:txbx>
                        <w:txbxContent>
                          <w:p w14:paraId="4E6FBCF5" w14:textId="799C3C8B" w:rsidR="00AC4AFA" w:rsidRPr="00066194" w:rsidRDefault="00AC4AFA">
                            <w:pPr>
                              <w:rPr>
                                <w:rFonts w:ascii="Times New Roman" w:hAnsi="Times New Roman" w:cs="Times New Roman"/>
                                <w:b/>
                                <w:bCs/>
                              </w:rPr>
                            </w:pPr>
                            <w:r w:rsidRPr="00066194">
                              <w:rPr>
                                <w:rFonts w:ascii="Times New Roman" w:hAnsi="Times New Roman" w:cs="Times New Roman"/>
                                <w:b/>
                                <w:bCs/>
                              </w:rPr>
                              <w:t>Fig</w:t>
                            </w:r>
                            <w:r w:rsidR="007F06DC" w:rsidRPr="00066194">
                              <w:rPr>
                                <w:rFonts w:ascii="Times New Roman" w:hAnsi="Times New Roman" w:cs="Times New Roman"/>
                                <w:b/>
                                <w:bCs/>
                              </w:rPr>
                              <w:t>.</w:t>
                            </w:r>
                            <w:r w:rsidRPr="00066194">
                              <w:rPr>
                                <w:rFonts w:ascii="Times New Roman" w:hAnsi="Times New Roman" w:cs="Times New Roman"/>
                                <w:b/>
                                <w:bCs/>
                              </w:rPr>
                              <w:t xml:space="preserve"> 4</w:t>
                            </w:r>
                            <w:r w:rsidR="007F06DC" w:rsidRPr="00066194">
                              <w:rPr>
                                <w:rFonts w:ascii="Times New Roman" w:hAnsi="Times New Roman" w:cs="Times New Roman"/>
                                <w:b/>
                                <w:bCs/>
                              </w:rPr>
                              <w:t>:</w:t>
                            </w:r>
                            <w:r w:rsidRPr="00066194">
                              <w:rPr>
                                <w:rFonts w:ascii="Times New Roman" w:hAnsi="Times New Roman" w:cs="Times New Roman"/>
                                <w:b/>
                                <w:bCs/>
                              </w:rPr>
                              <w:t xml:space="preserve"> Measuring Leaf Breadth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EC76" id="Text Box 8" o:spid="_x0000_s1032" type="#_x0000_t202" style="position:absolute;margin-left:241.2pt;margin-top:201.6pt;width:168pt;height:3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" fillcolor="white [3201]" strokeweight=".5pt">
                <v:textbox>
                  <w:txbxContent>
                    <w:p w14:paraId="4E6FBCF5" w14:textId="799C3C8B" w:rsidR="00AC4AFA" w:rsidRPr="00066194" w:rsidRDefault="00AC4AFA">
                      <w:pPr>
                        <w:rPr>
                          <w:rFonts w:ascii="Times New Roman" w:hAnsi="Times New Roman" w:cs="Times New Roman"/>
                          <w:b/>
                          <w:bCs/>
                        </w:rPr>
                      </w:pPr>
                      <w:r w:rsidRPr="00066194">
                        <w:rPr>
                          <w:rFonts w:ascii="Times New Roman" w:hAnsi="Times New Roman" w:cs="Times New Roman"/>
                          <w:b/>
                          <w:bCs/>
                        </w:rPr>
                        <w:t>Fig</w:t>
                      </w:r>
                      <w:r w:rsidR="007F06DC" w:rsidRPr="00066194">
                        <w:rPr>
                          <w:rFonts w:ascii="Times New Roman" w:hAnsi="Times New Roman" w:cs="Times New Roman"/>
                          <w:b/>
                          <w:bCs/>
                        </w:rPr>
                        <w:t>.</w:t>
                      </w:r>
                      <w:r w:rsidRPr="00066194">
                        <w:rPr>
                          <w:rFonts w:ascii="Times New Roman" w:hAnsi="Times New Roman" w:cs="Times New Roman"/>
                          <w:b/>
                          <w:bCs/>
                        </w:rPr>
                        <w:t xml:space="preserve"> 4</w:t>
                      </w:r>
                      <w:r w:rsidR="007F06DC" w:rsidRPr="00066194">
                        <w:rPr>
                          <w:rFonts w:ascii="Times New Roman" w:hAnsi="Times New Roman" w:cs="Times New Roman"/>
                          <w:b/>
                          <w:bCs/>
                        </w:rPr>
                        <w:t>:</w:t>
                      </w:r>
                      <w:r w:rsidRPr="00066194">
                        <w:rPr>
                          <w:rFonts w:ascii="Times New Roman" w:hAnsi="Times New Roman" w:cs="Times New Roman"/>
                          <w:b/>
                          <w:bCs/>
                        </w:rPr>
                        <w:t xml:space="preserve"> Measuring Leaf Breadth</w:t>
                      </w:r>
                    </w:p>
                  </w:txbxContent>
                </v:textbox>
                <w10:wrap anchorx="page" anchory="page"/>
              </v:shape>
            </w:pict>
          </mc:Fallback>
        </mc:AlternateContent>
      </w:r>
      <w:r w:rsidR="00AC4AFA">
        <w:rPr>
          <w:rFonts w:ascii="Times New Roman" w:eastAsia="Times New Roman" w:hAnsi="Times New Roman" w:cs="Times New Roman"/>
          <w:noProof/>
          <w:sz w:val="24"/>
          <w:szCs w:val="24"/>
        </w:rPr>
        <w:drawing>
          <wp:anchor distT="0" distB="0" distL="114300" distR="114300" simplePos="0" relativeHeight="251670016" behindDoc="1" locked="0" layoutInCell="1" allowOverlap="1" wp14:anchorId="76AFB72A" wp14:editId="5AC37574">
            <wp:simplePos x="0" y="0"/>
            <wp:positionH relativeFrom="column">
              <wp:posOffset>-480060</wp:posOffset>
            </wp:positionH>
            <wp:positionV relativeFrom="page">
              <wp:posOffset>3185160</wp:posOffset>
            </wp:positionV>
            <wp:extent cx="2537460" cy="3002280"/>
            <wp:effectExtent l="0" t="0" r="0" b="7620"/>
            <wp:wrapNone/>
            <wp:docPr id="1540986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37460" cy="3002280"/>
                    </a:xfrm>
                    <a:prstGeom prst="rect">
                      <a:avLst/>
                    </a:prstGeom>
                    <a:noFill/>
                  </pic:spPr>
                </pic:pic>
              </a:graphicData>
            </a:graphic>
            <wp14:sizeRelH relativeFrom="page">
              <wp14:pctWidth>0</wp14:pctWidth>
            </wp14:sizeRelH>
            <wp14:sizeRelV relativeFrom="page">
              <wp14:pctHeight>0</wp14:pctHeight>
            </wp14:sizeRelV>
          </wp:anchor>
        </w:drawing>
      </w:r>
      <w:r w:rsidR="00AC4AFA">
        <w:rPr>
          <w:rFonts w:ascii="Times New Roman" w:eastAsia="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6DE773ED" wp14:editId="699C381B">
                <wp:simplePos x="0" y="0"/>
                <wp:positionH relativeFrom="page">
                  <wp:posOffset>5250180</wp:posOffset>
                </wp:positionH>
                <wp:positionV relativeFrom="page">
                  <wp:posOffset>2560320</wp:posOffset>
                </wp:positionV>
                <wp:extent cx="2019300" cy="457200"/>
                <wp:effectExtent l="0" t="0" r="19050" b="19050"/>
                <wp:wrapNone/>
                <wp:docPr id="2099592202" name="Text Box 11"/>
                <wp:cNvGraphicFramePr/>
                <a:graphic xmlns:a="http://schemas.openxmlformats.org/drawingml/2006/main">
                  <a:graphicData uri="http://schemas.microsoft.com/office/word/2010/wordprocessingShape">
                    <wps:wsp>
                      <wps:cNvSpPr txBox="1"/>
                      <wps:spPr>
                        <a:xfrm>
                          <a:off x="0" y="0"/>
                          <a:ext cx="2019300" cy="457200"/>
                        </a:xfrm>
                        <a:prstGeom prst="rect">
                          <a:avLst/>
                        </a:prstGeom>
                        <a:solidFill>
                          <a:schemeClr val="lt1"/>
                        </a:solidFill>
                        <a:ln w="6350">
                          <a:solidFill>
                            <a:prstClr val="black"/>
                          </a:solidFill>
                        </a:ln>
                      </wps:spPr>
                      <wps:txbx>
                        <w:txbxContent>
                          <w:p w14:paraId="1140DFDE" w14:textId="60CFD049" w:rsidR="00AC4AFA" w:rsidRPr="00667D5E" w:rsidRDefault="00AC4AFA">
                            <w:pPr>
                              <w:rPr>
                                <w:rFonts w:ascii="Times New Roman" w:hAnsi="Times New Roman" w:cs="Times New Roman"/>
                                <w:b/>
                                <w:bCs/>
                              </w:rPr>
                            </w:pPr>
                            <w:r w:rsidRPr="00667D5E">
                              <w:rPr>
                                <w:rFonts w:ascii="Times New Roman" w:hAnsi="Times New Roman" w:cs="Times New Roman"/>
                                <w:b/>
                                <w:bCs/>
                              </w:rPr>
                              <w:t>Fig</w:t>
                            </w:r>
                            <w:r w:rsidR="007F06DC" w:rsidRPr="00667D5E">
                              <w:rPr>
                                <w:rFonts w:ascii="Times New Roman" w:hAnsi="Times New Roman" w:cs="Times New Roman"/>
                                <w:b/>
                                <w:bCs/>
                              </w:rPr>
                              <w:t>.</w:t>
                            </w:r>
                            <w:r w:rsidRPr="00667D5E">
                              <w:rPr>
                                <w:rFonts w:ascii="Times New Roman" w:hAnsi="Times New Roman" w:cs="Times New Roman"/>
                                <w:b/>
                                <w:bCs/>
                              </w:rPr>
                              <w:t xml:space="preserve"> 5</w:t>
                            </w:r>
                            <w:r w:rsidR="007F06DC" w:rsidRPr="00667D5E">
                              <w:rPr>
                                <w:rFonts w:ascii="Times New Roman" w:hAnsi="Times New Roman" w:cs="Times New Roman"/>
                                <w:b/>
                                <w:bCs/>
                              </w:rPr>
                              <w:t>:</w:t>
                            </w:r>
                            <w:r w:rsidRPr="00667D5E">
                              <w:rPr>
                                <w:rFonts w:ascii="Times New Roman" w:hAnsi="Times New Roman" w:cs="Times New Roman"/>
                                <w:b/>
                                <w:bCs/>
                              </w:rPr>
                              <w:t xml:space="preserve"> Plant grade &amp; Colour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73ED" id="Text Box 11" o:spid="_x0000_s1033" type="#_x0000_t202" style="position:absolute;margin-left:413.4pt;margin-top:201.6pt;width:159pt;height:3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" fillcolor="white [3201]" strokeweight=".5pt">
                <v:textbox>
                  <w:txbxContent>
                    <w:p w14:paraId="1140DFDE" w14:textId="60CFD049" w:rsidR="00AC4AFA" w:rsidRPr="00667D5E" w:rsidRDefault="00AC4AFA">
                      <w:pPr>
                        <w:rPr>
                          <w:rFonts w:ascii="Times New Roman" w:hAnsi="Times New Roman" w:cs="Times New Roman"/>
                          <w:b/>
                          <w:bCs/>
                        </w:rPr>
                      </w:pPr>
                      <w:r w:rsidRPr="00667D5E">
                        <w:rPr>
                          <w:rFonts w:ascii="Times New Roman" w:hAnsi="Times New Roman" w:cs="Times New Roman"/>
                          <w:b/>
                          <w:bCs/>
                        </w:rPr>
                        <w:t>Fig</w:t>
                      </w:r>
                      <w:r w:rsidR="007F06DC" w:rsidRPr="00667D5E">
                        <w:rPr>
                          <w:rFonts w:ascii="Times New Roman" w:hAnsi="Times New Roman" w:cs="Times New Roman"/>
                          <w:b/>
                          <w:bCs/>
                        </w:rPr>
                        <w:t>.</w:t>
                      </w:r>
                      <w:r w:rsidRPr="00667D5E">
                        <w:rPr>
                          <w:rFonts w:ascii="Times New Roman" w:hAnsi="Times New Roman" w:cs="Times New Roman"/>
                          <w:b/>
                          <w:bCs/>
                        </w:rPr>
                        <w:t xml:space="preserve"> 5</w:t>
                      </w:r>
                      <w:r w:rsidR="007F06DC" w:rsidRPr="00667D5E">
                        <w:rPr>
                          <w:rFonts w:ascii="Times New Roman" w:hAnsi="Times New Roman" w:cs="Times New Roman"/>
                          <w:b/>
                          <w:bCs/>
                        </w:rPr>
                        <w:t>:</w:t>
                      </w:r>
                      <w:r w:rsidRPr="00667D5E">
                        <w:rPr>
                          <w:rFonts w:ascii="Times New Roman" w:hAnsi="Times New Roman" w:cs="Times New Roman"/>
                          <w:b/>
                          <w:bCs/>
                        </w:rPr>
                        <w:t xml:space="preserve"> Plant grade &amp; Colour Grade</w:t>
                      </w:r>
                    </w:p>
                  </w:txbxContent>
                </v:textbox>
                <w10:wrap anchorx="page" anchory="page"/>
              </v:shape>
            </w:pict>
          </mc:Fallback>
        </mc:AlternateContent>
      </w:r>
      <w:r w:rsidR="00357007">
        <w:rPr>
          <w:rFonts w:ascii="Times New Roman" w:eastAsia="Times New Roman" w:hAnsi="Times New Roman" w:cs="Times New Roman"/>
          <w:sz w:val="24"/>
          <w:szCs w:val="24"/>
        </w:rPr>
        <w:tab/>
      </w:r>
    </w:p>
    <w:p w14:paraId="1E144593" w14:textId="77D83349" w:rsidR="006D5334" w:rsidRPr="006D5334" w:rsidRDefault="006D5334" w:rsidP="006D5334">
      <w:pPr>
        <w:spacing w:before="100" w:beforeAutospacing="1" w:after="100" w:afterAutospacing="1" w:line="240" w:lineRule="auto"/>
        <w:jc w:val="both"/>
        <w:rPr>
          <w:rFonts w:ascii="Times New Roman" w:eastAsia="Times New Roman" w:hAnsi="Times New Roman" w:cs="Times New Roman"/>
          <w:b/>
          <w:bCs/>
          <w:color w:val="000000"/>
          <w:sz w:val="24"/>
          <w:szCs w:val="24"/>
        </w:rPr>
      </w:pPr>
      <w:bookmarkStart w:id="7" w:name="_Hlk148466230"/>
      <w:r w:rsidRPr="006D5334">
        <w:rPr>
          <w:rFonts w:ascii="Times New Roman" w:eastAsia="Times New Roman" w:hAnsi="Times New Roman" w:cs="Times New Roman"/>
          <w:b/>
          <w:bCs/>
          <w:color w:val="000000"/>
          <w:sz w:val="24"/>
          <w:szCs w:val="24"/>
          <w:lang w:val="en-IN"/>
        </w:rPr>
        <w:lastRenderedPageBreak/>
        <w:t xml:space="preserve">Table </w:t>
      </w:r>
      <w:r w:rsidR="00051F49">
        <w:rPr>
          <w:rFonts w:ascii="Times New Roman" w:eastAsia="Times New Roman" w:hAnsi="Times New Roman" w:cs="Times New Roman"/>
          <w:b/>
          <w:bCs/>
          <w:color w:val="000000"/>
          <w:sz w:val="24"/>
          <w:szCs w:val="24"/>
          <w:lang w:val="en-IN"/>
        </w:rPr>
        <w:t>3</w:t>
      </w:r>
      <w:r w:rsidRPr="006D5334">
        <w:rPr>
          <w:rFonts w:ascii="Times New Roman" w:eastAsia="Times New Roman" w:hAnsi="Times New Roman" w:cs="Times New Roman"/>
          <w:b/>
          <w:bCs/>
          <w:color w:val="000000"/>
          <w:sz w:val="24"/>
          <w:szCs w:val="24"/>
          <w:lang w:val="en-IN"/>
        </w:rPr>
        <w:t xml:space="preserve">: </w:t>
      </w:r>
      <w:r w:rsidRPr="006D5334">
        <w:rPr>
          <w:rFonts w:ascii="Times New Roman" w:eastAsia="Times New Roman" w:hAnsi="Times New Roman" w:cs="Times New Roman"/>
          <w:b/>
          <w:bCs/>
          <w:color w:val="000000"/>
          <w:sz w:val="24"/>
          <w:szCs w:val="24"/>
        </w:rPr>
        <w:t xml:space="preserve">An overview of the bioenzymes to be used for studying growth and development in </w:t>
      </w:r>
      <w:r w:rsidRPr="006D5334">
        <w:rPr>
          <w:rFonts w:ascii="Times New Roman" w:eastAsia="Times New Roman" w:hAnsi="Times New Roman" w:cs="Times New Roman"/>
          <w:b/>
          <w:bCs/>
          <w:i/>
          <w:iCs/>
          <w:color w:val="000000"/>
          <w:sz w:val="24"/>
          <w:szCs w:val="24"/>
        </w:rPr>
        <w:t>Cordyline terminalis</w:t>
      </w:r>
    </w:p>
    <w:tbl>
      <w:tblPr>
        <w:tblW w:w="5106"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99"/>
        <w:gridCol w:w="2378"/>
        <w:gridCol w:w="2381"/>
        <w:gridCol w:w="2222"/>
        <w:gridCol w:w="1251"/>
        <w:gridCol w:w="1464"/>
        <w:gridCol w:w="2730"/>
      </w:tblGrid>
      <w:tr w:rsidR="006D5334" w:rsidRPr="006D5334" w14:paraId="12553D54" w14:textId="77777777" w:rsidTr="00F030D8">
        <w:trPr>
          <w:trHeight w:val="20"/>
        </w:trPr>
        <w:tc>
          <w:tcPr>
            <w:tcW w:w="302" w:type="pct"/>
            <w:shd w:val="clear" w:color="auto" w:fill="auto"/>
            <w:vAlign w:val="center"/>
          </w:tcPr>
          <w:bookmarkEnd w:id="7"/>
          <w:p w14:paraId="0ABDD9BF" w14:textId="77777777" w:rsidR="006D5334" w:rsidRPr="006D5334" w:rsidRDefault="006D5334" w:rsidP="00F030D8">
            <w:pPr>
              <w:spacing w:after="0" w:line="360" w:lineRule="auto"/>
              <w:rPr>
                <w:rFonts w:ascii="Times New Roman" w:eastAsia="Times New Roman" w:hAnsi="Times New Roman" w:cs="Times New Roman"/>
                <w:b/>
                <w:bCs/>
                <w:color w:val="000000"/>
                <w:sz w:val="20"/>
                <w:szCs w:val="20"/>
                <w:lang w:val="en-IN"/>
              </w:rPr>
            </w:pPr>
            <w:r w:rsidRPr="006D5334">
              <w:rPr>
                <w:rFonts w:ascii="Times New Roman" w:eastAsia="Times New Roman" w:hAnsi="Times New Roman" w:cs="Times New Roman"/>
                <w:b/>
                <w:bCs/>
                <w:color w:val="000000"/>
                <w:sz w:val="20"/>
                <w:szCs w:val="20"/>
                <w:lang w:val="en-IN"/>
              </w:rPr>
              <w:t>Sl. No.</w:t>
            </w:r>
          </w:p>
        </w:tc>
        <w:tc>
          <w:tcPr>
            <w:tcW w:w="899" w:type="pct"/>
            <w:shd w:val="clear" w:color="auto" w:fill="auto"/>
            <w:vAlign w:val="center"/>
          </w:tcPr>
          <w:p w14:paraId="30571BFD" w14:textId="77777777" w:rsidR="006D5334" w:rsidRPr="006D5334" w:rsidRDefault="006D5334" w:rsidP="00F030D8">
            <w:pPr>
              <w:spacing w:after="0" w:line="360" w:lineRule="auto"/>
              <w:rPr>
                <w:rFonts w:ascii="Times New Roman" w:eastAsia="Times New Roman" w:hAnsi="Times New Roman" w:cs="Times New Roman"/>
                <w:b/>
                <w:bCs/>
                <w:color w:val="000000"/>
                <w:sz w:val="20"/>
                <w:szCs w:val="20"/>
                <w:lang w:val="en-IN"/>
              </w:rPr>
            </w:pPr>
            <w:r w:rsidRPr="006D5334">
              <w:rPr>
                <w:rFonts w:ascii="Times New Roman" w:eastAsia="Times New Roman" w:hAnsi="Times New Roman" w:cs="Times New Roman"/>
                <w:b/>
                <w:bCs/>
                <w:color w:val="000000"/>
                <w:sz w:val="20"/>
                <w:szCs w:val="20"/>
                <w:lang w:val="en-IN"/>
              </w:rPr>
              <w:t>Trade name</w:t>
            </w:r>
          </w:p>
        </w:tc>
        <w:tc>
          <w:tcPr>
            <w:tcW w:w="1740" w:type="pct"/>
            <w:gridSpan w:val="2"/>
            <w:shd w:val="clear" w:color="auto" w:fill="auto"/>
            <w:vAlign w:val="center"/>
          </w:tcPr>
          <w:p w14:paraId="18D97F75" w14:textId="77777777" w:rsidR="006D5334" w:rsidRPr="006D5334" w:rsidRDefault="006D5334" w:rsidP="00F030D8">
            <w:pPr>
              <w:spacing w:after="0" w:line="360" w:lineRule="auto"/>
              <w:rPr>
                <w:rFonts w:ascii="Times New Roman" w:eastAsia="Times New Roman" w:hAnsi="Times New Roman" w:cs="Times New Roman"/>
                <w:b/>
                <w:bCs/>
                <w:color w:val="000000"/>
                <w:sz w:val="20"/>
                <w:szCs w:val="20"/>
                <w:lang w:val="en-IN"/>
              </w:rPr>
            </w:pPr>
            <w:r w:rsidRPr="006D5334">
              <w:rPr>
                <w:rFonts w:ascii="Times New Roman" w:eastAsia="Times New Roman" w:hAnsi="Times New Roman" w:cs="Times New Roman"/>
                <w:b/>
                <w:bCs/>
                <w:color w:val="000000"/>
                <w:sz w:val="20"/>
                <w:szCs w:val="20"/>
                <w:lang w:val="en-IN"/>
              </w:rPr>
              <w:t>Chemical composition</w:t>
            </w:r>
          </w:p>
        </w:tc>
        <w:tc>
          <w:tcPr>
            <w:tcW w:w="473" w:type="pct"/>
            <w:shd w:val="clear" w:color="auto" w:fill="auto"/>
            <w:vAlign w:val="center"/>
          </w:tcPr>
          <w:p w14:paraId="6AFB72B9" w14:textId="77777777" w:rsidR="006D5334" w:rsidRPr="006D5334" w:rsidRDefault="006D5334" w:rsidP="00F030D8">
            <w:pPr>
              <w:spacing w:after="0" w:line="360" w:lineRule="auto"/>
              <w:rPr>
                <w:rFonts w:ascii="Times New Roman" w:eastAsia="Times New Roman" w:hAnsi="Times New Roman" w:cs="Times New Roman"/>
                <w:b/>
                <w:bCs/>
                <w:color w:val="000000"/>
                <w:sz w:val="20"/>
                <w:szCs w:val="20"/>
                <w:lang w:val="en-IN"/>
              </w:rPr>
            </w:pPr>
            <w:r w:rsidRPr="006D5334">
              <w:rPr>
                <w:rFonts w:ascii="Times New Roman" w:eastAsia="Times New Roman" w:hAnsi="Times New Roman" w:cs="Times New Roman"/>
                <w:b/>
                <w:bCs/>
                <w:color w:val="000000"/>
                <w:sz w:val="20"/>
                <w:szCs w:val="20"/>
                <w:lang w:val="en-IN"/>
              </w:rPr>
              <w:t>Dosage</w:t>
            </w:r>
          </w:p>
        </w:tc>
        <w:tc>
          <w:tcPr>
            <w:tcW w:w="553" w:type="pct"/>
            <w:shd w:val="clear" w:color="auto" w:fill="auto"/>
            <w:vAlign w:val="center"/>
          </w:tcPr>
          <w:p w14:paraId="4B6D02C7" w14:textId="77777777" w:rsidR="006D5334" w:rsidRPr="006D5334" w:rsidRDefault="006D5334" w:rsidP="00F030D8">
            <w:pPr>
              <w:spacing w:after="0" w:line="360" w:lineRule="auto"/>
              <w:rPr>
                <w:rFonts w:ascii="Times New Roman" w:eastAsia="Times New Roman" w:hAnsi="Times New Roman" w:cs="Times New Roman"/>
                <w:b/>
                <w:bCs/>
                <w:color w:val="000000"/>
                <w:sz w:val="20"/>
                <w:szCs w:val="20"/>
                <w:lang w:val="en-IN"/>
              </w:rPr>
            </w:pPr>
            <w:r w:rsidRPr="006D5334">
              <w:rPr>
                <w:rFonts w:ascii="Times New Roman" w:eastAsia="Times New Roman" w:hAnsi="Times New Roman" w:cs="Times New Roman"/>
                <w:b/>
                <w:bCs/>
                <w:color w:val="000000"/>
                <w:sz w:val="20"/>
                <w:szCs w:val="20"/>
                <w:lang w:val="en-IN"/>
              </w:rPr>
              <w:t>Manufactured</w:t>
            </w:r>
          </w:p>
          <w:p w14:paraId="30106D2D" w14:textId="77777777" w:rsidR="006D5334" w:rsidRPr="006D5334" w:rsidRDefault="006D5334" w:rsidP="00F030D8">
            <w:pPr>
              <w:spacing w:after="0" w:line="360" w:lineRule="auto"/>
              <w:rPr>
                <w:rFonts w:ascii="Times New Roman" w:eastAsia="Times New Roman" w:hAnsi="Times New Roman" w:cs="Times New Roman"/>
                <w:b/>
                <w:bCs/>
                <w:color w:val="000000"/>
                <w:sz w:val="20"/>
                <w:szCs w:val="20"/>
                <w:lang w:val="en-IN"/>
              </w:rPr>
            </w:pPr>
            <w:r w:rsidRPr="006D5334">
              <w:rPr>
                <w:rFonts w:ascii="Times New Roman" w:eastAsia="Times New Roman" w:hAnsi="Times New Roman" w:cs="Times New Roman"/>
                <w:b/>
                <w:bCs/>
                <w:color w:val="000000"/>
                <w:sz w:val="20"/>
                <w:szCs w:val="20"/>
                <w:lang w:val="en-IN"/>
              </w:rPr>
              <w:t>by</w:t>
            </w:r>
          </w:p>
        </w:tc>
        <w:tc>
          <w:tcPr>
            <w:tcW w:w="1032" w:type="pct"/>
            <w:shd w:val="clear" w:color="auto" w:fill="auto"/>
            <w:vAlign w:val="center"/>
          </w:tcPr>
          <w:p w14:paraId="01392BDF"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b/>
                <w:bCs/>
                <w:color w:val="000000"/>
                <w:sz w:val="20"/>
                <w:szCs w:val="20"/>
                <w:lang w:val="en-IN"/>
              </w:rPr>
            </w:pPr>
            <w:r w:rsidRPr="006D5334">
              <w:rPr>
                <w:rFonts w:ascii="Times New Roman" w:eastAsia="Times New Roman" w:hAnsi="Times New Roman" w:cs="Times New Roman"/>
                <w:b/>
                <w:bCs/>
                <w:color w:val="000000"/>
                <w:sz w:val="20"/>
                <w:szCs w:val="20"/>
                <w:lang w:val="en-IN"/>
              </w:rPr>
              <w:t>Uses</w:t>
            </w:r>
          </w:p>
          <w:p w14:paraId="0954B94C" w14:textId="77777777" w:rsidR="006D5334" w:rsidRPr="006D5334" w:rsidRDefault="006D5334" w:rsidP="00F030D8">
            <w:pPr>
              <w:spacing w:after="0" w:line="360" w:lineRule="auto"/>
              <w:rPr>
                <w:rFonts w:ascii="Times New Roman" w:eastAsia="Times New Roman" w:hAnsi="Times New Roman" w:cs="Times New Roman"/>
                <w:b/>
                <w:bCs/>
                <w:color w:val="000000"/>
                <w:sz w:val="20"/>
                <w:szCs w:val="20"/>
                <w:lang w:val="en-IN"/>
              </w:rPr>
            </w:pPr>
          </w:p>
        </w:tc>
      </w:tr>
      <w:tr w:rsidR="006D5334" w:rsidRPr="006D5334" w14:paraId="10365E47" w14:textId="77777777" w:rsidTr="00F030D8">
        <w:trPr>
          <w:trHeight w:val="20"/>
        </w:trPr>
        <w:tc>
          <w:tcPr>
            <w:tcW w:w="302" w:type="pct"/>
            <w:shd w:val="clear" w:color="auto" w:fill="auto"/>
            <w:vAlign w:val="center"/>
          </w:tcPr>
          <w:p w14:paraId="6B1E7EA4"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01.</w:t>
            </w:r>
          </w:p>
        </w:tc>
        <w:tc>
          <w:tcPr>
            <w:tcW w:w="899" w:type="pct"/>
            <w:shd w:val="clear" w:color="auto" w:fill="auto"/>
            <w:vAlign w:val="center"/>
          </w:tcPr>
          <w:p w14:paraId="0BED47D7"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VIPUL booster PGR 100 ml</w:t>
            </w:r>
          </w:p>
        </w:tc>
        <w:tc>
          <w:tcPr>
            <w:tcW w:w="1740" w:type="pct"/>
            <w:gridSpan w:val="2"/>
            <w:shd w:val="clear" w:color="auto" w:fill="auto"/>
            <w:vAlign w:val="center"/>
          </w:tcPr>
          <w:p w14:paraId="28E9AE57"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Triacontanol (a.i.) 0.1% w/w (1000 ppm)</w:t>
            </w:r>
          </w:p>
          <w:p w14:paraId="27D21207"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Emulsifier (Ethoxylated esters of fatty acids): 0.5% w/w</w:t>
            </w:r>
          </w:p>
          <w:p w14:paraId="410A68E4"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Preservatives: (Easters of Benzoic acid): 0.1% w/w</w:t>
            </w:r>
          </w:p>
          <w:p w14:paraId="4766BE35"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Demineralized aqua: Q.S</w:t>
            </w:r>
          </w:p>
          <w:p w14:paraId="4B9BC6C1"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Total: 100.00% w/w</w:t>
            </w:r>
          </w:p>
        </w:tc>
        <w:tc>
          <w:tcPr>
            <w:tcW w:w="473" w:type="pct"/>
            <w:shd w:val="clear" w:color="auto" w:fill="auto"/>
            <w:vAlign w:val="center"/>
          </w:tcPr>
          <w:p w14:paraId="3224A93D"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500 ml/ha</w:t>
            </w:r>
          </w:p>
        </w:tc>
        <w:tc>
          <w:tcPr>
            <w:tcW w:w="553" w:type="pct"/>
            <w:shd w:val="clear" w:color="auto" w:fill="auto"/>
            <w:vAlign w:val="center"/>
          </w:tcPr>
          <w:p w14:paraId="437D5BCE"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Godrej</w:t>
            </w:r>
          </w:p>
          <w:p w14:paraId="3B37D516"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Agrovet Ltd.</w:t>
            </w:r>
          </w:p>
        </w:tc>
        <w:tc>
          <w:tcPr>
            <w:tcW w:w="1032" w:type="pct"/>
            <w:shd w:val="clear" w:color="auto" w:fill="auto"/>
            <w:vAlign w:val="center"/>
          </w:tcPr>
          <w:p w14:paraId="67F6925E" w14:textId="77777777" w:rsidR="006D5334" w:rsidRPr="006D5334" w:rsidRDefault="006D5334" w:rsidP="00F030D8">
            <w:pPr>
              <w:widowControl w:val="0"/>
              <w:numPr>
                <w:ilvl w:val="0"/>
                <w:numId w:val="13"/>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Triacontanol increases dry matter content, height of plant, plant spreading.</w:t>
            </w:r>
          </w:p>
          <w:p w14:paraId="795A1722" w14:textId="77777777" w:rsidR="006D5334" w:rsidRPr="006D5334" w:rsidRDefault="006D5334" w:rsidP="00F030D8">
            <w:pPr>
              <w:widowControl w:val="0"/>
              <w:numPr>
                <w:ilvl w:val="0"/>
                <w:numId w:val="13"/>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Enhances the activity of naturally available enzymes &amp; plant hormones.</w:t>
            </w:r>
          </w:p>
        </w:tc>
      </w:tr>
      <w:tr w:rsidR="006D5334" w:rsidRPr="006D5334" w14:paraId="166360A6" w14:textId="77777777" w:rsidTr="00F030D8">
        <w:trPr>
          <w:trHeight w:val="20"/>
        </w:trPr>
        <w:tc>
          <w:tcPr>
            <w:tcW w:w="302" w:type="pct"/>
            <w:shd w:val="clear" w:color="auto" w:fill="auto"/>
            <w:vAlign w:val="center"/>
          </w:tcPr>
          <w:p w14:paraId="10CB8511"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02.</w:t>
            </w:r>
          </w:p>
        </w:tc>
        <w:tc>
          <w:tcPr>
            <w:tcW w:w="899" w:type="pct"/>
            <w:shd w:val="clear" w:color="auto" w:fill="auto"/>
            <w:vAlign w:val="center"/>
          </w:tcPr>
          <w:p w14:paraId="6ABC8449"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Biozyme crop + biostimulant 100 ml</w:t>
            </w:r>
          </w:p>
        </w:tc>
        <w:tc>
          <w:tcPr>
            <w:tcW w:w="1740" w:type="pct"/>
            <w:gridSpan w:val="2"/>
            <w:shd w:val="clear" w:color="auto" w:fill="auto"/>
            <w:vAlign w:val="center"/>
          </w:tcPr>
          <w:p w14:paraId="5D2BDDAD"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Sea weed (</w:t>
            </w:r>
            <w:r w:rsidRPr="006D5334">
              <w:rPr>
                <w:rFonts w:ascii="Times New Roman" w:eastAsia="Times New Roman" w:hAnsi="Times New Roman" w:cs="Times New Roman"/>
                <w:i/>
                <w:iCs/>
                <w:color w:val="000000"/>
                <w:sz w:val="20"/>
                <w:szCs w:val="20"/>
              </w:rPr>
              <w:t>Ascophyllum nodosum</w:t>
            </w:r>
            <w:r w:rsidRPr="006D5334">
              <w:rPr>
                <w:rFonts w:ascii="Times New Roman" w:eastAsia="Times New Roman" w:hAnsi="Times New Roman" w:cs="Times New Roman"/>
                <w:color w:val="000000"/>
                <w:sz w:val="20"/>
                <w:szCs w:val="20"/>
              </w:rPr>
              <w:t>)</w:t>
            </w:r>
          </w:p>
          <w:p w14:paraId="76E42B08"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 xml:space="preserve">Fermented biomass@ 22.0 containing alginic acid 0.5% mi. </w:t>
            </w:r>
          </w:p>
          <w:p w14:paraId="2A53D568"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Aqueous diluents: QS,</w:t>
            </w:r>
          </w:p>
          <w:p w14:paraId="6D2EC83A"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Total: 100.00</w:t>
            </w:r>
          </w:p>
        </w:tc>
        <w:tc>
          <w:tcPr>
            <w:tcW w:w="473" w:type="pct"/>
            <w:shd w:val="clear" w:color="auto" w:fill="auto"/>
            <w:vAlign w:val="center"/>
          </w:tcPr>
          <w:p w14:paraId="36C443EB"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rPr>
              <w:t>625 to 750 ml/ha</w:t>
            </w:r>
          </w:p>
        </w:tc>
        <w:tc>
          <w:tcPr>
            <w:tcW w:w="553" w:type="pct"/>
            <w:shd w:val="clear" w:color="auto" w:fill="auto"/>
            <w:vAlign w:val="center"/>
          </w:tcPr>
          <w:p w14:paraId="226E691D"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Biostadt</w:t>
            </w:r>
          </w:p>
          <w:p w14:paraId="00C32FBE"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rPr>
              <w:t>India Ltd.</w:t>
            </w:r>
          </w:p>
        </w:tc>
        <w:tc>
          <w:tcPr>
            <w:tcW w:w="1032" w:type="pct"/>
            <w:shd w:val="clear" w:color="auto" w:fill="auto"/>
            <w:vAlign w:val="center"/>
          </w:tcPr>
          <w:p w14:paraId="5B0B33F5" w14:textId="77777777" w:rsidR="006D5334" w:rsidRPr="006D5334" w:rsidRDefault="006D5334" w:rsidP="00F030D8">
            <w:pPr>
              <w:widowControl w:val="0"/>
              <w:numPr>
                <w:ilvl w:val="0"/>
                <w:numId w:val="14"/>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Increases stress tolerance.</w:t>
            </w:r>
          </w:p>
          <w:p w14:paraId="57D53717" w14:textId="77777777" w:rsidR="006D5334" w:rsidRPr="006D5334" w:rsidRDefault="006D5334" w:rsidP="00F030D8">
            <w:pPr>
              <w:widowControl w:val="0"/>
              <w:numPr>
                <w:ilvl w:val="0"/>
                <w:numId w:val="14"/>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Increases nutrient uptake.</w:t>
            </w:r>
          </w:p>
          <w:p w14:paraId="29AF40AD" w14:textId="77777777" w:rsidR="006D5334" w:rsidRPr="006D5334" w:rsidRDefault="006D5334" w:rsidP="00F030D8">
            <w:pPr>
              <w:widowControl w:val="0"/>
              <w:numPr>
                <w:ilvl w:val="0"/>
                <w:numId w:val="14"/>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Improves plant growth.</w:t>
            </w:r>
          </w:p>
          <w:p w14:paraId="43510616" w14:textId="77777777" w:rsidR="006D5334" w:rsidRPr="006D5334" w:rsidRDefault="006D5334" w:rsidP="00F030D8">
            <w:pPr>
              <w:widowControl w:val="0"/>
              <w:numPr>
                <w:ilvl w:val="0"/>
                <w:numId w:val="14"/>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Increases root (See weed contains P) and shoot growth.</w:t>
            </w:r>
          </w:p>
        </w:tc>
      </w:tr>
      <w:tr w:rsidR="006D5334" w:rsidRPr="006D5334" w14:paraId="1B62BE2A" w14:textId="77777777" w:rsidTr="00F030D8">
        <w:trPr>
          <w:trHeight w:val="20"/>
        </w:trPr>
        <w:tc>
          <w:tcPr>
            <w:tcW w:w="302" w:type="pct"/>
            <w:shd w:val="clear" w:color="auto" w:fill="auto"/>
            <w:vAlign w:val="center"/>
          </w:tcPr>
          <w:p w14:paraId="7D7F6DEF"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03.</w:t>
            </w:r>
          </w:p>
        </w:tc>
        <w:tc>
          <w:tcPr>
            <w:tcW w:w="899" w:type="pct"/>
            <w:shd w:val="clear" w:color="auto" w:fill="auto"/>
            <w:vAlign w:val="center"/>
          </w:tcPr>
          <w:p w14:paraId="1CA95B6B"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Biozyme vegetable + plant growth stimulant 100 ml</w:t>
            </w:r>
          </w:p>
        </w:tc>
        <w:tc>
          <w:tcPr>
            <w:tcW w:w="900" w:type="pct"/>
            <w:tcBorders>
              <w:right w:val="nil"/>
            </w:tcBorders>
            <w:shd w:val="clear" w:color="auto" w:fill="auto"/>
            <w:vAlign w:val="center"/>
          </w:tcPr>
          <w:p w14:paraId="2824D96F"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Sea weed fermented biomass</w:t>
            </w:r>
          </w:p>
          <w:p w14:paraId="28B64EB1"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Amino acids</w:t>
            </w:r>
          </w:p>
          <w:p w14:paraId="74F5AE32"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Other (to make 100%)</w:t>
            </w:r>
          </w:p>
          <w:p w14:paraId="1028A276"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Total</w:t>
            </w:r>
          </w:p>
        </w:tc>
        <w:tc>
          <w:tcPr>
            <w:tcW w:w="840" w:type="pct"/>
            <w:tcBorders>
              <w:left w:val="nil"/>
            </w:tcBorders>
            <w:shd w:val="clear" w:color="auto" w:fill="auto"/>
            <w:vAlign w:val="center"/>
          </w:tcPr>
          <w:p w14:paraId="01ED4ABC"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 22%</w:t>
            </w:r>
          </w:p>
          <w:p w14:paraId="0758B4D0"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 4%</w:t>
            </w:r>
          </w:p>
          <w:p w14:paraId="711D50F9"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 74%</w:t>
            </w:r>
          </w:p>
          <w:p w14:paraId="0CB8673F"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 100%</w:t>
            </w:r>
          </w:p>
        </w:tc>
        <w:tc>
          <w:tcPr>
            <w:tcW w:w="473" w:type="pct"/>
            <w:shd w:val="clear" w:color="auto" w:fill="auto"/>
            <w:vAlign w:val="center"/>
          </w:tcPr>
          <w:p w14:paraId="195D9DC0" w14:textId="77777777" w:rsidR="006D5334" w:rsidRPr="006D5334" w:rsidRDefault="006D5334" w:rsidP="00F030D8">
            <w:pPr>
              <w:widowControl w:val="0"/>
              <w:autoSpaceDE w:val="0"/>
              <w:autoSpaceDN w:val="0"/>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500 ml/ha</w:t>
            </w:r>
          </w:p>
          <w:p w14:paraId="37799BA1"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p>
        </w:tc>
        <w:tc>
          <w:tcPr>
            <w:tcW w:w="553" w:type="pct"/>
            <w:shd w:val="clear" w:color="auto" w:fill="auto"/>
            <w:vAlign w:val="center"/>
          </w:tcPr>
          <w:p w14:paraId="4F5430E6"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Biostadt</w:t>
            </w:r>
          </w:p>
          <w:p w14:paraId="6BE4D758"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rPr>
              <w:t>India Ltd.</w:t>
            </w:r>
          </w:p>
        </w:tc>
        <w:tc>
          <w:tcPr>
            <w:tcW w:w="1032" w:type="pct"/>
            <w:shd w:val="clear" w:color="auto" w:fill="auto"/>
            <w:vAlign w:val="center"/>
          </w:tcPr>
          <w:p w14:paraId="45264B79" w14:textId="77777777" w:rsidR="006D5334" w:rsidRPr="006D5334" w:rsidRDefault="006D5334" w:rsidP="00F030D8">
            <w:pPr>
              <w:widowControl w:val="0"/>
              <w:numPr>
                <w:ilvl w:val="0"/>
                <w:numId w:val="15"/>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Nutrient stabilizer.</w:t>
            </w:r>
          </w:p>
          <w:p w14:paraId="692A2836" w14:textId="77777777" w:rsidR="006D5334" w:rsidRPr="006D5334" w:rsidRDefault="006D5334" w:rsidP="00F030D8">
            <w:pPr>
              <w:widowControl w:val="0"/>
              <w:numPr>
                <w:ilvl w:val="0"/>
                <w:numId w:val="15"/>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Enhances yield &amp; crop quality.</w:t>
            </w:r>
          </w:p>
          <w:p w14:paraId="115595DB" w14:textId="77777777" w:rsidR="006D5334" w:rsidRPr="006D5334" w:rsidRDefault="006D5334" w:rsidP="00F030D8">
            <w:pPr>
              <w:widowControl w:val="0"/>
              <w:numPr>
                <w:ilvl w:val="0"/>
                <w:numId w:val="15"/>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Provides diseases &amp; pest resistance.</w:t>
            </w:r>
          </w:p>
        </w:tc>
      </w:tr>
      <w:tr w:rsidR="006D5334" w:rsidRPr="006D5334" w14:paraId="780779B2" w14:textId="77777777" w:rsidTr="00F030D8">
        <w:trPr>
          <w:trHeight w:val="20"/>
        </w:trPr>
        <w:tc>
          <w:tcPr>
            <w:tcW w:w="302" w:type="pct"/>
            <w:shd w:val="clear" w:color="auto" w:fill="auto"/>
            <w:vAlign w:val="center"/>
          </w:tcPr>
          <w:p w14:paraId="36260F4D"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04.</w:t>
            </w:r>
          </w:p>
        </w:tc>
        <w:tc>
          <w:tcPr>
            <w:tcW w:w="899" w:type="pct"/>
            <w:shd w:val="clear" w:color="auto" w:fill="auto"/>
            <w:vAlign w:val="center"/>
          </w:tcPr>
          <w:p w14:paraId="6D25BFBB"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rPr>
              <w:t>Booster</w:t>
            </w:r>
          </w:p>
        </w:tc>
        <w:tc>
          <w:tcPr>
            <w:tcW w:w="1740" w:type="pct"/>
            <w:gridSpan w:val="2"/>
            <w:shd w:val="clear" w:color="auto" w:fill="auto"/>
            <w:vAlign w:val="center"/>
          </w:tcPr>
          <w:p w14:paraId="5C396311"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rPr>
              <w:t>Humic (15%) + Amino acid (2%) + Fulvic (6%)</w:t>
            </w:r>
          </w:p>
        </w:tc>
        <w:tc>
          <w:tcPr>
            <w:tcW w:w="473" w:type="pct"/>
            <w:shd w:val="clear" w:color="auto" w:fill="auto"/>
            <w:vAlign w:val="center"/>
          </w:tcPr>
          <w:p w14:paraId="209A6004"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rPr>
              <w:t>250 ml/acre</w:t>
            </w:r>
          </w:p>
        </w:tc>
        <w:tc>
          <w:tcPr>
            <w:tcW w:w="553" w:type="pct"/>
            <w:shd w:val="clear" w:color="auto" w:fill="auto"/>
            <w:vAlign w:val="center"/>
          </w:tcPr>
          <w:p w14:paraId="5D622EF3"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Mkao Agro</w:t>
            </w:r>
          </w:p>
          <w:p w14:paraId="1AB014A5" w14:textId="77777777" w:rsidR="006D5334" w:rsidRPr="006D5334" w:rsidRDefault="006D5334" w:rsidP="00F030D8">
            <w:pPr>
              <w:spacing w:after="0" w:line="360" w:lineRule="auto"/>
              <w:rPr>
                <w:rFonts w:ascii="Times New Roman" w:eastAsia="Times New Roman" w:hAnsi="Times New Roman" w:cs="Times New Roman"/>
                <w:color w:val="000000"/>
                <w:sz w:val="20"/>
                <w:szCs w:val="20"/>
              </w:rPr>
            </w:pPr>
            <w:r w:rsidRPr="006D5334">
              <w:rPr>
                <w:rFonts w:ascii="Times New Roman" w:eastAsia="Times New Roman" w:hAnsi="Times New Roman" w:cs="Times New Roman"/>
                <w:color w:val="000000"/>
                <w:sz w:val="20"/>
                <w:szCs w:val="20"/>
              </w:rPr>
              <w:t>Chemical</w:t>
            </w:r>
          </w:p>
          <w:p w14:paraId="7014B4C9"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rPr>
              <w:t>Industries</w:t>
            </w:r>
          </w:p>
        </w:tc>
        <w:tc>
          <w:tcPr>
            <w:tcW w:w="1032" w:type="pct"/>
            <w:shd w:val="clear" w:color="auto" w:fill="auto"/>
            <w:vAlign w:val="center"/>
          </w:tcPr>
          <w:p w14:paraId="656881B9" w14:textId="77777777" w:rsidR="006D5334" w:rsidRPr="006D5334" w:rsidRDefault="006D5334" w:rsidP="00F030D8">
            <w:pPr>
              <w:widowControl w:val="0"/>
              <w:numPr>
                <w:ilvl w:val="0"/>
                <w:numId w:val="16"/>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Humic acid liquid increases nutrient uptake.</w:t>
            </w:r>
          </w:p>
          <w:p w14:paraId="7545760A" w14:textId="77777777" w:rsidR="006D5334" w:rsidRPr="006D5334" w:rsidRDefault="006D5334" w:rsidP="00F030D8">
            <w:pPr>
              <w:widowControl w:val="0"/>
              <w:numPr>
                <w:ilvl w:val="0"/>
                <w:numId w:val="16"/>
              </w:numPr>
              <w:autoSpaceDE w:val="0"/>
              <w:autoSpaceDN w:val="0"/>
              <w:spacing w:after="0" w:line="360" w:lineRule="auto"/>
              <w:ind w:left="217" w:hanging="217"/>
              <w:rPr>
                <w:rFonts w:ascii="Times New Roman" w:eastAsia="Times New Roman" w:hAnsi="Times New Roman" w:cs="Times New Roman"/>
                <w:color w:val="000000"/>
                <w:sz w:val="20"/>
                <w:szCs w:val="20"/>
                <w:lang w:val="en-IN"/>
              </w:rPr>
            </w:pPr>
            <w:r w:rsidRPr="006D5334">
              <w:rPr>
                <w:rFonts w:ascii="Times New Roman" w:eastAsia="Times New Roman" w:hAnsi="Times New Roman" w:cs="Times New Roman"/>
                <w:color w:val="000000"/>
                <w:sz w:val="20"/>
                <w:szCs w:val="20"/>
                <w:lang w:val="en-IN"/>
              </w:rPr>
              <w:t>Improves aeration &amp; water holding capacity.</w:t>
            </w:r>
          </w:p>
          <w:p w14:paraId="04CE43B0" w14:textId="77777777" w:rsidR="006D5334" w:rsidRPr="006D5334" w:rsidRDefault="006D5334" w:rsidP="00F030D8">
            <w:pPr>
              <w:spacing w:after="0" w:line="360" w:lineRule="auto"/>
              <w:rPr>
                <w:rFonts w:ascii="Times New Roman" w:eastAsia="Times New Roman" w:hAnsi="Times New Roman" w:cs="Times New Roman"/>
                <w:color w:val="000000"/>
                <w:sz w:val="20"/>
                <w:szCs w:val="20"/>
                <w:lang w:val="en-IN"/>
              </w:rPr>
            </w:pPr>
          </w:p>
        </w:tc>
      </w:tr>
    </w:tbl>
    <w:p w14:paraId="76335A3D" w14:textId="77777777" w:rsidR="006D5334" w:rsidRDefault="006D5334" w:rsidP="006D5334">
      <w:pPr>
        <w:widowControl w:val="0"/>
        <w:autoSpaceDE w:val="0"/>
        <w:autoSpaceDN w:val="0"/>
        <w:spacing w:before="100" w:beforeAutospacing="1" w:after="100" w:afterAutospacing="1" w:line="360" w:lineRule="auto"/>
        <w:rPr>
          <w:rFonts w:ascii="Times New Roman" w:eastAsia="Times New Roman" w:hAnsi="Times New Roman" w:cs="Times New Roman"/>
          <w:color w:val="000000"/>
          <w:sz w:val="24"/>
          <w:szCs w:val="24"/>
        </w:rPr>
        <w:sectPr w:rsidR="006D5334" w:rsidSect="006D5334">
          <w:pgSz w:w="15840" w:h="12240" w:orient="landscape"/>
          <w:pgMar w:top="1440" w:right="1440" w:bottom="1440" w:left="1440" w:header="720" w:footer="720" w:gutter="0"/>
          <w:cols w:space="720"/>
          <w:docGrid w:linePitch="360"/>
        </w:sectPr>
      </w:pPr>
    </w:p>
    <w:tbl>
      <w:tblPr>
        <w:tblpPr w:leftFromText="180" w:rightFromText="180" w:vertAnchor="text" w:horzAnchor="margin" w:tblpY="241"/>
        <w:tblW w:w="5030" w:type="pct"/>
        <w:tblLook w:val="04A0" w:firstRow="1" w:lastRow="0" w:firstColumn="1" w:lastColumn="0" w:noHBand="0" w:noVBand="1"/>
      </w:tblPr>
      <w:tblGrid>
        <w:gridCol w:w="937"/>
        <w:gridCol w:w="939"/>
        <w:gridCol w:w="942"/>
        <w:gridCol w:w="945"/>
        <w:gridCol w:w="942"/>
        <w:gridCol w:w="942"/>
        <w:gridCol w:w="943"/>
        <w:gridCol w:w="942"/>
        <w:gridCol w:w="942"/>
        <w:gridCol w:w="942"/>
      </w:tblGrid>
      <w:tr w:rsidR="006D5334" w:rsidRPr="006D5334" w14:paraId="1DABB620" w14:textId="77777777" w:rsidTr="006D5334">
        <w:trPr>
          <w:trHeight w:val="661"/>
        </w:trPr>
        <w:tc>
          <w:tcPr>
            <w:tcW w:w="498" w:type="pct"/>
            <w:tcBorders>
              <w:bottom w:val="single" w:sz="4" w:space="0" w:color="auto"/>
            </w:tcBorders>
            <w:shd w:val="clear" w:color="auto" w:fill="auto"/>
            <w:vAlign w:val="center"/>
          </w:tcPr>
          <w:p w14:paraId="00BA6044" w14:textId="77777777" w:rsidR="006D5334" w:rsidRPr="006D5334" w:rsidRDefault="006D5334" w:rsidP="006D5334">
            <w:pPr>
              <w:widowControl w:val="0"/>
              <w:autoSpaceDE w:val="0"/>
              <w:autoSpaceDN w:val="0"/>
              <w:spacing w:before="100" w:beforeAutospacing="1" w:after="100" w:afterAutospacing="1" w:line="360" w:lineRule="auto"/>
              <w:jc w:val="both"/>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rPr>
              <w:lastRenderedPageBreak/>
              <w:t xml:space="preserve">                                  </w:t>
            </w:r>
          </w:p>
        </w:tc>
        <w:tc>
          <w:tcPr>
            <w:tcW w:w="1501" w:type="pct"/>
            <w:gridSpan w:val="3"/>
            <w:tcBorders>
              <w:bottom w:val="single" w:sz="4" w:space="0" w:color="auto"/>
            </w:tcBorders>
            <w:shd w:val="clear" w:color="auto" w:fill="auto"/>
          </w:tcPr>
          <w:p w14:paraId="090BB5F2" w14:textId="77777777" w:rsidR="006D5334" w:rsidRPr="006D5334" w:rsidRDefault="006D5334" w:rsidP="006D5334">
            <w:pPr>
              <w:widowControl w:val="0"/>
              <w:autoSpaceDE w:val="0"/>
              <w:autoSpaceDN w:val="0"/>
              <w:spacing w:before="100" w:beforeAutospacing="1" w:after="100" w:afterAutospacing="1" w:line="360" w:lineRule="auto"/>
              <w:jc w:val="center"/>
              <w:rPr>
                <w:rFonts w:ascii="Times New Roman" w:eastAsia="Times New Roman" w:hAnsi="Times New Roman" w:cs="Times New Roman"/>
                <w:color w:val="000000"/>
                <w:sz w:val="40"/>
                <w:szCs w:val="40"/>
              </w:rPr>
            </w:pPr>
            <w:r w:rsidRPr="006D5334">
              <w:rPr>
                <w:rFonts w:ascii="Times New Roman" w:eastAsia="Times New Roman" w:hAnsi="Times New Roman" w:cs="Times New Roman"/>
                <w:b/>
                <w:color w:val="000000"/>
                <w:sz w:val="40"/>
                <w:szCs w:val="40"/>
              </w:rPr>
              <w:t>R</w:t>
            </w:r>
            <w:r w:rsidRPr="006D5334">
              <w:rPr>
                <w:rFonts w:ascii="Times New Roman" w:eastAsia="Times New Roman" w:hAnsi="Times New Roman" w:cs="Times New Roman"/>
                <w:b/>
                <w:color w:val="000000"/>
                <w:sz w:val="40"/>
                <w:szCs w:val="40"/>
                <w:vertAlign w:val="subscript"/>
              </w:rPr>
              <w:t>1</w:t>
            </w:r>
          </w:p>
        </w:tc>
        <w:tc>
          <w:tcPr>
            <w:tcW w:w="1501" w:type="pct"/>
            <w:gridSpan w:val="3"/>
            <w:tcBorders>
              <w:bottom w:val="single" w:sz="4" w:space="0" w:color="auto"/>
            </w:tcBorders>
            <w:shd w:val="clear" w:color="auto" w:fill="auto"/>
          </w:tcPr>
          <w:p w14:paraId="214FC2F5" w14:textId="77777777" w:rsidR="006D5334" w:rsidRPr="006D5334" w:rsidRDefault="006D5334" w:rsidP="006D5334">
            <w:pPr>
              <w:widowControl w:val="0"/>
              <w:autoSpaceDE w:val="0"/>
              <w:autoSpaceDN w:val="0"/>
              <w:spacing w:before="100" w:beforeAutospacing="1" w:after="100" w:afterAutospacing="1" w:line="360" w:lineRule="auto"/>
              <w:jc w:val="center"/>
              <w:rPr>
                <w:rFonts w:ascii="Times New Roman" w:eastAsia="Times New Roman" w:hAnsi="Times New Roman" w:cs="Times New Roman"/>
                <w:color w:val="000000"/>
                <w:sz w:val="40"/>
                <w:szCs w:val="40"/>
              </w:rPr>
            </w:pPr>
            <w:r w:rsidRPr="006D5334">
              <w:rPr>
                <w:rFonts w:ascii="Times New Roman" w:eastAsia="Times New Roman" w:hAnsi="Times New Roman" w:cs="Times New Roman"/>
                <w:b/>
                <w:color w:val="000000"/>
                <w:sz w:val="40"/>
                <w:szCs w:val="40"/>
              </w:rPr>
              <w:t>R</w:t>
            </w:r>
            <w:r w:rsidRPr="006D5334">
              <w:rPr>
                <w:rFonts w:ascii="Times New Roman" w:eastAsia="Times New Roman" w:hAnsi="Times New Roman" w:cs="Times New Roman"/>
                <w:b/>
                <w:color w:val="000000"/>
                <w:sz w:val="40"/>
                <w:szCs w:val="40"/>
                <w:vertAlign w:val="subscript"/>
              </w:rPr>
              <w:t>2</w:t>
            </w:r>
          </w:p>
        </w:tc>
        <w:tc>
          <w:tcPr>
            <w:tcW w:w="1501" w:type="pct"/>
            <w:gridSpan w:val="3"/>
            <w:tcBorders>
              <w:bottom w:val="single" w:sz="4" w:space="0" w:color="auto"/>
            </w:tcBorders>
            <w:shd w:val="clear" w:color="auto" w:fill="auto"/>
          </w:tcPr>
          <w:p w14:paraId="0BF6FF45" w14:textId="77777777" w:rsidR="006D5334" w:rsidRPr="006D5334" w:rsidRDefault="006D5334" w:rsidP="006D5334">
            <w:pPr>
              <w:widowControl w:val="0"/>
              <w:autoSpaceDE w:val="0"/>
              <w:autoSpaceDN w:val="0"/>
              <w:spacing w:before="100" w:beforeAutospacing="1" w:after="100" w:afterAutospacing="1" w:line="360" w:lineRule="auto"/>
              <w:jc w:val="center"/>
              <w:rPr>
                <w:rFonts w:ascii="Times New Roman" w:eastAsia="Times New Roman" w:hAnsi="Times New Roman" w:cs="Times New Roman"/>
                <w:color w:val="000000"/>
                <w:sz w:val="40"/>
                <w:szCs w:val="40"/>
              </w:rPr>
            </w:pPr>
            <w:r w:rsidRPr="006D5334">
              <w:rPr>
                <w:rFonts w:ascii="Times New Roman" w:eastAsia="Times New Roman" w:hAnsi="Times New Roman" w:cs="Times New Roman"/>
                <w:b/>
                <w:color w:val="000000"/>
                <w:sz w:val="40"/>
                <w:szCs w:val="40"/>
              </w:rPr>
              <w:t>R</w:t>
            </w:r>
            <w:r w:rsidRPr="006D5334">
              <w:rPr>
                <w:rFonts w:ascii="Times New Roman" w:eastAsia="Times New Roman" w:hAnsi="Times New Roman" w:cs="Times New Roman"/>
                <w:b/>
                <w:color w:val="000000"/>
                <w:sz w:val="40"/>
                <w:szCs w:val="40"/>
                <w:vertAlign w:val="subscript"/>
              </w:rPr>
              <w:t>3</w:t>
            </w:r>
          </w:p>
        </w:tc>
      </w:tr>
      <w:tr w:rsidR="006D5334" w:rsidRPr="006D5334" w14:paraId="15E4955F" w14:textId="77777777" w:rsidTr="006D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5F76A05C"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1</w:t>
            </w:r>
          </w:p>
        </w:tc>
        <w:tc>
          <w:tcPr>
            <w:tcW w:w="499" w:type="pct"/>
            <w:tcBorders>
              <w:top w:val="single" w:sz="4" w:space="0" w:color="auto"/>
              <w:left w:val="single" w:sz="4" w:space="0" w:color="auto"/>
              <w:bottom w:val="single" w:sz="4" w:space="0" w:color="auto"/>
              <w:right w:val="nil"/>
            </w:tcBorders>
            <w:shd w:val="clear" w:color="auto" w:fill="auto"/>
            <w:vAlign w:val="center"/>
          </w:tcPr>
          <w:p w14:paraId="64F2CA7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09D9DA9" wp14:editId="39B61E7B">
                  <wp:extent cx="371475" cy="3810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514F167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ABC3678" wp14:editId="41825A1B">
                  <wp:extent cx="371475" cy="381000"/>
                  <wp:effectExtent l="19050" t="0" r="9525" b="0"/>
                  <wp:docPr id="15" name="Picture 75270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0743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621ECDF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0C7A6B5" wp14:editId="465352FB">
                  <wp:extent cx="371475" cy="381000"/>
                  <wp:effectExtent l="19050" t="0" r="9525" b="0"/>
                  <wp:docPr id="16" name="Picture 91458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58336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right w:val="nil"/>
            </w:tcBorders>
            <w:shd w:val="clear" w:color="auto" w:fill="auto"/>
            <w:vAlign w:val="center"/>
          </w:tcPr>
          <w:p w14:paraId="52D16A8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5A3503D" wp14:editId="6549DA99">
                  <wp:extent cx="371475" cy="381000"/>
                  <wp:effectExtent l="19050" t="0" r="9525" b="0"/>
                  <wp:docPr id="17" name="Picture 199898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98312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46F0B46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D540063" wp14:editId="7A9FC9E0">
                  <wp:extent cx="371475" cy="381000"/>
                  <wp:effectExtent l="19050" t="0" r="9525" b="0"/>
                  <wp:docPr id="18" name="Picture 42481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1425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1B45BAD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F109680" wp14:editId="1A6A9DB8">
                  <wp:extent cx="371475" cy="381000"/>
                  <wp:effectExtent l="19050" t="0" r="9525" b="0"/>
                  <wp:docPr id="19" name="Picture 203403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03120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right w:val="nil"/>
            </w:tcBorders>
            <w:shd w:val="clear" w:color="auto" w:fill="auto"/>
            <w:vAlign w:val="center"/>
          </w:tcPr>
          <w:p w14:paraId="5D1CD73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73160EE" wp14:editId="0C605013">
                  <wp:extent cx="371475" cy="381000"/>
                  <wp:effectExtent l="19050" t="0" r="9525" b="0"/>
                  <wp:docPr id="20" name="Picture 38829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9156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367A2DE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5EC928F" wp14:editId="3FBF77DA">
                  <wp:extent cx="371475" cy="381000"/>
                  <wp:effectExtent l="19050" t="0" r="9525" b="0"/>
                  <wp:docPr id="21" name="Picture 130984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84634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083FE29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F65C25C" wp14:editId="6DDE06EE">
                  <wp:extent cx="371475" cy="381000"/>
                  <wp:effectExtent l="19050" t="0" r="9525" b="0"/>
                  <wp:docPr id="22" name="Picture 109072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72784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1ED69EBC" w14:textId="77777777" w:rsidTr="006D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7D43212B"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2</w:t>
            </w:r>
          </w:p>
        </w:tc>
        <w:tc>
          <w:tcPr>
            <w:tcW w:w="499" w:type="pct"/>
            <w:tcBorders>
              <w:top w:val="single" w:sz="4" w:space="0" w:color="auto"/>
              <w:left w:val="single" w:sz="4" w:space="0" w:color="auto"/>
              <w:bottom w:val="single" w:sz="4" w:space="0" w:color="auto"/>
              <w:right w:val="nil"/>
            </w:tcBorders>
            <w:shd w:val="clear" w:color="auto" w:fill="auto"/>
            <w:vAlign w:val="center"/>
          </w:tcPr>
          <w:p w14:paraId="135C6FA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9BCCB8C" wp14:editId="5AD9BA0F">
                  <wp:extent cx="371475" cy="381000"/>
                  <wp:effectExtent l="19050" t="0" r="9525" b="0"/>
                  <wp:docPr id="23" name="Picture 117142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42937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5C34050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DC3C98F" wp14:editId="0B185350">
                  <wp:extent cx="371475" cy="381000"/>
                  <wp:effectExtent l="19050" t="0" r="9525" b="0"/>
                  <wp:docPr id="24" name="Picture 4773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3281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52B2A414"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F40C7F4" wp14:editId="3343B5B5">
                  <wp:extent cx="371475" cy="381000"/>
                  <wp:effectExtent l="19050" t="0" r="9525" b="0"/>
                  <wp:docPr id="25" name="Picture 9802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22769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right w:val="nil"/>
            </w:tcBorders>
            <w:shd w:val="clear" w:color="auto" w:fill="auto"/>
            <w:vAlign w:val="center"/>
          </w:tcPr>
          <w:p w14:paraId="2A4D83B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79EA0F8" wp14:editId="2B92171F">
                  <wp:extent cx="371475" cy="381000"/>
                  <wp:effectExtent l="19050" t="0" r="9525" b="0"/>
                  <wp:docPr id="26" name="Picture 76447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47370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7AC38F6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E8DCF9D" wp14:editId="41627B39">
                  <wp:extent cx="371475" cy="381000"/>
                  <wp:effectExtent l="19050" t="0" r="9525" b="0"/>
                  <wp:docPr id="27" name="Picture 132839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39603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3B62110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A1E1498" wp14:editId="6F08F1B8">
                  <wp:extent cx="371475" cy="381000"/>
                  <wp:effectExtent l="19050" t="0" r="9525" b="0"/>
                  <wp:docPr id="28" name="Picture 90663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63269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right w:val="nil"/>
            </w:tcBorders>
            <w:shd w:val="clear" w:color="auto" w:fill="auto"/>
            <w:vAlign w:val="center"/>
          </w:tcPr>
          <w:p w14:paraId="3C35127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52E0C44" wp14:editId="12996040">
                  <wp:extent cx="371475" cy="381000"/>
                  <wp:effectExtent l="19050" t="0" r="9525" b="0"/>
                  <wp:docPr id="29" name="Picture 133232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32716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5B11300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10E3F09" wp14:editId="3A94F032">
                  <wp:extent cx="371475" cy="381000"/>
                  <wp:effectExtent l="19050" t="0" r="9525" b="0"/>
                  <wp:docPr id="30" name="Picture 66518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18636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3D6D22A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ECF8347" wp14:editId="79EC482E">
                  <wp:extent cx="371475" cy="381000"/>
                  <wp:effectExtent l="19050" t="0" r="9525" b="0"/>
                  <wp:docPr id="31" name="Picture 156774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74814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4C96FBBE" w14:textId="77777777" w:rsidTr="006D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2A944BC5"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3</w:t>
            </w:r>
          </w:p>
        </w:tc>
        <w:tc>
          <w:tcPr>
            <w:tcW w:w="499" w:type="pct"/>
            <w:tcBorders>
              <w:top w:val="single" w:sz="4" w:space="0" w:color="auto"/>
              <w:left w:val="single" w:sz="4" w:space="0" w:color="auto"/>
              <w:bottom w:val="single" w:sz="4" w:space="0" w:color="auto"/>
              <w:right w:val="nil"/>
            </w:tcBorders>
            <w:shd w:val="clear" w:color="auto" w:fill="auto"/>
            <w:vAlign w:val="center"/>
          </w:tcPr>
          <w:p w14:paraId="162B844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89A039E" wp14:editId="4789CECA">
                  <wp:extent cx="371475" cy="381000"/>
                  <wp:effectExtent l="19050" t="0" r="9525" b="0"/>
                  <wp:docPr id="32" name="Picture 95929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29774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1E7D9A9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CCF081B" wp14:editId="7D76BCC9">
                  <wp:extent cx="371475" cy="381000"/>
                  <wp:effectExtent l="19050" t="0" r="9525" b="0"/>
                  <wp:docPr id="33" name="Picture 10282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888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53A058B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F356813" wp14:editId="4EE680E3">
                  <wp:extent cx="371475" cy="381000"/>
                  <wp:effectExtent l="19050" t="0" r="9525" b="0"/>
                  <wp:docPr id="34" name="Picture 134119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19064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right w:val="nil"/>
            </w:tcBorders>
            <w:shd w:val="clear" w:color="auto" w:fill="auto"/>
            <w:vAlign w:val="center"/>
          </w:tcPr>
          <w:p w14:paraId="49773CD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BEB5216" wp14:editId="0DB91D17">
                  <wp:extent cx="371475" cy="381000"/>
                  <wp:effectExtent l="19050" t="0" r="9525" b="0"/>
                  <wp:docPr id="35" name="Picture 160737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37886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7E66DDD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19DC204" wp14:editId="6C28D1F1">
                  <wp:extent cx="371475" cy="381000"/>
                  <wp:effectExtent l="19050" t="0" r="9525" b="0"/>
                  <wp:docPr id="36" name="Picture 152524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24848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4B58C4F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50AF71E" wp14:editId="40B741BE">
                  <wp:extent cx="371475" cy="381000"/>
                  <wp:effectExtent l="19050" t="0" r="9525" b="0"/>
                  <wp:docPr id="37" name="Picture 84954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54383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right w:val="nil"/>
            </w:tcBorders>
            <w:shd w:val="clear" w:color="auto" w:fill="auto"/>
            <w:vAlign w:val="center"/>
          </w:tcPr>
          <w:p w14:paraId="27880A9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161FC00" wp14:editId="370D6E02">
                  <wp:extent cx="371475" cy="381000"/>
                  <wp:effectExtent l="19050" t="0" r="9525" b="0"/>
                  <wp:docPr id="38" name="Picture 179623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23437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nil"/>
              <w:bottom w:val="single" w:sz="4" w:space="0" w:color="auto"/>
              <w:right w:val="nil"/>
            </w:tcBorders>
            <w:shd w:val="clear" w:color="auto" w:fill="auto"/>
            <w:vAlign w:val="center"/>
          </w:tcPr>
          <w:p w14:paraId="290A65A5"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9420CAF" wp14:editId="15ED53C5">
                  <wp:extent cx="371475" cy="381000"/>
                  <wp:effectExtent l="19050" t="0" r="9525" b="0"/>
                  <wp:docPr id="39" name="Picture 6012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24121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left w:val="nil"/>
              <w:bottom w:val="single" w:sz="4" w:space="0" w:color="auto"/>
              <w:right w:val="single" w:sz="4" w:space="0" w:color="auto"/>
            </w:tcBorders>
            <w:shd w:val="clear" w:color="auto" w:fill="auto"/>
            <w:vAlign w:val="center"/>
          </w:tcPr>
          <w:p w14:paraId="0EEA464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CB356E7" wp14:editId="1719A773">
                  <wp:extent cx="371475" cy="381000"/>
                  <wp:effectExtent l="19050" t="0" r="9525" b="0"/>
                  <wp:docPr id="40" name="Picture 194357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57436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01DC3FA6"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57447BB8"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4</w:t>
            </w:r>
          </w:p>
        </w:tc>
        <w:tc>
          <w:tcPr>
            <w:tcW w:w="499" w:type="pct"/>
            <w:tcBorders>
              <w:top w:val="single" w:sz="4" w:space="0" w:color="auto"/>
              <w:left w:val="single" w:sz="4" w:space="0" w:color="auto"/>
              <w:bottom w:val="single" w:sz="4" w:space="0" w:color="auto"/>
            </w:tcBorders>
            <w:shd w:val="clear" w:color="auto" w:fill="auto"/>
            <w:vAlign w:val="center"/>
          </w:tcPr>
          <w:p w14:paraId="794B178F"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E399DD9" wp14:editId="13697B15">
                  <wp:extent cx="371475" cy="381000"/>
                  <wp:effectExtent l="19050" t="0" r="9525" b="0"/>
                  <wp:docPr id="41" name="Picture 88279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79373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50D3C15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0A381A9" wp14:editId="2BB2109B">
                  <wp:extent cx="371475" cy="381000"/>
                  <wp:effectExtent l="19050" t="0" r="9525" b="0"/>
                  <wp:docPr id="42" name="Picture 14136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60453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66ADBC5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933C679" wp14:editId="02520AB2">
                  <wp:extent cx="371475" cy="381000"/>
                  <wp:effectExtent l="19050" t="0" r="9525" b="0"/>
                  <wp:docPr id="43" name="Picture 3018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3669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322022B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070F002" wp14:editId="27B4500D">
                  <wp:extent cx="371475" cy="381000"/>
                  <wp:effectExtent l="19050" t="0" r="9525" b="0"/>
                  <wp:docPr id="44" name="Picture 114004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04885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15E1762B"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B6FCC9A" wp14:editId="1B090D89">
                  <wp:extent cx="371475" cy="381000"/>
                  <wp:effectExtent l="19050" t="0" r="9525" b="0"/>
                  <wp:docPr id="45" name="Picture 209403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03398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057F0A5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558EF3A" wp14:editId="7FDE4F38">
                  <wp:extent cx="371475" cy="381000"/>
                  <wp:effectExtent l="19050" t="0" r="9525" b="0"/>
                  <wp:docPr id="46" name="Picture 15927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73180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75BD7B35"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E921EAB" wp14:editId="16AF3B66">
                  <wp:extent cx="371475" cy="381000"/>
                  <wp:effectExtent l="19050" t="0" r="9525" b="0"/>
                  <wp:docPr id="47" name="Picture 120984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84501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012C8FE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B867126" wp14:editId="4FAFA861">
                  <wp:extent cx="371475" cy="381000"/>
                  <wp:effectExtent l="19050" t="0" r="9525" b="0"/>
                  <wp:docPr id="48" name="Picture 74881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81885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259936E9"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0DB6875" wp14:editId="1C431477">
                  <wp:extent cx="371475" cy="381000"/>
                  <wp:effectExtent l="19050" t="0" r="9525" b="0"/>
                  <wp:docPr id="49" name="Picture 114488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88816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6DC8AA17"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7982685B"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5</w:t>
            </w:r>
          </w:p>
        </w:tc>
        <w:tc>
          <w:tcPr>
            <w:tcW w:w="499" w:type="pct"/>
            <w:tcBorders>
              <w:top w:val="single" w:sz="4" w:space="0" w:color="auto"/>
              <w:left w:val="single" w:sz="4" w:space="0" w:color="auto"/>
              <w:bottom w:val="single" w:sz="4" w:space="0" w:color="auto"/>
            </w:tcBorders>
            <w:shd w:val="clear" w:color="auto" w:fill="auto"/>
            <w:vAlign w:val="center"/>
          </w:tcPr>
          <w:p w14:paraId="1AEA513A"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474E967" wp14:editId="242AFBE5">
                  <wp:extent cx="371475" cy="381000"/>
                  <wp:effectExtent l="19050" t="0" r="9525" b="0"/>
                  <wp:docPr id="50" name="Picture 17773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3036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2A3AEF1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00E541D" wp14:editId="60BDA0CB">
                  <wp:extent cx="371475" cy="381000"/>
                  <wp:effectExtent l="19050" t="0" r="9525" b="0"/>
                  <wp:docPr id="51" name="Picture 209989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89945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31F24694"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5CE77CA" wp14:editId="3CD67DBD">
                  <wp:extent cx="371475" cy="381000"/>
                  <wp:effectExtent l="19050" t="0" r="9525" b="0"/>
                  <wp:docPr id="52" name="Picture 97036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36563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368A68B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BA29115" wp14:editId="76A488CD">
                  <wp:extent cx="371475" cy="381000"/>
                  <wp:effectExtent l="19050" t="0" r="9525" b="0"/>
                  <wp:docPr id="53" name="Picture 213769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69500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76E02339"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12106D4" wp14:editId="0B0FAB4A">
                  <wp:extent cx="371475" cy="381000"/>
                  <wp:effectExtent l="19050" t="0" r="9525" b="0"/>
                  <wp:docPr id="54" name="Picture 23024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4743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0FB42D6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32AF92A" wp14:editId="52A5C4CE">
                  <wp:extent cx="371475" cy="381000"/>
                  <wp:effectExtent l="19050" t="0" r="9525" b="0"/>
                  <wp:docPr id="55" name="Picture 96978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78664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0E3DBCD4"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C7BF91D" wp14:editId="7B10A50C">
                  <wp:extent cx="371475" cy="381000"/>
                  <wp:effectExtent l="19050" t="0" r="9525" b="0"/>
                  <wp:docPr id="56" name="Picture 19935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55563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7181DBA4"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898C38E" wp14:editId="279304B7">
                  <wp:extent cx="371475" cy="381000"/>
                  <wp:effectExtent l="19050" t="0" r="9525" b="0"/>
                  <wp:docPr id="57" name="Picture 209453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53200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1DD41F7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E28AA0F" wp14:editId="0910E987">
                  <wp:extent cx="371475" cy="381000"/>
                  <wp:effectExtent l="19050" t="0" r="9525" b="0"/>
                  <wp:docPr id="58" name="Picture 2474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177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671CC21D" w14:textId="77777777" w:rsidTr="006D5334">
        <w:trPr>
          <w:trHeight w:val="80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46323096"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6</w:t>
            </w:r>
          </w:p>
        </w:tc>
        <w:tc>
          <w:tcPr>
            <w:tcW w:w="499" w:type="pct"/>
            <w:tcBorders>
              <w:top w:val="single" w:sz="4" w:space="0" w:color="auto"/>
              <w:left w:val="single" w:sz="4" w:space="0" w:color="auto"/>
              <w:bottom w:val="single" w:sz="4" w:space="0" w:color="auto"/>
            </w:tcBorders>
            <w:shd w:val="clear" w:color="auto" w:fill="auto"/>
            <w:vAlign w:val="center"/>
          </w:tcPr>
          <w:p w14:paraId="0E7ECAA1"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8DB9EFB" wp14:editId="4C6EF333">
                  <wp:extent cx="371475" cy="381000"/>
                  <wp:effectExtent l="19050" t="0" r="9525" b="0"/>
                  <wp:docPr id="59" name="Picture 16406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62321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313037B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774DA92" wp14:editId="38F1F439">
                  <wp:extent cx="371475" cy="381000"/>
                  <wp:effectExtent l="19050" t="0" r="9525" b="0"/>
                  <wp:docPr id="60" name="Picture 189661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61826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21D5336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532F8BD" wp14:editId="7F7D2FD1">
                  <wp:extent cx="371475" cy="381000"/>
                  <wp:effectExtent l="19050" t="0" r="9525" b="0"/>
                  <wp:docPr id="61" name="Picture 46265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5814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0B22CA4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0A057DF" wp14:editId="2257ABB4">
                  <wp:extent cx="371475" cy="381000"/>
                  <wp:effectExtent l="19050" t="0" r="9525" b="0"/>
                  <wp:docPr id="62" name="Picture 71937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7083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50B77616"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862D9E2" wp14:editId="234D68A4">
                  <wp:extent cx="371475" cy="381000"/>
                  <wp:effectExtent l="19050" t="0" r="9525" b="0"/>
                  <wp:docPr id="63" name="Picture 33448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8252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293A17D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BB419E1" wp14:editId="7751BB11">
                  <wp:extent cx="371475" cy="381000"/>
                  <wp:effectExtent l="19050" t="0" r="9525" b="0"/>
                  <wp:docPr id="64" name="Picture 64386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86359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34B15186"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5827A2F" wp14:editId="49960C0E">
                  <wp:extent cx="371475" cy="381000"/>
                  <wp:effectExtent l="19050" t="0" r="9525" b="0"/>
                  <wp:docPr id="65" name="Picture 202987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87810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119140E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C594AA8" wp14:editId="2891D325">
                  <wp:extent cx="371475" cy="381000"/>
                  <wp:effectExtent l="19050" t="0" r="9525" b="0"/>
                  <wp:docPr id="66" name="Picture 5832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22562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0C745CE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D5DEA2F" wp14:editId="16EE12AD">
                  <wp:extent cx="371475" cy="381000"/>
                  <wp:effectExtent l="19050" t="0" r="9525" b="0"/>
                  <wp:docPr id="67" name="Picture 156181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81311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4BBF9203"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554FB537"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7</w:t>
            </w:r>
          </w:p>
        </w:tc>
        <w:tc>
          <w:tcPr>
            <w:tcW w:w="499" w:type="pct"/>
            <w:tcBorders>
              <w:top w:val="single" w:sz="4" w:space="0" w:color="auto"/>
              <w:left w:val="single" w:sz="4" w:space="0" w:color="auto"/>
              <w:bottom w:val="single" w:sz="4" w:space="0" w:color="auto"/>
            </w:tcBorders>
            <w:shd w:val="clear" w:color="auto" w:fill="auto"/>
            <w:vAlign w:val="center"/>
          </w:tcPr>
          <w:p w14:paraId="6DE7E149"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64F253A" wp14:editId="65540C9E">
                  <wp:extent cx="371475" cy="381000"/>
                  <wp:effectExtent l="19050" t="0" r="9525" b="0"/>
                  <wp:docPr id="68" name="Picture 176260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60488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73BA935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474EE7A" wp14:editId="74ED996E">
                  <wp:extent cx="371475" cy="381000"/>
                  <wp:effectExtent l="19050" t="0" r="9525" b="0"/>
                  <wp:docPr id="69" name="Picture 193224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24410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57B3917A"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A240C5E" wp14:editId="33FB5248">
                  <wp:extent cx="371475" cy="381000"/>
                  <wp:effectExtent l="19050" t="0" r="9525" b="0"/>
                  <wp:docPr id="70" name="Picture 74454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54870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1EE0CE9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B906FB8" wp14:editId="7F1ABE55">
                  <wp:extent cx="371475" cy="381000"/>
                  <wp:effectExtent l="19050" t="0" r="9525" b="0"/>
                  <wp:docPr id="71" name="Picture 63288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88213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31612A9A"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004B093" wp14:editId="0EF6CE3F">
                  <wp:extent cx="371475" cy="381000"/>
                  <wp:effectExtent l="19050" t="0" r="9525" b="0"/>
                  <wp:docPr id="72" name="Picture 183562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62474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77AC29F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D530E5F" wp14:editId="665B10ED">
                  <wp:extent cx="371475" cy="381000"/>
                  <wp:effectExtent l="19050" t="0" r="9525" b="0"/>
                  <wp:docPr id="73" name="Picture 80118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18501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22D1CDC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EA539B3" wp14:editId="33A36D8E">
                  <wp:extent cx="371475" cy="381000"/>
                  <wp:effectExtent l="19050" t="0" r="9525" b="0"/>
                  <wp:docPr id="74" name="Picture 148946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46737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65D0333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FAEBF26" wp14:editId="0DE7D120">
                  <wp:extent cx="371475" cy="381000"/>
                  <wp:effectExtent l="19050" t="0" r="9525" b="0"/>
                  <wp:docPr id="75" name="Picture 73014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14127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7F49C2B5"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14E7492" wp14:editId="09DAC482">
                  <wp:extent cx="371475" cy="381000"/>
                  <wp:effectExtent l="19050" t="0" r="9525" b="0"/>
                  <wp:docPr id="76" name="Picture 159603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03570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04F2A073"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0F516B76"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8</w:t>
            </w:r>
          </w:p>
        </w:tc>
        <w:tc>
          <w:tcPr>
            <w:tcW w:w="499" w:type="pct"/>
            <w:tcBorders>
              <w:top w:val="single" w:sz="4" w:space="0" w:color="auto"/>
              <w:left w:val="single" w:sz="4" w:space="0" w:color="auto"/>
              <w:bottom w:val="single" w:sz="4" w:space="0" w:color="auto"/>
            </w:tcBorders>
            <w:shd w:val="clear" w:color="auto" w:fill="auto"/>
            <w:vAlign w:val="center"/>
          </w:tcPr>
          <w:p w14:paraId="419456B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8B15CEF" wp14:editId="37470F05">
                  <wp:extent cx="371475" cy="381000"/>
                  <wp:effectExtent l="19050" t="0" r="9525" b="0"/>
                  <wp:docPr id="77" name="Picture 33281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1856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72CED9C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C18169F" wp14:editId="0328A982">
                  <wp:extent cx="371475" cy="381000"/>
                  <wp:effectExtent l="19050" t="0" r="9525" b="0"/>
                  <wp:docPr id="78" name="Picture 138909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09378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0485B5CF"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9FB883D" wp14:editId="51A665DA">
                  <wp:extent cx="371475" cy="381000"/>
                  <wp:effectExtent l="19050" t="0" r="9525" b="0"/>
                  <wp:docPr id="79" name="Picture 13228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8680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189C8C4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79E36EE" wp14:editId="0BAE4765">
                  <wp:extent cx="371475" cy="381000"/>
                  <wp:effectExtent l="19050" t="0" r="9525" b="0"/>
                  <wp:docPr id="80" name="Picture 96022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22680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48BD937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7F595C7" wp14:editId="637FD3F3">
                  <wp:extent cx="371475" cy="381000"/>
                  <wp:effectExtent l="19050" t="0" r="9525" b="0"/>
                  <wp:docPr id="81" name="Picture 111508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08609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2BCE639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9F2F741" wp14:editId="39045A9F">
                  <wp:extent cx="371475" cy="381000"/>
                  <wp:effectExtent l="19050" t="0" r="9525" b="0"/>
                  <wp:docPr id="82" name="Picture 209097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97368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27CF7644"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7154FB7" wp14:editId="07A0040A">
                  <wp:extent cx="371475" cy="381000"/>
                  <wp:effectExtent l="19050" t="0" r="9525" b="0"/>
                  <wp:docPr id="83" name="Picture 83827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27927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5CF8E37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0C79E1F" wp14:editId="2509BE5D">
                  <wp:extent cx="371475" cy="381000"/>
                  <wp:effectExtent l="19050" t="0" r="9525" b="0"/>
                  <wp:docPr id="84" name="Picture 36921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1470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533A76F6"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1D8CAFC" wp14:editId="74EFC6D0">
                  <wp:extent cx="371475" cy="381000"/>
                  <wp:effectExtent l="19050" t="0" r="9525" b="0"/>
                  <wp:docPr id="85" name="Picture 83975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75884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6D540E66"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6B021086" w14:textId="77777777" w:rsidR="006D5334" w:rsidRPr="006D5334" w:rsidRDefault="006D5334" w:rsidP="006D5334">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9</w:t>
            </w:r>
          </w:p>
        </w:tc>
        <w:tc>
          <w:tcPr>
            <w:tcW w:w="499" w:type="pct"/>
            <w:tcBorders>
              <w:top w:val="single" w:sz="4" w:space="0" w:color="auto"/>
              <w:left w:val="single" w:sz="4" w:space="0" w:color="auto"/>
              <w:bottom w:val="single" w:sz="4" w:space="0" w:color="auto"/>
            </w:tcBorders>
            <w:shd w:val="clear" w:color="auto" w:fill="auto"/>
            <w:vAlign w:val="center"/>
          </w:tcPr>
          <w:p w14:paraId="4940E016"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DAB0C48" wp14:editId="1602F429">
                  <wp:extent cx="371475" cy="381000"/>
                  <wp:effectExtent l="19050" t="0" r="9525" b="0"/>
                  <wp:docPr id="86" name="Picture 46286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6941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58E18C2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A5D7FBF" wp14:editId="3FFA745D">
                  <wp:extent cx="371475" cy="381000"/>
                  <wp:effectExtent l="19050" t="0" r="9525" b="0"/>
                  <wp:docPr id="87" name="Picture 54940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0185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5FC9833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64EF38C" wp14:editId="1DE1FA95">
                  <wp:extent cx="371475" cy="381000"/>
                  <wp:effectExtent l="19050" t="0" r="9525" b="0"/>
                  <wp:docPr id="88" name="Picture 54723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23803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50BAA0E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156ECDE" wp14:editId="7EC99FBD">
                  <wp:extent cx="371475" cy="381000"/>
                  <wp:effectExtent l="19050" t="0" r="9525" b="0"/>
                  <wp:docPr id="89" name="Picture 21364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45235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22BC91CB"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802247A" wp14:editId="253E2348">
                  <wp:extent cx="371475" cy="381000"/>
                  <wp:effectExtent l="19050" t="0" r="9525" b="0"/>
                  <wp:docPr id="90" name="Picture 205241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41242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3731EF9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BDC3528" wp14:editId="29F01B9F">
                  <wp:extent cx="371475" cy="381000"/>
                  <wp:effectExtent l="19050" t="0" r="9525" b="0"/>
                  <wp:docPr id="91" name="Picture 116131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31168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11C13B5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B605F4D" wp14:editId="3B35042F">
                  <wp:extent cx="371475" cy="381000"/>
                  <wp:effectExtent l="19050" t="0" r="9525" b="0"/>
                  <wp:docPr id="92" name="Picture 82518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18740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3D0E3705"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BEE589C" wp14:editId="01CA5B33">
                  <wp:extent cx="371475" cy="381000"/>
                  <wp:effectExtent l="19050" t="0" r="9525" b="0"/>
                  <wp:docPr id="93" name="Picture 4279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855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6561A06B"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B197730" wp14:editId="2AFE471B">
                  <wp:extent cx="371475" cy="381000"/>
                  <wp:effectExtent l="19050" t="0" r="9525" b="0"/>
                  <wp:docPr id="94" name="Picture 151766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66609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2DFC0185"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4CB93D9D" w14:textId="77777777" w:rsidR="006D5334" w:rsidRPr="006D5334" w:rsidRDefault="006D5334" w:rsidP="00E72751">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10</w:t>
            </w:r>
          </w:p>
        </w:tc>
        <w:tc>
          <w:tcPr>
            <w:tcW w:w="499" w:type="pct"/>
            <w:tcBorders>
              <w:top w:val="single" w:sz="4" w:space="0" w:color="auto"/>
              <w:left w:val="single" w:sz="4" w:space="0" w:color="auto"/>
              <w:bottom w:val="single" w:sz="4" w:space="0" w:color="auto"/>
            </w:tcBorders>
            <w:shd w:val="clear" w:color="auto" w:fill="auto"/>
            <w:vAlign w:val="center"/>
          </w:tcPr>
          <w:p w14:paraId="797D92D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7FA990B" wp14:editId="63CE2AB6">
                  <wp:extent cx="371475" cy="381000"/>
                  <wp:effectExtent l="19050" t="0" r="9525" b="0"/>
                  <wp:docPr id="95" name="Picture 132729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29499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6178188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74981B9" wp14:editId="5A028ED7">
                  <wp:extent cx="371475" cy="381000"/>
                  <wp:effectExtent l="19050" t="0" r="9525" b="0"/>
                  <wp:docPr id="96" name="Picture 208331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31457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5751D0C7"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F2EB908" wp14:editId="2E7D231A">
                  <wp:extent cx="371475" cy="381000"/>
                  <wp:effectExtent l="19050" t="0" r="9525" b="0"/>
                  <wp:docPr id="97" name="Picture 189366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66002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78C3450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1B862F5" wp14:editId="69B9018E">
                  <wp:extent cx="371475" cy="381000"/>
                  <wp:effectExtent l="19050" t="0" r="9525" b="0"/>
                  <wp:docPr id="98" name="Picture 10423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34243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763CC6A1"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97D9965" wp14:editId="6272BEB6">
                  <wp:extent cx="371475" cy="381000"/>
                  <wp:effectExtent l="19050" t="0" r="9525" b="0"/>
                  <wp:docPr id="99" name="Picture 48659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9762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149D16A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70B323E" wp14:editId="33936478">
                  <wp:extent cx="371475" cy="381000"/>
                  <wp:effectExtent l="19050" t="0" r="9525" b="0"/>
                  <wp:docPr id="100" name="Picture 1449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087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697A2056"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882114F" wp14:editId="70DEC2A3">
                  <wp:extent cx="371475" cy="381000"/>
                  <wp:effectExtent l="19050" t="0" r="9525" b="0"/>
                  <wp:docPr id="101" name="Picture 1814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842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0D377B2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CDDD73C" wp14:editId="5596E18D">
                  <wp:extent cx="371475" cy="381000"/>
                  <wp:effectExtent l="19050" t="0" r="9525" b="0"/>
                  <wp:docPr id="102" name="Picture 13645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51128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247B6C71"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857C660" wp14:editId="7A6216C8">
                  <wp:extent cx="371475" cy="381000"/>
                  <wp:effectExtent l="19050" t="0" r="9525" b="0"/>
                  <wp:docPr id="103" name="Picture 161758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58561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3E451A4D"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37D31652" w14:textId="77777777" w:rsidR="006D5334" w:rsidRPr="006D5334" w:rsidRDefault="006D5334" w:rsidP="00E72751">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11</w:t>
            </w:r>
          </w:p>
        </w:tc>
        <w:tc>
          <w:tcPr>
            <w:tcW w:w="499" w:type="pct"/>
            <w:tcBorders>
              <w:top w:val="single" w:sz="4" w:space="0" w:color="auto"/>
              <w:left w:val="single" w:sz="4" w:space="0" w:color="auto"/>
              <w:bottom w:val="single" w:sz="4" w:space="0" w:color="auto"/>
            </w:tcBorders>
            <w:shd w:val="clear" w:color="auto" w:fill="auto"/>
            <w:vAlign w:val="center"/>
          </w:tcPr>
          <w:p w14:paraId="380C1ACF"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010E28E" wp14:editId="42D02AA4">
                  <wp:extent cx="371475" cy="381000"/>
                  <wp:effectExtent l="19050" t="0" r="9525" b="0"/>
                  <wp:docPr id="104" name="Picture 80832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32338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436D5AE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700B33D" wp14:editId="00E906F4">
                  <wp:extent cx="371475" cy="381000"/>
                  <wp:effectExtent l="19050" t="0" r="9525" b="0"/>
                  <wp:docPr id="105" name="Picture 115044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44434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55462D3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6BC5F50" wp14:editId="03A13B09">
                  <wp:extent cx="371475" cy="381000"/>
                  <wp:effectExtent l="19050" t="0" r="9525" b="0"/>
                  <wp:docPr id="106" name="Picture 68183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83360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0042294C"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B62855F" wp14:editId="6DA37F70">
                  <wp:extent cx="371475" cy="381000"/>
                  <wp:effectExtent l="19050" t="0" r="9525" b="0"/>
                  <wp:docPr id="107" name="Picture 89389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89594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0536FB91"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45CDFD4" wp14:editId="6A039078">
                  <wp:extent cx="371475" cy="381000"/>
                  <wp:effectExtent l="19050" t="0" r="9525" b="0"/>
                  <wp:docPr id="108" name="Picture 152183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83556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295D8A9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5CA3E3C" wp14:editId="5AC25A30">
                  <wp:extent cx="371475" cy="381000"/>
                  <wp:effectExtent l="19050" t="0" r="9525" b="0"/>
                  <wp:docPr id="109" name="Picture 29169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9936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0499E14A"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D0ACDD5" wp14:editId="528761E2">
                  <wp:extent cx="371475" cy="381000"/>
                  <wp:effectExtent l="19050" t="0" r="9525" b="0"/>
                  <wp:docPr id="110" name="Picture 132807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07055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1E6483C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EC2FE88" wp14:editId="09AB82AC">
                  <wp:extent cx="371475" cy="381000"/>
                  <wp:effectExtent l="19050" t="0" r="9525" b="0"/>
                  <wp:docPr id="111" name="Picture 187231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31776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11211C3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3C0BD1B" wp14:editId="64236642">
                  <wp:extent cx="371475" cy="381000"/>
                  <wp:effectExtent l="19050" t="0" r="9525" b="0"/>
                  <wp:docPr id="112" name="Picture 59725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25736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15935FA0" w14:textId="77777777" w:rsidTr="006D5334">
        <w:trPr>
          <w:trHeight w:val="80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7C0EDEC3" w14:textId="77777777" w:rsidR="006D5334" w:rsidRPr="006D5334" w:rsidRDefault="006D5334" w:rsidP="00E72751">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12</w:t>
            </w:r>
          </w:p>
        </w:tc>
        <w:tc>
          <w:tcPr>
            <w:tcW w:w="499" w:type="pct"/>
            <w:tcBorders>
              <w:top w:val="single" w:sz="4" w:space="0" w:color="auto"/>
              <w:left w:val="single" w:sz="4" w:space="0" w:color="auto"/>
              <w:bottom w:val="single" w:sz="4" w:space="0" w:color="auto"/>
            </w:tcBorders>
            <w:shd w:val="clear" w:color="auto" w:fill="auto"/>
            <w:vAlign w:val="center"/>
          </w:tcPr>
          <w:p w14:paraId="6184DED1"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3D16EDAF" wp14:editId="33A92825">
                  <wp:extent cx="371475" cy="381000"/>
                  <wp:effectExtent l="19050" t="0" r="9525" b="0"/>
                  <wp:docPr id="113" name="Picture 176140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40398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4164DB0E"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B75D78C" wp14:editId="72DB1A54">
                  <wp:extent cx="371475" cy="381000"/>
                  <wp:effectExtent l="19050" t="0" r="9525" b="0"/>
                  <wp:docPr id="114" name="Picture 7700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052317"/>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55348DD6"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A8E0E1D" wp14:editId="16C04348">
                  <wp:extent cx="371475" cy="381000"/>
                  <wp:effectExtent l="19050" t="0" r="9525" b="0"/>
                  <wp:docPr id="115" name="Picture 11154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43800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5C323E35"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8E1E557" wp14:editId="3D281FAF">
                  <wp:extent cx="371475" cy="381000"/>
                  <wp:effectExtent l="19050" t="0" r="9525" b="0"/>
                  <wp:docPr id="116" name="Picture 18178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8154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0E894D9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475457B0" wp14:editId="09B4CFFC">
                  <wp:extent cx="371475" cy="381000"/>
                  <wp:effectExtent l="19050" t="0" r="9525" b="0"/>
                  <wp:docPr id="117" name="Picture 38976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6505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4471BD7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89BB03D" wp14:editId="07C50F1F">
                  <wp:extent cx="371475" cy="381000"/>
                  <wp:effectExtent l="19050" t="0" r="9525" b="0"/>
                  <wp:docPr id="118" name="Picture 59478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785315"/>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5A7E7FDB"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DE1CE96" wp14:editId="4ABF1E6B">
                  <wp:extent cx="371475" cy="381000"/>
                  <wp:effectExtent l="19050" t="0" r="9525" b="0"/>
                  <wp:docPr id="119" name="Picture 158088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880418"/>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41FBD78A"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0FEC51E" wp14:editId="68DCC5FF">
                  <wp:extent cx="371475" cy="381000"/>
                  <wp:effectExtent l="19050" t="0" r="9525" b="0"/>
                  <wp:docPr id="120" name="Picture 211352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52603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7588A0F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78A4A704" wp14:editId="5FA84D6C">
                  <wp:extent cx="371475" cy="381000"/>
                  <wp:effectExtent l="19050" t="0" r="9525" b="0"/>
                  <wp:docPr id="121" name="Picture 191331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316300"/>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r w:rsidR="006D5334" w:rsidRPr="006D5334" w14:paraId="4C15EFCE" w14:textId="77777777" w:rsidTr="006D5334">
        <w:trPr>
          <w:trHeight w:val="812"/>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51C82C67" w14:textId="77777777" w:rsidR="006D5334" w:rsidRPr="006D5334" w:rsidRDefault="006D5334" w:rsidP="00E72751">
            <w:pPr>
              <w:widowControl w:val="0"/>
              <w:autoSpaceDE w:val="0"/>
              <w:autoSpaceDN w:val="0"/>
              <w:spacing w:before="120" w:after="120" w:line="240" w:lineRule="auto"/>
              <w:rPr>
                <w:rFonts w:ascii="Times New Roman" w:eastAsia="Times New Roman" w:hAnsi="Times New Roman" w:cs="Times New Roman"/>
                <w:b/>
                <w:bCs/>
                <w:color w:val="000000"/>
                <w:sz w:val="40"/>
                <w:szCs w:val="40"/>
              </w:rPr>
            </w:pPr>
            <w:r w:rsidRPr="006D5334">
              <w:rPr>
                <w:rFonts w:ascii="Times New Roman" w:eastAsia="Times New Roman" w:hAnsi="Times New Roman" w:cs="Times New Roman"/>
                <w:b/>
                <w:bCs/>
                <w:color w:val="000000"/>
                <w:sz w:val="40"/>
                <w:szCs w:val="40"/>
              </w:rPr>
              <w:t>T</w:t>
            </w:r>
            <w:r w:rsidRPr="006D5334">
              <w:rPr>
                <w:rFonts w:ascii="Times New Roman" w:eastAsia="Times New Roman" w:hAnsi="Times New Roman" w:cs="Times New Roman"/>
                <w:b/>
                <w:bCs/>
                <w:color w:val="000000"/>
                <w:sz w:val="40"/>
                <w:szCs w:val="40"/>
                <w:vertAlign w:val="subscript"/>
              </w:rPr>
              <w:t>13</w:t>
            </w:r>
          </w:p>
        </w:tc>
        <w:tc>
          <w:tcPr>
            <w:tcW w:w="499" w:type="pct"/>
            <w:tcBorders>
              <w:top w:val="single" w:sz="4" w:space="0" w:color="auto"/>
              <w:left w:val="single" w:sz="4" w:space="0" w:color="auto"/>
              <w:bottom w:val="single" w:sz="4" w:space="0" w:color="auto"/>
            </w:tcBorders>
            <w:shd w:val="clear" w:color="auto" w:fill="auto"/>
            <w:vAlign w:val="center"/>
          </w:tcPr>
          <w:p w14:paraId="075C5CDD"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6AF0392" wp14:editId="1328E1FE">
                  <wp:extent cx="371475" cy="381000"/>
                  <wp:effectExtent l="19050" t="0" r="9525" b="0"/>
                  <wp:docPr id="122" name="Picture 181865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65207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7D633DE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2727A9B" wp14:editId="1CD66207">
                  <wp:extent cx="371475" cy="381000"/>
                  <wp:effectExtent l="19050" t="0" r="9525" b="0"/>
                  <wp:docPr id="123" name="Picture 11246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61288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634AF34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77B7896" wp14:editId="06CE0EBA">
                  <wp:extent cx="371475" cy="381000"/>
                  <wp:effectExtent l="19050" t="0" r="9525" b="0"/>
                  <wp:docPr id="124" name="Picture 140395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953522"/>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4D62D5C3"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2A17AF31" wp14:editId="69A8B86D">
                  <wp:extent cx="371475" cy="381000"/>
                  <wp:effectExtent l="19050" t="0" r="9525" b="0"/>
                  <wp:docPr id="125" name="Picture 116585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854249"/>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63AF68D0"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08B80E55" wp14:editId="180A9977">
                  <wp:extent cx="371475" cy="381000"/>
                  <wp:effectExtent l="19050" t="0" r="9525" b="0"/>
                  <wp:docPr id="126" name="Picture 118953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532066"/>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5B54DEA2"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9AE21C0" wp14:editId="5851B371">
                  <wp:extent cx="371475" cy="381000"/>
                  <wp:effectExtent l="19050" t="0" r="9525" b="0"/>
                  <wp:docPr id="127" name="Picture 19247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713433"/>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left w:val="single" w:sz="4" w:space="0" w:color="auto"/>
              <w:bottom w:val="single" w:sz="4" w:space="0" w:color="auto"/>
            </w:tcBorders>
            <w:shd w:val="clear" w:color="auto" w:fill="auto"/>
            <w:vAlign w:val="center"/>
          </w:tcPr>
          <w:p w14:paraId="61EDDC5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515DD715" wp14:editId="18112316">
                  <wp:extent cx="371475" cy="381000"/>
                  <wp:effectExtent l="19050" t="0" r="9525" b="0"/>
                  <wp:docPr id="128" name="Picture 159414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14732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0" w:type="pct"/>
            <w:tcBorders>
              <w:top w:val="single" w:sz="4" w:space="0" w:color="auto"/>
              <w:bottom w:val="single" w:sz="4" w:space="0" w:color="auto"/>
            </w:tcBorders>
            <w:shd w:val="clear" w:color="auto" w:fill="auto"/>
            <w:vAlign w:val="center"/>
          </w:tcPr>
          <w:p w14:paraId="7D2B0098"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647BD064" wp14:editId="7CF67E84">
                  <wp:extent cx="371475" cy="381000"/>
                  <wp:effectExtent l="19050" t="0" r="9525" b="0"/>
                  <wp:docPr id="129" name="Picture 34779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96804"/>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501" w:type="pct"/>
            <w:tcBorders>
              <w:top w:val="single" w:sz="4" w:space="0" w:color="auto"/>
              <w:bottom w:val="single" w:sz="4" w:space="0" w:color="auto"/>
              <w:right w:val="single" w:sz="4" w:space="0" w:color="auto"/>
            </w:tcBorders>
            <w:shd w:val="clear" w:color="auto" w:fill="auto"/>
            <w:vAlign w:val="center"/>
          </w:tcPr>
          <w:p w14:paraId="75C2C53F" w14:textId="77777777" w:rsidR="006D5334" w:rsidRPr="006D5334" w:rsidRDefault="006D5334" w:rsidP="006D5334">
            <w:pPr>
              <w:widowControl w:val="0"/>
              <w:autoSpaceDE w:val="0"/>
              <w:autoSpaceDN w:val="0"/>
              <w:spacing w:before="120" w:after="120" w:line="240" w:lineRule="auto"/>
              <w:jc w:val="both"/>
              <w:rPr>
                <w:rFonts w:ascii="Times New Roman" w:eastAsia="Times New Roman" w:hAnsi="Times New Roman" w:cs="Times New Roman"/>
                <w:color w:val="000000"/>
                <w:sz w:val="24"/>
              </w:rPr>
            </w:pPr>
            <w:r w:rsidRPr="006D5334">
              <w:rPr>
                <w:rFonts w:ascii="Times New Roman" w:eastAsia="Times New Roman" w:hAnsi="Times New Roman" w:cs="Times New Roman"/>
                <w:noProof/>
                <w:color w:val="000000"/>
                <w:sz w:val="24"/>
                <w:lang w:bidi="hi-IN"/>
              </w:rPr>
              <w:drawing>
                <wp:inline distT="0" distB="0" distL="0" distR="0" wp14:anchorId="17608744" wp14:editId="6D31F22C">
                  <wp:extent cx="371475" cy="381000"/>
                  <wp:effectExtent l="19050" t="0" r="9525" b="0"/>
                  <wp:docPr id="130" name="Picture 14694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412151"/>
                          <pic:cNvPicPr>
                            <a:picLocks noChangeAspect="1" noChangeArrowheads="1"/>
                          </pic:cNvPicPr>
                        </pic:nvPicPr>
                        <pic:blipFill>
                          <a:blip r:embed="rId29"/>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r>
    </w:tbl>
    <w:p w14:paraId="132B8418" w14:textId="5B6AF1E6" w:rsidR="006D5334" w:rsidRPr="006D5334" w:rsidRDefault="006D5334" w:rsidP="006D5334">
      <w:pPr>
        <w:widowControl w:val="0"/>
        <w:autoSpaceDE w:val="0"/>
        <w:autoSpaceDN w:val="0"/>
        <w:spacing w:before="100" w:beforeAutospacing="1" w:after="100" w:afterAutospacing="1" w:line="360" w:lineRule="auto"/>
        <w:outlineLvl w:val="3"/>
        <w:rPr>
          <w:rFonts w:ascii="Times New Roman" w:eastAsia="Times New Roman" w:hAnsi="Times New Roman" w:cs="Times New Roman"/>
          <w:b/>
          <w:bCs/>
          <w:color w:val="000000"/>
          <w:sz w:val="24"/>
          <w:szCs w:val="24"/>
        </w:rPr>
        <w:sectPr w:rsidR="006D5334" w:rsidRPr="006D5334" w:rsidSect="006D5334">
          <w:pgSz w:w="12240" w:h="15840"/>
          <w:pgMar w:top="1440" w:right="1440" w:bottom="1440" w:left="1440" w:header="720" w:footer="720" w:gutter="0"/>
          <w:cols w:space="720"/>
          <w:docGrid w:linePitch="360"/>
        </w:sectPr>
      </w:pPr>
      <w:r>
        <w:rPr>
          <w:rFonts w:ascii="Times New Roman" w:eastAsia="Times New Roman" w:hAnsi="Times New Roman" w:cs="Times New Roman"/>
          <w:b/>
          <w:bCs/>
          <w:color w:val="000000"/>
          <w:sz w:val="24"/>
          <w:szCs w:val="24"/>
        </w:rPr>
        <w:t xml:space="preserve">                               </w:t>
      </w:r>
      <w:r w:rsidRPr="006D5334">
        <w:rPr>
          <w:rFonts w:ascii="Times New Roman" w:eastAsia="Times New Roman" w:hAnsi="Times New Roman" w:cs="Times New Roman"/>
          <w:b/>
          <w:bCs/>
          <w:color w:val="000000"/>
          <w:sz w:val="24"/>
          <w:szCs w:val="24"/>
        </w:rPr>
        <w:t xml:space="preserve">Fig. </w:t>
      </w:r>
      <w:r w:rsidR="004164BA">
        <w:rPr>
          <w:rFonts w:ascii="Times New Roman" w:eastAsia="Times New Roman" w:hAnsi="Times New Roman" w:cs="Times New Roman"/>
          <w:b/>
          <w:bCs/>
          <w:color w:val="000000"/>
          <w:sz w:val="24"/>
          <w:szCs w:val="24"/>
        </w:rPr>
        <w:t>9</w:t>
      </w:r>
      <w:r w:rsidRPr="006D5334">
        <w:rPr>
          <w:rFonts w:ascii="Times New Roman" w:eastAsia="Times New Roman" w:hAnsi="Times New Roman" w:cs="Times New Roman"/>
          <w:b/>
          <w:bCs/>
          <w:color w:val="000000"/>
          <w:sz w:val="24"/>
          <w:szCs w:val="24"/>
        </w:rPr>
        <w:t>: Field plan and layout of experimental site</w:t>
      </w:r>
    </w:p>
    <w:p w14:paraId="43B19842" w14:textId="52571A83" w:rsidR="006D5334" w:rsidRPr="004164BA" w:rsidRDefault="004164BA" w:rsidP="006D5334">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4164BA">
        <w:rPr>
          <w:rFonts w:ascii="Times New Roman" w:eastAsia="Times New Roman" w:hAnsi="Times New Roman" w:cs="Times New Roman"/>
          <w:b/>
          <w:bCs/>
          <w:color w:val="000000"/>
          <w:sz w:val="24"/>
          <w:szCs w:val="24"/>
        </w:rPr>
        <w:lastRenderedPageBreak/>
        <w:t xml:space="preserve">2.5 </w:t>
      </w:r>
      <w:r w:rsidR="006D5334" w:rsidRPr="004164BA">
        <w:rPr>
          <w:rFonts w:ascii="Times New Roman" w:eastAsia="Times New Roman" w:hAnsi="Times New Roman" w:cs="Times New Roman"/>
          <w:b/>
          <w:bCs/>
          <w:color w:val="000000"/>
          <w:sz w:val="24"/>
          <w:szCs w:val="24"/>
        </w:rPr>
        <w:t xml:space="preserve">Statistical </w:t>
      </w:r>
      <w:r>
        <w:rPr>
          <w:rFonts w:ascii="Times New Roman" w:eastAsia="Times New Roman" w:hAnsi="Times New Roman" w:cs="Times New Roman"/>
          <w:b/>
          <w:bCs/>
          <w:color w:val="000000"/>
          <w:sz w:val="24"/>
          <w:szCs w:val="24"/>
        </w:rPr>
        <w:t>A</w:t>
      </w:r>
      <w:r w:rsidR="006D5334" w:rsidRPr="004164BA">
        <w:rPr>
          <w:rFonts w:ascii="Times New Roman" w:eastAsia="Times New Roman" w:hAnsi="Times New Roman" w:cs="Times New Roman"/>
          <w:b/>
          <w:bCs/>
          <w:color w:val="000000"/>
          <w:sz w:val="24"/>
          <w:szCs w:val="24"/>
        </w:rPr>
        <w:t>nalysis</w:t>
      </w:r>
    </w:p>
    <w:p w14:paraId="0F2AF751" w14:textId="0EE93A04" w:rsidR="006D5334" w:rsidRPr="006D5334" w:rsidRDefault="006D5334" w:rsidP="004164BA">
      <w:pPr>
        <w:widowControl w:val="0"/>
        <w:autoSpaceDE w:val="0"/>
        <w:autoSpaceDN w:val="0"/>
        <w:spacing w:after="0" w:line="240" w:lineRule="auto"/>
        <w:ind w:firstLine="720"/>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The data w</w:t>
      </w:r>
      <w:r w:rsidR="004164BA">
        <w:rPr>
          <w:rFonts w:ascii="Times New Roman" w:eastAsia="Times New Roman" w:hAnsi="Times New Roman" w:cs="Times New Roman"/>
          <w:color w:val="000000"/>
          <w:sz w:val="24"/>
          <w:szCs w:val="24"/>
        </w:rPr>
        <w:t xml:space="preserve">ere analyzed using </w:t>
      </w:r>
      <w:r w:rsidRPr="006D5334">
        <w:rPr>
          <w:rFonts w:ascii="Times New Roman" w:eastAsia="Times New Roman" w:hAnsi="Times New Roman" w:cs="Times New Roman"/>
          <w:color w:val="000000"/>
          <w:sz w:val="24"/>
          <w:szCs w:val="24"/>
        </w:rPr>
        <w:t>ANOVA</w:t>
      </w:r>
      <w:r w:rsidR="004164BA">
        <w:rPr>
          <w:rFonts w:ascii="Times New Roman" w:eastAsia="Times New Roman" w:hAnsi="Times New Roman" w:cs="Times New Roman"/>
          <w:color w:val="000000"/>
          <w:sz w:val="24"/>
          <w:szCs w:val="24"/>
        </w:rPr>
        <w:t xml:space="preserve"> (Analysis of Variance)</w:t>
      </w:r>
      <w:r w:rsidRPr="006D5334">
        <w:rPr>
          <w:rFonts w:ascii="Times New Roman" w:eastAsia="Times New Roman" w:hAnsi="Times New Roman" w:cs="Times New Roman"/>
          <w:color w:val="000000"/>
          <w:sz w:val="24"/>
          <w:szCs w:val="24"/>
        </w:rPr>
        <w:t xml:space="preserve"> in a Completely Randomized Design (CRD) </w:t>
      </w:r>
      <w:r>
        <w:rPr>
          <w:rFonts w:ascii="Times New Roman" w:eastAsia="Times New Roman" w:hAnsi="Times New Roman" w:cs="Times New Roman"/>
          <w:color w:val="000000"/>
          <w:sz w:val="24"/>
          <w:szCs w:val="24"/>
        </w:rPr>
        <w:t xml:space="preserve">for </w:t>
      </w:r>
      <w:r w:rsidRPr="006D5334">
        <w:rPr>
          <w:rFonts w:ascii="Times New Roman" w:eastAsia="Times New Roman" w:hAnsi="Times New Roman" w:cs="Times New Roman"/>
          <w:i/>
          <w:iCs/>
          <w:color w:val="000000"/>
          <w:sz w:val="24"/>
          <w:szCs w:val="24"/>
        </w:rPr>
        <w:t>in vivo</w:t>
      </w:r>
      <w:r w:rsidRPr="006D5334">
        <w:rPr>
          <w:rFonts w:ascii="Times New Roman" w:eastAsia="Times New Roman" w:hAnsi="Times New Roman" w:cs="Times New Roman"/>
          <w:color w:val="000000"/>
          <w:sz w:val="24"/>
          <w:szCs w:val="24"/>
        </w:rPr>
        <w:t xml:space="preserve"> work</w:t>
      </w:r>
      <w:r>
        <w:rPr>
          <w:rFonts w:ascii="Times New Roman" w:eastAsia="Times New Roman" w:hAnsi="Times New Roman" w:cs="Times New Roman"/>
          <w:color w:val="000000"/>
          <w:sz w:val="24"/>
          <w:szCs w:val="24"/>
        </w:rPr>
        <w:t xml:space="preserve"> with</w:t>
      </w:r>
      <w:r w:rsidRPr="006D5334">
        <w:rPr>
          <w:rFonts w:ascii="Times New Roman" w:eastAsia="Times New Roman" w:hAnsi="Times New Roman" w:cs="Times New Roman"/>
          <w:color w:val="000000"/>
          <w:sz w:val="24"/>
          <w:szCs w:val="24"/>
        </w:rPr>
        <w:t xml:space="preserve"> 13 treatments and 3 replication each to study the effect of bioenzymes on growth &amp; development. The treatment effects were tested by 'F' test at 5% level of significance. The appropriate standard error of mean S.E.(m) and the critical difference (CD) were calculated at 5% level of probability. The data have been depicted by suitable graphs and figures at appropriate places.</w:t>
      </w:r>
    </w:p>
    <w:p w14:paraId="7E5EA202" w14:textId="77777777" w:rsidR="006D5334" w:rsidRPr="006D5334" w:rsidRDefault="006D5334" w:rsidP="006D5334">
      <w:pPr>
        <w:widowControl w:val="0"/>
        <w:tabs>
          <w:tab w:val="left" w:pos="1260"/>
        </w:tabs>
        <w:autoSpaceDE w:val="0"/>
        <w:autoSpaceDN w:val="0"/>
        <w:spacing w:after="0" w:line="360" w:lineRule="auto"/>
        <w:ind w:firstLine="720"/>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 xml:space="preserve">CD </w:t>
      </w:r>
      <w:r w:rsidRPr="006D5334">
        <w:rPr>
          <w:rFonts w:ascii="Times New Roman" w:eastAsia="Times New Roman" w:hAnsi="Times New Roman" w:cs="Times New Roman"/>
          <w:color w:val="000000"/>
          <w:sz w:val="24"/>
          <w:szCs w:val="24"/>
        </w:rPr>
        <w:tab/>
        <w:t xml:space="preserve">= </w:t>
      </w:r>
      <w:r w:rsidRPr="006D5334">
        <w:rPr>
          <w:rFonts w:ascii="Times New Roman" w:eastAsia="Times New Roman" w:hAnsi="Times New Roman" w:cs="Times New Roman"/>
          <w:color w:val="000000" w:themeColor="text1"/>
          <w:sz w:val="24"/>
          <w:szCs w:val="24"/>
        </w:rPr>
        <w:t xml:space="preserve">SEd × t </w:t>
      </w:r>
      <w:r w:rsidRPr="006D5334">
        <w:rPr>
          <w:rFonts w:ascii="Times New Roman" w:eastAsia="Times New Roman" w:hAnsi="Times New Roman" w:cs="Times New Roman"/>
          <w:color w:val="000000"/>
          <w:sz w:val="24"/>
          <w:szCs w:val="24"/>
        </w:rPr>
        <w:t>value at 5% at error degree of freedom</w:t>
      </w:r>
    </w:p>
    <w:p w14:paraId="0F7A20CA" w14:textId="77777777" w:rsidR="006D5334" w:rsidRPr="006D5334" w:rsidRDefault="006D5334" w:rsidP="006D5334">
      <w:pPr>
        <w:widowControl w:val="0"/>
        <w:tabs>
          <w:tab w:val="left" w:pos="1260"/>
        </w:tabs>
        <w:autoSpaceDE w:val="0"/>
        <w:autoSpaceDN w:val="0"/>
        <w:spacing w:after="0" w:line="360" w:lineRule="auto"/>
        <w:ind w:firstLine="720"/>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SEd</w:t>
      </w:r>
      <w:r w:rsidRPr="006D5334">
        <w:rPr>
          <w:rFonts w:ascii="Times New Roman" w:eastAsia="Times New Roman" w:hAnsi="Times New Roman" w:cs="Times New Roman"/>
          <w:color w:val="000000"/>
          <w:sz w:val="24"/>
          <w:szCs w:val="24"/>
        </w:rPr>
        <w:tab/>
        <w:t xml:space="preserve">= </w:t>
      </w:r>
      <w:r w:rsidRPr="006D5334">
        <w:rPr>
          <w:rFonts w:ascii="Times New Roman" w:eastAsia="Times New Roman" w:hAnsi="Times New Roman" w:cs="Times New Roman"/>
          <w:color w:val="000000"/>
          <w:position w:val="-26"/>
          <w:sz w:val="24"/>
          <w:szCs w:val="24"/>
        </w:rPr>
        <w:object w:dxaOrig="900" w:dyaOrig="700" w14:anchorId="35FA6D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5.4pt" o:ole="">
            <v:imagedata r:id="rId30" o:title=""/>
          </v:shape>
          <o:OLEObject Type="Embed" ProgID="Equation.3" ShapeID="_x0000_i1025" DrawAspect="Content" ObjectID="_1810453917" r:id="rId31"/>
        </w:object>
      </w:r>
      <w:r w:rsidRPr="006D5334">
        <w:rPr>
          <w:rFonts w:ascii="Times New Roman" w:eastAsia="Times New Roman" w:hAnsi="Times New Roman" w:cs="Times New Roman"/>
          <w:color w:val="000000"/>
          <w:sz w:val="24"/>
          <w:szCs w:val="24"/>
        </w:rPr>
        <w:t xml:space="preserve">            </w:t>
      </w:r>
    </w:p>
    <w:p w14:paraId="5B4894D0" w14:textId="32696EA4" w:rsidR="006D5334" w:rsidRPr="006D5334" w:rsidRDefault="004164BA" w:rsidP="004164BA">
      <w:pPr>
        <w:widowControl w:val="0"/>
        <w:tabs>
          <w:tab w:val="left" w:pos="1260"/>
        </w:tabs>
        <w:autoSpaceDE w:val="0"/>
        <w:autoSpaceDN w:val="0"/>
        <w:spacing w:after="0" w:line="240" w:lineRule="auto"/>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Where</w:t>
      </w:r>
      <w:r>
        <w:rPr>
          <w:rFonts w:ascii="Times New Roman" w:eastAsia="Times New Roman" w:hAnsi="Times New Roman" w:cs="Times New Roman"/>
          <w:color w:val="000000"/>
          <w:sz w:val="24"/>
          <w:szCs w:val="24"/>
        </w:rPr>
        <w:t>,</w:t>
      </w:r>
      <w:r w:rsidR="006D5334" w:rsidRPr="006D5334">
        <w:rPr>
          <w:rFonts w:ascii="Times New Roman" w:eastAsia="Times New Roman" w:hAnsi="Times New Roman" w:cs="Times New Roman"/>
          <w:color w:val="000000"/>
          <w:sz w:val="24"/>
          <w:szCs w:val="24"/>
        </w:rPr>
        <w:t xml:space="preserve"> </w:t>
      </w:r>
    </w:p>
    <w:p w14:paraId="0A81C895" w14:textId="77777777" w:rsidR="006D5334" w:rsidRPr="006D5334" w:rsidRDefault="006D5334" w:rsidP="004164BA">
      <w:pPr>
        <w:widowControl w:val="0"/>
        <w:tabs>
          <w:tab w:val="left" w:pos="1260"/>
        </w:tabs>
        <w:autoSpaceDE w:val="0"/>
        <w:autoSpaceDN w:val="0"/>
        <w:spacing w:after="0" w:line="240" w:lineRule="auto"/>
        <w:ind w:firstLine="720"/>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SEd</w:t>
      </w:r>
      <w:r w:rsidRPr="006D5334">
        <w:rPr>
          <w:rFonts w:ascii="Times New Roman" w:eastAsia="Times New Roman" w:hAnsi="Times New Roman" w:cs="Times New Roman"/>
          <w:color w:val="000000"/>
          <w:sz w:val="24"/>
          <w:szCs w:val="24"/>
        </w:rPr>
        <w:tab/>
        <w:t>= Standard error of difference between two treatments means</w:t>
      </w:r>
    </w:p>
    <w:p w14:paraId="2FF8A784" w14:textId="77777777" w:rsidR="006D5334" w:rsidRPr="006D5334" w:rsidRDefault="006D5334" w:rsidP="004164BA">
      <w:pPr>
        <w:widowControl w:val="0"/>
        <w:tabs>
          <w:tab w:val="left" w:pos="1260"/>
        </w:tabs>
        <w:autoSpaceDE w:val="0"/>
        <w:autoSpaceDN w:val="0"/>
        <w:spacing w:after="0" w:line="240" w:lineRule="auto"/>
        <w:ind w:firstLine="720"/>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EMS</w:t>
      </w:r>
      <w:r w:rsidRPr="006D5334">
        <w:rPr>
          <w:rFonts w:ascii="Times New Roman" w:eastAsia="Times New Roman" w:hAnsi="Times New Roman" w:cs="Times New Roman"/>
          <w:color w:val="000000"/>
          <w:sz w:val="24"/>
          <w:szCs w:val="24"/>
        </w:rPr>
        <w:tab/>
        <w:t>= Error mean of square</w:t>
      </w:r>
    </w:p>
    <w:p w14:paraId="713F2CF2" w14:textId="77777777" w:rsidR="006D5334" w:rsidRPr="006D5334" w:rsidRDefault="006D5334" w:rsidP="004164BA">
      <w:pPr>
        <w:widowControl w:val="0"/>
        <w:tabs>
          <w:tab w:val="left" w:pos="990"/>
          <w:tab w:val="left" w:pos="1260"/>
        </w:tabs>
        <w:autoSpaceDE w:val="0"/>
        <w:autoSpaceDN w:val="0"/>
        <w:spacing w:after="0" w:line="240" w:lineRule="auto"/>
        <w:ind w:firstLine="720"/>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ab/>
        <w:t xml:space="preserve">r </w:t>
      </w:r>
      <w:r w:rsidRPr="006D5334">
        <w:rPr>
          <w:rFonts w:ascii="Times New Roman" w:eastAsia="Times New Roman" w:hAnsi="Times New Roman" w:cs="Times New Roman"/>
          <w:color w:val="000000"/>
          <w:sz w:val="24"/>
          <w:szCs w:val="24"/>
        </w:rPr>
        <w:tab/>
        <w:t>= Number of replications</w:t>
      </w:r>
    </w:p>
    <w:p w14:paraId="1FAC3062" w14:textId="77777777" w:rsidR="006D5334" w:rsidRPr="006D5334" w:rsidRDefault="006D5334" w:rsidP="006D5334">
      <w:pPr>
        <w:widowControl w:val="0"/>
        <w:autoSpaceDE w:val="0"/>
        <w:autoSpaceDN w:val="0"/>
        <w:spacing w:after="0" w:line="360" w:lineRule="auto"/>
        <w:ind w:firstLine="720"/>
        <w:jc w:val="both"/>
        <w:outlineLvl w:val="3"/>
        <w:rPr>
          <w:rFonts w:ascii="Times New Roman" w:eastAsia="Times New Roman" w:hAnsi="Times New Roman" w:cs="Times New Roman"/>
          <w:b/>
          <w:bCs/>
          <w:color w:val="000000"/>
          <w:sz w:val="24"/>
          <w:szCs w:val="24"/>
        </w:rPr>
      </w:pPr>
      <w:r w:rsidRPr="006D5334">
        <w:rPr>
          <w:rFonts w:ascii="Times New Roman" w:eastAsia="Times New Roman" w:hAnsi="Times New Roman" w:cs="Times New Roman"/>
          <w:b/>
          <w:bCs/>
          <w:color w:val="000000"/>
          <w:sz w:val="24"/>
          <w:szCs w:val="24"/>
        </w:rPr>
        <w:t>Standard error of mean</w:t>
      </w:r>
    </w:p>
    <w:p w14:paraId="2BC8EBCE" w14:textId="77777777" w:rsidR="006D5334" w:rsidRPr="006D5334" w:rsidRDefault="006D5334" w:rsidP="006D5334">
      <w:pPr>
        <w:widowControl w:val="0"/>
        <w:autoSpaceDE w:val="0"/>
        <w:autoSpaceDN w:val="0"/>
        <w:spacing w:after="0" w:line="360" w:lineRule="auto"/>
        <w:ind w:firstLine="720"/>
        <w:jc w:val="both"/>
        <w:outlineLvl w:val="3"/>
        <w:rPr>
          <w:rFonts w:ascii="Times New Roman" w:eastAsia="Times New Roman" w:hAnsi="Times New Roman" w:cs="Cambria Math"/>
          <w:color w:val="000000"/>
          <w:sz w:val="24"/>
          <w:szCs w:val="24"/>
        </w:rPr>
      </w:pPr>
      <w:r w:rsidRPr="006D5334">
        <w:rPr>
          <w:rFonts w:ascii="Times New Roman" w:eastAsia="Times New Roman" w:hAnsi="Times New Roman" w:cs="Times New Roman"/>
          <w:color w:val="000000"/>
          <w:sz w:val="24"/>
          <w:szCs w:val="24"/>
        </w:rPr>
        <w:t xml:space="preserve">SE(m) ± = </w:t>
      </w:r>
      <w:r w:rsidRPr="006D5334">
        <w:rPr>
          <w:rFonts w:ascii="Times New Roman" w:eastAsia="Times New Roman" w:hAnsi="Times New Roman" w:cs="Times New Roman"/>
          <w:color w:val="000000"/>
          <w:position w:val="-26"/>
          <w:sz w:val="24"/>
          <w:szCs w:val="24"/>
        </w:rPr>
        <w:object w:dxaOrig="780" w:dyaOrig="700" w14:anchorId="633A03D3">
          <v:shape id="_x0000_i1026" type="#_x0000_t75" style="width:40.2pt;height:35.4pt" o:ole="">
            <v:imagedata r:id="rId32" o:title=""/>
          </v:shape>
          <o:OLEObject Type="Embed" ProgID="Equation.3" ShapeID="_x0000_i1026" DrawAspect="Content" ObjectID="_1810453918" r:id="rId33"/>
        </w:object>
      </w:r>
    </w:p>
    <w:p w14:paraId="402BDE42" w14:textId="77777777" w:rsidR="00DE5BA2" w:rsidRDefault="006D5334" w:rsidP="00DE5BA2">
      <w:pPr>
        <w:widowControl w:val="0"/>
        <w:autoSpaceDE w:val="0"/>
        <w:autoSpaceDN w:val="0"/>
        <w:spacing w:after="0" w:line="360" w:lineRule="auto"/>
        <w:ind w:firstLine="720"/>
        <w:jc w:val="both"/>
        <w:outlineLvl w:val="3"/>
        <w:rPr>
          <w:rFonts w:ascii="Times New Roman" w:eastAsia="Times New Roman" w:hAnsi="Times New Roman" w:cs="Times New Roman"/>
          <w:color w:val="000000"/>
          <w:sz w:val="24"/>
          <w:szCs w:val="24"/>
        </w:rPr>
      </w:pPr>
      <w:r w:rsidRPr="006D5334">
        <w:rPr>
          <w:rFonts w:ascii="Times New Roman" w:eastAsia="Times New Roman" w:hAnsi="Times New Roman" w:cs="Times New Roman"/>
          <w:color w:val="000000"/>
          <w:sz w:val="24"/>
          <w:szCs w:val="24"/>
        </w:rPr>
        <w:t>T = Two-sided table value with error degree of freedom at 5% significance level</w:t>
      </w:r>
      <w:bookmarkStart w:id="8" w:name="Statistical_analysis:"/>
      <w:bookmarkEnd w:id="8"/>
    </w:p>
    <w:p w14:paraId="3B160C1D" w14:textId="77777777" w:rsidR="00DE5BA2" w:rsidRDefault="00DE5BA2" w:rsidP="00DE5BA2">
      <w:pPr>
        <w:widowControl w:val="0"/>
        <w:autoSpaceDE w:val="0"/>
        <w:autoSpaceDN w:val="0"/>
        <w:spacing w:after="0" w:line="360" w:lineRule="auto"/>
        <w:ind w:firstLine="720"/>
        <w:jc w:val="both"/>
        <w:outlineLvl w:val="3"/>
        <w:rPr>
          <w:rFonts w:ascii="Times New Roman" w:eastAsia="Times New Roman" w:hAnsi="Times New Roman" w:cs="Times New Roman"/>
          <w:color w:val="000000"/>
          <w:sz w:val="24"/>
          <w:szCs w:val="24"/>
        </w:rPr>
      </w:pPr>
    </w:p>
    <w:p w14:paraId="735AD3AC" w14:textId="4EEB7111" w:rsidR="00A50AF9" w:rsidRPr="004164BA" w:rsidRDefault="003113FB" w:rsidP="004164BA">
      <w:pPr>
        <w:pStyle w:val="ListParagraph"/>
        <w:widowControl w:val="0"/>
        <w:numPr>
          <w:ilvl w:val="0"/>
          <w:numId w:val="19"/>
        </w:numPr>
        <w:autoSpaceDE w:val="0"/>
        <w:autoSpaceDN w:val="0"/>
        <w:spacing w:after="0" w:line="360" w:lineRule="auto"/>
        <w:jc w:val="both"/>
        <w:outlineLvl w:val="3"/>
        <w:rPr>
          <w:rFonts w:ascii="Times New Roman" w:hAnsi="Times New Roman" w:cs="Times New Roman"/>
          <w:b/>
          <w:bCs/>
          <w:sz w:val="28"/>
          <w:szCs w:val="28"/>
        </w:rPr>
      </w:pPr>
      <w:r w:rsidRPr="004164BA">
        <w:rPr>
          <w:rFonts w:ascii="Times New Roman" w:hAnsi="Times New Roman" w:cs="Times New Roman"/>
          <w:b/>
          <w:bCs/>
          <w:sz w:val="28"/>
          <w:szCs w:val="28"/>
        </w:rPr>
        <w:t>RESULTS</w:t>
      </w:r>
      <w:r w:rsidR="004164BA">
        <w:rPr>
          <w:rFonts w:ascii="Times New Roman" w:hAnsi="Times New Roman" w:cs="Times New Roman"/>
          <w:b/>
          <w:bCs/>
          <w:sz w:val="28"/>
          <w:szCs w:val="28"/>
        </w:rPr>
        <w:t xml:space="preserve"> AND DISCUSSION</w:t>
      </w:r>
    </w:p>
    <w:p w14:paraId="439F7D99" w14:textId="36E34837" w:rsidR="00DE5BA2" w:rsidRPr="0004587A" w:rsidRDefault="00DE5BA2" w:rsidP="0004587A">
      <w:pPr>
        <w:widowControl w:val="0"/>
        <w:autoSpaceDE w:val="0"/>
        <w:autoSpaceDN w:val="0"/>
        <w:spacing w:after="0" w:line="240" w:lineRule="auto"/>
        <w:ind w:firstLine="720"/>
        <w:jc w:val="both"/>
        <w:rPr>
          <w:rFonts w:ascii="Times New Roman" w:eastAsia="Times New Roman" w:hAnsi="Times New Roman" w:cs="Times New Roman"/>
          <w:color w:val="000000"/>
          <w:sz w:val="24"/>
        </w:rPr>
      </w:pPr>
      <w:r w:rsidRPr="00DE5BA2">
        <w:rPr>
          <w:rFonts w:ascii="Times New Roman" w:eastAsia="Times New Roman" w:hAnsi="Times New Roman" w:cs="Times New Roman"/>
          <w:i/>
          <w:iCs/>
          <w:color w:val="000000"/>
          <w:sz w:val="24"/>
        </w:rPr>
        <w:t>Cordyline terminalis</w:t>
      </w:r>
      <w:r w:rsidRPr="00DE5BA2">
        <w:rPr>
          <w:rFonts w:ascii="Times New Roman" w:eastAsia="Times New Roman" w:hAnsi="Times New Roman" w:cs="Times New Roman"/>
          <w:color w:val="000000"/>
          <w:sz w:val="24"/>
        </w:rPr>
        <w:t xml:space="preserve"> was first field established for 30 days and after 30 DAP (days after planting) bioenzymes were sprayed in 13 treatments (Each treatment having 3 replications, per replication having 3 pots) i.e, 117 potted plants in 30 days interval and observations were recorded subsequently</w:t>
      </w:r>
      <w:r w:rsidR="0004587A">
        <w:rPr>
          <w:rFonts w:ascii="Times New Roman" w:eastAsia="Times New Roman" w:hAnsi="Times New Roman" w:cs="Times New Roman"/>
          <w:color w:val="000000"/>
          <w:sz w:val="24"/>
        </w:rPr>
        <w:t xml:space="preserve">. </w:t>
      </w:r>
      <w:r w:rsidRPr="00DE5BA2">
        <w:rPr>
          <w:rFonts w:ascii="Times New Roman" w:eastAsia="Times New Roman" w:hAnsi="Times New Roman" w:cs="Times New Roman"/>
          <w:color w:val="000000"/>
          <w:sz w:val="24"/>
          <w:szCs w:val="24"/>
        </w:rPr>
        <w:t xml:space="preserve">The data presented in Table </w:t>
      </w:r>
      <w:r w:rsidR="00051F49">
        <w:rPr>
          <w:rFonts w:ascii="Times New Roman" w:eastAsia="Times New Roman" w:hAnsi="Times New Roman" w:cs="Times New Roman"/>
          <w:color w:val="000000"/>
          <w:sz w:val="24"/>
          <w:szCs w:val="24"/>
        </w:rPr>
        <w:t>4</w:t>
      </w:r>
      <w:r w:rsidR="00FD4B93">
        <w:rPr>
          <w:rFonts w:ascii="Times New Roman" w:eastAsia="Times New Roman" w:hAnsi="Times New Roman" w:cs="Times New Roman"/>
          <w:color w:val="000000"/>
          <w:sz w:val="24"/>
          <w:szCs w:val="24"/>
        </w:rPr>
        <w:t xml:space="preserve"> and </w:t>
      </w:r>
      <w:r w:rsidR="00051F49">
        <w:rPr>
          <w:rFonts w:ascii="Times New Roman" w:eastAsia="Times New Roman" w:hAnsi="Times New Roman" w:cs="Times New Roman"/>
          <w:color w:val="000000"/>
          <w:sz w:val="24"/>
          <w:szCs w:val="24"/>
        </w:rPr>
        <w:t>6</w:t>
      </w:r>
      <w:r w:rsidRPr="00DE5BA2">
        <w:rPr>
          <w:rFonts w:ascii="Times New Roman" w:eastAsia="Times New Roman" w:hAnsi="Times New Roman" w:cs="Times New Roman"/>
          <w:color w:val="000000"/>
          <w:sz w:val="24"/>
          <w:szCs w:val="24"/>
        </w:rPr>
        <w:t xml:space="preserve"> shows the significant effect of various concentration of bioenzymes at various time interval on growth, yield and quality of </w:t>
      </w:r>
      <w:r w:rsidRPr="00DE5BA2">
        <w:rPr>
          <w:rFonts w:ascii="Times New Roman" w:eastAsia="Times New Roman" w:hAnsi="Times New Roman" w:cs="Times New Roman"/>
          <w:i/>
          <w:iCs/>
          <w:color w:val="000000"/>
          <w:sz w:val="24"/>
          <w:szCs w:val="24"/>
        </w:rPr>
        <w:t>Cordyline terminalis</w:t>
      </w:r>
      <w:r w:rsidRPr="00DE5BA2">
        <w:rPr>
          <w:rFonts w:ascii="Times New Roman" w:eastAsia="Times New Roman" w:hAnsi="Times New Roman" w:cs="Times New Roman"/>
          <w:color w:val="000000"/>
          <w:sz w:val="24"/>
          <w:szCs w:val="24"/>
        </w:rPr>
        <w:t xml:space="preserve"> growing at </w:t>
      </w:r>
      <w:r w:rsidRPr="00DE5BA2">
        <w:rPr>
          <w:rFonts w:ascii="Times New Roman" w:eastAsia="Times New Roman" w:hAnsi="Times New Roman" w:cs="Times New Roman"/>
          <w:i/>
          <w:iCs/>
          <w:color w:val="000000"/>
          <w:sz w:val="24"/>
          <w:szCs w:val="24"/>
        </w:rPr>
        <w:t>in vivo</w:t>
      </w:r>
      <w:r w:rsidRPr="00DE5BA2">
        <w:rPr>
          <w:rFonts w:ascii="Times New Roman" w:eastAsia="Times New Roman" w:hAnsi="Times New Roman" w:cs="Times New Roman"/>
          <w:color w:val="000000"/>
          <w:sz w:val="24"/>
          <w:szCs w:val="24"/>
        </w:rPr>
        <w:t xml:space="preserve"> condition after 60 DAP and 90 DAP</w:t>
      </w:r>
      <w:r w:rsidR="0004587A">
        <w:rPr>
          <w:rFonts w:ascii="Times New Roman" w:eastAsia="Times New Roman" w:hAnsi="Times New Roman" w:cs="Times New Roman"/>
          <w:color w:val="000000"/>
          <w:sz w:val="24"/>
          <w:szCs w:val="24"/>
        </w:rPr>
        <w:t xml:space="preserve"> using CRD statistical analysis</w:t>
      </w:r>
      <w:r w:rsidRPr="00DE5BA2">
        <w:rPr>
          <w:rFonts w:ascii="Times New Roman" w:eastAsia="Times New Roman" w:hAnsi="Times New Roman" w:cs="Times New Roman"/>
          <w:color w:val="000000"/>
          <w:sz w:val="24"/>
          <w:szCs w:val="24"/>
        </w:rPr>
        <w:t>.</w:t>
      </w:r>
      <w:r w:rsidR="0004587A">
        <w:rPr>
          <w:rFonts w:ascii="Times New Roman" w:eastAsia="Times New Roman" w:hAnsi="Times New Roman" w:cs="Times New Roman"/>
          <w:color w:val="000000"/>
          <w:sz w:val="24"/>
          <w:szCs w:val="24"/>
        </w:rPr>
        <w:t xml:space="preserve"> Apart from that, Chlorophyll content analysis and vase life study was also under taken.</w:t>
      </w:r>
    </w:p>
    <w:p w14:paraId="3F560AC2" w14:textId="0ACF0DC8" w:rsidR="00DE5BA2" w:rsidRPr="00DE5BA2" w:rsidRDefault="00E72751" w:rsidP="00DE5BA2">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04587A">
        <w:rPr>
          <w:rFonts w:ascii="Times New Roman" w:eastAsia="Times New Roman" w:hAnsi="Times New Roman" w:cs="Times New Roman"/>
          <w:b/>
          <w:bCs/>
          <w:color w:val="000000"/>
          <w:sz w:val="24"/>
          <w:szCs w:val="24"/>
        </w:rPr>
        <w:t xml:space="preserve">3.1 </w:t>
      </w:r>
      <w:r w:rsidR="00DE5BA2" w:rsidRPr="00DE5BA2">
        <w:rPr>
          <w:rFonts w:ascii="Times New Roman" w:eastAsia="Times New Roman" w:hAnsi="Times New Roman" w:cs="Times New Roman"/>
          <w:b/>
          <w:bCs/>
          <w:color w:val="000000"/>
          <w:sz w:val="24"/>
          <w:szCs w:val="24"/>
        </w:rPr>
        <w:t>Plant height (cm)</w:t>
      </w:r>
    </w:p>
    <w:p w14:paraId="0BC8E12A" w14:textId="7B2B01B3" w:rsidR="0004587A" w:rsidRPr="00853F91" w:rsidRDefault="0004587A" w:rsidP="007271C0">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bookmarkStart w:id="9" w:name="_Hlk148296052"/>
      <w:r w:rsidRPr="00853F91">
        <w:rPr>
          <w:rFonts w:ascii="Times New Roman" w:eastAsia="Times New Roman" w:hAnsi="Times New Roman" w:cs="Times New Roman"/>
          <w:color w:val="000000"/>
          <w:sz w:val="24"/>
          <w:szCs w:val="24"/>
        </w:rPr>
        <w:t>At 30 DAP, results were non-significant. However, the height of the plant was significantly increased due to bioenzyme treatments. Among the different bioenzymes tried, Booster @ 1.5 ml/l (T</w:t>
      </w:r>
      <w:r w:rsidRPr="00853F91">
        <w:rPr>
          <w:rFonts w:ascii="Times New Roman" w:eastAsia="Times New Roman" w:hAnsi="Times New Roman" w:cs="Times New Roman"/>
          <w:color w:val="000000"/>
          <w:sz w:val="24"/>
          <w:szCs w:val="24"/>
          <w:vertAlign w:val="subscript"/>
        </w:rPr>
        <w:t>11</w:t>
      </w:r>
      <w:r w:rsidRPr="00853F91">
        <w:rPr>
          <w:rFonts w:ascii="Times New Roman" w:eastAsia="Times New Roman" w:hAnsi="Times New Roman" w:cs="Times New Roman"/>
          <w:color w:val="000000"/>
          <w:sz w:val="24"/>
          <w:szCs w:val="24"/>
        </w:rPr>
        <w:t>) was found to be most effective followed by Vipul booster @ 1.0 ml/l (T</w:t>
      </w:r>
      <w:r w:rsidRPr="00853F91">
        <w:rPr>
          <w:rFonts w:ascii="Times New Roman" w:eastAsia="Times New Roman" w:hAnsi="Times New Roman" w:cs="Times New Roman"/>
          <w:color w:val="000000"/>
          <w:sz w:val="24"/>
          <w:szCs w:val="24"/>
          <w:vertAlign w:val="subscript"/>
        </w:rPr>
        <w:t>8</w:t>
      </w:r>
      <w:r w:rsidRPr="00853F91">
        <w:rPr>
          <w:rFonts w:ascii="Times New Roman" w:eastAsia="Times New Roman" w:hAnsi="Times New Roman" w:cs="Times New Roman"/>
          <w:color w:val="000000"/>
          <w:sz w:val="24"/>
          <w:szCs w:val="24"/>
        </w:rPr>
        <w:t>) and Biozyme vegetable plus @ 1.5 ml/l (T</w:t>
      </w:r>
      <w:r w:rsidR="00507267" w:rsidRPr="00853F91">
        <w:rPr>
          <w:rFonts w:ascii="Times New Roman" w:eastAsia="Times New Roman" w:hAnsi="Times New Roman" w:cs="Times New Roman"/>
          <w:color w:val="000000"/>
          <w:sz w:val="24"/>
          <w:szCs w:val="24"/>
          <w:vertAlign w:val="subscript"/>
        </w:rPr>
        <w:t>10</w:t>
      </w:r>
      <w:r w:rsidR="00507267" w:rsidRPr="00853F91">
        <w:rPr>
          <w:rFonts w:ascii="Times New Roman" w:eastAsia="Times New Roman" w:hAnsi="Times New Roman" w:cs="Times New Roman"/>
          <w:color w:val="000000"/>
          <w:sz w:val="24"/>
          <w:szCs w:val="24"/>
        </w:rPr>
        <w:t>)</w:t>
      </w:r>
      <w:r w:rsidR="00507267">
        <w:rPr>
          <w:rFonts w:ascii="Times New Roman" w:eastAsia="Times New Roman" w:hAnsi="Times New Roman" w:cs="Times New Roman"/>
          <w:color w:val="000000"/>
          <w:sz w:val="24"/>
          <w:szCs w:val="24"/>
        </w:rPr>
        <w:t xml:space="preserve"> (Fig. 11)</w:t>
      </w:r>
      <w:r w:rsidRPr="00853F91">
        <w:rPr>
          <w:rFonts w:ascii="Times New Roman" w:eastAsia="Times New Roman" w:hAnsi="Times New Roman" w:cs="Times New Roman"/>
          <w:color w:val="000000"/>
          <w:sz w:val="24"/>
          <w:szCs w:val="24"/>
        </w:rPr>
        <w:t>. Maximum height of 67.93 cm was obtained by spraying Booster @ 1.5 ml/l (containing fulvic acid and humic acid) followed by Vipul booster (containing Triacontanol w/w) @ 1.0 ml/l recording a height of 67.50 cm which was better over control (T</w:t>
      </w:r>
      <w:r w:rsidRPr="00853F91">
        <w:rPr>
          <w:rFonts w:ascii="Times New Roman" w:eastAsia="Times New Roman" w:hAnsi="Times New Roman" w:cs="Times New Roman"/>
          <w:color w:val="000000"/>
          <w:sz w:val="24"/>
          <w:szCs w:val="24"/>
          <w:vertAlign w:val="subscript"/>
        </w:rPr>
        <w:t>1</w:t>
      </w:r>
      <w:r w:rsidRPr="00853F91">
        <w:rPr>
          <w:rFonts w:ascii="Times New Roman" w:eastAsia="Times New Roman" w:hAnsi="Times New Roman" w:cs="Times New Roman"/>
          <w:color w:val="000000"/>
          <w:sz w:val="24"/>
          <w:szCs w:val="24"/>
        </w:rPr>
        <w:t>) recording an average height of 59.17 cm after 90 DAP</w:t>
      </w:r>
      <w:r w:rsidR="007271C0">
        <w:rPr>
          <w:rFonts w:ascii="Times New Roman" w:eastAsia="Times New Roman" w:hAnsi="Times New Roman" w:cs="Times New Roman"/>
          <w:color w:val="000000"/>
          <w:sz w:val="24"/>
          <w:szCs w:val="24"/>
        </w:rPr>
        <w:t xml:space="preserve"> (Fig.10)</w:t>
      </w:r>
      <w:r w:rsidRPr="00853F91">
        <w:rPr>
          <w:rFonts w:ascii="Times New Roman" w:eastAsia="Times New Roman" w:hAnsi="Times New Roman" w:cs="Times New Roman"/>
          <w:color w:val="000000"/>
          <w:sz w:val="24"/>
          <w:szCs w:val="24"/>
        </w:rPr>
        <w:t>. The bioenzymes are biostimulants that are essential for carrying out a number of metabolic processes that have an impact on the vegetative growth of the plant. The use of bioenzymes in the current study may have induced metabolic activity in Cordyline plants, which may have improved physiological functions like photosynthesis. The plant height in treated plants may have risen above control plants (T</w:t>
      </w:r>
      <w:r w:rsidRPr="00853F91">
        <w:rPr>
          <w:rFonts w:ascii="Times New Roman" w:eastAsia="Times New Roman" w:hAnsi="Times New Roman" w:cs="Times New Roman"/>
          <w:color w:val="000000"/>
          <w:sz w:val="24"/>
          <w:szCs w:val="24"/>
          <w:vertAlign w:val="subscript"/>
        </w:rPr>
        <w:t>1</w:t>
      </w:r>
      <w:r w:rsidRPr="00853F91">
        <w:rPr>
          <w:rFonts w:ascii="Times New Roman" w:eastAsia="Times New Roman" w:hAnsi="Times New Roman" w:cs="Times New Roman"/>
          <w:color w:val="000000"/>
          <w:sz w:val="24"/>
          <w:szCs w:val="24"/>
        </w:rPr>
        <w:t xml:space="preserve">) due to </w:t>
      </w:r>
      <w:r w:rsidRPr="00853F91">
        <w:rPr>
          <w:rFonts w:ascii="Times New Roman" w:eastAsia="Times New Roman" w:hAnsi="Times New Roman" w:cs="Times New Roman"/>
          <w:color w:val="000000"/>
          <w:sz w:val="24"/>
          <w:szCs w:val="24"/>
        </w:rPr>
        <w:lastRenderedPageBreak/>
        <w:t>an increase in metabolic activity.</w:t>
      </w:r>
    </w:p>
    <w:p w14:paraId="659C8A01" w14:textId="6E133B83" w:rsidR="00DE5BA2" w:rsidRDefault="0004587A" w:rsidP="007271C0">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853F91">
        <w:rPr>
          <w:rFonts w:ascii="Times New Roman" w:eastAsia="Times New Roman" w:hAnsi="Times New Roman" w:cs="Times New Roman"/>
          <w:color w:val="000000"/>
          <w:sz w:val="24"/>
          <w:szCs w:val="24"/>
        </w:rPr>
        <w:t xml:space="preserve">This present study validates the works of Ernst </w:t>
      </w:r>
      <w:r w:rsidRPr="00853F91">
        <w:rPr>
          <w:rFonts w:ascii="Times New Roman" w:eastAsia="Times New Roman" w:hAnsi="Times New Roman" w:cs="Times New Roman"/>
          <w:i/>
          <w:iCs/>
          <w:color w:val="000000"/>
          <w:sz w:val="24"/>
          <w:szCs w:val="24"/>
        </w:rPr>
        <w:t>et al</w:t>
      </w:r>
      <w:r w:rsidRPr="00853F91">
        <w:rPr>
          <w:rFonts w:ascii="Times New Roman" w:eastAsia="Times New Roman" w:hAnsi="Times New Roman" w:cs="Times New Roman"/>
          <w:color w:val="000000"/>
          <w:sz w:val="24"/>
          <w:szCs w:val="24"/>
        </w:rPr>
        <w:t xml:space="preserve">. (1987) in </w:t>
      </w:r>
      <w:r w:rsidRPr="00853F91">
        <w:rPr>
          <w:rFonts w:ascii="Times New Roman" w:eastAsia="Times New Roman" w:hAnsi="Times New Roman" w:cs="Times New Roman"/>
          <w:i/>
          <w:iCs/>
          <w:color w:val="000000"/>
          <w:sz w:val="24"/>
          <w:szCs w:val="24"/>
        </w:rPr>
        <w:t>Scrophularia nodosa</w:t>
      </w:r>
      <w:r w:rsidRPr="00853F91">
        <w:rPr>
          <w:rFonts w:ascii="Times New Roman" w:eastAsia="Times New Roman" w:hAnsi="Times New Roman" w:cs="Times New Roman"/>
          <w:color w:val="000000"/>
          <w:sz w:val="24"/>
          <w:szCs w:val="24"/>
        </w:rPr>
        <w:t xml:space="preserve"> who investigated that application of fulvic acid and humic acid and combinations of FA and HA in the ratios 2:1, 1:1 and 1:2 stimulated plant growth. Pandita </w:t>
      </w:r>
      <w:r w:rsidRPr="00853F91">
        <w:rPr>
          <w:rFonts w:ascii="Times New Roman" w:eastAsia="Times New Roman" w:hAnsi="Times New Roman" w:cs="Times New Roman"/>
          <w:i/>
          <w:iCs/>
          <w:color w:val="000000"/>
          <w:sz w:val="24"/>
          <w:szCs w:val="24"/>
        </w:rPr>
        <w:t>et al</w:t>
      </w:r>
      <w:r w:rsidRPr="00853F91">
        <w:rPr>
          <w:rFonts w:ascii="Times New Roman" w:eastAsia="Times New Roman" w:hAnsi="Times New Roman" w:cs="Times New Roman"/>
          <w:color w:val="000000"/>
          <w:sz w:val="24"/>
          <w:szCs w:val="24"/>
        </w:rPr>
        <w:t xml:space="preserve">. (1991) studied that plant height of Okra was increased when Vipul (1.25 ppm) was sprayed twice in the rainy season. Satao (2000) recorded significantly more height with foliar application of triacontanol at 0.8 ml/1 concentration in Okra cv. Parbhani kranti. Zaghloul </w:t>
      </w:r>
      <w:r w:rsidRPr="00853F91">
        <w:rPr>
          <w:rFonts w:ascii="Times New Roman" w:eastAsia="Times New Roman" w:hAnsi="Times New Roman" w:cs="Times New Roman"/>
          <w:i/>
          <w:iCs/>
          <w:color w:val="000000"/>
          <w:sz w:val="24"/>
          <w:szCs w:val="24"/>
        </w:rPr>
        <w:t>et al</w:t>
      </w:r>
      <w:r w:rsidRPr="00853F91">
        <w:rPr>
          <w:rFonts w:ascii="Times New Roman" w:eastAsia="Times New Roman" w:hAnsi="Times New Roman" w:cs="Times New Roman"/>
          <w:color w:val="000000"/>
          <w:sz w:val="24"/>
          <w:szCs w:val="24"/>
        </w:rPr>
        <w:t xml:space="preserve">. (2009) stated that treating </w:t>
      </w:r>
      <w:r w:rsidRPr="00853F91">
        <w:rPr>
          <w:rFonts w:ascii="Times New Roman" w:eastAsia="Times New Roman" w:hAnsi="Times New Roman" w:cs="Times New Roman"/>
          <w:i/>
          <w:iCs/>
          <w:color w:val="000000"/>
          <w:sz w:val="24"/>
          <w:szCs w:val="24"/>
        </w:rPr>
        <w:t>Thuja orientalis</w:t>
      </w:r>
      <w:r w:rsidRPr="00853F91">
        <w:rPr>
          <w:rFonts w:ascii="Times New Roman" w:eastAsia="Times New Roman" w:hAnsi="Times New Roman" w:cs="Times New Roman"/>
          <w:color w:val="000000"/>
          <w:sz w:val="24"/>
          <w:szCs w:val="24"/>
        </w:rPr>
        <w:t xml:space="preserve"> L. seedlings with potassium humate significantly increased plant height, stem diameter, root length, fresh and dry weights of shoots and roots. El-Khateeb </w:t>
      </w:r>
      <w:r w:rsidRPr="00853F91">
        <w:rPr>
          <w:rFonts w:ascii="Times New Roman" w:eastAsia="Times New Roman" w:hAnsi="Times New Roman" w:cs="Times New Roman"/>
          <w:i/>
          <w:iCs/>
          <w:color w:val="000000"/>
          <w:sz w:val="24"/>
          <w:szCs w:val="24"/>
        </w:rPr>
        <w:t>et al</w:t>
      </w:r>
      <w:r w:rsidRPr="00853F91">
        <w:rPr>
          <w:rFonts w:ascii="Times New Roman" w:eastAsia="Times New Roman" w:hAnsi="Times New Roman" w:cs="Times New Roman"/>
          <w:color w:val="000000"/>
          <w:sz w:val="24"/>
          <w:szCs w:val="24"/>
        </w:rPr>
        <w:t xml:space="preserve">. (2010) on </w:t>
      </w:r>
      <w:r w:rsidRPr="00853F91">
        <w:rPr>
          <w:rFonts w:ascii="Times New Roman" w:eastAsia="Times New Roman" w:hAnsi="Times New Roman" w:cs="Times New Roman"/>
          <w:i/>
          <w:iCs/>
          <w:color w:val="000000"/>
          <w:sz w:val="24"/>
          <w:szCs w:val="24"/>
        </w:rPr>
        <w:t>Calia secundiflora</w:t>
      </w:r>
      <w:r w:rsidRPr="00853F91">
        <w:rPr>
          <w:rFonts w:ascii="Times New Roman" w:eastAsia="Times New Roman" w:hAnsi="Times New Roman" w:cs="Times New Roman"/>
          <w:color w:val="000000"/>
          <w:sz w:val="24"/>
          <w:szCs w:val="24"/>
        </w:rPr>
        <w:t xml:space="preserve"> plants indicated that 1% of humic or algifert, significantly increased plant height, fresh and dry weights, whereas algae gave the thickest stems. Similarly, Aziz </w:t>
      </w:r>
      <w:r w:rsidRPr="00853F91">
        <w:rPr>
          <w:rFonts w:ascii="Times New Roman" w:eastAsia="Times New Roman" w:hAnsi="Times New Roman" w:cs="Times New Roman"/>
          <w:i/>
          <w:iCs/>
          <w:color w:val="000000"/>
          <w:sz w:val="24"/>
          <w:szCs w:val="24"/>
        </w:rPr>
        <w:t>et al</w:t>
      </w:r>
      <w:r w:rsidRPr="00853F91">
        <w:rPr>
          <w:rFonts w:ascii="Times New Roman" w:eastAsia="Times New Roman" w:hAnsi="Times New Roman" w:cs="Times New Roman"/>
          <w:color w:val="000000"/>
          <w:sz w:val="24"/>
          <w:szCs w:val="24"/>
        </w:rPr>
        <w:t>. (2011) stated that application of seaweed extracts at 2.5 and 3.0 cm</w:t>
      </w:r>
      <w:r w:rsidRPr="00853F91">
        <w:rPr>
          <w:rFonts w:ascii="Times New Roman" w:eastAsia="Times New Roman" w:hAnsi="Times New Roman" w:cs="Times New Roman"/>
          <w:color w:val="000000"/>
          <w:sz w:val="24"/>
          <w:szCs w:val="24"/>
          <w:vertAlign w:val="superscript"/>
        </w:rPr>
        <w:t>3</w:t>
      </w:r>
      <w:r w:rsidRPr="00853F91">
        <w:rPr>
          <w:rFonts w:ascii="Times New Roman" w:eastAsia="Times New Roman" w:hAnsi="Times New Roman" w:cs="Times New Roman"/>
          <w:color w:val="000000"/>
          <w:sz w:val="24"/>
          <w:szCs w:val="24"/>
        </w:rPr>
        <w:t>/l and saline water at 1000 ppm had a favorable effect on vegetative growth, flowering and chemicals constituents of </w:t>
      </w:r>
      <w:r w:rsidRPr="00853F91">
        <w:rPr>
          <w:rFonts w:ascii="Times New Roman" w:eastAsia="Times New Roman" w:hAnsi="Times New Roman" w:cs="Times New Roman"/>
          <w:i/>
          <w:iCs/>
          <w:color w:val="000000"/>
          <w:sz w:val="24"/>
          <w:szCs w:val="24"/>
        </w:rPr>
        <w:t>Amaranthus tricolor</w:t>
      </w:r>
      <w:r w:rsidRPr="00853F91">
        <w:rPr>
          <w:rFonts w:ascii="Times New Roman" w:eastAsia="Times New Roman" w:hAnsi="Times New Roman" w:cs="Times New Roman"/>
          <w:color w:val="000000"/>
          <w:sz w:val="24"/>
          <w:szCs w:val="24"/>
        </w:rPr>
        <w:t> plants.</w:t>
      </w:r>
      <w:r>
        <w:rPr>
          <w:rFonts w:ascii="Times New Roman" w:eastAsia="Times New Roman" w:hAnsi="Times New Roman" w:cs="Times New Roman"/>
          <w:color w:val="000000"/>
          <w:sz w:val="24"/>
          <w:szCs w:val="24"/>
        </w:rPr>
        <w:t xml:space="preserve"> </w:t>
      </w:r>
      <w:r w:rsidRPr="00853F91">
        <w:rPr>
          <w:rFonts w:ascii="Times New Roman" w:eastAsia="Times New Roman" w:hAnsi="Times New Roman" w:cs="Times New Roman"/>
          <w:color w:val="000000"/>
          <w:sz w:val="24"/>
          <w:szCs w:val="24"/>
        </w:rPr>
        <w:t>The results obtained in present study are in similar line.</w:t>
      </w:r>
    </w:p>
    <w:p w14:paraId="22EE4A58" w14:textId="2DCE718B" w:rsidR="0004587A" w:rsidRPr="007271C0" w:rsidRDefault="0004587A" w:rsidP="007271C0">
      <w:pPr>
        <w:pStyle w:val="ListParagraph"/>
        <w:numPr>
          <w:ilvl w:val="1"/>
          <w:numId w:val="19"/>
        </w:numPr>
        <w:spacing w:before="100" w:beforeAutospacing="1" w:after="100" w:afterAutospacing="1" w:line="360" w:lineRule="auto"/>
        <w:jc w:val="both"/>
        <w:rPr>
          <w:rFonts w:ascii="Times New Roman" w:hAnsi="Times New Roman" w:cs="Times New Roman"/>
          <w:b/>
          <w:bCs/>
          <w:color w:val="000000" w:themeColor="text1"/>
          <w:sz w:val="24"/>
          <w:szCs w:val="24"/>
        </w:rPr>
      </w:pPr>
      <w:r w:rsidRPr="007271C0">
        <w:rPr>
          <w:rFonts w:ascii="Times New Roman" w:eastAsia="Times New Roman" w:hAnsi="Times New Roman" w:cs="Times New Roman"/>
          <w:b/>
          <w:bCs/>
          <w:color w:val="000000"/>
          <w:sz w:val="24"/>
          <w:szCs w:val="24"/>
        </w:rPr>
        <w:t xml:space="preserve">Leaf Characteristics (Leaf length (cm), Leaf breadth (cm), </w:t>
      </w:r>
      <w:r w:rsidRPr="007271C0">
        <w:rPr>
          <w:rFonts w:ascii="Times New Roman" w:hAnsi="Times New Roman" w:cs="Times New Roman"/>
          <w:b/>
          <w:bCs/>
          <w:color w:val="000000" w:themeColor="text1"/>
          <w:sz w:val="24"/>
          <w:szCs w:val="24"/>
        </w:rPr>
        <w:t>Leaf area (cm²)</w:t>
      </w:r>
      <w:r w:rsidR="007271C0">
        <w:rPr>
          <w:rFonts w:ascii="Times New Roman" w:hAnsi="Times New Roman" w:cs="Times New Roman"/>
          <w:b/>
          <w:bCs/>
          <w:color w:val="000000" w:themeColor="text1"/>
          <w:sz w:val="24"/>
          <w:szCs w:val="24"/>
        </w:rPr>
        <w:t>, leaves number)</w:t>
      </w:r>
    </w:p>
    <w:p w14:paraId="2551A80E" w14:textId="478FD388" w:rsidR="007271C0" w:rsidRDefault="007271C0" w:rsidP="007271C0">
      <w:pPr>
        <w:pStyle w:val="ListParagraph"/>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7271C0">
        <w:rPr>
          <w:rFonts w:ascii="Times New Roman" w:eastAsia="Times New Roman" w:hAnsi="Times New Roman" w:cs="Times New Roman"/>
          <w:color w:val="000000"/>
          <w:sz w:val="24"/>
          <w:szCs w:val="24"/>
        </w:rPr>
        <w:t>The result obtained in the present investigation indicates no significant difference between Booster @ 1.5 ml/l (T</w:t>
      </w:r>
      <w:r w:rsidRPr="007271C0">
        <w:rPr>
          <w:rFonts w:ascii="Times New Roman" w:eastAsia="Times New Roman" w:hAnsi="Times New Roman" w:cs="Times New Roman"/>
          <w:color w:val="000000"/>
          <w:sz w:val="24"/>
          <w:szCs w:val="24"/>
          <w:vertAlign w:val="subscript"/>
        </w:rPr>
        <w:t>11</w:t>
      </w:r>
      <w:r w:rsidRPr="007271C0">
        <w:rPr>
          <w:rFonts w:ascii="Times New Roman" w:eastAsia="Times New Roman" w:hAnsi="Times New Roman" w:cs="Times New Roman"/>
          <w:color w:val="000000"/>
          <w:sz w:val="24"/>
          <w:szCs w:val="24"/>
        </w:rPr>
        <w:t>), Vipul booster @ 1.0 ml/l (T</w:t>
      </w:r>
      <w:r w:rsidRPr="007271C0">
        <w:rPr>
          <w:rFonts w:ascii="Times New Roman" w:eastAsia="Times New Roman" w:hAnsi="Times New Roman" w:cs="Times New Roman"/>
          <w:color w:val="000000"/>
          <w:sz w:val="24"/>
          <w:szCs w:val="24"/>
          <w:vertAlign w:val="subscript"/>
        </w:rPr>
        <w:t>8</w:t>
      </w:r>
      <w:r w:rsidRPr="007271C0">
        <w:rPr>
          <w:rFonts w:ascii="Times New Roman" w:eastAsia="Times New Roman" w:hAnsi="Times New Roman" w:cs="Times New Roman"/>
          <w:color w:val="000000"/>
          <w:sz w:val="24"/>
          <w:szCs w:val="24"/>
        </w:rPr>
        <w:t>) and Biozyme vegetable plus @ 1.5 ml/l (T</w:t>
      </w:r>
      <w:r w:rsidRPr="007271C0">
        <w:rPr>
          <w:rFonts w:ascii="Times New Roman" w:eastAsia="Times New Roman" w:hAnsi="Times New Roman" w:cs="Times New Roman"/>
          <w:color w:val="000000"/>
          <w:sz w:val="24"/>
          <w:szCs w:val="24"/>
          <w:vertAlign w:val="subscript"/>
        </w:rPr>
        <w:t>10</w:t>
      </w:r>
      <w:r w:rsidRPr="007271C0">
        <w:rPr>
          <w:rFonts w:ascii="Times New Roman" w:eastAsia="Times New Roman" w:hAnsi="Times New Roman" w:cs="Times New Roman"/>
          <w:color w:val="000000"/>
          <w:sz w:val="24"/>
          <w:szCs w:val="24"/>
        </w:rPr>
        <w:t xml:space="preserve">) as application of these bioenzymes at 90 DAP through foliar spray recorded an average leaf number of 10.73, 10.67 and 10.23 respectively indicating that all of these are equally effective in stimulating number of leaves in </w:t>
      </w:r>
      <w:r w:rsidRPr="007271C0">
        <w:rPr>
          <w:rFonts w:ascii="Times New Roman" w:eastAsia="Times New Roman" w:hAnsi="Times New Roman" w:cs="Times New Roman"/>
          <w:i/>
          <w:iCs/>
          <w:color w:val="000000"/>
          <w:sz w:val="24"/>
          <w:szCs w:val="24"/>
        </w:rPr>
        <w:t>Cordyline terminalis</w:t>
      </w:r>
      <w:r w:rsidRPr="007271C0">
        <w:rPr>
          <w:rFonts w:ascii="Times New Roman" w:eastAsia="Times New Roman" w:hAnsi="Times New Roman" w:cs="Times New Roman"/>
          <w:color w:val="000000"/>
          <w:sz w:val="24"/>
          <w:szCs w:val="24"/>
        </w:rPr>
        <w:t>. All the 12 treatments of bioenzymes significantly increased leaf number after 60 DAP and 90 DAP which was better over control (T</w:t>
      </w:r>
      <w:r w:rsidRPr="007271C0">
        <w:rPr>
          <w:rFonts w:ascii="Times New Roman" w:eastAsia="Times New Roman" w:hAnsi="Times New Roman" w:cs="Times New Roman"/>
          <w:color w:val="000000"/>
          <w:sz w:val="24"/>
          <w:szCs w:val="24"/>
          <w:vertAlign w:val="subscript"/>
        </w:rPr>
        <w:t>1</w:t>
      </w:r>
      <w:r w:rsidRPr="007271C0">
        <w:rPr>
          <w:rFonts w:ascii="Times New Roman" w:eastAsia="Times New Roman" w:hAnsi="Times New Roman" w:cs="Times New Roman"/>
          <w:color w:val="000000"/>
          <w:sz w:val="24"/>
          <w:szCs w:val="24"/>
        </w:rPr>
        <w:t>) recording an average leaf number of 6.43 after 90 DAP</w:t>
      </w:r>
      <w:r w:rsidR="00507267">
        <w:rPr>
          <w:rFonts w:ascii="Times New Roman" w:eastAsia="Times New Roman" w:hAnsi="Times New Roman" w:cs="Times New Roman"/>
          <w:color w:val="000000"/>
          <w:sz w:val="24"/>
          <w:szCs w:val="24"/>
        </w:rPr>
        <w:t>(Fig. 12)</w:t>
      </w:r>
      <w:r w:rsidRPr="007271C0">
        <w:rPr>
          <w:rFonts w:ascii="Times New Roman" w:eastAsia="Times New Roman" w:hAnsi="Times New Roman" w:cs="Times New Roman"/>
          <w:color w:val="000000"/>
          <w:sz w:val="24"/>
          <w:szCs w:val="24"/>
        </w:rPr>
        <w:t>. The bioenzyme treatments significantly increased plant height than control. Evidently that might have resulted in increase in number of leaves than control (T</w:t>
      </w:r>
      <w:r w:rsidRPr="007271C0">
        <w:rPr>
          <w:rFonts w:ascii="Times New Roman" w:eastAsia="Times New Roman" w:hAnsi="Times New Roman" w:cs="Times New Roman"/>
          <w:color w:val="000000"/>
          <w:sz w:val="24"/>
          <w:szCs w:val="24"/>
          <w:vertAlign w:val="subscript"/>
        </w:rPr>
        <w:t>1</w:t>
      </w:r>
      <w:r w:rsidRPr="007271C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271C0">
        <w:rPr>
          <w:rFonts w:ascii="Times New Roman" w:eastAsia="Times New Roman" w:hAnsi="Times New Roman" w:cs="Times New Roman"/>
          <w:color w:val="000000"/>
          <w:sz w:val="24"/>
          <w:szCs w:val="24"/>
        </w:rPr>
        <w:t xml:space="preserve">Photosynthetic activity occurs on the leaves. As a result, more leaves can synthesize more photosynthates, which can then be directed towards facilitating the development of more vegetative, reproductive growth and enhancing anthocyanin pigment concentration in Cordyline. These findings are corroborated by previous research with different biostimulants on plants and their influence on the development of better vegetative growth. Miniraj and Shanmgavelu (1987) reported significant increase in number of leaves with foliar spray of triacontanol in chilli. Mohammadipour </w:t>
      </w:r>
      <w:r w:rsidRPr="007271C0">
        <w:rPr>
          <w:rFonts w:ascii="Times New Roman" w:eastAsia="Times New Roman" w:hAnsi="Times New Roman" w:cs="Times New Roman"/>
          <w:i/>
          <w:iCs/>
          <w:color w:val="000000"/>
          <w:sz w:val="24"/>
          <w:szCs w:val="24"/>
        </w:rPr>
        <w:t>et al</w:t>
      </w:r>
      <w:r w:rsidRPr="007271C0">
        <w:rPr>
          <w:rFonts w:ascii="Times New Roman" w:eastAsia="Times New Roman" w:hAnsi="Times New Roman" w:cs="Times New Roman"/>
          <w:color w:val="000000"/>
          <w:sz w:val="24"/>
          <w:szCs w:val="24"/>
        </w:rPr>
        <w:t xml:space="preserve">. (2012) on </w:t>
      </w:r>
      <w:r w:rsidRPr="007271C0">
        <w:rPr>
          <w:rFonts w:ascii="Times New Roman" w:eastAsia="Times New Roman" w:hAnsi="Times New Roman" w:cs="Times New Roman"/>
          <w:i/>
          <w:iCs/>
          <w:color w:val="000000"/>
          <w:sz w:val="24"/>
          <w:szCs w:val="24"/>
        </w:rPr>
        <w:t>Calendula officinalis</w:t>
      </w:r>
      <w:r w:rsidRPr="007271C0">
        <w:rPr>
          <w:rFonts w:ascii="Times New Roman" w:eastAsia="Times New Roman" w:hAnsi="Times New Roman" w:cs="Times New Roman"/>
          <w:color w:val="000000"/>
          <w:sz w:val="24"/>
          <w:szCs w:val="24"/>
        </w:rPr>
        <w:t xml:space="preserve"> observed that 2000 mg/l of humic acid increased dry weight, plant height, leaves and flowers number. Similarly, El-Bably (2017) on tuberose (</w:t>
      </w:r>
      <w:r w:rsidRPr="007271C0">
        <w:rPr>
          <w:rFonts w:ascii="Times New Roman" w:eastAsia="Times New Roman" w:hAnsi="Times New Roman" w:cs="Times New Roman"/>
          <w:i/>
          <w:iCs/>
          <w:color w:val="000000"/>
          <w:sz w:val="24"/>
          <w:szCs w:val="24"/>
        </w:rPr>
        <w:t>Polianthes tuberosa</w:t>
      </w:r>
      <w:r w:rsidRPr="007271C0">
        <w:rPr>
          <w:rFonts w:ascii="Times New Roman" w:eastAsia="Times New Roman" w:hAnsi="Times New Roman" w:cs="Times New Roman"/>
          <w:color w:val="000000"/>
          <w:sz w:val="24"/>
          <w:szCs w:val="24"/>
        </w:rPr>
        <w:t>), indicated that humic acid treatment significantly increased all growth parameters (leaf length, number of leaves and fresh weight).</w:t>
      </w:r>
      <w:r>
        <w:rPr>
          <w:rFonts w:ascii="Times New Roman" w:eastAsia="Times New Roman" w:hAnsi="Times New Roman" w:cs="Times New Roman"/>
          <w:color w:val="000000"/>
          <w:sz w:val="24"/>
          <w:szCs w:val="24"/>
        </w:rPr>
        <w:t xml:space="preserve"> </w:t>
      </w:r>
    </w:p>
    <w:p w14:paraId="79FBE7EA" w14:textId="30F498AE" w:rsidR="007271C0" w:rsidRPr="007271C0" w:rsidRDefault="007271C0" w:rsidP="007271C0">
      <w:pPr>
        <w:pStyle w:val="ListParagraph"/>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7271C0">
        <w:rPr>
          <w:rFonts w:ascii="Times New Roman" w:eastAsia="Times New Roman" w:hAnsi="Times New Roman" w:cs="Times New Roman"/>
          <w:color w:val="000000"/>
          <w:sz w:val="24"/>
          <w:szCs w:val="24"/>
        </w:rPr>
        <w:t xml:space="preserve">For leaf area study, </w:t>
      </w:r>
      <w:r>
        <w:rPr>
          <w:rFonts w:ascii="Times New Roman" w:eastAsia="Times New Roman" w:hAnsi="Times New Roman" w:cs="Times New Roman"/>
          <w:color w:val="000000"/>
          <w:sz w:val="24"/>
          <w:szCs w:val="24"/>
        </w:rPr>
        <w:t>t</w:t>
      </w:r>
      <w:r w:rsidRPr="007271C0">
        <w:rPr>
          <w:rFonts w:ascii="Times New Roman" w:eastAsia="Times New Roman" w:hAnsi="Times New Roman" w:cs="Times New Roman"/>
          <w:color w:val="000000"/>
          <w:sz w:val="24"/>
          <w:szCs w:val="24"/>
        </w:rPr>
        <w:t>he result presented in previous chapter indicates that leaf area at 60 DAP significantly increased after 90 DAP in all the treatments (Table 4 and 6). Since the bioenzyme treatments significantly increased plant height and leaf number, hence it has also shown a level of significance in terms of leaf area (cm</w:t>
      </w:r>
      <w:r w:rsidRPr="007271C0">
        <w:rPr>
          <w:rFonts w:ascii="Times New Roman" w:eastAsia="Times New Roman" w:hAnsi="Times New Roman" w:cs="Times New Roman"/>
          <w:color w:val="000000"/>
          <w:sz w:val="24"/>
          <w:szCs w:val="24"/>
          <w:vertAlign w:val="superscript"/>
        </w:rPr>
        <w:t>2</w:t>
      </w:r>
      <w:r w:rsidRPr="007271C0">
        <w:rPr>
          <w:rFonts w:ascii="Times New Roman" w:eastAsia="Times New Roman" w:hAnsi="Times New Roman" w:cs="Times New Roman"/>
          <w:color w:val="000000"/>
          <w:sz w:val="24"/>
          <w:szCs w:val="24"/>
        </w:rPr>
        <w:t>). This study discloses that the maximum leaf area was seen in treatment sprayed with Biozyme vegetable plus @ 1.5 ml/l (T</w:t>
      </w:r>
      <w:r w:rsidRPr="007271C0">
        <w:rPr>
          <w:rFonts w:ascii="Times New Roman" w:eastAsia="Times New Roman" w:hAnsi="Times New Roman" w:cs="Times New Roman"/>
          <w:color w:val="000000"/>
          <w:sz w:val="24"/>
          <w:szCs w:val="24"/>
          <w:vertAlign w:val="subscript"/>
        </w:rPr>
        <w:t>10</w:t>
      </w:r>
      <w:r w:rsidRPr="007271C0">
        <w:rPr>
          <w:rFonts w:ascii="Times New Roman" w:eastAsia="Times New Roman" w:hAnsi="Times New Roman" w:cs="Times New Roman"/>
          <w:color w:val="000000"/>
          <w:sz w:val="24"/>
          <w:szCs w:val="24"/>
        </w:rPr>
        <w:t>) with an area of 147.4 cm</w:t>
      </w:r>
      <w:r w:rsidRPr="007271C0">
        <w:rPr>
          <w:rFonts w:ascii="Times New Roman" w:eastAsia="Times New Roman" w:hAnsi="Times New Roman" w:cs="Times New Roman"/>
          <w:color w:val="000000"/>
          <w:sz w:val="24"/>
          <w:szCs w:val="24"/>
          <w:vertAlign w:val="superscript"/>
        </w:rPr>
        <w:t>2</w:t>
      </w:r>
      <w:r w:rsidRPr="007271C0">
        <w:rPr>
          <w:rFonts w:ascii="Times New Roman" w:eastAsia="Times New Roman" w:hAnsi="Times New Roman" w:cs="Times New Roman"/>
          <w:color w:val="000000"/>
          <w:sz w:val="24"/>
          <w:szCs w:val="24"/>
        </w:rPr>
        <w:t xml:space="preserve"> and it was significantly different from rest treatments. All the treatments of bioenzymes were better over control (T</w:t>
      </w:r>
      <w:r w:rsidRPr="007271C0">
        <w:rPr>
          <w:rFonts w:ascii="Times New Roman" w:eastAsia="Times New Roman" w:hAnsi="Times New Roman" w:cs="Times New Roman"/>
          <w:color w:val="000000"/>
          <w:sz w:val="24"/>
          <w:szCs w:val="24"/>
          <w:vertAlign w:val="subscript"/>
        </w:rPr>
        <w:t>1</w:t>
      </w:r>
      <w:r w:rsidRPr="007271C0">
        <w:rPr>
          <w:rFonts w:ascii="Times New Roman" w:eastAsia="Times New Roman" w:hAnsi="Times New Roman" w:cs="Times New Roman"/>
          <w:color w:val="000000"/>
          <w:sz w:val="24"/>
          <w:szCs w:val="24"/>
        </w:rPr>
        <w:t>) which recorded an average leaf area of 71.08 cm</w:t>
      </w:r>
      <w:r w:rsidRPr="007271C0">
        <w:rPr>
          <w:rFonts w:ascii="Times New Roman" w:eastAsia="Times New Roman" w:hAnsi="Times New Roman" w:cs="Times New Roman"/>
          <w:color w:val="000000"/>
          <w:sz w:val="24"/>
          <w:szCs w:val="24"/>
          <w:vertAlign w:val="superscript"/>
        </w:rPr>
        <w:t xml:space="preserve">2 </w:t>
      </w:r>
      <w:r w:rsidRPr="007271C0">
        <w:rPr>
          <w:rFonts w:ascii="Times New Roman" w:eastAsia="Times New Roman" w:hAnsi="Times New Roman" w:cs="Times New Roman"/>
          <w:color w:val="000000"/>
          <w:sz w:val="24"/>
          <w:szCs w:val="24"/>
        </w:rPr>
        <w:t xml:space="preserve">(Fig. </w:t>
      </w:r>
      <w:r>
        <w:rPr>
          <w:rFonts w:ascii="Times New Roman" w:eastAsia="Times New Roman" w:hAnsi="Times New Roman" w:cs="Times New Roman"/>
          <w:color w:val="000000"/>
          <w:sz w:val="24"/>
          <w:szCs w:val="24"/>
        </w:rPr>
        <w:t>1</w:t>
      </w:r>
      <w:r w:rsidR="00507267">
        <w:rPr>
          <w:rFonts w:ascii="Times New Roman" w:eastAsia="Times New Roman" w:hAnsi="Times New Roman" w:cs="Times New Roman"/>
          <w:color w:val="000000"/>
          <w:sz w:val="24"/>
          <w:szCs w:val="24"/>
        </w:rPr>
        <w:t>4</w:t>
      </w:r>
      <w:r w:rsidRPr="007271C0">
        <w:rPr>
          <w:rFonts w:ascii="Times New Roman" w:eastAsia="Times New Roman" w:hAnsi="Times New Roman" w:cs="Times New Roman"/>
          <w:color w:val="000000"/>
          <w:sz w:val="24"/>
          <w:szCs w:val="24"/>
        </w:rPr>
        <w:t xml:space="preserve">). Biozyme vegetable plus contains sea weed extract which has </w:t>
      </w:r>
      <w:r w:rsidRPr="007271C0">
        <w:rPr>
          <w:rFonts w:ascii="Times New Roman" w:eastAsia="Times New Roman" w:hAnsi="Times New Roman" w:cs="Times New Roman"/>
          <w:color w:val="000000"/>
          <w:sz w:val="24"/>
          <w:szCs w:val="24"/>
        </w:rPr>
        <w:lastRenderedPageBreak/>
        <w:t>cytokinin and auxin precursors, macro and micronutrients that increase the cell division, cell enlargement with better utilization of chemical fertilizers resulting in leaf area expansion. It is also due to improved nutrient absorption capacity and increased photosynthetic activity of the plants.</w:t>
      </w:r>
    </w:p>
    <w:p w14:paraId="7FA51D3E" w14:textId="77777777" w:rsidR="007271C0" w:rsidRDefault="007271C0" w:rsidP="007271C0">
      <w:pPr>
        <w:pStyle w:val="ListParagraph"/>
        <w:widowControl w:val="0"/>
        <w:autoSpaceDE w:val="0"/>
        <w:autoSpaceDN w:val="0"/>
        <w:spacing w:after="0" w:line="240" w:lineRule="auto"/>
        <w:jc w:val="both"/>
        <w:rPr>
          <w:rFonts w:ascii="Times New Roman" w:eastAsia="Times New Roman" w:hAnsi="Times New Roman" w:cs="Times New Roman"/>
          <w:color w:val="000000"/>
          <w:sz w:val="24"/>
          <w:szCs w:val="24"/>
        </w:rPr>
      </w:pPr>
      <w:r w:rsidRPr="007271C0">
        <w:rPr>
          <w:rFonts w:ascii="Times New Roman" w:eastAsia="Times New Roman" w:hAnsi="Times New Roman" w:cs="Times New Roman"/>
          <w:color w:val="000000"/>
          <w:sz w:val="24"/>
          <w:szCs w:val="24"/>
        </w:rPr>
        <w:t xml:space="preserve">This study is in similar line with works of Befrozfar </w:t>
      </w:r>
      <w:r w:rsidRPr="007271C0">
        <w:rPr>
          <w:rFonts w:ascii="Times New Roman" w:eastAsia="Times New Roman" w:hAnsi="Times New Roman" w:cs="Times New Roman"/>
          <w:i/>
          <w:iCs/>
          <w:color w:val="000000"/>
          <w:sz w:val="24"/>
          <w:szCs w:val="24"/>
        </w:rPr>
        <w:t>et al</w:t>
      </w:r>
      <w:r w:rsidRPr="007271C0">
        <w:rPr>
          <w:rFonts w:ascii="Times New Roman" w:eastAsia="Times New Roman" w:hAnsi="Times New Roman" w:cs="Times New Roman"/>
          <w:color w:val="000000"/>
          <w:sz w:val="24"/>
          <w:szCs w:val="24"/>
        </w:rPr>
        <w:t xml:space="preserve">. (2013) on </w:t>
      </w:r>
      <w:r w:rsidRPr="007271C0">
        <w:rPr>
          <w:rFonts w:ascii="Times New Roman" w:eastAsia="Times New Roman" w:hAnsi="Times New Roman" w:cs="Times New Roman"/>
          <w:i/>
          <w:iCs/>
          <w:color w:val="000000"/>
          <w:sz w:val="24"/>
          <w:szCs w:val="24"/>
        </w:rPr>
        <w:t>Ocimum basilicum</w:t>
      </w:r>
      <w:r w:rsidRPr="007271C0">
        <w:rPr>
          <w:rFonts w:ascii="Times New Roman" w:eastAsia="Times New Roman" w:hAnsi="Times New Roman" w:cs="Times New Roman"/>
          <w:color w:val="000000"/>
          <w:sz w:val="24"/>
          <w:szCs w:val="24"/>
        </w:rPr>
        <w:t xml:space="preserve">, who found that foliar spray of humic acid increased plant height and leaf area in comparison to control. Ali </w:t>
      </w:r>
      <w:r w:rsidRPr="007271C0">
        <w:rPr>
          <w:rFonts w:ascii="Times New Roman" w:eastAsia="Times New Roman" w:hAnsi="Times New Roman" w:cs="Times New Roman"/>
          <w:i/>
          <w:iCs/>
          <w:color w:val="000000"/>
          <w:sz w:val="24"/>
          <w:szCs w:val="24"/>
        </w:rPr>
        <w:t>et al</w:t>
      </w:r>
      <w:r w:rsidRPr="007271C0">
        <w:rPr>
          <w:rFonts w:ascii="Times New Roman" w:eastAsia="Times New Roman" w:hAnsi="Times New Roman" w:cs="Times New Roman"/>
          <w:color w:val="000000"/>
          <w:sz w:val="24"/>
          <w:szCs w:val="24"/>
        </w:rPr>
        <w:t xml:space="preserve">. (2015) on </w:t>
      </w:r>
      <w:r w:rsidRPr="007271C0">
        <w:rPr>
          <w:rFonts w:ascii="Times New Roman" w:eastAsia="Times New Roman" w:hAnsi="Times New Roman" w:cs="Times New Roman"/>
          <w:i/>
          <w:iCs/>
          <w:color w:val="000000"/>
          <w:sz w:val="24"/>
          <w:szCs w:val="24"/>
        </w:rPr>
        <w:t>Tulipa gesneriana</w:t>
      </w:r>
      <w:r w:rsidRPr="007271C0">
        <w:rPr>
          <w:rFonts w:ascii="Times New Roman" w:eastAsia="Times New Roman" w:hAnsi="Times New Roman" w:cs="Times New Roman"/>
          <w:color w:val="000000"/>
          <w:sz w:val="24"/>
          <w:szCs w:val="24"/>
        </w:rPr>
        <w:t xml:space="preserve"> observed that humic acid treatment increased plant height, leaf area expansion and stem diameter. Abdel-Rahman </w:t>
      </w:r>
      <w:r w:rsidRPr="007271C0">
        <w:rPr>
          <w:rFonts w:ascii="Times New Roman" w:eastAsia="Times New Roman" w:hAnsi="Times New Roman" w:cs="Times New Roman"/>
          <w:i/>
          <w:iCs/>
          <w:color w:val="000000"/>
          <w:sz w:val="24"/>
          <w:szCs w:val="24"/>
        </w:rPr>
        <w:t>et al</w:t>
      </w:r>
      <w:r w:rsidRPr="007271C0">
        <w:rPr>
          <w:rFonts w:ascii="Times New Roman" w:eastAsia="Times New Roman" w:hAnsi="Times New Roman" w:cs="Times New Roman"/>
          <w:color w:val="000000"/>
          <w:sz w:val="24"/>
          <w:szCs w:val="24"/>
        </w:rPr>
        <w:t xml:space="preserve">. (2020) on </w:t>
      </w:r>
      <w:r w:rsidRPr="007271C0">
        <w:rPr>
          <w:rFonts w:ascii="Times New Roman" w:eastAsia="Times New Roman" w:hAnsi="Times New Roman" w:cs="Times New Roman"/>
          <w:i/>
          <w:iCs/>
          <w:color w:val="000000"/>
          <w:sz w:val="24"/>
          <w:szCs w:val="24"/>
        </w:rPr>
        <w:t>Conocarpus erectus</w:t>
      </w:r>
      <w:r w:rsidRPr="007271C0">
        <w:rPr>
          <w:rFonts w:ascii="Times New Roman" w:eastAsia="Times New Roman" w:hAnsi="Times New Roman" w:cs="Times New Roman"/>
          <w:color w:val="000000"/>
          <w:sz w:val="24"/>
          <w:szCs w:val="24"/>
        </w:rPr>
        <w:t xml:space="preserve"> noted that treating tip cuttings of </w:t>
      </w:r>
      <w:r w:rsidRPr="007271C0">
        <w:rPr>
          <w:rFonts w:ascii="Times New Roman" w:eastAsia="Times New Roman" w:hAnsi="Times New Roman" w:cs="Times New Roman"/>
          <w:i/>
          <w:iCs/>
          <w:color w:val="000000"/>
          <w:sz w:val="24"/>
          <w:szCs w:val="24"/>
        </w:rPr>
        <w:t>C. erectus</w:t>
      </w:r>
      <w:r w:rsidRPr="007271C0">
        <w:rPr>
          <w:rFonts w:ascii="Times New Roman" w:eastAsia="Times New Roman" w:hAnsi="Times New Roman" w:cs="Times New Roman"/>
          <w:color w:val="000000"/>
          <w:sz w:val="24"/>
          <w:szCs w:val="24"/>
        </w:rPr>
        <w:t xml:space="preserve"> with either coconut water for 1 hour or seaweed extract as drench enhanced the shoot growth parameters. Similarly, El-serafy </w:t>
      </w:r>
      <w:r w:rsidRPr="007271C0">
        <w:rPr>
          <w:rFonts w:ascii="Times New Roman" w:eastAsia="Times New Roman" w:hAnsi="Times New Roman" w:cs="Times New Roman"/>
          <w:i/>
          <w:iCs/>
          <w:color w:val="000000"/>
          <w:sz w:val="24"/>
          <w:szCs w:val="24"/>
        </w:rPr>
        <w:t>et al</w:t>
      </w:r>
      <w:r w:rsidRPr="007271C0">
        <w:rPr>
          <w:rFonts w:ascii="Times New Roman" w:eastAsia="Times New Roman" w:hAnsi="Times New Roman" w:cs="Times New Roman"/>
          <w:color w:val="000000"/>
          <w:sz w:val="24"/>
          <w:szCs w:val="24"/>
        </w:rPr>
        <w:t>. (2020) on Cordyline observed that foliar spray of oligo-chitosan increased growth rate, improved photosynthesis, increased leaf area and resulted in increased quality.</w:t>
      </w:r>
    </w:p>
    <w:p w14:paraId="4FFCEF79" w14:textId="2008760A" w:rsidR="007271C0" w:rsidRDefault="007271C0" w:rsidP="007271C0">
      <w:pPr>
        <w:pStyle w:val="ListParagraph"/>
        <w:widowControl w:val="0"/>
        <w:autoSpaceDE w:val="0"/>
        <w:autoSpaceDN w:val="0"/>
        <w:spacing w:after="0" w:line="240" w:lineRule="auto"/>
        <w:jc w:val="both"/>
        <w:rPr>
          <w:rFonts w:ascii="Times New Roman" w:eastAsia="Times New Roman" w:hAnsi="Times New Roman" w:cs="Times New Roman"/>
          <w:color w:val="000000"/>
          <w:sz w:val="24"/>
          <w:szCs w:val="24"/>
        </w:rPr>
      </w:pPr>
      <w:r w:rsidRPr="007271C0">
        <w:rPr>
          <w:rFonts w:ascii="Times New Roman" w:eastAsia="Times New Roman" w:hAnsi="Times New Roman" w:cs="Times New Roman"/>
          <w:color w:val="000000"/>
          <w:sz w:val="24"/>
          <w:szCs w:val="24"/>
        </w:rPr>
        <w:t xml:space="preserve"> </w:t>
      </w:r>
    </w:p>
    <w:p w14:paraId="0BA992C1" w14:textId="4B947B98" w:rsidR="007271C0" w:rsidRPr="007271C0" w:rsidRDefault="007271C0" w:rsidP="007271C0">
      <w:pPr>
        <w:pStyle w:val="ListParagraph"/>
        <w:numPr>
          <w:ilvl w:val="1"/>
          <w:numId w:val="19"/>
        </w:numPr>
        <w:rPr>
          <w:rFonts w:ascii="Times New Roman" w:eastAsia="Times New Roman" w:hAnsi="Times New Roman" w:cs="Times New Roman"/>
          <w:b/>
          <w:bCs/>
          <w:color w:val="000000"/>
          <w:sz w:val="24"/>
          <w:szCs w:val="24"/>
        </w:rPr>
      </w:pPr>
      <w:r w:rsidRPr="007271C0">
        <w:rPr>
          <w:rFonts w:ascii="Times New Roman" w:eastAsia="Times New Roman" w:hAnsi="Times New Roman" w:cs="Times New Roman"/>
          <w:b/>
          <w:bCs/>
          <w:color w:val="000000"/>
          <w:sz w:val="24"/>
          <w:szCs w:val="24"/>
        </w:rPr>
        <w:t>Internodal length(cm)</w:t>
      </w:r>
    </w:p>
    <w:p w14:paraId="036FB79B" w14:textId="5BBD88BF" w:rsidR="007271C0" w:rsidRPr="007271C0" w:rsidRDefault="007271C0" w:rsidP="007271C0">
      <w:pPr>
        <w:pStyle w:val="ListParagraph"/>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7271C0">
        <w:rPr>
          <w:rFonts w:ascii="Times New Roman" w:eastAsia="Times New Roman" w:hAnsi="Times New Roman" w:cs="Times New Roman"/>
          <w:color w:val="000000"/>
          <w:sz w:val="24"/>
          <w:szCs w:val="24"/>
        </w:rPr>
        <w:t>The results obtained in the present investigation indicated significant increase in internodal length due to application of bioenzymes than control. The internodal length after 90 DAP was more prominently increased in the treatment of Vipul booster @ 1.0 ml/l (T</w:t>
      </w:r>
      <w:r w:rsidRPr="007271C0">
        <w:rPr>
          <w:rFonts w:ascii="Times New Roman" w:eastAsia="Times New Roman" w:hAnsi="Times New Roman" w:cs="Times New Roman"/>
          <w:color w:val="000000"/>
          <w:sz w:val="24"/>
          <w:szCs w:val="24"/>
          <w:vertAlign w:val="subscript"/>
        </w:rPr>
        <w:t>8</w:t>
      </w:r>
      <w:r w:rsidRPr="007271C0">
        <w:rPr>
          <w:rFonts w:ascii="Times New Roman" w:eastAsia="Times New Roman" w:hAnsi="Times New Roman" w:cs="Times New Roman"/>
          <w:color w:val="000000"/>
          <w:sz w:val="24"/>
          <w:szCs w:val="24"/>
        </w:rPr>
        <w:t>) with 6.20 cm which was significantly different than rest. All the bioenzyme treatments were better and significant over control (T</w:t>
      </w:r>
      <w:r w:rsidRPr="007271C0">
        <w:rPr>
          <w:rFonts w:ascii="Times New Roman" w:eastAsia="Times New Roman" w:hAnsi="Times New Roman" w:cs="Times New Roman"/>
          <w:color w:val="000000"/>
          <w:sz w:val="24"/>
          <w:szCs w:val="24"/>
          <w:vertAlign w:val="subscript"/>
        </w:rPr>
        <w:t>1</w:t>
      </w:r>
      <w:r w:rsidRPr="007271C0">
        <w:rPr>
          <w:rFonts w:ascii="Times New Roman" w:eastAsia="Times New Roman" w:hAnsi="Times New Roman" w:cs="Times New Roman"/>
          <w:color w:val="000000"/>
          <w:sz w:val="24"/>
          <w:szCs w:val="24"/>
        </w:rPr>
        <w:t xml:space="preserve">) which recorded 4.53 </w:t>
      </w:r>
      <w:r w:rsidR="00507267" w:rsidRPr="007271C0">
        <w:rPr>
          <w:rFonts w:ascii="Times New Roman" w:eastAsia="Times New Roman" w:hAnsi="Times New Roman" w:cs="Times New Roman"/>
          <w:color w:val="000000"/>
          <w:sz w:val="24"/>
          <w:szCs w:val="24"/>
        </w:rPr>
        <w:t>cm</w:t>
      </w:r>
      <w:r w:rsidR="00507267">
        <w:rPr>
          <w:rFonts w:ascii="Times New Roman" w:eastAsia="Times New Roman" w:hAnsi="Times New Roman" w:cs="Times New Roman"/>
          <w:color w:val="000000"/>
          <w:sz w:val="24"/>
          <w:szCs w:val="24"/>
        </w:rPr>
        <w:t xml:space="preserve"> (Fig. 15)</w:t>
      </w:r>
      <w:r w:rsidRPr="007271C0">
        <w:rPr>
          <w:rFonts w:ascii="Times New Roman" w:eastAsia="Times New Roman" w:hAnsi="Times New Roman" w:cs="Times New Roman"/>
          <w:color w:val="000000"/>
          <w:sz w:val="24"/>
          <w:szCs w:val="24"/>
        </w:rPr>
        <w:t>. Vipul booster contains triacontanol which boost plant height, plant spread, enhances nutrient uptake and thus increases internodal length and stem girth.</w:t>
      </w:r>
      <w:r w:rsidRPr="007271C0">
        <w:rPr>
          <w:rFonts w:ascii="Times New Roman" w:eastAsia="Times New Roman" w:hAnsi="Times New Roman" w:cs="Times New Roman"/>
          <w:color w:val="000000"/>
          <w:sz w:val="24"/>
        </w:rPr>
        <w:t xml:space="preserve"> </w:t>
      </w:r>
    </w:p>
    <w:p w14:paraId="6FE35F57" w14:textId="77777777" w:rsidR="007271C0" w:rsidRPr="007271C0" w:rsidRDefault="007271C0" w:rsidP="007271C0">
      <w:pPr>
        <w:pStyle w:val="ListParagraph"/>
        <w:widowControl w:val="0"/>
        <w:autoSpaceDE w:val="0"/>
        <w:autoSpaceDN w:val="0"/>
        <w:spacing w:after="0" w:line="240" w:lineRule="auto"/>
        <w:jc w:val="both"/>
        <w:rPr>
          <w:rFonts w:ascii="Times New Roman" w:eastAsia="Times New Roman" w:hAnsi="Times New Roman" w:cs="Times New Roman"/>
          <w:color w:val="000000"/>
          <w:sz w:val="24"/>
          <w:szCs w:val="24"/>
        </w:rPr>
      </w:pPr>
      <w:r w:rsidRPr="007271C0">
        <w:rPr>
          <w:rFonts w:ascii="Times New Roman" w:eastAsia="Times New Roman" w:hAnsi="Times New Roman" w:cs="Times New Roman"/>
          <w:color w:val="000000"/>
          <w:sz w:val="24"/>
          <w:szCs w:val="24"/>
        </w:rPr>
        <w:t>Similar type of result has been reported by earlier workers for the effect of bioenzymes.</w:t>
      </w:r>
    </w:p>
    <w:p w14:paraId="00CD88FE" w14:textId="77777777" w:rsidR="007271C0" w:rsidRPr="007271C0" w:rsidRDefault="007271C0" w:rsidP="007271C0">
      <w:pPr>
        <w:pStyle w:val="ListParagraph"/>
        <w:widowControl w:val="0"/>
        <w:autoSpaceDE w:val="0"/>
        <w:autoSpaceDN w:val="0"/>
        <w:spacing w:after="0" w:line="240" w:lineRule="auto"/>
        <w:jc w:val="both"/>
        <w:rPr>
          <w:rFonts w:ascii="Times New Roman" w:eastAsia="Times New Roman" w:hAnsi="Times New Roman" w:cs="Times New Roman"/>
          <w:color w:val="000000"/>
          <w:sz w:val="24"/>
          <w:szCs w:val="24"/>
        </w:rPr>
      </w:pPr>
      <w:r w:rsidRPr="007271C0">
        <w:rPr>
          <w:rFonts w:ascii="Times New Roman" w:eastAsia="Times New Roman" w:hAnsi="Times New Roman" w:cs="Times New Roman"/>
          <w:color w:val="000000"/>
          <w:sz w:val="24"/>
          <w:szCs w:val="24"/>
        </w:rPr>
        <w:t xml:space="preserve">El-khateeb </w:t>
      </w:r>
      <w:r w:rsidRPr="007271C0">
        <w:rPr>
          <w:rFonts w:ascii="Times New Roman" w:eastAsia="Times New Roman" w:hAnsi="Times New Roman" w:cs="Times New Roman"/>
          <w:i/>
          <w:iCs/>
          <w:color w:val="000000"/>
          <w:sz w:val="24"/>
          <w:szCs w:val="24"/>
        </w:rPr>
        <w:t>et al</w:t>
      </w:r>
      <w:r w:rsidRPr="007271C0">
        <w:rPr>
          <w:rFonts w:ascii="Times New Roman" w:eastAsia="Times New Roman" w:hAnsi="Times New Roman" w:cs="Times New Roman"/>
          <w:color w:val="000000"/>
          <w:sz w:val="24"/>
          <w:szCs w:val="24"/>
        </w:rPr>
        <w:t xml:space="preserve">. (2018) on </w:t>
      </w:r>
      <w:r w:rsidRPr="007271C0">
        <w:rPr>
          <w:rFonts w:ascii="Times New Roman" w:eastAsia="Times New Roman" w:hAnsi="Times New Roman" w:cs="Times New Roman"/>
          <w:i/>
          <w:iCs/>
          <w:color w:val="000000"/>
          <w:sz w:val="24"/>
          <w:szCs w:val="24"/>
        </w:rPr>
        <w:t>Dracaena surculosa</w:t>
      </w:r>
      <w:r w:rsidRPr="007271C0">
        <w:rPr>
          <w:rFonts w:ascii="Times New Roman" w:eastAsia="Times New Roman" w:hAnsi="Times New Roman" w:cs="Times New Roman"/>
          <w:color w:val="000000"/>
          <w:sz w:val="24"/>
          <w:szCs w:val="24"/>
        </w:rPr>
        <w:t xml:space="preserve"> found that all treatments of some biostimulants, algae @ 5-10 g/l, fulvic acid @ 5-10 m/l and chitosan @ 0.5-1 g/l increased the plant height and spraying plants with low level of algae produced the tallest plants with thickest stems.</w:t>
      </w:r>
    </w:p>
    <w:p w14:paraId="1F73FB47" w14:textId="57039710" w:rsidR="007271C0" w:rsidRPr="007271C0" w:rsidRDefault="007271C0" w:rsidP="007271C0">
      <w:pPr>
        <w:pStyle w:val="ListParagraph"/>
        <w:widowControl w:val="0"/>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89472" behindDoc="1" locked="0" layoutInCell="1" allowOverlap="1" wp14:anchorId="0E930D31" wp14:editId="4144EB49">
            <wp:simplePos x="0" y="0"/>
            <wp:positionH relativeFrom="column">
              <wp:posOffset>518160</wp:posOffset>
            </wp:positionH>
            <wp:positionV relativeFrom="page">
              <wp:posOffset>5707380</wp:posOffset>
            </wp:positionV>
            <wp:extent cx="4892040" cy="2628900"/>
            <wp:effectExtent l="0" t="0" r="3810" b="0"/>
            <wp:wrapNone/>
            <wp:docPr id="2605388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2040" cy="2628900"/>
                    </a:xfrm>
                    <a:prstGeom prst="rect">
                      <a:avLst/>
                    </a:prstGeom>
                    <a:noFill/>
                  </pic:spPr>
                </pic:pic>
              </a:graphicData>
            </a:graphic>
            <wp14:sizeRelH relativeFrom="page">
              <wp14:pctWidth>0</wp14:pctWidth>
            </wp14:sizeRelH>
            <wp14:sizeRelV relativeFrom="page">
              <wp14:pctHeight>0</wp14:pctHeight>
            </wp14:sizeRelV>
          </wp:anchor>
        </w:drawing>
      </w:r>
    </w:p>
    <w:p w14:paraId="27BD0752" w14:textId="4059AAE0" w:rsidR="007271C0" w:rsidRPr="007271C0" w:rsidRDefault="007271C0" w:rsidP="007271C0">
      <w:pPr>
        <w:pStyle w:val="ListParagraph"/>
        <w:spacing w:before="100" w:beforeAutospacing="1" w:after="100" w:afterAutospacing="1" w:line="360" w:lineRule="auto"/>
        <w:jc w:val="both"/>
        <w:rPr>
          <w:b/>
          <w:bCs/>
          <w:color w:val="000000" w:themeColor="text1"/>
          <w:sz w:val="24"/>
          <w:szCs w:val="24"/>
        </w:rPr>
      </w:pPr>
    </w:p>
    <w:p w14:paraId="478BF8F2" w14:textId="12A557D7" w:rsidR="0004587A" w:rsidRPr="00DE5BA2" w:rsidRDefault="0004587A" w:rsidP="0004587A">
      <w:pPr>
        <w:widowControl w:val="0"/>
        <w:autoSpaceDE w:val="0"/>
        <w:autoSpaceDN w:val="0"/>
        <w:spacing w:before="100" w:beforeAutospacing="1" w:after="100" w:afterAutospacing="1" w:line="360" w:lineRule="auto"/>
        <w:ind w:firstLine="720"/>
        <w:jc w:val="both"/>
        <w:rPr>
          <w:rFonts w:ascii="Times New Roman" w:eastAsia="Times New Roman" w:hAnsi="Times New Roman" w:cs="Times New Roman"/>
          <w:color w:val="000000"/>
          <w:sz w:val="24"/>
          <w:szCs w:val="24"/>
        </w:rPr>
      </w:pPr>
    </w:p>
    <w:bookmarkEnd w:id="9"/>
    <w:p w14:paraId="476D9C8C" w14:textId="0B3DA585" w:rsidR="00DE5BA2" w:rsidRDefault="00DE5BA2" w:rsidP="00DE5BA2">
      <w:pPr>
        <w:widowControl w:val="0"/>
        <w:autoSpaceDE w:val="0"/>
        <w:autoSpaceDN w:val="0"/>
        <w:spacing w:before="100" w:beforeAutospacing="1" w:after="100" w:afterAutospacing="1" w:line="360" w:lineRule="auto"/>
        <w:ind w:firstLine="720"/>
        <w:jc w:val="both"/>
        <w:rPr>
          <w:rFonts w:ascii="Times New Roman" w:eastAsia="Times New Roman" w:hAnsi="Times New Roman" w:cs="Times New Roman"/>
          <w:b/>
          <w:bCs/>
          <w:color w:val="000000"/>
          <w:sz w:val="24"/>
          <w:szCs w:val="24"/>
        </w:rPr>
      </w:pPr>
    </w:p>
    <w:p w14:paraId="5EF1BE0C" w14:textId="3D9B11D3" w:rsidR="00661485" w:rsidRDefault="00661485" w:rsidP="00DE5BA2">
      <w:pPr>
        <w:widowControl w:val="0"/>
        <w:autoSpaceDE w:val="0"/>
        <w:autoSpaceDN w:val="0"/>
        <w:spacing w:before="100" w:beforeAutospacing="1" w:after="100" w:afterAutospacing="1" w:line="360" w:lineRule="auto"/>
        <w:ind w:firstLine="720"/>
        <w:jc w:val="both"/>
        <w:rPr>
          <w:rFonts w:ascii="Times New Roman" w:eastAsia="Times New Roman" w:hAnsi="Times New Roman" w:cs="Times New Roman"/>
          <w:b/>
          <w:bCs/>
          <w:color w:val="000000"/>
          <w:sz w:val="24"/>
          <w:szCs w:val="24"/>
        </w:rPr>
      </w:pPr>
    </w:p>
    <w:p w14:paraId="29F8FAB2" w14:textId="4371AE0A" w:rsidR="00661485" w:rsidRDefault="00661485" w:rsidP="00DE5BA2">
      <w:pPr>
        <w:widowControl w:val="0"/>
        <w:autoSpaceDE w:val="0"/>
        <w:autoSpaceDN w:val="0"/>
        <w:spacing w:before="100" w:beforeAutospacing="1" w:after="100" w:afterAutospacing="1" w:line="360" w:lineRule="auto"/>
        <w:ind w:firstLine="720"/>
        <w:jc w:val="both"/>
        <w:rPr>
          <w:rFonts w:ascii="Times New Roman" w:eastAsia="Times New Roman" w:hAnsi="Times New Roman" w:cs="Times New Roman"/>
          <w:b/>
          <w:bCs/>
          <w:color w:val="000000"/>
          <w:sz w:val="24"/>
          <w:szCs w:val="24"/>
        </w:rPr>
      </w:pPr>
    </w:p>
    <w:p w14:paraId="044A2F74" w14:textId="291AFB8C" w:rsidR="00661485" w:rsidRPr="00661485" w:rsidRDefault="007271C0" w:rsidP="007271C0">
      <w:pPr>
        <w:rPr>
          <w:rFonts w:ascii="Times New Roman" w:eastAsia="Times New Roman" w:hAnsi="Times New Roman" w:cs="Times New Roman"/>
          <w:sz w:val="24"/>
          <w:szCs w:val="24"/>
        </w:rPr>
        <w:sectPr w:rsidR="00661485" w:rsidRPr="00661485" w:rsidSect="006D5334">
          <w:pgSz w:w="12240" w:h="15840"/>
          <w:pgMar w:top="1440" w:right="1440" w:bottom="1440" w:left="1440" w:header="720" w:footer="720" w:gutter="0"/>
          <w:cols w:space="720"/>
          <w:docGrid w:linePitch="360"/>
        </w:sectPr>
      </w:pPr>
      <w:r w:rsidRPr="0004587A">
        <w:rPr>
          <w:rFonts w:ascii="Times New Roman" w:eastAsia="Times New Roman" w:hAnsi="Times New Roman" w:cs="Times New Roman"/>
          <w:noProof/>
          <w:sz w:val="24"/>
          <w:szCs w:val="24"/>
        </w:rPr>
        <mc:AlternateContent>
          <mc:Choice Requires="wps">
            <w:drawing>
              <wp:anchor distT="45720" distB="45720" distL="114300" distR="114300" simplePos="0" relativeHeight="251706880" behindDoc="1" locked="0" layoutInCell="1" allowOverlap="1" wp14:anchorId="523F861B" wp14:editId="536D5508">
                <wp:simplePos x="0" y="0"/>
                <wp:positionH relativeFrom="column">
                  <wp:posOffset>1066800</wp:posOffset>
                </wp:positionH>
                <wp:positionV relativeFrom="paragraph">
                  <wp:posOffset>332740</wp:posOffset>
                </wp:positionV>
                <wp:extent cx="3794760" cy="1043940"/>
                <wp:effectExtent l="0" t="0" r="1524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043940"/>
                        </a:xfrm>
                        <a:prstGeom prst="rect">
                          <a:avLst/>
                        </a:prstGeom>
                        <a:solidFill>
                          <a:srgbClr val="FFFFFF"/>
                        </a:solidFill>
                        <a:ln w="9525">
                          <a:solidFill>
                            <a:srgbClr val="000000"/>
                          </a:solidFill>
                          <a:miter lim="800000"/>
                          <a:headEnd/>
                          <a:tailEnd/>
                        </a:ln>
                      </wps:spPr>
                      <wps:txbx>
                        <w:txbxContent>
                          <w:p w14:paraId="4EAE020D" w14:textId="77777777" w:rsidR="0004587A" w:rsidRPr="00661485" w:rsidRDefault="0004587A" w:rsidP="007271C0">
                            <w:pPr>
                              <w:widowControl w:val="0"/>
                              <w:autoSpaceDE w:val="0"/>
                              <w:autoSpaceDN w:val="0"/>
                              <w:spacing w:after="0" w:line="240" w:lineRule="auto"/>
                              <w:ind w:firstLine="720"/>
                              <w:jc w:val="both"/>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T</w:t>
                            </w:r>
                            <w:r w:rsidRPr="00661485">
                              <w:rPr>
                                <w:rFonts w:ascii="Times New Roman" w:eastAsia="Times New Roman" w:hAnsi="Times New Roman" w:cs="Times New Roman"/>
                                <w:b/>
                                <w:bCs/>
                                <w:color w:val="000000"/>
                                <w:sz w:val="24"/>
                                <w:szCs w:val="24"/>
                                <w:vertAlign w:val="subscript"/>
                              </w:rPr>
                              <w:t>10</w:t>
                            </w:r>
                            <w:r w:rsidRPr="00661485">
                              <w:rPr>
                                <w:rFonts w:ascii="Times New Roman" w:eastAsia="Times New Roman" w:hAnsi="Times New Roman" w:cs="Times New Roman"/>
                                <w:b/>
                                <w:bCs/>
                                <w:color w:val="000000"/>
                                <w:sz w:val="24"/>
                                <w:szCs w:val="24"/>
                              </w:rPr>
                              <w:t>R</w:t>
                            </w:r>
                            <w:r w:rsidRPr="00661485">
                              <w:rPr>
                                <w:rFonts w:ascii="Times New Roman" w:eastAsia="Times New Roman" w:hAnsi="Times New Roman" w:cs="Times New Roman"/>
                                <w:b/>
                                <w:bCs/>
                                <w:color w:val="000000"/>
                                <w:sz w:val="24"/>
                                <w:szCs w:val="24"/>
                                <w:vertAlign w:val="subscript"/>
                              </w:rPr>
                              <w:t>1</w:t>
                            </w:r>
                            <w:r w:rsidRPr="00661485">
                              <w:rPr>
                                <w:rFonts w:ascii="Times New Roman" w:eastAsia="Times New Roman" w:hAnsi="Times New Roman" w:cs="Times New Roman"/>
                                <w:b/>
                                <w:bCs/>
                                <w:color w:val="000000"/>
                                <w:sz w:val="24"/>
                                <w:szCs w:val="24"/>
                              </w:rPr>
                              <w:t xml:space="preserve">: </w:t>
                            </w:r>
                            <w:bookmarkStart w:id="10" w:name="_Hlk148057261"/>
                            <w:r w:rsidRPr="00661485">
                              <w:rPr>
                                <w:rFonts w:ascii="Times New Roman" w:eastAsia="Times New Roman" w:hAnsi="Times New Roman" w:cs="Times New Roman"/>
                                <w:b/>
                                <w:bCs/>
                                <w:color w:val="000000"/>
                                <w:sz w:val="24"/>
                                <w:szCs w:val="24"/>
                              </w:rPr>
                              <w:t>Biozyme vegetable plus @ 1.5 ml/l</w:t>
                            </w:r>
                            <w:bookmarkEnd w:id="10"/>
                          </w:p>
                          <w:p w14:paraId="04918C69" w14:textId="77777777" w:rsidR="0004587A" w:rsidRPr="00661485" w:rsidRDefault="0004587A" w:rsidP="007271C0">
                            <w:pPr>
                              <w:widowControl w:val="0"/>
                              <w:autoSpaceDE w:val="0"/>
                              <w:autoSpaceDN w:val="0"/>
                              <w:spacing w:after="0" w:line="240" w:lineRule="auto"/>
                              <w:ind w:firstLine="720"/>
                              <w:jc w:val="both"/>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T</w:t>
                            </w:r>
                            <w:r w:rsidRPr="00661485">
                              <w:rPr>
                                <w:rFonts w:ascii="Times New Roman" w:eastAsia="Times New Roman" w:hAnsi="Times New Roman" w:cs="Times New Roman"/>
                                <w:b/>
                                <w:bCs/>
                                <w:color w:val="000000"/>
                                <w:sz w:val="24"/>
                                <w:szCs w:val="24"/>
                                <w:vertAlign w:val="subscript"/>
                              </w:rPr>
                              <w:t>8</w:t>
                            </w:r>
                            <w:r w:rsidRPr="00661485">
                              <w:rPr>
                                <w:rFonts w:ascii="Times New Roman" w:eastAsia="Times New Roman" w:hAnsi="Times New Roman" w:cs="Times New Roman"/>
                                <w:b/>
                                <w:bCs/>
                                <w:color w:val="000000"/>
                                <w:sz w:val="24"/>
                                <w:szCs w:val="24"/>
                              </w:rPr>
                              <w:t>R</w:t>
                            </w:r>
                            <w:r w:rsidRPr="00661485">
                              <w:rPr>
                                <w:rFonts w:ascii="Times New Roman" w:eastAsia="Times New Roman" w:hAnsi="Times New Roman" w:cs="Times New Roman"/>
                                <w:b/>
                                <w:bCs/>
                                <w:color w:val="000000"/>
                                <w:sz w:val="24"/>
                                <w:szCs w:val="24"/>
                                <w:vertAlign w:val="subscript"/>
                              </w:rPr>
                              <w:t>3</w:t>
                            </w:r>
                            <w:r w:rsidRPr="00661485">
                              <w:rPr>
                                <w:rFonts w:ascii="Times New Roman" w:eastAsia="Times New Roman" w:hAnsi="Times New Roman" w:cs="Times New Roman"/>
                                <w:b/>
                                <w:bCs/>
                                <w:color w:val="000000"/>
                                <w:sz w:val="24"/>
                                <w:szCs w:val="24"/>
                              </w:rPr>
                              <w:t>: Vipul booster @ 1.0 ml/l</w:t>
                            </w:r>
                          </w:p>
                          <w:p w14:paraId="5EC449E5" w14:textId="77777777" w:rsidR="0004587A" w:rsidRPr="00661485" w:rsidRDefault="0004587A" w:rsidP="007271C0">
                            <w:pPr>
                              <w:widowControl w:val="0"/>
                              <w:autoSpaceDE w:val="0"/>
                              <w:autoSpaceDN w:val="0"/>
                              <w:spacing w:after="0" w:line="240" w:lineRule="auto"/>
                              <w:ind w:firstLine="720"/>
                              <w:jc w:val="both"/>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T</w:t>
                            </w:r>
                            <w:r w:rsidRPr="00661485">
                              <w:rPr>
                                <w:rFonts w:ascii="Times New Roman" w:eastAsia="Times New Roman" w:hAnsi="Times New Roman" w:cs="Times New Roman"/>
                                <w:b/>
                                <w:bCs/>
                                <w:color w:val="000000"/>
                                <w:sz w:val="24"/>
                                <w:szCs w:val="24"/>
                                <w:vertAlign w:val="subscript"/>
                              </w:rPr>
                              <w:t>11</w:t>
                            </w:r>
                            <w:r w:rsidRPr="00661485">
                              <w:rPr>
                                <w:rFonts w:ascii="Times New Roman" w:eastAsia="Times New Roman" w:hAnsi="Times New Roman" w:cs="Times New Roman"/>
                                <w:b/>
                                <w:bCs/>
                                <w:color w:val="000000"/>
                                <w:sz w:val="24"/>
                                <w:szCs w:val="24"/>
                              </w:rPr>
                              <w:t>R</w:t>
                            </w:r>
                            <w:r w:rsidRPr="00661485">
                              <w:rPr>
                                <w:rFonts w:ascii="Times New Roman" w:eastAsia="Times New Roman" w:hAnsi="Times New Roman" w:cs="Times New Roman"/>
                                <w:b/>
                                <w:bCs/>
                                <w:color w:val="000000"/>
                                <w:sz w:val="24"/>
                                <w:szCs w:val="24"/>
                                <w:vertAlign w:val="subscript"/>
                              </w:rPr>
                              <w:t>2</w:t>
                            </w:r>
                            <w:r w:rsidRPr="00661485">
                              <w:rPr>
                                <w:rFonts w:ascii="Times New Roman" w:eastAsia="Times New Roman" w:hAnsi="Times New Roman" w:cs="Times New Roman"/>
                                <w:b/>
                                <w:bCs/>
                                <w:color w:val="000000"/>
                                <w:sz w:val="24"/>
                                <w:szCs w:val="24"/>
                              </w:rPr>
                              <w:t xml:space="preserve">: </w:t>
                            </w:r>
                            <w:bookmarkStart w:id="11" w:name="_Hlk148057182"/>
                            <w:r w:rsidRPr="00661485">
                              <w:rPr>
                                <w:rFonts w:ascii="Times New Roman" w:eastAsia="Times New Roman" w:hAnsi="Times New Roman" w:cs="Times New Roman"/>
                                <w:b/>
                                <w:bCs/>
                                <w:color w:val="000000"/>
                                <w:sz w:val="24"/>
                                <w:szCs w:val="24"/>
                              </w:rPr>
                              <w:t>Booster @ 1.5 ml/l</w:t>
                            </w:r>
                            <w:bookmarkEnd w:id="11"/>
                          </w:p>
                          <w:p w14:paraId="2B53C769" w14:textId="6B038824" w:rsidR="0004587A" w:rsidRPr="00661485" w:rsidRDefault="0004587A" w:rsidP="007271C0">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Fig.</w:t>
                            </w:r>
                            <w:r w:rsidRPr="00661485">
                              <w:rPr>
                                <w:noProof/>
                              </w:rPr>
                              <w:t xml:space="preserve"> </w:t>
                            </w:r>
                            <w:r w:rsidRPr="0066148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10</w:t>
                            </w:r>
                            <w:r w:rsidRPr="00661485">
                              <w:rPr>
                                <w:rFonts w:ascii="Times New Roman" w:eastAsia="Times New Roman" w:hAnsi="Times New Roman" w:cs="Times New Roman"/>
                                <w:b/>
                                <w:bCs/>
                                <w:color w:val="000000"/>
                                <w:sz w:val="24"/>
                                <w:szCs w:val="24"/>
                              </w:rPr>
                              <w:t xml:space="preserve">: View of best resulted bioenzymes potted plants of </w:t>
                            </w:r>
                            <w:r w:rsidRPr="00661485">
                              <w:rPr>
                                <w:rFonts w:ascii="Times New Roman" w:eastAsia="Times New Roman" w:hAnsi="Times New Roman" w:cs="Times New Roman"/>
                                <w:b/>
                                <w:bCs/>
                                <w:i/>
                                <w:iCs/>
                                <w:color w:val="000000"/>
                                <w:sz w:val="24"/>
                                <w:szCs w:val="24"/>
                              </w:rPr>
                              <w:t>Cordyline terminalis</w:t>
                            </w:r>
                          </w:p>
                          <w:p w14:paraId="79D39975" w14:textId="207036DA" w:rsidR="0004587A" w:rsidRDefault="000458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F861B" id="Text Box 2" o:spid="_x0000_s1034" type="#_x0000_t202" style="position:absolute;margin-left:84pt;margin-top:26.2pt;width:298.8pt;height:82.2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">
                <v:textbox>
                  <w:txbxContent>
                    <w:p w14:paraId="4EAE020D" w14:textId="77777777" w:rsidR="0004587A" w:rsidRPr="00661485" w:rsidRDefault="0004587A" w:rsidP="007271C0">
                      <w:pPr>
                        <w:widowControl w:val="0"/>
                        <w:autoSpaceDE w:val="0"/>
                        <w:autoSpaceDN w:val="0"/>
                        <w:spacing w:after="0" w:line="240" w:lineRule="auto"/>
                        <w:ind w:firstLine="720"/>
                        <w:jc w:val="both"/>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T</w:t>
                      </w:r>
                      <w:r w:rsidRPr="00661485">
                        <w:rPr>
                          <w:rFonts w:ascii="Times New Roman" w:eastAsia="Times New Roman" w:hAnsi="Times New Roman" w:cs="Times New Roman"/>
                          <w:b/>
                          <w:bCs/>
                          <w:color w:val="000000"/>
                          <w:sz w:val="24"/>
                          <w:szCs w:val="24"/>
                          <w:vertAlign w:val="subscript"/>
                        </w:rPr>
                        <w:t>10</w:t>
                      </w:r>
                      <w:r w:rsidRPr="00661485">
                        <w:rPr>
                          <w:rFonts w:ascii="Times New Roman" w:eastAsia="Times New Roman" w:hAnsi="Times New Roman" w:cs="Times New Roman"/>
                          <w:b/>
                          <w:bCs/>
                          <w:color w:val="000000"/>
                          <w:sz w:val="24"/>
                          <w:szCs w:val="24"/>
                        </w:rPr>
                        <w:t>R</w:t>
                      </w:r>
                      <w:r w:rsidRPr="00661485">
                        <w:rPr>
                          <w:rFonts w:ascii="Times New Roman" w:eastAsia="Times New Roman" w:hAnsi="Times New Roman" w:cs="Times New Roman"/>
                          <w:b/>
                          <w:bCs/>
                          <w:color w:val="000000"/>
                          <w:sz w:val="24"/>
                          <w:szCs w:val="24"/>
                          <w:vertAlign w:val="subscript"/>
                        </w:rPr>
                        <w:t>1</w:t>
                      </w:r>
                      <w:r w:rsidRPr="00661485">
                        <w:rPr>
                          <w:rFonts w:ascii="Times New Roman" w:eastAsia="Times New Roman" w:hAnsi="Times New Roman" w:cs="Times New Roman"/>
                          <w:b/>
                          <w:bCs/>
                          <w:color w:val="000000"/>
                          <w:sz w:val="24"/>
                          <w:szCs w:val="24"/>
                        </w:rPr>
                        <w:t xml:space="preserve">: </w:t>
                      </w:r>
                      <w:bookmarkStart w:id="12" w:name="_Hlk148057261"/>
                      <w:r w:rsidRPr="00661485">
                        <w:rPr>
                          <w:rFonts w:ascii="Times New Roman" w:eastAsia="Times New Roman" w:hAnsi="Times New Roman" w:cs="Times New Roman"/>
                          <w:b/>
                          <w:bCs/>
                          <w:color w:val="000000"/>
                          <w:sz w:val="24"/>
                          <w:szCs w:val="24"/>
                        </w:rPr>
                        <w:t>Biozyme vegetable plus @ 1.5 ml/l</w:t>
                      </w:r>
                      <w:bookmarkEnd w:id="12"/>
                    </w:p>
                    <w:p w14:paraId="04918C69" w14:textId="77777777" w:rsidR="0004587A" w:rsidRPr="00661485" w:rsidRDefault="0004587A" w:rsidP="007271C0">
                      <w:pPr>
                        <w:widowControl w:val="0"/>
                        <w:autoSpaceDE w:val="0"/>
                        <w:autoSpaceDN w:val="0"/>
                        <w:spacing w:after="0" w:line="240" w:lineRule="auto"/>
                        <w:ind w:firstLine="720"/>
                        <w:jc w:val="both"/>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T</w:t>
                      </w:r>
                      <w:r w:rsidRPr="00661485">
                        <w:rPr>
                          <w:rFonts w:ascii="Times New Roman" w:eastAsia="Times New Roman" w:hAnsi="Times New Roman" w:cs="Times New Roman"/>
                          <w:b/>
                          <w:bCs/>
                          <w:color w:val="000000"/>
                          <w:sz w:val="24"/>
                          <w:szCs w:val="24"/>
                          <w:vertAlign w:val="subscript"/>
                        </w:rPr>
                        <w:t>8</w:t>
                      </w:r>
                      <w:r w:rsidRPr="00661485">
                        <w:rPr>
                          <w:rFonts w:ascii="Times New Roman" w:eastAsia="Times New Roman" w:hAnsi="Times New Roman" w:cs="Times New Roman"/>
                          <w:b/>
                          <w:bCs/>
                          <w:color w:val="000000"/>
                          <w:sz w:val="24"/>
                          <w:szCs w:val="24"/>
                        </w:rPr>
                        <w:t>R</w:t>
                      </w:r>
                      <w:r w:rsidRPr="00661485">
                        <w:rPr>
                          <w:rFonts w:ascii="Times New Roman" w:eastAsia="Times New Roman" w:hAnsi="Times New Roman" w:cs="Times New Roman"/>
                          <w:b/>
                          <w:bCs/>
                          <w:color w:val="000000"/>
                          <w:sz w:val="24"/>
                          <w:szCs w:val="24"/>
                          <w:vertAlign w:val="subscript"/>
                        </w:rPr>
                        <w:t>3</w:t>
                      </w:r>
                      <w:r w:rsidRPr="00661485">
                        <w:rPr>
                          <w:rFonts w:ascii="Times New Roman" w:eastAsia="Times New Roman" w:hAnsi="Times New Roman" w:cs="Times New Roman"/>
                          <w:b/>
                          <w:bCs/>
                          <w:color w:val="000000"/>
                          <w:sz w:val="24"/>
                          <w:szCs w:val="24"/>
                        </w:rPr>
                        <w:t>: Vipul booster @ 1.0 ml/l</w:t>
                      </w:r>
                    </w:p>
                    <w:p w14:paraId="5EC449E5" w14:textId="77777777" w:rsidR="0004587A" w:rsidRPr="00661485" w:rsidRDefault="0004587A" w:rsidP="007271C0">
                      <w:pPr>
                        <w:widowControl w:val="0"/>
                        <w:autoSpaceDE w:val="0"/>
                        <w:autoSpaceDN w:val="0"/>
                        <w:spacing w:after="0" w:line="240" w:lineRule="auto"/>
                        <w:ind w:firstLine="720"/>
                        <w:jc w:val="both"/>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T</w:t>
                      </w:r>
                      <w:r w:rsidRPr="00661485">
                        <w:rPr>
                          <w:rFonts w:ascii="Times New Roman" w:eastAsia="Times New Roman" w:hAnsi="Times New Roman" w:cs="Times New Roman"/>
                          <w:b/>
                          <w:bCs/>
                          <w:color w:val="000000"/>
                          <w:sz w:val="24"/>
                          <w:szCs w:val="24"/>
                          <w:vertAlign w:val="subscript"/>
                        </w:rPr>
                        <w:t>11</w:t>
                      </w:r>
                      <w:r w:rsidRPr="00661485">
                        <w:rPr>
                          <w:rFonts w:ascii="Times New Roman" w:eastAsia="Times New Roman" w:hAnsi="Times New Roman" w:cs="Times New Roman"/>
                          <w:b/>
                          <w:bCs/>
                          <w:color w:val="000000"/>
                          <w:sz w:val="24"/>
                          <w:szCs w:val="24"/>
                        </w:rPr>
                        <w:t>R</w:t>
                      </w:r>
                      <w:r w:rsidRPr="00661485">
                        <w:rPr>
                          <w:rFonts w:ascii="Times New Roman" w:eastAsia="Times New Roman" w:hAnsi="Times New Roman" w:cs="Times New Roman"/>
                          <w:b/>
                          <w:bCs/>
                          <w:color w:val="000000"/>
                          <w:sz w:val="24"/>
                          <w:szCs w:val="24"/>
                          <w:vertAlign w:val="subscript"/>
                        </w:rPr>
                        <w:t>2</w:t>
                      </w:r>
                      <w:r w:rsidRPr="00661485">
                        <w:rPr>
                          <w:rFonts w:ascii="Times New Roman" w:eastAsia="Times New Roman" w:hAnsi="Times New Roman" w:cs="Times New Roman"/>
                          <w:b/>
                          <w:bCs/>
                          <w:color w:val="000000"/>
                          <w:sz w:val="24"/>
                          <w:szCs w:val="24"/>
                        </w:rPr>
                        <w:t xml:space="preserve">: </w:t>
                      </w:r>
                      <w:bookmarkStart w:id="13" w:name="_Hlk148057182"/>
                      <w:r w:rsidRPr="00661485">
                        <w:rPr>
                          <w:rFonts w:ascii="Times New Roman" w:eastAsia="Times New Roman" w:hAnsi="Times New Roman" w:cs="Times New Roman"/>
                          <w:b/>
                          <w:bCs/>
                          <w:color w:val="000000"/>
                          <w:sz w:val="24"/>
                          <w:szCs w:val="24"/>
                        </w:rPr>
                        <w:t>Booster @ 1.5 ml/l</w:t>
                      </w:r>
                      <w:bookmarkEnd w:id="13"/>
                    </w:p>
                    <w:p w14:paraId="2B53C769" w14:textId="6B038824" w:rsidR="0004587A" w:rsidRPr="00661485" w:rsidRDefault="0004587A" w:rsidP="007271C0">
                      <w:pPr>
                        <w:widowControl w:val="0"/>
                        <w:autoSpaceDE w:val="0"/>
                        <w:autoSpaceDN w:val="0"/>
                        <w:spacing w:after="0" w:line="240" w:lineRule="auto"/>
                        <w:jc w:val="center"/>
                        <w:rPr>
                          <w:rFonts w:ascii="Times New Roman" w:eastAsia="Times New Roman" w:hAnsi="Times New Roman" w:cs="Times New Roman"/>
                          <w:b/>
                          <w:bCs/>
                          <w:color w:val="000000"/>
                          <w:sz w:val="24"/>
                          <w:szCs w:val="24"/>
                        </w:rPr>
                      </w:pPr>
                      <w:r w:rsidRPr="00661485">
                        <w:rPr>
                          <w:rFonts w:ascii="Times New Roman" w:eastAsia="Times New Roman" w:hAnsi="Times New Roman" w:cs="Times New Roman"/>
                          <w:b/>
                          <w:bCs/>
                          <w:color w:val="000000"/>
                          <w:sz w:val="24"/>
                          <w:szCs w:val="24"/>
                        </w:rPr>
                        <w:t>Fig.</w:t>
                      </w:r>
                      <w:r w:rsidRPr="00661485">
                        <w:rPr>
                          <w:noProof/>
                        </w:rPr>
                        <w:t xml:space="preserve"> </w:t>
                      </w:r>
                      <w:r w:rsidRPr="0066148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10</w:t>
                      </w:r>
                      <w:r w:rsidRPr="00661485">
                        <w:rPr>
                          <w:rFonts w:ascii="Times New Roman" w:eastAsia="Times New Roman" w:hAnsi="Times New Roman" w:cs="Times New Roman"/>
                          <w:b/>
                          <w:bCs/>
                          <w:color w:val="000000"/>
                          <w:sz w:val="24"/>
                          <w:szCs w:val="24"/>
                        </w:rPr>
                        <w:t xml:space="preserve">: View of best resulted bioenzymes potted plants of </w:t>
                      </w:r>
                      <w:r w:rsidRPr="00661485">
                        <w:rPr>
                          <w:rFonts w:ascii="Times New Roman" w:eastAsia="Times New Roman" w:hAnsi="Times New Roman" w:cs="Times New Roman"/>
                          <w:b/>
                          <w:bCs/>
                          <w:i/>
                          <w:iCs/>
                          <w:color w:val="000000"/>
                          <w:sz w:val="24"/>
                          <w:szCs w:val="24"/>
                        </w:rPr>
                        <w:t>Cordyline terminalis</w:t>
                      </w:r>
                    </w:p>
                    <w:p w14:paraId="79D39975" w14:textId="207036DA" w:rsidR="0004587A" w:rsidRDefault="0004587A"/>
                  </w:txbxContent>
                </v:textbox>
              </v:shape>
            </w:pict>
          </mc:Fallback>
        </mc:AlternateContent>
      </w:r>
      <w:r w:rsidR="00661485">
        <w:rPr>
          <w:rFonts w:ascii="Times New Roman" w:eastAsia="Times New Roman" w:hAnsi="Times New Roman" w:cs="Times New Roman"/>
          <w:sz w:val="24"/>
          <w:szCs w:val="24"/>
        </w:rPr>
        <w:tab/>
      </w:r>
    </w:p>
    <w:p w14:paraId="2D0B2998" w14:textId="462B17AA" w:rsidR="00DE5BA2" w:rsidRPr="00DE5BA2" w:rsidRDefault="00DE5BA2" w:rsidP="00DE5BA2">
      <w:pPr>
        <w:widowControl w:val="0"/>
        <w:autoSpaceDE w:val="0"/>
        <w:autoSpaceDN w:val="0"/>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b/>
          <w:bCs/>
          <w:color w:val="000000"/>
        </w:rPr>
        <w:lastRenderedPageBreak/>
        <w:t xml:space="preserve">                      </w:t>
      </w:r>
      <w:r w:rsidRPr="00DE5BA2">
        <w:rPr>
          <w:rFonts w:ascii="Times New Roman" w:eastAsia="Times New Roman" w:hAnsi="Times New Roman" w:cs="Times New Roman"/>
          <w:b/>
          <w:bCs/>
          <w:color w:val="000000"/>
        </w:rPr>
        <w:t xml:space="preserve">Table </w:t>
      </w:r>
      <w:r w:rsidR="00051F49">
        <w:rPr>
          <w:rFonts w:ascii="Times New Roman" w:eastAsia="Times New Roman" w:hAnsi="Times New Roman" w:cs="Times New Roman"/>
          <w:b/>
          <w:bCs/>
          <w:color w:val="000000"/>
        </w:rPr>
        <w:t>4</w:t>
      </w:r>
      <w:r w:rsidRPr="00DE5BA2">
        <w:rPr>
          <w:rFonts w:ascii="Times New Roman" w:eastAsia="Times New Roman" w:hAnsi="Times New Roman" w:cs="Times New Roman"/>
          <w:b/>
          <w:bCs/>
          <w:color w:val="000000"/>
        </w:rPr>
        <w:t>: Effect of bioenzymes application on different parameters of Cordyline at 60 days after planting (DAP)</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3245"/>
        <w:gridCol w:w="1514"/>
        <w:gridCol w:w="962"/>
        <w:gridCol w:w="1296"/>
        <w:gridCol w:w="1461"/>
        <w:gridCol w:w="1240"/>
        <w:gridCol w:w="1875"/>
      </w:tblGrid>
      <w:tr w:rsidR="00DE5BA2" w:rsidRPr="00DE5BA2" w14:paraId="57BB9974" w14:textId="77777777" w:rsidTr="00DE5BA2">
        <w:trPr>
          <w:trHeight w:val="20"/>
          <w:jc w:val="center"/>
        </w:trPr>
        <w:tc>
          <w:tcPr>
            <w:tcW w:w="694" w:type="pct"/>
            <w:shd w:val="clear" w:color="auto" w:fill="auto"/>
            <w:vAlign w:val="center"/>
          </w:tcPr>
          <w:p w14:paraId="20476564"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bookmarkStart w:id="12" w:name="_Hlk147871918"/>
            <w:r w:rsidRPr="00DE5BA2">
              <w:rPr>
                <w:rFonts w:ascii="Times New Roman" w:eastAsia="Times New Roman" w:hAnsi="Times New Roman" w:cs="Times New Roman"/>
                <w:b/>
                <w:bCs/>
                <w:color w:val="000000"/>
              </w:rPr>
              <w:t>Treatment No.</w:t>
            </w:r>
          </w:p>
        </w:tc>
        <w:tc>
          <w:tcPr>
            <w:tcW w:w="1208" w:type="pct"/>
            <w:shd w:val="clear" w:color="auto" w:fill="auto"/>
            <w:vAlign w:val="center"/>
          </w:tcPr>
          <w:p w14:paraId="6E097781"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Treatment details</w:t>
            </w:r>
          </w:p>
        </w:tc>
        <w:tc>
          <w:tcPr>
            <w:tcW w:w="565" w:type="pct"/>
            <w:shd w:val="clear" w:color="auto" w:fill="auto"/>
            <w:vAlign w:val="center"/>
          </w:tcPr>
          <w:p w14:paraId="7C3A8952"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Plant height</w:t>
            </w:r>
          </w:p>
          <w:p w14:paraId="6CB2F98F"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(cm)</w:t>
            </w:r>
          </w:p>
        </w:tc>
        <w:tc>
          <w:tcPr>
            <w:tcW w:w="342" w:type="pct"/>
            <w:shd w:val="clear" w:color="auto" w:fill="auto"/>
            <w:vAlign w:val="center"/>
          </w:tcPr>
          <w:p w14:paraId="291CDD02"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Leaf number</w:t>
            </w:r>
          </w:p>
        </w:tc>
        <w:tc>
          <w:tcPr>
            <w:tcW w:w="484" w:type="pct"/>
            <w:shd w:val="clear" w:color="auto" w:fill="auto"/>
            <w:vAlign w:val="center"/>
          </w:tcPr>
          <w:p w14:paraId="53576B85"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Leaf length</w:t>
            </w:r>
          </w:p>
          <w:p w14:paraId="5BC4A654"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(cm)</w:t>
            </w:r>
          </w:p>
        </w:tc>
        <w:tc>
          <w:tcPr>
            <w:tcW w:w="545" w:type="pct"/>
            <w:shd w:val="clear" w:color="auto" w:fill="auto"/>
            <w:vAlign w:val="center"/>
          </w:tcPr>
          <w:p w14:paraId="222DDCA1"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Leaf breadth</w:t>
            </w:r>
          </w:p>
          <w:p w14:paraId="5475C67B"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(cm)</w:t>
            </w:r>
          </w:p>
        </w:tc>
        <w:tc>
          <w:tcPr>
            <w:tcW w:w="463" w:type="pct"/>
            <w:shd w:val="clear" w:color="auto" w:fill="auto"/>
            <w:vAlign w:val="center"/>
          </w:tcPr>
          <w:p w14:paraId="454C4D27"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Leaf area</w:t>
            </w:r>
          </w:p>
          <w:p w14:paraId="1B389D4C"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(cm²)</w:t>
            </w:r>
          </w:p>
        </w:tc>
        <w:tc>
          <w:tcPr>
            <w:tcW w:w="699" w:type="pct"/>
            <w:shd w:val="clear" w:color="auto" w:fill="auto"/>
            <w:vAlign w:val="center"/>
          </w:tcPr>
          <w:p w14:paraId="65F73510" w14:textId="77777777" w:rsidR="00DE5BA2" w:rsidRPr="00DE5BA2" w:rsidRDefault="00DE5BA2" w:rsidP="00F030D8">
            <w:pPr>
              <w:widowControl w:val="0"/>
              <w:tabs>
                <w:tab w:val="center" w:pos="4513"/>
                <w:tab w:val="right" w:pos="9026"/>
              </w:tabs>
              <w:autoSpaceDE w:val="0"/>
              <w:autoSpaceDN w:val="0"/>
              <w:spacing w:after="0"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Internodal length (cm)</w:t>
            </w:r>
          </w:p>
        </w:tc>
      </w:tr>
      <w:tr w:rsidR="00DE5BA2" w:rsidRPr="00DE5BA2" w14:paraId="3213F27D" w14:textId="77777777" w:rsidTr="00DE5BA2">
        <w:trPr>
          <w:trHeight w:val="20"/>
          <w:jc w:val="center"/>
        </w:trPr>
        <w:tc>
          <w:tcPr>
            <w:tcW w:w="694" w:type="pct"/>
            <w:shd w:val="clear" w:color="auto" w:fill="auto"/>
            <w:vAlign w:val="center"/>
          </w:tcPr>
          <w:p w14:paraId="52FACD88"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bookmarkStart w:id="13" w:name="_Hlk140906349"/>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1</w:t>
            </w:r>
          </w:p>
        </w:tc>
        <w:tc>
          <w:tcPr>
            <w:tcW w:w="1208" w:type="pct"/>
            <w:shd w:val="clear" w:color="auto" w:fill="auto"/>
            <w:vAlign w:val="center"/>
          </w:tcPr>
          <w:p w14:paraId="7AABC4CD"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Control (No bioenzyme application)</w:t>
            </w:r>
          </w:p>
        </w:tc>
        <w:tc>
          <w:tcPr>
            <w:tcW w:w="565" w:type="pct"/>
            <w:shd w:val="clear" w:color="auto" w:fill="auto"/>
            <w:vAlign w:val="center"/>
          </w:tcPr>
          <w:p w14:paraId="2AA9E9FB" w14:textId="18BC8A26"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58.63</w:t>
            </w:r>
            <w:r w:rsidR="00F030D8">
              <w:rPr>
                <w:rFonts w:ascii="Times New Roman" w:eastAsia="Times New Roman" w:hAnsi="Times New Roman" w:cs="Times New Roman"/>
                <w:color w:val="000000"/>
              </w:rPr>
              <w:t>c</w:t>
            </w:r>
          </w:p>
        </w:tc>
        <w:tc>
          <w:tcPr>
            <w:tcW w:w="342" w:type="pct"/>
            <w:shd w:val="clear" w:color="auto" w:fill="auto"/>
            <w:vAlign w:val="center"/>
          </w:tcPr>
          <w:p w14:paraId="5381FF40" w14:textId="25B65BCF"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6.27</w:t>
            </w:r>
            <w:r w:rsidR="00F030D8">
              <w:rPr>
                <w:rFonts w:ascii="Times New Roman" w:eastAsia="Times New Roman" w:hAnsi="Times New Roman" w:cs="Times New Roman"/>
                <w:color w:val="000000"/>
              </w:rPr>
              <w:t>d</w:t>
            </w:r>
          </w:p>
        </w:tc>
        <w:tc>
          <w:tcPr>
            <w:tcW w:w="484" w:type="pct"/>
            <w:shd w:val="clear" w:color="auto" w:fill="auto"/>
            <w:vAlign w:val="center"/>
          </w:tcPr>
          <w:p w14:paraId="3D2A1583" w14:textId="1A0213C1"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29.77</w:t>
            </w:r>
            <w:r w:rsidR="00F030D8">
              <w:rPr>
                <w:rFonts w:ascii="Times New Roman" w:eastAsia="Times New Roman" w:hAnsi="Times New Roman" w:cs="Times New Roman"/>
                <w:color w:val="000000"/>
              </w:rPr>
              <w:t>bc</w:t>
            </w:r>
          </w:p>
        </w:tc>
        <w:tc>
          <w:tcPr>
            <w:tcW w:w="545" w:type="pct"/>
            <w:shd w:val="clear" w:color="auto" w:fill="auto"/>
            <w:vAlign w:val="center"/>
          </w:tcPr>
          <w:p w14:paraId="12882593" w14:textId="77726214"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2.20</w:t>
            </w:r>
            <w:r w:rsidR="00F030D8">
              <w:rPr>
                <w:rFonts w:ascii="Times New Roman" w:eastAsia="Times New Roman" w:hAnsi="Times New Roman" w:cs="Times New Roman"/>
                <w:color w:val="000000"/>
              </w:rPr>
              <w:t>d</w:t>
            </w:r>
          </w:p>
        </w:tc>
        <w:tc>
          <w:tcPr>
            <w:tcW w:w="463" w:type="pct"/>
            <w:shd w:val="clear" w:color="auto" w:fill="auto"/>
            <w:vAlign w:val="center"/>
          </w:tcPr>
          <w:p w14:paraId="0C1629DC" w14:textId="783DD0D9"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65.63</w:t>
            </w:r>
            <w:r w:rsidR="00F030D8">
              <w:rPr>
                <w:rFonts w:ascii="Times New Roman" w:eastAsia="Times New Roman" w:hAnsi="Times New Roman" w:cs="Times New Roman"/>
                <w:color w:val="000000"/>
              </w:rPr>
              <w:t>d</w:t>
            </w:r>
          </w:p>
        </w:tc>
        <w:tc>
          <w:tcPr>
            <w:tcW w:w="699" w:type="pct"/>
            <w:shd w:val="clear" w:color="auto" w:fill="auto"/>
            <w:vAlign w:val="center"/>
          </w:tcPr>
          <w:p w14:paraId="49508BE7" w14:textId="5D45FE92"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4.20</w:t>
            </w:r>
            <w:r w:rsidR="00F030D8">
              <w:rPr>
                <w:rFonts w:ascii="Times New Roman" w:eastAsia="Times New Roman" w:hAnsi="Times New Roman" w:cs="Times New Roman"/>
                <w:color w:val="000000"/>
              </w:rPr>
              <w:t>c</w:t>
            </w:r>
          </w:p>
        </w:tc>
      </w:tr>
      <w:tr w:rsidR="00DE5BA2" w:rsidRPr="00DE5BA2" w14:paraId="6192CA81" w14:textId="77777777" w:rsidTr="00DE5BA2">
        <w:trPr>
          <w:trHeight w:val="20"/>
          <w:jc w:val="center"/>
        </w:trPr>
        <w:tc>
          <w:tcPr>
            <w:tcW w:w="694" w:type="pct"/>
            <w:shd w:val="clear" w:color="auto" w:fill="auto"/>
            <w:vAlign w:val="center"/>
          </w:tcPr>
          <w:p w14:paraId="424A6985"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2</w:t>
            </w:r>
          </w:p>
        </w:tc>
        <w:tc>
          <w:tcPr>
            <w:tcW w:w="1208" w:type="pct"/>
            <w:shd w:val="clear" w:color="auto" w:fill="auto"/>
            <w:vAlign w:val="center"/>
          </w:tcPr>
          <w:p w14:paraId="3BBEF16D"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Biozyme vegetable plus @ 0.5 ml/l</w:t>
            </w:r>
          </w:p>
        </w:tc>
        <w:tc>
          <w:tcPr>
            <w:tcW w:w="565" w:type="pct"/>
            <w:shd w:val="clear" w:color="auto" w:fill="auto"/>
            <w:vAlign w:val="center"/>
          </w:tcPr>
          <w:p w14:paraId="2740C1D5" w14:textId="4A4D7634"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61.10</w:t>
            </w:r>
            <w:r w:rsidR="00F030D8">
              <w:rPr>
                <w:rFonts w:ascii="Times New Roman" w:eastAsia="Times New Roman" w:hAnsi="Times New Roman" w:cs="Times New Roman"/>
                <w:color w:val="000000"/>
              </w:rPr>
              <w:t>b</w:t>
            </w:r>
          </w:p>
        </w:tc>
        <w:tc>
          <w:tcPr>
            <w:tcW w:w="342" w:type="pct"/>
            <w:shd w:val="clear" w:color="auto" w:fill="auto"/>
            <w:vAlign w:val="center"/>
          </w:tcPr>
          <w:p w14:paraId="7A58DD0B" w14:textId="0AACE413"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7.93</w:t>
            </w:r>
            <w:r w:rsidR="00F030D8">
              <w:rPr>
                <w:rFonts w:ascii="Times New Roman" w:eastAsia="Times New Roman" w:hAnsi="Times New Roman" w:cs="Times New Roman"/>
                <w:color w:val="000000"/>
              </w:rPr>
              <w:t>c</w:t>
            </w:r>
          </w:p>
        </w:tc>
        <w:tc>
          <w:tcPr>
            <w:tcW w:w="484" w:type="pct"/>
            <w:shd w:val="clear" w:color="auto" w:fill="auto"/>
            <w:vAlign w:val="center"/>
          </w:tcPr>
          <w:p w14:paraId="3E24F8F1" w14:textId="26EA9D19"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31.56</w:t>
            </w:r>
            <w:r w:rsidR="00F030D8">
              <w:rPr>
                <w:rFonts w:ascii="Times New Roman" w:eastAsia="Times New Roman" w:hAnsi="Times New Roman" w:cs="Times New Roman"/>
                <w:color w:val="000000"/>
              </w:rPr>
              <w:t>b</w:t>
            </w:r>
          </w:p>
        </w:tc>
        <w:tc>
          <w:tcPr>
            <w:tcW w:w="545" w:type="pct"/>
            <w:shd w:val="clear" w:color="auto" w:fill="auto"/>
            <w:vAlign w:val="center"/>
          </w:tcPr>
          <w:p w14:paraId="2B6EF877" w14:textId="0045605B"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2.68</w:t>
            </w:r>
            <w:r w:rsidR="00F030D8">
              <w:rPr>
                <w:rFonts w:ascii="Times New Roman" w:eastAsia="Times New Roman" w:hAnsi="Times New Roman" w:cs="Times New Roman"/>
                <w:color w:val="000000"/>
              </w:rPr>
              <w:t>bc</w:t>
            </w:r>
          </w:p>
        </w:tc>
        <w:tc>
          <w:tcPr>
            <w:tcW w:w="463" w:type="pct"/>
            <w:shd w:val="clear" w:color="auto" w:fill="auto"/>
            <w:vAlign w:val="center"/>
          </w:tcPr>
          <w:p w14:paraId="5B3EA893" w14:textId="3B1743CC"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81.05</w:t>
            </w:r>
            <w:r w:rsidR="00F030D8">
              <w:rPr>
                <w:rFonts w:ascii="Times New Roman" w:eastAsia="Times New Roman" w:hAnsi="Times New Roman" w:cs="Times New Roman"/>
                <w:color w:val="000000"/>
              </w:rPr>
              <w:t>c</w:t>
            </w:r>
          </w:p>
        </w:tc>
        <w:tc>
          <w:tcPr>
            <w:tcW w:w="699" w:type="pct"/>
            <w:shd w:val="clear" w:color="auto" w:fill="auto"/>
            <w:vAlign w:val="center"/>
          </w:tcPr>
          <w:p w14:paraId="0DD5E3DA" w14:textId="6344B0F8"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4.47</w:t>
            </w:r>
            <w:r w:rsidR="00F030D8">
              <w:rPr>
                <w:rFonts w:ascii="Times New Roman" w:eastAsia="Times New Roman" w:hAnsi="Times New Roman" w:cs="Times New Roman"/>
                <w:color w:val="000000"/>
              </w:rPr>
              <w:t>cb</w:t>
            </w:r>
          </w:p>
        </w:tc>
      </w:tr>
      <w:tr w:rsidR="00DE5BA2" w:rsidRPr="00DE5BA2" w14:paraId="268B09BB" w14:textId="77777777" w:rsidTr="00DE5BA2">
        <w:trPr>
          <w:trHeight w:val="20"/>
          <w:jc w:val="center"/>
        </w:trPr>
        <w:tc>
          <w:tcPr>
            <w:tcW w:w="694" w:type="pct"/>
            <w:shd w:val="clear" w:color="auto" w:fill="auto"/>
            <w:vAlign w:val="center"/>
          </w:tcPr>
          <w:p w14:paraId="576FAC6D"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3</w:t>
            </w:r>
          </w:p>
        </w:tc>
        <w:tc>
          <w:tcPr>
            <w:tcW w:w="1208" w:type="pct"/>
            <w:shd w:val="clear" w:color="auto" w:fill="auto"/>
            <w:vAlign w:val="center"/>
          </w:tcPr>
          <w:p w14:paraId="7236AB36"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Booster @ 0.5 ml/l</w:t>
            </w:r>
          </w:p>
        </w:tc>
        <w:tc>
          <w:tcPr>
            <w:tcW w:w="565" w:type="pct"/>
            <w:shd w:val="clear" w:color="auto" w:fill="auto"/>
            <w:vAlign w:val="center"/>
          </w:tcPr>
          <w:p w14:paraId="365319C0" w14:textId="26A2B02D"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61.13</w:t>
            </w:r>
            <w:r w:rsidR="00F030D8">
              <w:rPr>
                <w:rFonts w:ascii="Times New Roman" w:eastAsia="Times New Roman" w:hAnsi="Times New Roman" w:cs="Times New Roman"/>
                <w:color w:val="000000"/>
              </w:rPr>
              <w:t>b</w:t>
            </w:r>
          </w:p>
        </w:tc>
        <w:tc>
          <w:tcPr>
            <w:tcW w:w="342" w:type="pct"/>
            <w:shd w:val="clear" w:color="auto" w:fill="auto"/>
            <w:vAlign w:val="center"/>
          </w:tcPr>
          <w:p w14:paraId="2D0F9A37" w14:textId="33B6E646"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8.13</w:t>
            </w:r>
            <w:r w:rsidR="00F030D8">
              <w:rPr>
                <w:rFonts w:ascii="Times New Roman" w:eastAsia="Times New Roman" w:hAnsi="Times New Roman" w:cs="Times New Roman"/>
                <w:color w:val="000000"/>
              </w:rPr>
              <w:t>b</w:t>
            </w:r>
          </w:p>
        </w:tc>
        <w:tc>
          <w:tcPr>
            <w:tcW w:w="484" w:type="pct"/>
            <w:shd w:val="clear" w:color="auto" w:fill="auto"/>
            <w:vAlign w:val="center"/>
          </w:tcPr>
          <w:p w14:paraId="4A9C040D" w14:textId="1EA123E4"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31.59</w:t>
            </w:r>
            <w:r w:rsidR="00F030D8">
              <w:rPr>
                <w:rFonts w:ascii="Times New Roman" w:eastAsia="Times New Roman" w:hAnsi="Times New Roman" w:cs="Times New Roman"/>
                <w:color w:val="000000"/>
              </w:rPr>
              <w:t>b</w:t>
            </w:r>
          </w:p>
        </w:tc>
        <w:tc>
          <w:tcPr>
            <w:tcW w:w="545" w:type="pct"/>
            <w:shd w:val="clear" w:color="auto" w:fill="auto"/>
            <w:vAlign w:val="center"/>
          </w:tcPr>
          <w:p w14:paraId="5E5438EB" w14:textId="6BCECBEE"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2.44</w:t>
            </w:r>
            <w:r w:rsidR="00F030D8">
              <w:rPr>
                <w:rFonts w:ascii="Times New Roman" w:eastAsia="Times New Roman" w:hAnsi="Times New Roman" w:cs="Times New Roman"/>
                <w:color w:val="000000"/>
              </w:rPr>
              <w:t>cd</w:t>
            </w:r>
          </w:p>
        </w:tc>
        <w:tc>
          <w:tcPr>
            <w:tcW w:w="463" w:type="pct"/>
            <w:shd w:val="clear" w:color="auto" w:fill="auto"/>
            <w:vAlign w:val="center"/>
          </w:tcPr>
          <w:p w14:paraId="6018732D" w14:textId="7A62CB1E"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81.67</w:t>
            </w:r>
            <w:r w:rsidR="00F030D8">
              <w:rPr>
                <w:rFonts w:ascii="Times New Roman" w:eastAsia="Times New Roman" w:hAnsi="Times New Roman" w:cs="Times New Roman"/>
                <w:color w:val="000000"/>
              </w:rPr>
              <w:t>c</w:t>
            </w:r>
          </w:p>
        </w:tc>
        <w:tc>
          <w:tcPr>
            <w:tcW w:w="699" w:type="pct"/>
            <w:shd w:val="clear" w:color="auto" w:fill="auto"/>
            <w:vAlign w:val="center"/>
          </w:tcPr>
          <w:p w14:paraId="25075D17" w14:textId="052C85F1"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4.57</w:t>
            </w:r>
            <w:r w:rsidR="00F030D8">
              <w:rPr>
                <w:rFonts w:ascii="Times New Roman" w:eastAsia="Times New Roman" w:hAnsi="Times New Roman" w:cs="Times New Roman"/>
                <w:color w:val="000000"/>
              </w:rPr>
              <w:t>b</w:t>
            </w:r>
          </w:p>
        </w:tc>
      </w:tr>
      <w:tr w:rsidR="00DE5BA2" w:rsidRPr="00DE5BA2" w14:paraId="16E6295B" w14:textId="77777777" w:rsidTr="00DE5BA2">
        <w:trPr>
          <w:trHeight w:val="20"/>
          <w:jc w:val="center"/>
        </w:trPr>
        <w:tc>
          <w:tcPr>
            <w:tcW w:w="694" w:type="pct"/>
            <w:shd w:val="clear" w:color="auto" w:fill="auto"/>
            <w:vAlign w:val="center"/>
          </w:tcPr>
          <w:p w14:paraId="3F0124A0"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4</w:t>
            </w:r>
          </w:p>
        </w:tc>
        <w:tc>
          <w:tcPr>
            <w:tcW w:w="1208" w:type="pct"/>
            <w:shd w:val="clear" w:color="auto" w:fill="auto"/>
            <w:vAlign w:val="center"/>
          </w:tcPr>
          <w:p w14:paraId="29E6D1DD"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Biozyme crop + @ 0.5 ml/l</w:t>
            </w:r>
          </w:p>
        </w:tc>
        <w:tc>
          <w:tcPr>
            <w:tcW w:w="565" w:type="pct"/>
            <w:shd w:val="clear" w:color="auto" w:fill="auto"/>
            <w:vAlign w:val="center"/>
          </w:tcPr>
          <w:p w14:paraId="170DC68E" w14:textId="358E1404"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61.40</w:t>
            </w:r>
            <w:r w:rsidR="00F030D8">
              <w:rPr>
                <w:rFonts w:ascii="Times New Roman" w:eastAsia="Times New Roman" w:hAnsi="Times New Roman" w:cs="Times New Roman"/>
                <w:color w:val="000000"/>
              </w:rPr>
              <w:t>b</w:t>
            </w:r>
          </w:p>
        </w:tc>
        <w:tc>
          <w:tcPr>
            <w:tcW w:w="342" w:type="pct"/>
            <w:shd w:val="clear" w:color="auto" w:fill="auto"/>
            <w:vAlign w:val="center"/>
          </w:tcPr>
          <w:p w14:paraId="06870311" w14:textId="1845400D"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8.40</w:t>
            </w:r>
            <w:r w:rsidR="00F030D8">
              <w:rPr>
                <w:rFonts w:ascii="Times New Roman" w:eastAsia="Times New Roman" w:hAnsi="Times New Roman" w:cs="Times New Roman"/>
                <w:color w:val="000000"/>
              </w:rPr>
              <w:t>b</w:t>
            </w:r>
          </w:p>
        </w:tc>
        <w:tc>
          <w:tcPr>
            <w:tcW w:w="484" w:type="pct"/>
            <w:shd w:val="clear" w:color="auto" w:fill="auto"/>
            <w:vAlign w:val="center"/>
          </w:tcPr>
          <w:p w14:paraId="048D4F9D" w14:textId="2B48B053"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31.61</w:t>
            </w:r>
            <w:r w:rsidR="00F030D8">
              <w:rPr>
                <w:rFonts w:ascii="Times New Roman" w:eastAsia="Times New Roman" w:hAnsi="Times New Roman" w:cs="Times New Roman"/>
                <w:color w:val="000000"/>
              </w:rPr>
              <w:t>b</w:t>
            </w:r>
          </w:p>
        </w:tc>
        <w:tc>
          <w:tcPr>
            <w:tcW w:w="545" w:type="pct"/>
            <w:shd w:val="clear" w:color="auto" w:fill="auto"/>
            <w:vAlign w:val="center"/>
          </w:tcPr>
          <w:p w14:paraId="3C33E27F" w14:textId="218F415C"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2.57</w:t>
            </w:r>
            <w:r w:rsidR="00F030D8">
              <w:rPr>
                <w:rFonts w:ascii="Times New Roman" w:eastAsia="Times New Roman" w:hAnsi="Times New Roman" w:cs="Times New Roman"/>
                <w:color w:val="000000"/>
              </w:rPr>
              <w:t>c</w:t>
            </w:r>
          </w:p>
        </w:tc>
        <w:tc>
          <w:tcPr>
            <w:tcW w:w="463" w:type="pct"/>
            <w:shd w:val="clear" w:color="auto" w:fill="auto"/>
            <w:vAlign w:val="center"/>
          </w:tcPr>
          <w:p w14:paraId="2D84FF46" w14:textId="40222E9B"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82.31</w:t>
            </w:r>
            <w:r w:rsidR="00F030D8">
              <w:rPr>
                <w:rFonts w:ascii="Times New Roman" w:eastAsia="Times New Roman" w:hAnsi="Times New Roman" w:cs="Times New Roman"/>
                <w:color w:val="000000"/>
              </w:rPr>
              <w:t>c</w:t>
            </w:r>
          </w:p>
        </w:tc>
        <w:tc>
          <w:tcPr>
            <w:tcW w:w="699" w:type="pct"/>
            <w:shd w:val="clear" w:color="auto" w:fill="auto"/>
            <w:vAlign w:val="center"/>
          </w:tcPr>
          <w:p w14:paraId="6241F1CD" w14:textId="59364D84"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4.40</w:t>
            </w:r>
            <w:r w:rsidR="00F030D8">
              <w:rPr>
                <w:rFonts w:ascii="Times New Roman" w:eastAsia="Times New Roman" w:hAnsi="Times New Roman" w:cs="Times New Roman"/>
                <w:color w:val="000000"/>
              </w:rPr>
              <w:t>cb</w:t>
            </w:r>
          </w:p>
        </w:tc>
      </w:tr>
      <w:tr w:rsidR="00DE5BA2" w:rsidRPr="00DE5BA2" w14:paraId="68902671" w14:textId="77777777" w:rsidTr="00DE5BA2">
        <w:trPr>
          <w:trHeight w:val="20"/>
          <w:jc w:val="center"/>
        </w:trPr>
        <w:tc>
          <w:tcPr>
            <w:tcW w:w="694" w:type="pct"/>
            <w:shd w:val="clear" w:color="auto" w:fill="auto"/>
            <w:vAlign w:val="center"/>
          </w:tcPr>
          <w:p w14:paraId="16CD4068"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5</w:t>
            </w:r>
          </w:p>
        </w:tc>
        <w:tc>
          <w:tcPr>
            <w:tcW w:w="1208" w:type="pct"/>
            <w:shd w:val="clear" w:color="auto" w:fill="auto"/>
            <w:vAlign w:val="center"/>
          </w:tcPr>
          <w:p w14:paraId="5B2CA009"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Vipul booster @ 0.5 ml/l</w:t>
            </w:r>
          </w:p>
        </w:tc>
        <w:tc>
          <w:tcPr>
            <w:tcW w:w="565" w:type="pct"/>
            <w:shd w:val="clear" w:color="auto" w:fill="auto"/>
            <w:vAlign w:val="center"/>
          </w:tcPr>
          <w:p w14:paraId="5A045355" w14:textId="11BDB324"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61.87</w:t>
            </w:r>
            <w:r w:rsidR="00F030D8">
              <w:rPr>
                <w:rFonts w:ascii="Times New Roman" w:eastAsia="Times New Roman" w:hAnsi="Times New Roman" w:cs="Times New Roman"/>
                <w:color w:val="000000"/>
              </w:rPr>
              <w:t>b</w:t>
            </w:r>
          </w:p>
        </w:tc>
        <w:tc>
          <w:tcPr>
            <w:tcW w:w="342" w:type="pct"/>
            <w:shd w:val="clear" w:color="auto" w:fill="auto"/>
            <w:vAlign w:val="center"/>
          </w:tcPr>
          <w:p w14:paraId="72FDCA74" w14:textId="26D01869"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8.00</w:t>
            </w:r>
            <w:r w:rsidR="00F030D8">
              <w:rPr>
                <w:rFonts w:ascii="Times New Roman" w:eastAsia="Times New Roman" w:hAnsi="Times New Roman" w:cs="Times New Roman"/>
                <w:color w:val="000000"/>
              </w:rPr>
              <w:t>b</w:t>
            </w:r>
          </w:p>
        </w:tc>
        <w:tc>
          <w:tcPr>
            <w:tcW w:w="484" w:type="pct"/>
            <w:shd w:val="clear" w:color="auto" w:fill="auto"/>
            <w:vAlign w:val="center"/>
          </w:tcPr>
          <w:p w14:paraId="0D4CB789" w14:textId="4C0B61BF"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30.73</w:t>
            </w:r>
            <w:r w:rsidR="00F030D8">
              <w:rPr>
                <w:rFonts w:ascii="Times New Roman" w:eastAsia="Times New Roman" w:hAnsi="Times New Roman" w:cs="Times New Roman"/>
                <w:color w:val="000000"/>
              </w:rPr>
              <w:t>bc</w:t>
            </w:r>
          </w:p>
        </w:tc>
        <w:tc>
          <w:tcPr>
            <w:tcW w:w="545" w:type="pct"/>
            <w:shd w:val="clear" w:color="auto" w:fill="auto"/>
            <w:vAlign w:val="center"/>
          </w:tcPr>
          <w:p w14:paraId="5329ABC1" w14:textId="48E202B9"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2.55</w:t>
            </w:r>
            <w:r w:rsidR="00F030D8">
              <w:rPr>
                <w:rFonts w:ascii="Times New Roman" w:eastAsia="Times New Roman" w:hAnsi="Times New Roman" w:cs="Times New Roman"/>
                <w:color w:val="000000"/>
              </w:rPr>
              <w:t>c</w:t>
            </w:r>
          </w:p>
        </w:tc>
        <w:tc>
          <w:tcPr>
            <w:tcW w:w="463" w:type="pct"/>
            <w:shd w:val="clear" w:color="auto" w:fill="auto"/>
            <w:vAlign w:val="center"/>
          </w:tcPr>
          <w:p w14:paraId="00AEF2AB" w14:textId="7681FB68"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75.47</w:t>
            </w:r>
            <w:r w:rsidR="00F030D8">
              <w:rPr>
                <w:rFonts w:ascii="Times New Roman" w:eastAsia="Times New Roman" w:hAnsi="Times New Roman" w:cs="Times New Roman"/>
                <w:color w:val="000000"/>
              </w:rPr>
              <w:t>cd</w:t>
            </w:r>
          </w:p>
        </w:tc>
        <w:tc>
          <w:tcPr>
            <w:tcW w:w="699" w:type="pct"/>
            <w:shd w:val="clear" w:color="auto" w:fill="auto"/>
            <w:vAlign w:val="center"/>
          </w:tcPr>
          <w:p w14:paraId="52A03EA5" w14:textId="630F428F"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4.39</w:t>
            </w:r>
            <w:r w:rsidR="00F030D8">
              <w:rPr>
                <w:rFonts w:ascii="Times New Roman" w:eastAsia="Times New Roman" w:hAnsi="Times New Roman" w:cs="Times New Roman"/>
                <w:color w:val="000000"/>
              </w:rPr>
              <w:t>cb</w:t>
            </w:r>
          </w:p>
        </w:tc>
      </w:tr>
      <w:tr w:rsidR="00DE5BA2" w:rsidRPr="00DE5BA2" w14:paraId="7C15BF0C" w14:textId="77777777" w:rsidTr="00DE5BA2">
        <w:trPr>
          <w:trHeight w:val="20"/>
          <w:jc w:val="center"/>
        </w:trPr>
        <w:tc>
          <w:tcPr>
            <w:tcW w:w="694" w:type="pct"/>
            <w:shd w:val="clear" w:color="auto" w:fill="auto"/>
            <w:vAlign w:val="center"/>
          </w:tcPr>
          <w:p w14:paraId="7D1FB4EF"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6</w:t>
            </w:r>
          </w:p>
        </w:tc>
        <w:tc>
          <w:tcPr>
            <w:tcW w:w="1208" w:type="pct"/>
            <w:shd w:val="clear" w:color="auto" w:fill="auto"/>
            <w:vAlign w:val="center"/>
          </w:tcPr>
          <w:p w14:paraId="446D26A4"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Biozyme vegetable plus @ 1.0 ml/l</w:t>
            </w:r>
          </w:p>
        </w:tc>
        <w:tc>
          <w:tcPr>
            <w:tcW w:w="565" w:type="pct"/>
            <w:shd w:val="clear" w:color="auto" w:fill="auto"/>
            <w:vAlign w:val="center"/>
          </w:tcPr>
          <w:p w14:paraId="2A70381F" w14:textId="344337BA"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61.60</w:t>
            </w:r>
            <w:r w:rsidR="00F030D8">
              <w:rPr>
                <w:rFonts w:ascii="Times New Roman" w:eastAsia="Times New Roman" w:hAnsi="Times New Roman" w:cs="Times New Roman"/>
                <w:color w:val="000000"/>
              </w:rPr>
              <w:t>b</w:t>
            </w:r>
          </w:p>
        </w:tc>
        <w:tc>
          <w:tcPr>
            <w:tcW w:w="342" w:type="pct"/>
            <w:shd w:val="clear" w:color="auto" w:fill="auto"/>
            <w:vAlign w:val="center"/>
          </w:tcPr>
          <w:p w14:paraId="2E25CF3C" w14:textId="0F9373D9"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8.80</w:t>
            </w:r>
            <w:r w:rsidR="00F030D8">
              <w:rPr>
                <w:rFonts w:ascii="Times New Roman" w:eastAsia="Times New Roman" w:hAnsi="Times New Roman" w:cs="Times New Roman"/>
                <w:color w:val="000000"/>
              </w:rPr>
              <w:t>b</w:t>
            </w:r>
          </w:p>
        </w:tc>
        <w:tc>
          <w:tcPr>
            <w:tcW w:w="484" w:type="pct"/>
            <w:shd w:val="clear" w:color="auto" w:fill="auto"/>
            <w:vAlign w:val="center"/>
          </w:tcPr>
          <w:p w14:paraId="7B8BFFB1" w14:textId="5BF0430A"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31.90</w:t>
            </w:r>
            <w:r w:rsidR="00F030D8">
              <w:rPr>
                <w:rFonts w:ascii="Times New Roman" w:eastAsia="Times New Roman" w:hAnsi="Times New Roman" w:cs="Times New Roman"/>
                <w:color w:val="000000"/>
              </w:rPr>
              <w:t>b</w:t>
            </w:r>
          </w:p>
        </w:tc>
        <w:tc>
          <w:tcPr>
            <w:tcW w:w="545" w:type="pct"/>
            <w:shd w:val="clear" w:color="auto" w:fill="auto"/>
            <w:vAlign w:val="center"/>
          </w:tcPr>
          <w:p w14:paraId="44DD33C5" w14:textId="79EFC2C6"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2.74</w:t>
            </w:r>
            <w:r w:rsidR="00F030D8">
              <w:rPr>
                <w:rFonts w:ascii="Times New Roman" w:eastAsia="Times New Roman" w:hAnsi="Times New Roman" w:cs="Times New Roman"/>
                <w:color w:val="000000"/>
              </w:rPr>
              <w:t>bc</w:t>
            </w:r>
          </w:p>
        </w:tc>
        <w:tc>
          <w:tcPr>
            <w:tcW w:w="463" w:type="pct"/>
            <w:shd w:val="clear" w:color="auto" w:fill="auto"/>
            <w:vAlign w:val="center"/>
          </w:tcPr>
          <w:p w14:paraId="7517D9D1" w14:textId="1B1CAAFB"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88.33</w:t>
            </w:r>
            <w:r w:rsidR="00F030D8">
              <w:rPr>
                <w:rFonts w:ascii="Times New Roman" w:eastAsia="Times New Roman" w:hAnsi="Times New Roman" w:cs="Times New Roman"/>
                <w:color w:val="000000"/>
              </w:rPr>
              <w:t>b</w:t>
            </w:r>
          </w:p>
        </w:tc>
        <w:tc>
          <w:tcPr>
            <w:tcW w:w="699" w:type="pct"/>
            <w:shd w:val="clear" w:color="auto" w:fill="auto"/>
            <w:vAlign w:val="center"/>
          </w:tcPr>
          <w:p w14:paraId="2F0C0B2E" w14:textId="7A46B221"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4.67</w:t>
            </w:r>
            <w:r w:rsidR="00F030D8">
              <w:rPr>
                <w:rFonts w:ascii="Times New Roman" w:eastAsia="Times New Roman" w:hAnsi="Times New Roman" w:cs="Times New Roman"/>
                <w:color w:val="000000"/>
              </w:rPr>
              <w:t>b</w:t>
            </w:r>
          </w:p>
        </w:tc>
      </w:tr>
      <w:tr w:rsidR="00DE5BA2" w:rsidRPr="00DE5BA2" w14:paraId="4467AD9F" w14:textId="77777777" w:rsidTr="00DE5BA2">
        <w:trPr>
          <w:trHeight w:val="20"/>
          <w:jc w:val="center"/>
        </w:trPr>
        <w:tc>
          <w:tcPr>
            <w:tcW w:w="694" w:type="pct"/>
            <w:shd w:val="clear" w:color="auto" w:fill="auto"/>
            <w:vAlign w:val="center"/>
          </w:tcPr>
          <w:p w14:paraId="694F194E"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7</w:t>
            </w:r>
          </w:p>
        </w:tc>
        <w:tc>
          <w:tcPr>
            <w:tcW w:w="1208" w:type="pct"/>
            <w:shd w:val="clear" w:color="auto" w:fill="auto"/>
            <w:vAlign w:val="center"/>
          </w:tcPr>
          <w:p w14:paraId="1A8ABF8C"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Booster @ 1.0 ml/l</w:t>
            </w:r>
          </w:p>
        </w:tc>
        <w:tc>
          <w:tcPr>
            <w:tcW w:w="565" w:type="pct"/>
            <w:shd w:val="clear" w:color="auto" w:fill="auto"/>
            <w:vAlign w:val="center"/>
          </w:tcPr>
          <w:p w14:paraId="57E31B26" w14:textId="50AA6721"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61.90</w:t>
            </w:r>
            <w:r w:rsidR="00F030D8">
              <w:rPr>
                <w:rFonts w:ascii="Times New Roman" w:eastAsia="Times New Roman" w:hAnsi="Times New Roman" w:cs="Times New Roman"/>
                <w:color w:val="000000"/>
              </w:rPr>
              <w:t>b</w:t>
            </w:r>
          </w:p>
        </w:tc>
        <w:tc>
          <w:tcPr>
            <w:tcW w:w="342" w:type="pct"/>
            <w:shd w:val="clear" w:color="auto" w:fill="auto"/>
            <w:vAlign w:val="center"/>
          </w:tcPr>
          <w:p w14:paraId="3E9570F9" w14:textId="65515B00"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9.00</w:t>
            </w:r>
            <w:r w:rsidR="00F030D8">
              <w:rPr>
                <w:rFonts w:ascii="Times New Roman" w:eastAsia="Times New Roman" w:hAnsi="Times New Roman" w:cs="Times New Roman"/>
                <w:color w:val="000000"/>
              </w:rPr>
              <w:t>ab</w:t>
            </w:r>
          </w:p>
        </w:tc>
        <w:tc>
          <w:tcPr>
            <w:tcW w:w="484" w:type="pct"/>
            <w:shd w:val="clear" w:color="auto" w:fill="auto"/>
            <w:vAlign w:val="center"/>
          </w:tcPr>
          <w:p w14:paraId="061BD714" w14:textId="79A577C2"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31.74</w:t>
            </w:r>
            <w:r w:rsidR="00F030D8">
              <w:rPr>
                <w:rFonts w:ascii="Times New Roman" w:eastAsia="Times New Roman" w:hAnsi="Times New Roman" w:cs="Times New Roman"/>
                <w:color w:val="000000"/>
              </w:rPr>
              <w:t>b</w:t>
            </w:r>
          </w:p>
        </w:tc>
        <w:tc>
          <w:tcPr>
            <w:tcW w:w="545" w:type="pct"/>
            <w:shd w:val="clear" w:color="auto" w:fill="auto"/>
            <w:vAlign w:val="center"/>
          </w:tcPr>
          <w:p w14:paraId="7516CCD7" w14:textId="7A2F56E2"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2.73</w:t>
            </w:r>
            <w:r w:rsidR="00F030D8">
              <w:rPr>
                <w:rFonts w:ascii="Times New Roman" w:eastAsia="Times New Roman" w:hAnsi="Times New Roman" w:cs="Times New Roman"/>
                <w:color w:val="000000"/>
              </w:rPr>
              <w:t>bc</w:t>
            </w:r>
          </w:p>
        </w:tc>
        <w:tc>
          <w:tcPr>
            <w:tcW w:w="463" w:type="pct"/>
            <w:shd w:val="clear" w:color="auto" w:fill="auto"/>
            <w:vAlign w:val="center"/>
          </w:tcPr>
          <w:p w14:paraId="06BD4540" w14:textId="35D82578"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86.40</w:t>
            </w:r>
            <w:r w:rsidR="00F030D8">
              <w:rPr>
                <w:rFonts w:ascii="Times New Roman" w:eastAsia="Times New Roman" w:hAnsi="Times New Roman" w:cs="Times New Roman"/>
                <w:color w:val="000000"/>
              </w:rPr>
              <w:t>c</w:t>
            </w:r>
          </w:p>
        </w:tc>
        <w:tc>
          <w:tcPr>
            <w:tcW w:w="699" w:type="pct"/>
            <w:shd w:val="clear" w:color="auto" w:fill="auto"/>
            <w:vAlign w:val="center"/>
          </w:tcPr>
          <w:p w14:paraId="26166684" w14:textId="3310D52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5.00</w:t>
            </w:r>
            <w:r w:rsidR="00F030D8">
              <w:rPr>
                <w:rFonts w:ascii="Times New Roman" w:eastAsia="Times New Roman" w:hAnsi="Times New Roman" w:cs="Times New Roman"/>
                <w:color w:val="000000"/>
              </w:rPr>
              <w:t>ab</w:t>
            </w:r>
          </w:p>
        </w:tc>
      </w:tr>
      <w:tr w:rsidR="00DE5BA2" w:rsidRPr="00DE5BA2" w14:paraId="2E328903" w14:textId="77777777" w:rsidTr="00DE5BA2">
        <w:trPr>
          <w:trHeight w:val="20"/>
          <w:jc w:val="center"/>
        </w:trPr>
        <w:tc>
          <w:tcPr>
            <w:tcW w:w="694" w:type="pct"/>
            <w:shd w:val="clear" w:color="auto" w:fill="auto"/>
            <w:vAlign w:val="center"/>
          </w:tcPr>
          <w:p w14:paraId="587C742B"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T</w:t>
            </w:r>
            <w:r w:rsidRPr="00DE5BA2">
              <w:rPr>
                <w:rFonts w:ascii="Times New Roman" w:eastAsia="Times New Roman" w:hAnsi="Times New Roman" w:cs="Times New Roman"/>
                <w:b/>
                <w:bCs/>
                <w:color w:val="000000"/>
                <w:vertAlign w:val="subscript"/>
              </w:rPr>
              <w:t>8</w:t>
            </w:r>
          </w:p>
        </w:tc>
        <w:tc>
          <w:tcPr>
            <w:tcW w:w="1208" w:type="pct"/>
            <w:shd w:val="clear" w:color="auto" w:fill="auto"/>
            <w:vAlign w:val="center"/>
          </w:tcPr>
          <w:p w14:paraId="3981736F"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Vipul booster @ 1.0 ml/l</w:t>
            </w:r>
          </w:p>
        </w:tc>
        <w:tc>
          <w:tcPr>
            <w:tcW w:w="565" w:type="pct"/>
            <w:shd w:val="clear" w:color="auto" w:fill="auto"/>
            <w:vAlign w:val="center"/>
          </w:tcPr>
          <w:p w14:paraId="36362CB0" w14:textId="181F3D56"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64.63</w:t>
            </w:r>
            <w:r w:rsidR="00F030D8">
              <w:rPr>
                <w:rFonts w:ascii="Times New Roman" w:eastAsia="Times New Roman" w:hAnsi="Times New Roman" w:cs="Times New Roman"/>
                <w:b/>
                <w:bCs/>
                <w:color w:val="000000"/>
              </w:rPr>
              <w:t>a</w:t>
            </w:r>
          </w:p>
        </w:tc>
        <w:tc>
          <w:tcPr>
            <w:tcW w:w="342" w:type="pct"/>
            <w:shd w:val="clear" w:color="auto" w:fill="auto"/>
            <w:vAlign w:val="center"/>
          </w:tcPr>
          <w:p w14:paraId="575D1ABA" w14:textId="62A1E553"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9.67</w:t>
            </w:r>
            <w:r w:rsidR="00F030D8">
              <w:rPr>
                <w:rFonts w:ascii="Times New Roman" w:eastAsia="Times New Roman" w:hAnsi="Times New Roman" w:cs="Times New Roman"/>
                <w:b/>
                <w:bCs/>
                <w:color w:val="000000"/>
              </w:rPr>
              <w:t>a</w:t>
            </w:r>
          </w:p>
        </w:tc>
        <w:tc>
          <w:tcPr>
            <w:tcW w:w="484" w:type="pct"/>
            <w:shd w:val="clear" w:color="auto" w:fill="auto"/>
            <w:vAlign w:val="center"/>
          </w:tcPr>
          <w:p w14:paraId="29D733A7" w14:textId="40CCC920"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34.13</w:t>
            </w:r>
            <w:r w:rsidR="00F030D8">
              <w:rPr>
                <w:rFonts w:ascii="Times New Roman" w:eastAsia="Times New Roman" w:hAnsi="Times New Roman" w:cs="Times New Roman"/>
                <w:b/>
                <w:bCs/>
                <w:color w:val="000000"/>
              </w:rPr>
              <w:t>a</w:t>
            </w:r>
          </w:p>
        </w:tc>
        <w:tc>
          <w:tcPr>
            <w:tcW w:w="545" w:type="pct"/>
            <w:shd w:val="clear" w:color="auto" w:fill="auto"/>
            <w:vAlign w:val="center"/>
          </w:tcPr>
          <w:p w14:paraId="3FE55E97" w14:textId="00E628B4"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3.05</w:t>
            </w:r>
            <w:r w:rsidR="00F030D8">
              <w:rPr>
                <w:rFonts w:ascii="Times New Roman" w:eastAsia="Times New Roman" w:hAnsi="Times New Roman" w:cs="Times New Roman"/>
                <w:b/>
                <w:bCs/>
                <w:color w:val="000000"/>
              </w:rPr>
              <w:t>a</w:t>
            </w:r>
          </w:p>
        </w:tc>
        <w:tc>
          <w:tcPr>
            <w:tcW w:w="463" w:type="pct"/>
            <w:shd w:val="clear" w:color="auto" w:fill="auto"/>
            <w:vAlign w:val="center"/>
          </w:tcPr>
          <w:p w14:paraId="5D6AA749" w14:textId="0C3DF3BB"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109.25</w:t>
            </w:r>
            <w:r w:rsidR="00F030D8">
              <w:rPr>
                <w:rFonts w:ascii="Times New Roman" w:eastAsia="Times New Roman" w:hAnsi="Times New Roman" w:cs="Times New Roman"/>
                <w:b/>
                <w:bCs/>
                <w:color w:val="000000"/>
              </w:rPr>
              <w:t>a</w:t>
            </w:r>
          </w:p>
        </w:tc>
        <w:tc>
          <w:tcPr>
            <w:tcW w:w="699" w:type="pct"/>
            <w:shd w:val="clear" w:color="auto" w:fill="auto"/>
            <w:vAlign w:val="center"/>
          </w:tcPr>
          <w:p w14:paraId="5FA092F4" w14:textId="0FE7D145"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5.53</w:t>
            </w:r>
            <w:r w:rsidR="00F030D8">
              <w:rPr>
                <w:rFonts w:ascii="Times New Roman" w:eastAsia="Times New Roman" w:hAnsi="Times New Roman" w:cs="Times New Roman"/>
                <w:b/>
                <w:bCs/>
                <w:color w:val="000000"/>
              </w:rPr>
              <w:t>a</w:t>
            </w:r>
          </w:p>
        </w:tc>
      </w:tr>
      <w:tr w:rsidR="00DE5BA2" w:rsidRPr="00DE5BA2" w14:paraId="5A57CE4F" w14:textId="77777777" w:rsidTr="00DE5BA2">
        <w:trPr>
          <w:trHeight w:val="20"/>
          <w:jc w:val="center"/>
        </w:trPr>
        <w:tc>
          <w:tcPr>
            <w:tcW w:w="694" w:type="pct"/>
            <w:shd w:val="clear" w:color="auto" w:fill="auto"/>
            <w:vAlign w:val="center"/>
          </w:tcPr>
          <w:p w14:paraId="63BF00EB"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9</w:t>
            </w:r>
          </w:p>
        </w:tc>
        <w:tc>
          <w:tcPr>
            <w:tcW w:w="1208" w:type="pct"/>
            <w:shd w:val="clear" w:color="auto" w:fill="auto"/>
            <w:vAlign w:val="center"/>
          </w:tcPr>
          <w:p w14:paraId="3193267E" w14:textId="3CAAD94C"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Biozyme crop + @1.0 ml/l</w:t>
            </w:r>
          </w:p>
        </w:tc>
        <w:tc>
          <w:tcPr>
            <w:tcW w:w="565" w:type="pct"/>
            <w:shd w:val="clear" w:color="auto" w:fill="auto"/>
            <w:vAlign w:val="center"/>
          </w:tcPr>
          <w:p w14:paraId="7538718F" w14:textId="366FCF64"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62.70</w:t>
            </w:r>
            <w:r w:rsidR="00F030D8">
              <w:rPr>
                <w:rFonts w:ascii="Times New Roman" w:eastAsia="Times New Roman" w:hAnsi="Times New Roman" w:cs="Times New Roman"/>
                <w:color w:val="000000"/>
              </w:rPr>
              <w:t>b</w:t>
            </w:r>
          </w:p>
        </w:tc>
        <w:tc>
          <w:tcPr>
            <w:tcW w:w="342" w:type="pct"/>
            <w:shd w:val="clear" w:color="auto" w:fill="auto"/>
            <w:vAlign w:val="center"/>
          </w:tcPr>
          <w:p w14:paraId="11696739" w14:textId="77777777"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8.93</w:t>
            </w:r>
          </w:p>
        </w:tc>
        <w:tc>
          <w:tcPr>
            <w:tcW w:w="484" w:type="pct"/>
            <w:shd w:val="clear" w:color="auto" w:fill="auto"/>
            <w:vAlign w:val="center"/>
          </w:tcPr>
          <w:p w14:paraId="13A9BB52" w14:textId="1067D00F"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32.23</w:t>
            </w:r>
            <w:r w:rsidR="00F030D8">
              <w:rPr>
                <w:rFonts w:ascii="Times New Roman" w:eastAsia="Times New Roman" w:hAnsi="Times New Roman" w:cs="Times New Roman"/>
                <w:color w:val="000000"/>
              </w:rPr>
              <w:t>b</w:t>
            </w:r>
          </w:p>
        </w:tc>
        <w:tc>
          <w:tcPr>
            <w:tcW w:w="545" w:type="pct"/>
            <w:shd w:val="clear" w:color="auto" w:fill="auto"/>
            <w:vAlign w:val="center"/>
          </w:tcPr>
          <w:p w14:paraId="7183E272" w14:textId="7E100D7A"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2.54</w:t>
            </w:r>
            <w:r w:rsidR="00F030D8">
              <w:rPr>
                <w:rFonts w:ascii="Times New Roman" w:eastAsia="Times New Roman" w:hAnsi="Times New Roman" w:cs="Times New Roman"/>
                <w:color w:val="000000"/>
              </w:rPr>
              <w:t>c</w:t>
            </w:r>
          </w:p>
        </w:tc>
        <w:tc>
          <w:tcPr>
            <w:tcW w:w="463" w:type="pct"/>
            <w:shd w:val="clear" w:color="auto" w:fill="auto"/>
            <w:vAlign w:val="center"/>
          </w:tcPr>
          <w:p w14:paraId="6B932F50" w14:textId="526C2D8F"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89.71</w:t>
            </w:r>
            <w:r w:rsidR="00F030D8">
              <w:rPr>
                <w:rFonts w:ascii="Times New Roman" w:eastAsia="Times New Roman" w:hAnsi="Times New Roman" w:cs="Times New Roman"/>
                <w:color w:val="000000"/>
              </w:rPr>
              <w:t>b</w:t>
            </w:r>
          </w:p>
        </w:tc>
        <w:tc>
          <w:tcPr>
            <w:tcW w:w="699" w:type="pct"/>
            <w:shd w:val="clear" w:color="auto" w:fill="auto"/>
            <w:vAlign w:val="center"/>
          </w:tcPr>
          <w:p w14:paraId="088B12AB" w14:textId="5C2C85AB"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5.07</w:t>
            </w:r>
            <w:r w:rsidR="00F030D8">
              <w:rPr>
                <w:rFonts w:ascii="Times New Roman" w:eastAsia="Times New Roman" w:hAnsi="Times New Roman" w:cs="Times New Roman"/>
                <w:color w:val="000000"/>
              </w:rPr>
              <w:t>ab</w:t>
            </w:r>
          </w:p>
        </w:tc>
      </w:tr>
      <w:tr w:rsidR="00DE5BA2" w:rsidRPr="00DE5BA2" w14:paraId="27D92F8E" w14:textId="77777777" w:rsidTr="00DE5BA2">
        <w:trPr>
          <w:trHeight w:val="20"/>
          <w:jc w:val="center"/>
        </w:trPr>
        <w:tc>
          <w:tcPr>
            <w:tcW w:w="694" w:type="pct"/>
            <w:shd w:val="clear" w:color="auto" w:fill="auto"/>
            <w:vAlign w:val="center"/>
          </w:tcPr>
          <w:p w14:paraId="7592A2A2"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T</w:t>
            </w:r>
            <w:r w:rsidRPr="00DE5BA2">
              <w:rPr>
                <w:rFonts w:ascii="Times New Roman" w:eastAsia="Times New Roman" w:hAnsi="Times New Roman" w:cs="Times New Roman"/>
                <w:b/>
                <w:bCs/>
                <w:color w:val="000000"/>
                <w:vertAlign w:val="subscript"/>
              </w:rPr>
              <w:t>10</w:t>
            </w:r>
          </w:p>
        </w:tc>
        <w:tc>
          <w:tcPr>
            <w:tcW w:w="1208" w:type="pct"/>
            <w:shd w:val="clear" w:color="auto" w:fill="auto"/>
            <w:vAlign w:val="center"/>
          </w:tcPr>
          <w:p w14:paraId="15761D4F"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Biozyme vegetable plus @ 1.5 ml/l</w:t>
            </w:r>
          </w:p>
        </w:tc>
        <w:tc>
          <w:tcPr>
            <w:tcW w:w="565" w:type="pct"/>
            <w:shd w:val="clear" w:color="auto" w:fill="auto"/>
            <w:vAlign w:val="center"/>
          </w:tcPr>
          <w:p w14:paraId="6F4F2E4C" w14:textId="0180C352"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63.73</w:t>
            </w:r>
            <w:r w:rsidR="00F030D8">
              <w:rPr>
                <w:rFonts w:ascii="Times New Roman" w:eastAsia="Times New Roman" w:hAnsi="Times New Roman" w:cs="Times New Roman"/>
                <w:b/>
                <w:bCs/>
                <w:color w:val="000000"/>
              </w:rPr>
              <w:t>a</w:t>
            </w:r>
          </w:p>
        </w:tc>
        <w:tc>
          <w:tcPr>
            <w:tcW w:w="342" w:type="pct"/>
            <w:shd w:val="clear" w:color="auto" w:fill="auto"/>
            <w:vAlign w:val="center"/>
          </w:tcPr>
          <w:p w14:paraId="4BB00834" w14:textId="441B33E0"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9.50</w:t>
            </w:r>
            <w:r w:rsidR="00F030D8">
              <w:rPr>
                <w:rFonts w:ascii="Times New Roman" w:eastAsia="Times New Roman" w:hAnsi="Times New Roman" w:cs="Times New Roman"/>
                <w:b/>
                <w:bCs/>
                <w:color w:val="000000"/>
              </w:rPr>
              <w:t>a</w:t>
            </w:r>
          </w:p>
        </w:tc>
        <w:tc>
          <w:tcPr>
            <w:tcW w:w="484" w:type="pct"/>
            <w:shd w:val="clear" w:color="auto" w:fill="auto"/>
            <w:vAlign w:val="center"/>
          </w:tcPr>
          <w:p w14:paraId="3B3790A0" w14:textId="1DC59AB5"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34.10</w:t>
            </w:r>
            <w:r w:rsidR="00F030D8">
              <w:rPr>
                <w:rFonts w:ascii="Times New Roman" w:eastAsia="Times New Roman" w:hAnsi="Times New Roman" w:cs="Times New Roman"/>
                <w:b/>
                <w:bCs/>
                <w:color w:val="000000"/>
              </w:rPr>
              <w:t>a</w:t>
            </w:r>
          </w:p>
        </w:tc>
        <w:tc>
          <w:tcPr>
            <w:tcW w:w="545" w:type="pct"/>
            <w:shd w:val="clear" w:color="auto" w:fill="auto"/>
            <w:vAlign w:val="center"/>
          </w:tcPr>
          <w:p w14:paraId="5DB42CE1" w14:textId="4C01ECCC"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3.10</w:t>
            </w:r>
            <w:r w:rsidR="00F030D8">
              <w:rPr>
                <w:rFonts w:ascii="Times New Roman" w:eastAsia="Times New Roman" w:hAnsi="Times New Roman" w:cs="Times New Roman"/>
                <w:b/>
                <w:bCs/>
                <w:color w:val="000000"/>
              </w:rPr>
              <w:t>a</w:t>
            </w:r>
          </w:p>
        </w:tc>
        <w:tc>
          <w:tcPr>
            <w:tcW w:w="463" w:type="pct"/>
            <w:shd w:val="clear" w:color="auto" w:fill="auto"/>
            <w:vAlign w:val="center"/>
          </w:tcPr>
          <w:p w14:paraId="642A9D03" w14:textId="29CBD883"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107.41</w:t>
            </w:r>
            <w:r w:rsidR="00F030D8">
              <w:rPr>
                <w:rFonts w:ascii="Times New Roman" w:eastAsia="Times New Roman" w:hAnsi="Times New Roman" w:cs="Times New Roman"/>
                <w:b/>
                <w:bCs/>
                <w:color w:val="000000"/>
              </w:rPr>
              <w:t>a</w:t>
            </w:r>
          </w:p>
        </w:tc>
        <w:tc>
          <w:tcPr>
            <w:tcW w:w="699" w:type="pct"/>
            <w:shd w:val="clear" w:color="auto" w:fill="auto"/>
            <w:vAlign w:val="center"/>
          </w:tcPr>
          <w:p w14:paraId="51D65DCC" w14:textId="78271F4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5.43</w:t>
            </w:r>
            <w:r w:rsidR="00F030D8">
              <w:rPr>
                <w:rFonts w:ascii="Times New Roman" w:eastAsia="Times New Roman" w:hAnsi="Times New Roman" w:cs="Times New Roman"/>
                <w:b/>
                <w:bCs/>
                <w:color w:val="000000"/>
              </w:rPr>
              <w:t>a</w:t>
            </w:r>
          </w:p>
        </w:tc>
      </w:tr>
      <w:tr w:rsidR="00DE5BA2" w:rsidRPr="00DE5BA2" w14:paraId="1C7CF52D" w14:textId="77777777" w:rsidTr="00DE5BA2">
        <w:trPr>
          <w:trHeight w:val="20"/>
          <w:jc w:val="center"/>
        </w:trPr>
        <w:tc>
          <w:tcPr>
            <w:tcW w:w="694" w:type="pct"/>
            <w:shd w:val="clear" w:color="auto" w:fill="auto"/>
            <w:vAlign w:val="center"/>
          </w:tcPr>
          <w:p w14:paraId="52022943"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bookmarkStart w:id="14" w:name="_Hlk148052991"/>
            <w:r w:rsidRPr="00DE5BA2">
              <w:rPr>
                <w:rFonts w:ascii="Times New Roman" w:eastAsia="Times New Roman" w:hAnsi="Times New Roman" w:cs="Times New Roman"/>
                <w:b/>
                <w:bCs/>
                <w:color w:val="000000"/>
              </w:rPr>
              <w:t>T</w:t>
            </w:r>
            <w:r w:rsidRPr="00DE5BA2">
              <w:rPr>
                <w:rFonts w:ascii="Times New Roman" w:eastAsia="Times New Roman" w:hAnsi="Times New Roman" w:cs="Times New Roman"/>
                <w:b/>
                <w:bCs/>
                <w:color w:val="000000"/>
                <w:vertAlign w:val="subscript"/>
              </w:rPr>
              <w:t>11</w:t>
            </w:r>
          </w:p>
        </w:tc>
        <w:tc>
          <w:tcPr>
            <w:tcW w:w="1208" w:type="pct"/>
            <w:shd w:val="clear" w:color="auto" w:fill="auto"/>
            <w:vAlign w:val="center"/>
          </w:tcPr>
          <w:p w14:paraId="37F5BE8A"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Booster @ 1.5 ml/l</w:t>
            </w:r>
          </w:p>
        </w:tc>
        <w:tc>
          <w:tcPr>
            <w:tcW w:w="565" w:type="pct"/>
            <w:shd w:val="clear" w:color="auto" w:fill="auto"/>
            <w:vAlign w:val="center"/>
          </w:tcPr>
          <w:p w14:paraId="699B8DBF" w14:textId="43D1C14F"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64.19</w:t>
            </w:r>
            <w:r w:rsidR="00F030D8">
              <w:rPr>
                <w:rFonts w:ascii="Times New Roman" w:eastAsia="Times New Roman" w:hAnsi="Times New Roman" w:cs="Times New Roman"/>
                <w:b/>
                <w:bCs/>
                <w:color w:val="000000"/>
              </w:rPr>
              <w:t>a</w:t>
            </w:r>
          </w:p>
        </w:tc>
        <w:tc>
          <w:tcPr>
            <w:tcW w:w="342" w:type="pct"/>
            <w:shd w:val="clear" w:color="auto" w:fill="auto"/>
            <w:vAlign w:val="center"/>
          </w:tcPr>
          <w:p w14:paraId="0F99BB85" w14:textId="140CA4CE"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9.87</w:t>
            </w:r>
            <w:r w:rsidR="00F030D8">
              <w:rPr>
                <w:rFonts w:ascii="Times New Roman" w:eastAsia="Times New Roman" w:hAnsi="Times New Roman" w:cs="Times New Roman"/>
                <w:b/>
                <w:bCs/>
                <w:color w:val="000000"/>
              </w:rPr>
              <w:t>a</w:t>
            </w:r>
          </w:p>
        </w:tc>
        <w:tc>
          <w:tcPr>
            <w:tcW w:w="484" w:type="pct"/>
            <w:shd w:val="clear" w:color="auto" w:fill="auto"/>
            <w:vAlign w:val="center"/>
          </w:tcPr>
          <w:p w14:paraId="17BB9CB5" w14:textId="5FECE2CC"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34.27</w:t>
            </w:r>
            <w:r w:rsidR="00F030D8">
              <w:rPr>
                <w:rFonts w:ascii="Times New Roman" w:eastAsia="Times New Roman" w:hAnsi="Times New Roman" w:cs="Times New Roman"/>
                <w:b/>
                <w:bCs/>
                <w:color w:val="000000"/>
              </w:rPr>
              <w:t>a</w:t>
            </w:r>
          </w:p>
        </w:tc>
        <w:tc>
          <w:tcPr>
            <w:tcW w:w="545" w:type="pct"/>
            <w:shd w:val="clear" w:color="auto" w:fill="auto"/>
            <w:vAlign w:val="center"/>
          </w:tcPr>
          <w:p w14:paraId="137798DC" w14:textId="5CBCA48F"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3.13</w:t>
            </w:r>
            <w:r w:rsidR="00F030D8">
              <w:rPr>
                <w:rFonts w:ascii="Times New Roman" w:eastAsia="Times New Roman" w:hAnsi="Times New Roman" w:cs="Times New Roman"/>
                <w:b/>
                <w:bCs/>
                <w:color w:val="000000"/>
              </w:rPr>
              <w:t>a</w:t>
            </w:r>
          </w:p>
        </w:tc>
        <w:tc>
          <w:tcPr>
            <w:tcW w:w="463" w:type="pct"/>
            <w:shd w:val="clear" w:color="auto" w:fill="auto"/>
            <w:vAlign w:val="center"/>
          </w:tcPr>
          <w:p w14:paraId="6E2FDFE0" w14:textId="7A299F29"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111.15</w:t>
            </w:r>
            <w:r w:rsidR="00F030D8">
              <w:rPr>
                <w:rFonts w:ascii="Times New Roman" w:eastAsia="Times New Roman" w:hAnsi="Times New Roman" w:cs="Times New Roman"/>
                <w:b/>
                <w:bCs/>
                <w:color w:val="000000"/>
              </w:rPr>
              <w:t>a</w:t>
            </w:r>
          </w:p>
        </w:tc>
        <w:tc>
          <w:tcPr>
            <w:tcW w:w="699" w:type="pct"/>
            <w:shd w:val="clear" w:color="auto" w:fill="auto"/>
            <w:vAlign w:val="center"/>
          </w:tcPr>
          <w:p w14:paraId="3DAC77CE" w14:textId="7396B83E"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b/>
                <w:bCs/>
                <w:color w:val="000000"/>
              </w:rPr>
            </w:pPr>
            <w:r w:rsidRPr="00DE5BA2">
              <w:rPr>
                <w:rFonts w:ascii="Times New Roman" w:eastAsia="Times New Roman" w:hAnsi="Times New Roman" w:cs="Times New Roman"/>
                <w:b/>
                <w:bCs/>
                <w:color w:val="000000"/>
              </w:rPr>
              <w:t>5.20</w:t>
            </w:r>
            <w:r w:rsidR="00F030D8">
              <w:rPr>
                <w:rFonts w:ascii="Times New Roman" w:eastAsia="Times New Roman" w:hAnsi="Times New Roman" w:cs="Times New Roman"/>
                <w:b/>
                <w:bCs/>
                <w:color w:val="000000"/>
              </w:rPr>
              <w:t>a</w:t>
            </w:r>
          </w:p>
        </w:tc>
      </w:tr>
      <w:bookmarkEnd w:id="14"/>
      <w:tr w:rsidR="00DE5BA2" w:rsidRPr="00DE5BA2" w14:paraId="194BDE37" w14:textId="77777777" w:rsidTr="00DE5BA2">
        <w:trPr>
          <w:trHeight w:val="20"/>
          <w:jc w:val="center"/>
        </w:trPr>
        <w:tc>
          <w:tcPr>
            <w:tcW w:w="694" w:type="pct"/>
            <w:shd w:val="clear" w:color="auto" w:fill="auto"/>
            <w:vAlign w:val="center"/>
          </w:tcPr>
          <w:p w14:paraId="00D682F0"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12</w:t>
            </w:r>
          </w:p>
        </w:tc>
        <w:tc>
          <w:tcPr>
            <w:tcW w:w="1208" w:type="pct"/>
            <w:shd w:val="clear" w:color="auto" w:fill="auto"/>
            <w:vAlign w:val="center"/>
          </w:tcPr>
          <w:p w14:paraId="4069DE85"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Biozyme crop + @ 1.5 ml/l</w:t>
            </w:r>
          </w:p>
        </w:tc>
        <w:tc>
          <w:tcPr>
            <w:tcW w:w="565" w:type="pct"/>
            <w:shd w:val="clear" w:color="auto" w:fill="auto"/>
            <w:vAlign w:val="center"/>
          </w:tcPr>
          <w:p w14:paraId="388A6A09" w14:textId="60F1C718"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62.80</w:t>
            </w:r>
            <w:r w:rsidR="00F030D8">
              <w:rPr>
                <w:rFonts w:ascii="Times New Roman" w:eastAsia="Times New Roman" w:hAnsi="Times New Roman" w:cs="Times New Roman"/>
                <w:color w:val="000000"/>
              </w:rPr>
              <w:t>b</w:t>
            </w:r>
          </w:p>
        </w:tc>
        <w:tc>
          <w:tcPr>
            <w:tcW w:w="342" w:type="pct"/>
            <w:shd w:val="clear" w:color="auto" w:fill="auto"/>
            <w:vAlign w:val="center"/>
          </w:tcPr>
          <w:p w14:paraId="3112B8C8" w14:textId="5E5E9540"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9.00</w:t>
            </w:r>
            <w:r w:rsidR="00F030D8">
              <w:rPr>
                <w:rFonts w:ascii="Times New Roman" w:eastAsia="Times New Roman" w:hAnsi="Times New Roman" w:cs="Times New Roman"/>
                <w:color w:val="000000"/>
              </w:rPr>
              <w:t>ab</w:t>
            </w:r>
          </w:p>
        </w:tc>
        <w:tc>
          <w:tcPr>
            <w:tcW w:w="484" w:type="pct"/>
            <w:shd w:val="clear" w:color="auto" w:fill="auto"/>
            <w:vAlign w:val="center"/>
          </w:tcPr>
          <w:p w14:paraId="36479E82" w14:textId="188A7984"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33.00</w:t>
            </w:r>
            <w:r w:rsidR="00F030D8">
              <w:rPr>
                <w:rFonts w:ascii="Times New Roman" w:eastAsia="Times New Roman" w:hAnsi="Times New Roman" w:cs="Times New Roman"/>
                <w:color w:val="000000"/>
              </w:rPr>
              <w:t>ab</w:t>
            </w:r>
          </w:p>
        </w:tc>
        <w:tc>
          <w:tcPr>
            <w:tcW w:w="545" w:type="pct"/>
            <w:shd w:val="clear" w:color="auto" w:fill="auto"/>
            <w:vAlign w:val="center"/>
          </w:tcPr>
          <w:p w14:paraId="7498B07F" w14:textId="18B425A9"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2.82</w:t>
            </w:r>
            <w:r w:rsidR="00F030D8">
              <w:rPr>
                <w:rFonts w:ascii="Times New Roman" w:eastAsia="Times New Roman" w:hAnsi="Times New Roman" w:cs="Times New Roman"/>
                <w:color w:val="000000"/>
              </w:rPr>
              <w:t>b</w:t>
            </w:r>
          </w:p>
        </w:tc>
        <w:tc>
          <w:tcPr>
            <w:tcW w:w="463" w:type="pct"/>
            <w:shd w:val="clear" w:color="auto" w:fill="auto"/>
            <w:vAlign w:val="center"/>
          </w:tcPr>
          <w:p w14:paraId="20B7FF16" w14:textId="3FBC141E"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95.11</w:t>
            </w:r>
            <w:r w:rsidR="00F030D8">
              <w:rPr>
                <w:rFonts w:ascii="Times New Roman" w:eastAsia="Times New Roman" w:hAnsi="Times New Roman" w:cs="Times New Roman"/>
                <w:color w:val="000000"/>
              </w:rPr>
              <w:t>b</w:t>
            </w:r>
          </w:p>
        </w:tc>
        <w:tc>
          <w:tcPr>
            <w:tcW w:w="699" w:type="pct"/>
            <w:shd w:val="clear" w:color="auto" w:fill="auto"/>
            <w:vAlign w:val="center"/>
          </w:tcPr>
          <w:p w14:paraId="4DC1A7B6" w14:textId="01E565B9"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4.89</w:t>
            </w:r>
            <w:r w:rsidR="00F030D8">
              <w:rPr>
                <w:rFonts w:ascii="Times New Roman" w:eastAsia="Times New Roman" w:hAnsi="Times New Roman" w:cs="Times New Roman"/>
                <w:color w:val="000000"/>
              </w:rPr>
              <w:t>b</w:t>
            </w:r>
          </w:p>
        </w:tc>
      </w:tr>
      <w:tr w:rsidR="00DE5BA2" w:rsidRPr="00DE5BA2" w14:paraId="05940C5C" w14:textId="77777777" w:rsidTr="00DE5BA2">
        <w:trPr>
          <w:trHeight w:val="20"/>
          <w:jc w:val="center"/>
        </w:trPr>
        <w:tc>
          <w:tcPr>
            <w:tcW w:w="694" w:type="pct"/>
            <w:shd w:val="clear" w:color="auto" w:fill="auto"/>
            <w:vAlign w:val="center"/>
          </w:tcPr>
          <w:p w14:paraId="0E98A971"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T</w:t>
            </w:r>
            <w:r w:rsidRPr="00DE5BA2">
              <w:rPr>
                <w:rFonts w:ascii="Times New Roman" w:eastAsia="Times New Roman" w:hAnsi="Times New Roman" w:cs="Times New Roman"/>
                <w:color w:val="000000"/>
                <w:vertAlign w:val="subscript"/>
              </w:rPr>
              <w:t>13</w:t>
            </w:r>
          </w:p>
        </w:tc>
        <w:tc>
          <w:tcPr>
            <w:tcW w:w="1208" w:type="pct"/>
            <w:shd w:val="clear" w:color="auto" w:fill="auto"/>
            <w:vAlign w:val="center"/>
          </w:tcPr>
          <w:p w14:paraId="11A91624"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Vipul booster @ 1.5 ml/l</w:t>
            </w:r>
          </w:p>
        </w:tc>
        <w:tc>
          <w:tcPr>
            <w:tcW w:w="565" w:type="pct"/>
            <w:shd w:val="clear" w:color="auto" w:fill="auto"/>
            <w:vAlign w:val="center"/>
          </w:tcPr>
          <w:p w14:paraId="1EC31E80" w14:textId="7A7409D7"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63.47</w:t>
            </w:r>
            <w:r w:rsidR="00F030D8">
              <w:rPr>
                <w:rFonts w:ascii="Times New Roman" w:eastAsia="Times New Roman" w:hAnsi="Times New Roman" w:cs="Times New Roman"/>
                <w:color w:val="000000"/>
              </w:rPr>
              <w:t>b</w:t>
            </w:r>
          </w:p>
        </w:tc>
        <w:tc>
          <w:tcPr>
            <w:tcW w:w="342" w:type="pct"/>
            <w:shd w:val="clear" w:color="auto" w:fill="auto"/>
            <w:vAlign w:val="center"/>
          </w:tcPr>
          <w:p w14:paraId="3E75C98D" w14:textId="62631E6F"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9.23</w:t>
            </w:r>
            <w:r w:rsidR="00F030D8">
              <w:rPr>
                <w:rFonts w:ascii="Times New Roman" w:eastAsia="Times New Roman" w:hAnsi="Times New Roman" w:cs="Times New Roman"/>
                <w:color w:val="000000"/>
              </w:rPr>
              <w:t>ab</w:t>
            </w:r>
          </w:p>
        </w:tc>
        <w:tc>
          <w:tcPr>
            <w:tcW w:w="484" w:type="pct"/>
            <w:shd w:val="clear" w:color="auto" w:fill="auto"/>
            <w:vAlign w:val="center"/>
          </w:tcPr>
          <w:p w14:paraId="47C1F0C7" w14:textId="1364784D"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32.53</w:t>
            </w:r>
            <w:r w:rsidR="00F030D8">
              <w:rPr>
                <w:rFonts w:ascii="Times New Roman" w:eastAsia="Times New Roman" w:hAnsi="Times New Roman" w:cs="Times New Roman"/>
                <w:color w:val="000000"/>
              </w:rPr>
              <w:t>b</w:t>
            </w:r>
          </w:p>
        </w:tc>
        <w:tc>
          <w:tcPr>
            <w:tcW w:w="545" w:type="pct"/>
            <w:shd w:val="clear" w:color="auto" w:fill="auto"/>
            <w:vAlign w:val="center"/>
          </w:tcPr>
          <w:p w14:paraId="763ED1DD" w14:textId="52157493"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2.80</w:t>
            </w:r>
            <w:r w:rsidR="00F030D8">
              <w:rPr>
                <w:rFonts w:ascii="Times New Roman" w:eastAsia="Times New Roman" w:hAnsi="Times New Roman" w:cs="Times New Roman"/>
                <w:color w:val="000000"/>
              </w:rPr>
              <w:t>b</w:t>
            </w:r>
          </w:p>
        </w:tc>
        <w:tc>
          <w:tcPr>
            <w:tcW w:w="463" w:type="pct"/>
            <w:shd w:val="clear" w:color="auto" w:fill="auto"/>
            <w:vAlign w:val="center"/>
          </w:tcPr>
          <w:p w14:paraId="630607BD" w14:textId="2D5C8BCE"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93.03</w:t>
            </w:r>
            <w:r w:rsidR="00F030D8">
              <w:rPr>
                <w:rFonts w:ascii="Times New Roman" w:eastAsia="Times New Roman" w:hAnsi="Times New Roman" w:cs="Times New Roman"/>
                <w:color w:val="000000"/>
              </w:rPr>
              <w:t>b</w:t>
            </w:r>
          </w:p>
        </w:tc>
        <w:tc>
          <w:tcPr>
            <w:tcW w:w="699" w:type="pct"/>
            <w:shd w:val="clear" w:color="auto" w:fill="auto"/>
            <w:vAlign w:val="center"/>
          </w:tcPr>
          <w:p w14:paraId="7963D29F" w14:textId="2A32CF4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4.97</w:t>
            </w:r>
            <w:r w:rsidR="00F030D8">
              <w:rPr>
                <w:rFonts w:ascii="Times New Roman" w:eastAsia="Times New Roman" w:hAnsi="Times New Roman" w:cs="Times New Roman"/>
                <w:color w:val="000000"/>
              </w:rPr>
              <w:t>b</w:t>
            </w:r>
          </w:p>
        </w:tc>
      </w:tr>
      <w:tr w:rsidR="00DE5BA2" w:rsidRPr="00DE5BA2" w14:paraId="6017D217" w14:textId="77777777" w:rsidTr="00DE5BA2">
        <w:trPr>
          <w:trHeight w:val="20"/>
          <w:jc w:val="center"/>
        </w:trPr>
        <w:tc>
          <w:tcPr>
            <w:tcW w:w="1902" w:type="pct"/>
            <w:gridSpan w:val="2"/>
            <w:shd w:val="clear" w:color="auto" w:fill="auto"/>
            <w:vAlign w:val="center"/>
          </w:tcPr>
          <w:p w14:paraId="1BAADCCC"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SE(m) ±</w:t>
            </w:r>
          </w:p>
        </w:tc>
        <w:tc>
          <w:tcPr>
            <w:tcW w:w="565" w:type="pct"/>
            <w:shd w:val="clear" w:color="auto" w:fill="auto"/>
            <w:vAlign w:val="center"/>
          </w:tcPr>
          <w:p w14:paraId="04E53A81" w14:textId="77777777"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2.79</w:t>
            </w:r>
          </w:p>
        </w:tc>
        <w:tc>
          <w:tcPr>
            <w:tcW w:w="342" w:type="pct"/>
            <w:shd w:val="clear" w:color="auto" w:fill="auto"/>
            <w:vAlign w:val="center"/>
          </w:tcPr>
          <w:p w14:paraId="690229C6" w14:textId="77777777"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1.93</w:t>
            </w:r>
          </w:p>
        </w:tc>
        <w:tc>
          <w:tcPr>
            <w:tcW w:w="484" w:type="pct"/>
            <w:shd w:val="clear" w:color="auto" w:fill="auto"/>
            <w:vAlign w:val="center"/>
          </w:tcPr>
          <w:p w14:paraId="130972A4"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2.02</w:t>
            </w:r>
          </w:p>
        </w:tc>
        <w:tc>
          <w:tcPr>
            <w:tcW w:w="545" w:type="pct"/>
            <w:shd w:val="clear" w:color="auto" w:fill="auto"/>
            <w:vAlign w:val="center"/>
          </w:tcPr>
          <w:p w14:paraId="6C7FABA8"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0.42</w:t>
            </w:r>
          </w:p>
        </w:tc>
        <w:tc>
          <w:tcPr>
            <w:tcW w:w="463" w:type="pct"/>
            <w:shd w:val="clear" w:color="auto" w:fill="auto"/>
            <w:vAlign w:val="center"/>
          </w:tcPr>
          <w:p w14:paraId="78E94111"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52.51</w:t>
            </w:r>
          </w:p>
        </w:tc>
        <w:tc>
          <w:tcPr>
            <w:tcW w:w="699" w:type="pct"/>
            <w:shd w:val="clear" w:color="auto" w:fill="auto"/>
            <w:vAlign w:val="center"/>
          </w:tcPr>
          <w:p w14:paraId="27721EE4"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0.50</w:t>
            </w:r>
          </w:p>
        </w:tc>
      </w:tr>
      <w:tr w:rsidR="00DE5BA2" w:rsidRPr="00DE5BA2" w14:paraId="1E823448" w14:textId="77777777" w:rsidTr="00DE5BA2">
        <w:trPr>
          <w:trHeight w:val="20"/>
          <w:jc w:val="center"/>
        </w:trPr>
        <w:tc>
          <w:tcPr>
            <w:tcW w:w="1902" w:type="pct"/>
            <w:gridSpan w:val="2"/>
            <w:shd w:val="clear" w:color="auto" w:fill="auto"/>
            <w:vAlign w:val="center"/>
          </w:tcPr>
          <w:p w14:paraId="0CE39E37" w14:textId="77777777"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CD (5%)</w:t>
            </w:r>
          </w:p>
        </w:tc>
        <w:tc>
          <w:tcPr>
            <w:tcW w:w="565" w:type="pct"/>
            <w:shd w:val="clear" w:color="auto" w:fill="auto"/>
            <w:vAlign w:val="center"/>
          </w:tcPr>
          <w:p w14:paraId="13396000" w14:textId="77777777"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6.71</w:t>
            </w:r>
          </w:p>
        </w:tc>
        <w:tc>
          <w:tcPr>
            <w:tcW w:w="342" w:type="pct"/>
            <w:shd w:val="clear" w:color="auto" w:fill="auto"/>
            <w:vAlign w:val="center"/>
          </w:tcPr>
          <w:p w14:paraId="1B24A66F" w14:textId="77777777" w:rsidR="00DE5BA2" w:rsidRPr="00DE5BA2" w:rsidRDefault="00DE5BA2" w:rsidP="00F030D8">
            <w:pPr>
              <w:widowControl w:val="0"/>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4.65</w:t>
            </w:r>
          </w:p>
        </w:tc>
        <w:tc>
          <w:tcPr>
            <w:tcW w:w="484" w:type="pct"/>
            <w:shd w:val="clear" w:color="auto" w:fill="auto"/>
            <w:vAlign w:val="center"/>
          </w:tcPr>
          <w:p w14:paraId="6811C045"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4.87</w:t>
            </w:r>
          </w:p>
        </w:tc>
        <w:tc>
          <w:tcPr>
            <w:tcW w:w="545" w:type="pct"/>
            <w:shd w:val="clear" w:color="auto" w:fill="auto"/>
            <w:vAlign w:val="center"/>
          </w:tcPr>
          <w:p w14:paraId="0C0A1001"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1.00</w:t>
            </w:r>
          </w:p>
        </w:tc>
        <w:tc>
          <w:tcPr>
            <w:tcW w:w="463" w:type="pct"/>
            <w:shd w:val="clear" w:color="auto" w:fill="auto"/>
            <w:vAlign w:val="center"/>
          </w:tcPr>
          <w:p w14:paraId="7914B048"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126.64</w:t>
            </w:r>
          </w:p>
        </w:tc>
        <w:tc>
          <w:tcPr>
            <w:tcW w:w="699" w:type="pct"/>
            <w:shd w:val="clear" w:color="auto" w:fill="auto"/>
            <w:vAlign w:val="center"/>
          </w:tcPr>
          <w:p w14:paraId="29BBA3A8" w14:textId="77777777" w:rsidR="00DE5BA2" w:rsidRPr="00DE5BA2" w:rsidRDefault="00DE5BA2" w:rsidP="00F030D8">
            <w:pPr>
              <w:widowControl w:val="0"/>
              <w:tabs>
                <w:tab w:val="center" w:pos="4513"/>
                <w:tab w:val="right" w:pos="9026"/>
              </w:tabs>
              <w:autoSpaceDE w:val="0"/>
              <w:autoSpaceDN w:val="0"/>
              <w:spacing w:before="88" w:after="88" w:line="240" w:lineRule="auto"/>
              <w:rPr>
                <w:rFonts w:ascii="Times New Roman" w:eastAsia="Times New Roman" w:hAnsi="Times New Roman" w:cs="Times New Roman"/>
                <w:color w:val="000000"/>
              </w:rPr>
            </w:pPr>
            <w:r w:rsidRPr="00DE5BA2">
              <w:rPr>
                <w:rFonts w:ascii="Times New Roman" w:eastAsia="Times New Roman" w:hAnsi="Times New Roman" w:cs="Times New Roman"/>
                <w:color w:val="000000"/>
              </w:rPr>
              <w:t>1.21</w:t>
            </w:r>
          </w:p>
        </w:tc>
      </w:tr>
      <w:bookmarkEnd w:id="12"/>
      <w:bookmarkEnd w:id="13"/>
    </w:tbl>
    <w:p w14:paraId="0758D25E" w14:textId="77777777" w:rsidR="00860B6E" w:rsidRDefault="00860B6E">
      <w:pPr>
        <w:pStyle w:val="Heading1"/>
        <w:sectPr w:rsidR="00860B6E" w:rsidSect="00DE5BA2">
          <w:pgSz w:w="15840" w:h="12240" w:orient="landscape"/>
          <w:pgMar w:top="1440" w:right="1440" w:bottom="1440" w:left="1440" w:header="720" w:footer="720" w:gutter="0"/>
          <w:cols w:space="720"/>
          <w:docGrid w:linePitch="360"/>
        </w:sectPr>
      </w:pPr>
    </w:p>
    <w:p w14:paraId="4CEEE569" w14:textId="2E4AD90A" w:rsidR="00860B6E" w:rsidRPr="00860B6E" w:rsidRDefault="00E72751" w:rsidP="00860B6E">
      <w:pPr>
        <w:widowControl w:val="0"/>
        <w:autoSpaceDE w:val="0"/>
        <w:autoSpaceDN w:val="0"/>
        <w:spacing w:before="100" w:beforeAutospacing="1" w:after="100" w:afterAutospacing="1" w:line="240" w:lineRule="auto"/>
        <w:jc w:val="both"/>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3.4 </w:t>
      </w:r>
      <w:r w:rsidR="00860B6E" w:rsidRPr="00860B6E">
        <w:rPr>
          <w:rFonts w:ascii="Times New Roman" w:eastAsia="Times New Roman" w:hAnsi="Times New Roman" w:cs="Times New Roman"/>
          <w:b/>
          <w:bCs/>
          <w:color w:val="000000"/>
          <w:sz w:val="24"/>
          <w:szCs w:val="24"/>
        </w:rPr>
        <w:t>Plant grade and colour grade</w:t>
      </w:r>
    </w:p>
    <w:p w14:paraId="42D5101C" w14:textId="285C0095" w:rsidR="00507267" w:rsidRPr="00860B6E" w:rsidRDefault="00860B6E" w:rsidP="00507267">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Colour grade and plant grade parameters were also influenced by bioenzyme application. Light reddish green colour leaves with poor, unsaleable traits were observed visually in case of control (T</w:t>
      </w:r>
      <w:r w:rsidRPr="00860B6E">
        <w:rPr>
          <w:rFonts w:ascii="Times New Roman" w:eastAsia="Times New Roman" w:hAnsi="Times New Roman" w:cs="Times New Roman"/>
          <w:color w:val="000000"/>
          <w:sz w:val="24"/>
          <w:szCs w:val="24"/>
          <w:vertAlign w:val="subscript"/>
        </w:rPr>
        <w:t>1</w:t>
      </w:r>
      <w:r w:rsidRPr="00860B6E">
        <w:rPr>
          <w:rFonts w:ascii="Times New Roman" w:eastAsia="Times New Roman" w:hAnsi="Times New Roman" w:cs="Times New Roman"/>
          <w:color w:val="000000"/>
          <w:sz w:val="24"/>
          <w:szCs w:val="24"/>
        </w:rPr>
        <w:t>), whereas application of different bioenzymes improved colour, saleable quality and visual appealing of Cordyline foliage giving luxurious growth in rest of the treatments</w:t>
      </w:r>
      <w:r w:rsidR="00507267">
        <w:rPr>
          <w:rFonts w:ascii="Times New Roman" w:eastAsia="Times New Roman" w:hAnsi="Times New Roman" w:cs="Times New Roman"/>
          <w:color w:val="000000"/>
          <w:sz w:val="24"/>
          <w:szCs w:val="24"/>
        </w:rPr>
        <w:t xml:space="preserve"> (Table 5)</w:t>
      </w:r>
      <w:r w:rsidRPr="00860B6E">
        <w:rPr>
          <w:rFonts w:ascii="Times New Roman" w:eastAsia="Times New Roman" w:hAnsi="Times New Roman" w:cs="Times New Roman"/>
          <w:color w:val="000000"/>
          <w:sz w:val="24"/>
          <w:szCs w:val="24"/>
        </w:rPr>
        <w:t>.</w:t>
      </w:r>
      <w:r w:rsidR="00507267">
        <w:rPr>
          <w:rFonts w:ascii="Times New Roman" w:eastAsia="Times New Roman" w:hAnsi="Times New Roman" w:cs="Times New Roman"/>
          <w:color w:val="000000"/>
          <w:sz w:val="24"/>
          <w:szCs w:val="24"/>
        </w:rPr>
        <w:t xml:space="preserve"> Application of Triacontanol @1.0 ml/l in treatment T</w:t>
      </w:r>
      <w:r w:rsidR="00507267" w:rsidRPr="00507267">
        <w:rPr>
          <w:rFonts w:ascii="Times New Roman" w:eastAsia="Times New Roman" w:hAnsi="Times New Roman" w:cs="Times New Roman"/>
          <w:color w:val="000000"/>
          <w:sz w:val="24"/>
          <w:szCs w:val="24"/>
          <w:vertAlign w:val="subscript"/>
        </w:rPr>
        <w:t>8</w:t>
      </w:r>
      <w:r w:rsidR="00507267">
        <w:rPr>
          <w:rFonts w:ascii="Times New Roman" w:eastAsia="Times New Roman" w:hAnsi="Times New Roman" w:cs="Times New Roman"/>
          <w:color w:val="000000"/>
          <w:sz w:val="24"/>
          <w:szCs w:val="24"/>
        </w:rPr>
        <w:t xml:space="preserve"> also resulted in emergence of flower stalk measuring 16.5 cm with cup shaped sweet smelling pinkish white colour flower (Fig. 13)</w:t>
      </w:r>
    </w:p>
    <w:p w14:paraId="23564E77" w14:textId="03A59683" w:rsidR="00860B6E" w:rsidRDefault="00E72751">
      <w:pPr>
        <w:pStyle w:val="Heading1"/>
      </w:pPr>
      <w:r>
        <w:rPr>
          <w:rFonts w:ascii="Times New Roman" w:eastAsia="Times New Roman" w:hAnsi="Times New Roman" w:cs="Times New Roman"/>
          <w:color w:val="000000"/>
          <w:sz w:val="24"/>
          <w:szCs w:val="24"/>
        </w:rPr>
        <w:t xml:space="preserve">3.5 </w:t>
      </w:r>
      <w:r w:rsidRPr="00860B6E">
        <w:rPr>
          <w:rFonts w:ascii="Times New Roman" w:eastAsia="Times New Roman" w:hAnsi="Times New Roman" w:cs="Times New Roman"/>
          <w:color w:val="000000"/>
          <w:sz w:val="24"/>
          <w:szCs w:val="24"/>
        </w:rPr>
        <w:t>Vase life (days)</w:t>
      </w:r>
    </w:p>
    <w:p w14:paraId="410CE3CD" w14:textId="04768C03" w:rsidR="00E72751" w:rsidRPr="00853F91" w:rsidRDefault="00E72751" w:rsidP="00E72751">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853F91">
        <w:rPr>
          <w:rFonts w:ascii="Times New Roman" w:eastAsia="Times New Roman" w:hAnsi="Times New Roman" w:cs="Times New Roman"/>
          <w:color w:val="000000"/>
          <w:sz w:val="24"/>
          <w:szCs w:val="24"/>
        </w:rPr>
        <w:t>The result pertaining to vase life studies of cut flower in distilled water indicated that maximum vase life was seen in foliage of the Cordyline plants sprayed with Booster @ 1.5 ml/l (T</w:t>
      </w:r>
      <w:r w:rsidRPr="00853F91">
        <w:rPr>
          <w:rFonts w:ascii="Times New Roman" w:eastAsia="Times New Roman" w:hAnsi="Times New Roman" w:cs="Times New Roman"/>
          <w:color w:val="000000"/>
          <w:sz w:val="24"/>
          <w:szCs w:val="24"/>
          <w:vertAlign w:val="subscript"/>
        </w:rPr>
        <w:t>11</w:t>
      </w:r>
      <w:r w:rsidRPr="00853F91">
        <w:rPr>
          <w:rFonts w:ascii="Times New Roman" w:eastAsia="Times New Roman" w:hAnsi="Times New Roman" w:cs="Times New Roman"/>
          <w:color w:val="000000"/>
          <w:sz w:val="24"/>
          <w:szCs w:val="24"/>
        </w:rPr>
        <w:t>) with 23 days. It was followed by Biozyme vegetable plus @ 1.5 ml/l (T</w:t>
      </w:r>
      <w:r w:rsidRPr="00853F91">
        <w:rPr>
          <w:rFonts w:ascii="Times New Roman" w:eastAsia="Times New Roman" w:hAnsi="Times New Roman" w:cs="Times New Roman"/>
          <w:color w:val="000000"/>
          <w:sz w:val="24"/>
          <w:szCs w:val="24"/>
          <w:vertAlign w:val="subscript"/>
        </w:rPr>
        <w:t>10</w:t>
      </w:r>
      <w:r w:rsidRPr="00853F91">
        <w:rPr>
          <w:rFonts w:ascii="Times New Roman" w:eastAsia="Times New Roman" w:hAnsi="Times New Roman" w:cs="Times New Roman"/>
          <w:color w:val="000000"/>
          <w:sz w:val="24"/>
          <w:szCs w:val="24"/>
        </w:rPr>
        <w:t>) with 22 days. The effect of bioenzymes on vase life was significantly increased in all treatments and was different. Minimum vase life was seen in control (T</w:t>
      </w:r>
      <w:r w:rsidRPr="00853F91">
        <w:rPr>
          <w:rFonts w:ascii="Times New Roman" w:eastAsia="Times New Roman" w:hAnsi="Times New Roman" w:cs="Times New Roman"/>
          <w:color w:val="000000"/>
          <w:sz w:val="24"/>
          <w:szCs w:val="24"/>
          <w:vertAlign w:val="subscript"/>
        </w:rPr>
        <w:t>1</w:t>
      </w:r>
      <w:r w:rsidRPr="00853F91">
        <w:rPr>
          <w:rFonts w:ascii="Times New Roman" w:eastAsia="Times New Roman" w:hAnsi="Times New Roman" w:cs="Times New Roman"/>
          <w:color w:val="000000"/>
          <w:sz w:val="24"/>
          <w:szCs w:val="24"/>
        </w:rPr>
        <w:t>) with 13 days</w:t>
      </w:r>
      <w:r w:rsidR="00507267">
        <w:rPr>
          <w:rFonts w:ascii="Times New Roman" w:eastAsia="Times New Roman" w:hAnsi="Times New Roman" w:cs="Times New Roman"/>
          <w:color w:val="000000"/>
          <w:sz w:val="24"/>
          <w:szCs w:val="24"/>
        </w:rPr>
        <w:t xml:space="preserve"> (Table 5)</w:t>
      </w:r>
      <w:r w:rsidRPr="00853F91">
        <w:rPr>
          <w:rFonts w:ascii="Times New Roman" w:eastAsia="Times New Roman" w:hAnsi="Times New Roman" w:cs="Times New Roman"/>
          <w:color w:val="000000"/>
          <w:sz w:val="24"/>
          <w:szCs w:val="24"/>
        </w:rPr>
        <w:t>.</w:t>
      </w:r>
    </w:p>
    <w:p w14:paraId="268C0EA2" w14:textId="646A1102" w:rsidR="00E72751" w:rsidRDefault="00E72751" w:rsidP="00E72751">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rPr>
      </w:pPr>
      <w:r w:rsidRPr="00853F91">
        <w:rPr>
          <w:rFonts w:ascii="Times New Roman" w:eastAsia="Times New Roman" w:hAnsi="Times New Roman" w:cs="Times New Roman"/>
          <w:color w:val="000000"/>
          <w:sz w:val="24"/>
          <w:szCs w:val="24"/>
        </w:rPr>
        <w:t xml:space="preserve">The result obtained in the present investigation were in line with the works of Favero </w:t>
      </w:r>
      <w:r w:rsidRPr="00853F91">
        <w:rPr>
          <w:rFonts w:ascii="Times New Roman" w:eastAsia="Times New Roman" w:hAnsi="Times New Roman" w:cs="Times New Roman"/>
          <w:i/>
          <w:iCs/>
          <w:color w:val="000000"/>
          <w:sz w:val="24"/>
          <w:szCs w:val="24"/>
        </w:rPr>
        <w:t>et al</w:t>
      </w:r>
      <w:r w:rsidRPr="00853F91">
        <w:rPr>
          <w:rFonts w:ascii="Times New Roman" w:eastAsia="Times New Roman" w:hAnsi="Times New Roman" w:cs="Times New Roman"/>
          <w:color w:val="000000"/>
          <w:sz w:val="24"/>
          <w:szCs w:val="24"/>
        </w:rPr>
        <w:t xml:space="preserve">. (2011) who observed that Branches of </w:t>
      </w:r>
      <w:r w:rsidRPr="00853F91">
        <w:rPr>
          <w:rFonts w:ascii="Times New Roman" w:eastAsia="Times New Roman" w:hAnsi="Times New Roman" w:cs="Times New Roman"/>
          <w:i/>
          <w:iCs/>
          <w:color w:val="000000"/>
          <w:sz w:val="24"/>
          <w:szCs w:val="24"/>
        </w:rPr>
        <w:t>C. terminalis</w:t>
      </w:r>
      <w:r w:rsidRPr="00853F91">
        <w:rPr>
          <w:rFonts w:ascii="Times New Roman" w:eastAsia="Times New Roman" w:hAnsi="Times New Roman" w:cs="Times New Roman"/>
          <w:color w:val="000000"/>
          <w:sz w:val="24"/>
          <w:szCs w:val="24"/>
        </w:rPr>
        <w:t xml:space="preserve"> ‘Green’ and ‘Red’ from control group, pulsed with GA</w:t>
      </w:r>
      <w:r w:rsidRPr="00853F91">
        <w:rPr>
          <w:rFonts w:ascii="Times New Roman" w:eastAsia="Times New Roman" w:hAnsi="Times New Roman" w:cs="Times New Roman"/>
          <w:color w:val="000000"/>
          <w:sz w:val="24"/>
          <w:szCs w:val="24"/>
          <w:vertAlign w:val="subscript"/>
        </w:rPr>
        <w:t>3</w:t>
      </w:r>
      <w:r w:rsidRPr="00853F91">
        <w:rPr>
          <w:rFonts w:ascii="Times New Roman" w:eastAsia="Times New Roman" w:hAnsi="Times New Roman" w:cs="Times New Roman"/>
          <w:color w:val="000000"/>
          <w:sz w:val="24"/>
          <w:szCs w:val="24"/>
        </w:rPr>
        <w:t xml:space="preserve">, wax sprayed and the ones stored at 5, 10 and 13°C for 10 days had a vase life of 21 days and those kept at 5, 10 and 13°C for 20 days had a vase life of 14 days. It was concluded that </w:t>
      </w:r>
      <w:r w:rsidRPr="00853F91">
        <w:rPr>
          <w:rFonts w:ascii="Times New Roman" w:eastAsia="Times New Roman" w:hAnsi="Times New Roman" w:cs="Times New Roman"/>
          <w:i/>
          <w:iCs/>
          <w:color w:val="000000"/>
          <w:sz w:val="24"/>
          <w:szCs w:val="24"/>
        </w:rPr>
        <w:t>C. terminalis</w:t>
      </w:r>
      <w:r w:rsidRPr="00853F91">
        <w:rPr>
          <w:rFonts w:ascii="Times New Roman" w:eastAsia="Times New Roman" w:hAnsi="Times New Roman" w:cs="Times New Roman"/>
          <w:color w:val="000000"/>
          <w:sz w:val="24"/>
          <w:szCs w:val="24"/>
        </w:rPr>
        <w:t xml:space="preserve"> ‘Green’ and ‘Red’ can be cold stored from 5 to 13°C without any damage up to 10 days. GA</w:t>
      </w:r>
      <w:r w:rsidRPr="00853F91">
        <w:rPr>
          <w:rFonts w:ascii="Times New Roman" w:eastAsia="Times New Roman" w:hAnsi="Times New Roman" w:cs="Times New Roman"/>
          <w:color w:val="000000"/>
          <w:sz w:val="24"/>
          <w:szCs w:val="24"/>
          <w:vertAlign w:val="subscript"/>
        </w:rPr>
        <w:t>3</w:t>
      </w:r>
      <w:r w:rsidRPr="00853F91">
        <w:rPr>
          <w:rFonts w:ascii="Times New Roman" w:eastAsia="Times New Roman" w:hAnsi="Times New Roman" w:cs="Times New Roman"/>
          <w:color w:val="000000"/>
          <w:sz w:val="24"/>
          <w:szCs w:val="24"/>
        </w:rPr>
        <w:t xml:space="preserve"> or wax spray does not improve vase life of both cultivars.</w:t>
      </w:r>
      <w:r w:rsidRPr="00853F91">
        <w:rPr>
          <w:rFonts w:ascii="Times New Roman" w:eastAsia="Times New Roman" w:hAnsi="Times New Roman" w:cs="Times New Roman"/>
          <w:i/>
          <w:iCs/>
          <w:color w:val="000000"/>
          <w:sz w:val="24"/>
          <w:szCs w:val="24"/>
        </w:rPr>
        <w:t xml:space="preserve"> </w:t>
      </w:r>
      <w:r w:rsidRPr="00853F91">
        <w:rPr>
          <w:rFonts w:ascii="Times New Roman" w:eastAsia="Times New Roman" w:hAnsi="Times New Roman" w:cs="Times New Roman"/>
          <w:color w:val="000000"/>
          <w:sz w:val="24"/>
          <w:szCs w:val="24"/>
        </w:rPr>
        <w:t xml:space="preserve">Similarly, Gaurav </w:t>
      </w:r>
      <w:r w:rsidRPr="00853F91">
        <w:rPr>
          <w:rFonts w:ascii="Times New Roman" w:eastAsia="Times New Roman" w:hAnsi="Times New Roman" w:cs="Times New Roman"/>
          <w:i/>
          <w:iCs/>
          <w:color w:val="000000"/>
          <w:sz w:val="24"/>
          <w:szCs w:val="24"/>
        </w:rPr>
        <w:t>et al</w:t>
      </w:r>
      <w:r w:rsidRPr="00853F91">
        <w:rPr>
          <w:rFonts w:ascii="Times New Roman" w:eastAsia="Times New Roman" w:hAnsi="Times New Roman" w:cs="Times New Roman"/>
          <w:color w:val="000000"/>
          <w:sz w:val="24"/>
          <w:szCs w:val="24"/>
        </w:rPr>
        <w:t>. (2015) observed that higher vase life was obtained at 35% and 50% shade level due to better chlorophyll content, fresh weight, photosynthesis rate and lower transpiration rate</w:t>
      </w:r>
      <w:r>
        <w:rPr>
          <w:rFonts w:ascii="Times New Roman" w:eastAsia="Times New Roman" w:hAnsi="Times New Roman" w:cs="Times New Roman"/>
          <w:color w:val="000000"/>
          <w:sz w:val="24"/>
          <w:szCs w:val="24"/>
        </w:rPr>
        <w:t>.</w:t>
      </w:r>
    </w:p>
    <w:p w14:paraId="23FFD587" w14:textId="77777777" w:rsidR="00E72751" w:rsidRDefault="00E72751" w:rsidP="00E72751"/>
    <w:p w14:paraId="18340ADC" w14:textId="72BDD902" w:rsidR="00E72751" w:rsidRDefault="00E72751" w:rsidP="00E72751">
      <w:pPr>
        <w:rPr>
          <w:rFonts w:ascii="Times New Roman" w:hAnsi="Times New Roman" w:cs="Times New Roman"/>
          <w:b/>
          <w:bCs/>
          <w:sz w:val="24"/>
          <w:szCs w:val="24"/>
        </w:rPr>
      </w:pPr>
      <w:r w:rsidRPr="00E72751">
        <w:rPr>
          <w:rFonts w:ascii="Times New Roman" w:hAnsi="Times New Roman" w:cs="Times New Roman"/>
          <w:b/>
          <w:bCs/>
          <w:sz w:val="24"/>
          <w:szCs w:val="24"/>
        </w:rPr>
        <w:t>3.6 Chlorophyll content</w:t>
      </w:r>
    </w:p>
    <w:p w14:paraId="799CA4B3" w14:textId="26A7F27F" w:rsidR="00E72751" w:rsidRPr="00E72751" w:rsidRDefault="00D741BC" w:rsidP="00E72751">
      <w:pPr>
        <w:rPr>
          <w:rFonts w:ascii="Times New Roman" w:hAnsi="Times New Roman" w:cs="Times New Roman"/>
          <w:sz w:val="24"/>
          <w:szCs w:val="24"/>
        </w:rPr>
        <w:sectPr w:rsidR="00E72751" w:rsidRPr="00E72751" w:rsidSect="00860B6E">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Chlorophyll content of leaf was estimated with help of spectrophotometer after 90 DAP. Maximum Chlorophyll </w:t>
      </w:r>
      <w:r w:rsidR="00411FAB">
        <w:rPr>
          <w:rFonts w:ascii="Times New Roman" w:hAnsi="Times New Roman" w:cs="Times New Roman"/>
          <w:sz w:val="24"/>
          <w:szCs w:val="24"/>
        </w:rPr>
        <w:t xml:space="preserve">content (3.08 mg/g leaf) was recorded in </w:t>
      </w:r>
      <w:r w:rsidR="00411FAB" w:rsidRPr="00853F91">
        <w:rPr>
          <w:rFonts w:ascii="Times New Roman" w:eastAsia="Times New Roman" w:hAnsi="Times New Roman" w:cs="Times New Roman"/>
          <w:color w:val="000000"/>
          <w:sz w:val="24"/>
          <w:szCs w:val="24"/>
        </w:rPr>
        <w:t>T</w:t>
      </w:r>
      <w:r w:rsidR="00411FAB" w:rsidRPr="00853F91">
        <w:rPr>
          <w:rFonts w:ascii="Times New Roman" w:eastAsia="Times New Roman" w:hAnsi="Times New Roman" w:cs="Times New Roman"/>
          <w:color w:val="000000"/>
          <w:sz w:val="24"/>
          <w:szCs w:val="24"/>
          <w:vertAlign w:val="subscript"/>
        </w:rPr>
        <w:t>11</w:t>
      </w:r>
      <w:r w:rsidR="00411FAB">
        <w:rPr>
          <w:rFonts w:ascii="Times New Roman" w:eastAsia="Times New Roman" w:hAnsi="Times New Roman" w:cs="Times New Roman"/>
          <w:color w:val="000000"/>
          <w:sz w:val="24"/>
          <w:szCs w:val="24"/>
          <w:vertAlign w:val="subscript"/>
        </w:rPr>
        <w:t xml:space="preserve"> </w:t>
      </w:r>
      <w:r w:rsidR="00411FAB" w:rsidRPr="00411FAB">
        <w:rPr>
          <w:rFonts w:ascii="Times New Roman" w:eastAsia="Times New Roman" w:hAnsi="Times New Roman" w:cs="Times New Roman"/>
          <w:color w:val="000000"/>
          <w:sz w:val="24"/>
          <w:szCs w:val="24"/>
        </w:rPr>
        <w:t>which was at par with</w:t>
      </w:r>
      <w:r w:rsidR="00411FAB">
        <w:rPr>
          <w:rFonts w:ascii="Times New Roman" w:eastAsia="Times New Roman" w:hAnsi="Times New Roman" w:cs="Times New Roman"/>
          <w:color w:val="000000"/>
          <w:sz w:val="24"/>
          <w:szCs w:val="24"/>
        </w:rPr>
        <w:t xml:space="preserve"> T</w:t>
      </w:r>
      <w:r w:rsidR="00411FAB" w:rsidRPr="00853F91">
        <w:rPr>
          <w:rFonts w:ascii="Times New Roman" w:eastAsia="Times New Roman" w:hAnsi="Times New Roman" w:cs="Times New Roman"/>
          <w:color w:val="000000"/>
          <w:sz w:val="24"/>
          <w:szCs w:val="24"/>
          <w:vertAlign w:val="subscript"/>
        </w:rPr>
        <w:t>1</w:t>
      </w:r>
      <w:r w:rsidR="00411FAB">
        <w:rPr>
          <w:rFonts w:ascii="Times New Roman" w:eastAsia="Times New Roman" w:hAnsi="Times New Roman" w:cs="Times New Roman"/>
          <w:color w:val="000000"/>
          <w:sz w:val="24"/>
          <w:szCs w:val="24"/>
          <w:vertAlign w:val="subscript"/>
        </w:rPr>
        <w:t xml:space="preserve">0 </w:t>
      </w:r>
      <w:r w:rsidR="00411FAB" w:rsidRPr="00411FAB">
        <w:rPr>
          <w:rFonts w:ascii="Times New Roman" w:eastAsia="Times New Roman" w:hAnsi="Times New Roman" w:cs="Times New Roman"/>
          <w:color w:val="000000"/>
          <w:sz w:val="24"/>
          <w:szCs w:val="24"/>
        </w:rPr>
        <w:t>(3.08 mg/g leaf)</w:t>
      </w:r>
      <w:r w:rsidR="00411FAB">
        <w:rPr>
          <w:rFonts w:ascii="Times New Roman" w:eastAsia="Times New Roman" w:hAnsi="Times New Roman" w:cs="Times New Roman"/>
          <w:color w:val="000000"/>
          <w:sz w:val="24"/>
          <w:szCs w:val="24"/>
        </w:rPr>
        <w:t xml:space="preserve"> significantly</w:t>
      </w:r>
      <w:r w:rsidR="00507267">
        <w:rPr>
          <w:rFonts w:ascii="Times New Roman" w:eastAsia="Times New Roman" w:hAnsi="Times New Roman" w:cs="Times New Roman"/>
          <w:color w:val="000000"/>
          <w:sz w:val="24"/>
          <w:szCs w:val="24"/>
        </w:rPr>
        <w:t xml:space="preserve"> (Table 5).</w:t>
      </w:r>
    </w:p>
    <w:p w14:paraId="66FFF67F" w14:textId="386B9E2E" w:rsidR="00860B6E" w:rsidRPr="00860B6E" w:rsidRDefault="00860B6E" w:rsidP="00E72751">
      <w:pPr>
        <w:widowControl w:val="0"/>
        <w:autoSpaceDE w:val="0"/>
        <w:autoSpaceDN w:val="0"/>
        <w:spacing w:after="0" w:line="240" w:lineRule="auto"/>
        <w:jc w:val="both"/>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lastRenderedPageBreak/>
        <w:t xml:space="preserve">Table </w:t>
      </w:r>
      <w:r w:rsidR="00051F49">
        <w:rPr>
          <w:rFonts w:ascii="Times New Roman" w:eastAsia="Times New Roman" w:hAnsi="Times New Roman" w:cs="Times New Roman"/>
          <w:b/>
          <w:bCs/>
          <w:color w:val="000000"/>
          <w:sz w:val="24"/>
          <w:szCs w:val="24"/>
        </w:rPr>
        <w:t>5</w:t>
      </w:r>
      <w:r w:rsidRPr="00860B6E">
        <w:rPr>
          <w:rFonts w:ascii="Times New Roman" w:eastAsia="Times New Roman" w:hAnsi="Times New Roman" w:cs="Times New Roman"/>
          <w:b/>
          <w:bCs/>
          <w:color w:val="000000"/>
          <w:sz w:val="24"/>
          <w:szCs w:val="24"/>
        </w:rPr>
        <w:t xml:space="preserve">: Effect of bioenzymes on quality parameters in </w:t>
      </w:r>
      <w:r w:rsidRPr="00860B6E">
        <w:rPr>
          <w:rFonts w:ascii="Times New Roman" w:eastAsia="Times New Roman" w:hAnsi="Times New Roman" w:cs="Times New Roman"/>
          <w:b/>
          <w:bCs/>
          <w:i/>
          <w:iCs/>
          <w:color w:val="000000"/>
          <w:sz w:val="24"/>
          <w:szCs w:val="24"/>
        </w:rPr>
        <w:t>Cordyline terminalis</w:t>
      </w:r>
    </w:p>
    <w:tbl>
      <w:tblPr>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2902"/>
        <w:gridCol w:w="1385"/>
        <w:gridCol w:w="2197"/>
        <w:gridCol w:w="2569"/>
        <w:gridCol w:w="2212"/>
      </w:tblGrid>
      <w:tr w:rsidR="00E72751" w:rsidRPr="00860B6E" w14:paraId="42225593" w14:textId="12DD932B" w:rsidTr="00411FAB">
        <w:tc>
          <w:tcPr>
            <w:tcW w:w="528" w:type="pct"/>
            <w:shd w:val="clear" w:color="auto" w:fill="auto"/>
            <w:vAlign w:val="center"/>
          </w:tcPr>
          <w:p w14:paraId="04A04BE5" w14:textId="77777777" w:rsidR="00E72751" w:rsidRPr="00860B6E" w:rsidRDefault="00E72751" w:rsidP="00507267">
            <w:pPr>
              <w:widowControl w:val="0"/>
              <w:autoSpaceDE w:val="0"/>
              <w:autoSpaceDN w:val="0"/>
              <w:spacing w:after="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Treatment No.</w:t>
            </w:r>
          </w:p>
        </w:tc>
        <w:tc>
          <w:tcPr>
            <w:tcW w:w="1152" w:type="pct"/>
            <w:shd w:val="clear" w:color="auto" w:fill="auto"/>
            <w:vAlign w:val="center"/>
          </w:tcPr>
          <w:p w14:paraId="148C36EF" w14:textId="77777777" w:rsidR="00E72751" w:rsidRPr="00860B6E" w:rsidRDefault="00E72751" w:rsidP="00507267">
            <w:pPr>
              <w:widowControl w:val="0"/>
              <w:tabs>
                <w:tab w:val="left" w:pos="504"/>
              </w:tabs>
              <w:autoSpaceDE w:val="0"/>
              <w:autoSpaceDN w:val="0"/>
              <w:spacing w:after="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Treatment details</w:t>
            </w:r>
          </w:p>
        </w:tc>
        <w:tc>
          <w:tcPr>
            <w:tcW w:w="550" w:type="pct"/>
            <w:shd w:val="clear" w:color="auto" w:fill="auto"/>
            <w:vAlign w:val="center"/>
          </w:tcPr>
          <w:p w14:paraId="62241EC7" w14:textId="77777777" w:rsidR="00E72751" w:rsidRPr="00860B6E" w:rsidRDefault="00E72751" w:rsidP="00507267">
            <w:pPr>
              <w:widowControl w:val="0"/>
              <w:tabs>
                <w:tab w:val="left" w:pos="504"/>
              </w:tabs>
              <w:autoSpaceDE w:val="0"/>
              <w:autoSpaceDN w:val="0"/>
              <w:spacing w:after="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Vase life (days)</w:t>
            </w:r>
          </w:p>
        </w:tc>
        <w:tc>
          <w:tcPr>
            <w:tcW w:w="872" w:type="pct"/>
            <w:shd w:val="clear" w:color="auto" w:fill="auto"/>
            <w:vAlign w:val="center"/>
          </w:tcPr>
          <w:p w14:paraId="1EBD9BBA" w14:textId="77777777" w:rsidR="00E72751" w:rsidRPr="00860B6E" w:rsidRDefault="00E72751" w:rsidP="00507267">
            <w:pPr>
              <w:widowControl w:val="0"/>
              <w:tabs>
                <w:tab w:val="left" w:pos="504"/>
              </w:tabs>
              <w:autoSpaceDE w:val="0"/>
              <w:autoSpaceDN w:val="0"/>
              <w:spacing w:after="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Plant grade</w:t>
            </w:r>
          </w:p>
        </w:tc>
        <w:tc>
          <w:tcPr>
            <w:tcW w:w="1020" w:type="pct"/>
            <w:shd w:val="clear" w:color="auto" w:fill="auto"/>
            <w:vAlign w:val="center"/>
          </w:tcPr>
          <w:p w14:paraId="6B0BE378" w14:textId="77777777" w:rsidR="00E72751" w:rsidRPr="00860B6E" w:rsidRDefault="00E72751" w:rsidP="00507267">
            <w:pPr>
              <w:widowControl w:val="0"/>
              <w:tabs>
                <w:tab w:val="left" w:pos="504"/>
              </w:tabs>
              <w:autoSpaceDE w:val="0"/>
              <w:autoSpaceDN w:val="0"/>
              <w:spacing w:after="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Colour grade</w:t>
            </w:r>
          </w:p>
        </w:tc>
        <w:tc>
          <w:tcPr>
            <w:tcW w:w="878" w:type="pct"/>
          </w:tcPr>
          <w:p w14:paraId="5963A220" w14:textId="00BAF26D" w:rsidR="00E72751" w:rsidRPr="00860B6E" w:rsidRDefault="00E72751" w:rsidP="00507267">
            <w:pPr>
              <w:widowControl w:val="0"/>
              <w:tabs>
                <w:tab w:val="left" w:pos="504"/>
              </w:tabs>
              <w:autoSpaceDE w:val="0"/>
              <w:autoSpaceDN w:val="0"/>
              <w:spacing w:after="0" w:line="240" w:lineRule="auto"/>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Chlorophyll content</w:t>
            </w:r>
            <w:r w:rsidR="00D741BC">
              <w:rPr>
                <w:rFonts w:ascii="Times New Roman" w:eastAsia="Times New Roman" w:hAnsi="Times New Roman" w:cs="Times New Roman"/>
                <w:b/>
                <w:bCs/>
                <w:color w:val="000000"/>
                <w:sz w:val="24"/>
                <w:szCs w:val="24"/>
              </w:rPr>
              <w:t xml:space="preserve"> (mg/g leaf)</w:t>
            </w:r>
          </w:p>
        </w:tc>
      </w:tr>
      <w:tr w:rsidR="00E72751" w:rsidRPr="00860B6E" w14:paraId="193B84D7" w14:textId="5E4F923B" w:rsidTr="00411FAB">
        <w:tc>
          <w:tcPr>
            <w:tcW w:w="528" w:type="pct"/>
            <w:shd w:val="clear" w:color="auto" w:fill="auto"/>
            <w:vAlign w:val="center"/>
          </w:tcPr>
          <w:p w14:paraId="3A39C04B"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1</w:t>
            </w:r>
          </w:p>
        </w:tc>
        <w:tc>
          <w:tcPr>
            <w:tcW w:w="1152" w:type="pct"/>
            <w:shd w:val="clear" w:color="auto" w:fill="auto"/>
            <w:vAlign w:val="center"/>
          </w:tcPr>
          <w:p w14:paraId="5492D98F"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Control (No bioenzyme application)</w:t>
            </w:r>
          </w:p>
        </w:tc>
        <w:tc>
          <w:tcPr>
            <w:tcW w:w="550" w:type="pct"/>
            <w:shd w:val="clear" w:color="auto" w:fill="auto"/>
            <w:vAlign w:val="center"/>
          </w:tcPr>
          <w:p w14:paraId="20B11466" w14:textId="5CADBE3D"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13.00</w:t>
            </w:r>
            <w:r w:rsidR="00B82AD0">
              <w:rPr>
                <w:rFonts w:ascii="Times New Roman" w:eastAsia="Times New Roman" w:hAnsi="Times New Roman" w:cs="Times New Roman"/>
                <w:color w:val="000000"/>
                <w:sz w:val="24"/>
                <w:szCs w:val="24"/>
              </w:rPr>
              <w:t>c</w:t>
            </w:r>
          </w:p>
        </w:tc>
        <w:tc>
          <w:tcPr>
            <w:tcW w:w="872" w:type="pct"/>
            <w:shd w:val="clear" w:color="auto" w:fill="auto"/>
            <w:vAlign w:val="center"/>
          </w:tcPr>
          <w:p w14:paraId="4468518A"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Poor, unsalable</w:t>
            </w:r>
          </w:p>
        </w:tc>
        <w:tc>
          <w:tcPr>
            <w:tcW w:w="1020" w:type="pct"/>
            <w:shd w:val="clear" w:color="auto" w:fill="auto"/>
            <w:vAlign w:val="center"/>
          </w:tcPr>
          <w:p w14:paraId="710CF5B8"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Light reddish green</w:t>
            </w:r>
          </w:p>
        </w:tc>
        <w:tc>
          <w:tcPr>
            <w:tcW w:w="878" w:type="pct"/>
          </w:tcPr>
          <w:p w14:paraId="2DA9D978" w14:textId="0C316833"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w:t>
            </w:r>
            <w:r w:rsidR="00B82AD0">
              <w:rPr>
                <w:rFonts w:ascii="Times New Roman" w:eastAsia="Times New Roman" w:hAnsi="Times New Roman" w:cs="Times New Roman"/>
                <w:color w:val="000000"/>
                <w:sz w:val="24"/>
                <w:szCs w:val="24"/>
              </w:rPr>
              <w:t>d</w:t>
            </w:r>
          </w:p>
        </w:tc>
      </w:tr>
      <w:tr w:rsidR="00E72751" w:rsidRPr="00860B6E" w14:paraId="6BB5DE0F" w14:textId="6808A9FB" w:rsidTr="00411FAB">
        <w:tc>
          <w:tcPr>
            <w:tcW w:w="528" w:type="pct"/>
            <w:shd w:val="clear" w:color="auto" w:fill="auto"/>
            <w:vAlign w:val="center"/>
          </w:tcPr>
          <w:p w14:paraId="1B63DC49"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2</w:t>
            </w:r>
          </w:p>
        </w:tc>
        <w:tc>
          <w:tcPr>
            <w:tcW w:w="1152" w:type="pct"/>
            <w:shd w:val="clear" w:color="auto" w:fill="auto"/>
            <w:vAlign w:val="center"/>
          </w:tcPr>
          <w:p w14:paraId="6106AE7D"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Biozyme vegetable plus @ 0.5 ml/l</w:t>
            </w:r>
          </w:p>
        </w:tc>
        <w:tc>
          <w:tcPr>
            <w:tcW w:w="550" w:type="pct"/>
            <w:shd w:val="clear" w:color="auto" w:fill="auto"/>
            <w:vAlign w:val="center"/>
          </w:tcPr>
          <w:p w14:paraId="5860E6AC" w14:textId="1E772AB2"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17.00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187E3897"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Moderate, saleable</w:t>
            </w:r>
          </w:p>
        </w:tc>
        <w:tc>
          <w:tcPr>
            <w:tcW w:w="1020" w:type="pct"/>
            <w:shd w:val="clear" w:color="auto" w:fill="auto"/>
            <w:vAlign w:val="center"/>
          </w:tcPr>
          <w:p w14:paraId="3D4DC61B"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2F6DF6C6" w14:textId="5AD3D8CF"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r w:rsidR="00B82AD0">
              <w:rPr>
                <w:rFonts w:ascii="Times New Roman" w:eastAsia="Times New Roman" w:hAnsi="Times New Roman" w:cs="Times New Roman"/>
                <w:color w:val="000000"/>
                <w:sz w:val="24"/>
                <w:szCs w:val="24"/>
              </w:rPr>
              <w:t>cd</w:t>
            </w:r>
          </w:p>
        </w:tc>
      </w:tr>
      <w:tr w:rsidR="00E72751" w:rsidRPr="00860B6E" w14:paraId="04AED74D" w14:textId="28A0D5AF" w:rsidTr="00411FAB">
        <w:tc>
          <w:tcPr>
            <w:tcW w:w="528" w:type="pct"/>
            <w:shd w:val="clear" w:color="auto" w:fill="auto"/>
            <w:vAlign w:val="center"/>
          </w:tcPr>
          <w:p w14:paraId="3B14E700"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3</w:t>
            </w:r>
          </w:p>
        </w:tc>
        <w:tc>
          <w:tcPr>
            <w:tcW w:w="1152" w:type="pct"/>
            <w:shd w:val="clear" w:color="auto" w:fill="auto"/>
            <w:vAlign w:val="center"/>
          </w:tcPr>
          <w:p w14:paraId="2BEEC717"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Booster @ 0.5 ml/l</w:t>
            </w:r>
          </w:p>
        </w:tc>
        <w:tc>
          <w:tcPr>
            <w:tcW w:w="550" w:type="pct"/>
            <w:shd w:val="clear" w:color="auto" w:fill="auto"/>
            <w:vAlign w:val="center"/>
          </w:tcPr>
          <w:p w14:paraId="025879E7" w14:textId="45711674"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17.00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17493D68"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Moderate, saleable</w:t>
            </w:r>
          </w:p>
        </w:tc>
        <w:tc>
          <w:tcPr>
            <w:tcW w:w="1020" w:type="pct"/>
            <w:shd w:val="clear" w:color="auto" w:fill="auto"/>
            <w:vAlign w:val="center"/>
          </w:tcPr>
          <w:p w14:paraId="6FC571E2"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3D32668D" w14:textId="6655112F"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r w:rsidR="00B82AD0">
              <w:rPr>
                <w:rFonts w:ascii="Times New Roman" w:eastAsia="Times New Roman" w:hAnsi="Times New Roman" w:cs="Times New Roman"/>
                <w:color w:val="000000"/>
                <w:sz w:val="24"/>
                <w:szCs w:val="24"/>
              </w:rPr>
              <w:t>cd</w:t>
            </w:r>
          </w:p>
        </w:tc>
      </w:tr>
      <w:tr w:rsidR="00E72751" w:rsidRPr="00860B6E" w14:paraId="48F8F99F" w14:textId="5195101B" w:rsidTr="00411FAB">
        <w:tc>
          <w:tcPr>
            <w:tcW w:w="528" w:type="pct"/>
            <w:shd w:val="clear" w:color="auto" w:fill="auto"/>
            <w:vAlign w:val="center"/>
          </w:tcPr>
          <w:p w14:paraId="4286638A"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4</w:t>
            </w:r>
          </w:p>
        </w:tc>
        <w:tc>
          <w:tcPr>
            <w:tcW w:w="1152" w:type="pct"/>
            <w:shd w:val="clear" w:color="auto" w:fill="auto"/>
            <w:vAlign w:val="center"/>
          </w:tcPr>
          <w:p w14:paraId="38A5724F"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Biozyme crop + @ 0.5 ml/l</w:t>
            </w:r>
          </w:p>
        </w:tc>
        <w:tc>
          <w:tcPr>
            <w:tcW w:w="550" w:type="pct"/>
            <w:shd w:val="clear" w:color="auto" w:fill="auto"/>
            <w:vAlign w:val="center"/>
          </w:tcPr>
          <w:p w14:paraId="3E1F1DFC" w14:textId="3AAE2292"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16.00</w:t>
            </w:r>
            <w:r w:rsidR="00B82AD0">
              <w:rPr>
                <w:rFonts w:ascii="Times New Roman" w:eastAsia="Times New Roman" w:hAnsi="Times New Roman" w:cs="Times New Roman"/>
                <w:color w:val="000000"/>
                <w:sz w:val="24"/>
                <w:szCs w:val="24"/>
              </w:rPr>
              <w:t>bc</w:t>
            </w:r>
          </w:p>
        </w:tc>
        <w:tc>
          <w:tcPr>
            <w:tcW w:w="872" w:type="pct"/>
            <w:shd w:val="clear" w:color="auto" w:fill="auto"/>
            <w:vAlign w:val="center"/>
          </w:tcPr>
          <w:p w14:paraId="4ACE2BDB"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Poor, unsaleable</w:t>
            </w:r>
          </w:p>
        </w:tc>
        <w:tc>
          <w:tcPr>
            <w:tcW w:w="1020" w:type="pct"/>
            <w:shd w:val="clear" w:color="auto" w:fill="auto"/>
            <w:vAlign w:val="center"/>
          </w:tcPr>
          <w:p w14:paraId="62754C32"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Light reddish green</w:t>
            </w:r>
          </w:p>
        </w:tc>
        <w:tc>
          <w:tcPr>
            <w:tcW w:w="878" w:type="pct"/>
          </w:tcPr>
          <w:p w14:paraId="5E97B053" w14:textId="6D665699"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r w:rsidR="00B82AD0">
              <w:rPr>
                <w:rFonts w:ascii="Times New Roman" w:eastAsia="Times New Roman" w:hAnsi="Times New Roman" w:cs="Times New Roman"/>
                <w:color w:val="000000"/>
                <w:sz w:val="24"/>
                <w:szCs w:val="24"/>
              </w:rPr>
              <w:t>cd</w:t>
            </w:r>
          </w:p>
        </w:tc>
      </w:tr>
      <w:tr w:rsidR="00E72751" w:rsidRPr="00860B6E" w14:paraId="31FCF7EE" w14:textId="7C545C28" w:rsidTr="00411FAB">
        <w:tc>
          <w:tcPr>
            <w:tcW w:w="528" w:type="pct"/>
            <w:shd w:val="clear" w:color="auto" w:fill="auto"/>
            <w:vAlign w:val="center"/>
          </w:tcPr>
          <w:p w14:paraId="128D3257"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5</w:t>
            </w:r>
          </w:p>
        </w:tc>
        <w:tc>
          <w:tcPr>
            <w:tcW w:w="1152" w:type="pct"/>
            <w:shd w:val="clear" w:color="auto" w:fill="auto"/>
            <w:vAlign w:val="center"/>
          </w:tcPr>
          <w:p w14:paraId="4DD0E475"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Vipul booster @ 0.5 ml/l</w:t>
            </w:r>
          </w:p>
        </w:tc>
        <w:tc>
          <w:tcPr>
            <w:tcW w:w="550" w:type="pct"/>
            <w:shd w:val="clear" w:color="auto" w:fill="auto"/>
            <w:vAlign w:val="center"/>
          </w:tcPr>
          <w:p w14:paraId="61D946D3" w14:textId="406FAD6E"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17.00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677F0330"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Moderate, saleable</w:t>
            </w:r>
          </w:p>
        </w:tc>
        <w:tc>
          <w:tcPr>
            <w:tcW w:w="1020" w:type="pct"/>
            <w:shd w:val="clear" w:color="auto" w:fill="auto"/>
            <w:vAlign w:val="center"/>
          </w:tcPr>
          <w:p w14:paraId="0EAA2FEB"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4B605BF9" w14:textId="345258E1"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w:t>
            </w:r>
            <w:r w:rsidR="00B82AD0">
              <w:rPr>
                <w:rFonts w:ascii="Times New Roman" w:eastAsia="Times New Roman" w:hAnsi="Times New Roman" w:cs="Times New Roman"/>
                <w:color w:val="000000"/>
                <w:sz w:val="24"/>
                <w:szCs w:val="24"/>
              </w:rPr>
              <w:t>c</w:t>
            </w:r>
          </w:p>
        </w:tc>
      </w:tr>
      <w:tr w:rsidR="00E72751" w:rsidRPr="00860B6E" w14:paraId="5C644020" w14:textId="4AB53998" w:rsidTr="00411FAB">
        <w:tc>
          <w:tcPr>
            <w:tcW w:w="528" w:type="pct"/>
            <w:shd w:val="clear" w:color="auto" w:fill="auto"/>
            <w:vAlign w:val="center"/>
          </w:tcPr>
          <w:p w14:paraId="50C029B8"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6</w:t>
            </w:r>
          </w:p>
        </w:tc>
        <w:tc>
          <w:tcPr>
            <w:tcW w:w="1152" w:type="pct"/>
            <w:shd w:val="clear" w:color="auto" w:fill="auto"/>
            <w:vAlign w:val="center"/>
          </w:tcPr>
          <w:p w14:paraId="770D63E3"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Biozyme vegetable plus @ 1.0 ml/l</w:t>
            </w:r>
          </w:p>
        </w:tc>
        <w:tc>
          <w:tcPr>
            <w:tcW w:w="550" w:type="pct"/>
            <w:shd w:val="clear" w:color="auto" w:fill="auto"/>
            <w:vAlign w:val="center"/>
          </w:tcPr>
          <w:p w14:paraId="57BDF8D2" w14:textId="7E16816A"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19.00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2DFF65C9"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Good, saleable</w:t>
            </w:r>
          </w:p>
        </w:tc>
        <w:tc>
          <w:tcPr>
            <w:tcW w:w="1020" w:type="pct"/>
            <w:shd w:val="clear" w:color="auto" w:fill="auto"/>
            <w:vAlign w:val="center"/>
          </w:tcPr>
          <w:p w14:paraId="39F08D29"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256F69C4" w14:textId="4B456951"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B82AD0">
              <w:rPr>
                <w:rFonts w:ascii="Times New Roman" w:eastAsia="Times New Roman" w:hAnsi="Times New Roman" w:cs="Times New Roman"/>
                <w:color w:val="000000"/>
                <w:sz w:val="24"/>
                <w:szCs w:val="24"/>
              </w:rPr>
              <w:t>8cd</w:t>
            </w:r>
          </w:p>
        </w:tc>
      </w:tr>
      <w:tr w:rsidR="00E72751" w:rsidRPr="00860B6E" w14:paraId="3CA54AE8" w14:textId="3E394D1C" w:rsidTr="00411FAB">
        <w:tc>
          <w:tcPr>
            <w:tcW w:w="528" w:type="pct"/>
            <w:shd w:val="clear" w:color="auto" w:fill="auto"/>
            <w:vAlign w:val="center"/>
          </w:tcPr>
          <w:p w14:paraId="0CFCEA7D"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7</w:t>
            </w:r>
          </w:p>
        </w:tc>
        <w:tc>
          <w:tcPr>
            <w:tcW w:w="1152" w:type="pct"/>
            <w:shd w:val="clear" w:color="auto" w:fill="auto"/>
            <w:vAlign w:val="center"/>
          </w:tcPr>
          <w:p w14:paraId="5DBC6F3C"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Booster @ 1.0 ml/l</w:t>
            </w:r>
          </w:p>
        </w:tc>
        <w:tc>
          <w:tcPr>
            <w:tcW w:w="550" w:type="pct"/>
            <w:shd w:val="clear" w:color="auto" w:fill="auto"/>
            <w:vAlign w:val="center"/>
          </w:tcPr>
          <w:p w14:paraId="210448FC" w14:textId="57DE169E"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19.00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3C70AC83"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Moderate, saleable</w:t>
            </w:r>
          </w:p>
        </w:tc>
        <w:tc>
          <w:tcPr>
            <w:tcW w:w="1020" w:type="pct"/>
            <w:shd w:val="clear" w:color="auto" w:fill="auto"/>
            <w:vAlign w:val="center"/>
          </w:tcPr>
          <w:p w14:paraId="4996E393"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374FFAE5" w14:textId="3F5B8035"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w:t>
            </w:r>
            <w:r w:rsidR="00B82AD0">
              <w:rPr>
                <w:rFonts w:ascii="Times New Roman" w:eastAsia="Times New Roman" w:hAnsi="Times New Roman" w:cs="Times New Roman"/>
                <w:color w:val="000000"/>
                <w:sz w:val="24"/>
                <w:szCs w:val="24"/>
              </w:rPr>
              <w:t>b</w:t>
            </w:r>
          </w:p>
        </w:tc>
      </w:tr>
      <w:tr w:rsidR="00E72751" w:rsidRPr="00860B6E" w14:paraId="1B736ACF" w14:textId="12590739" w:rsidTr="00411FAB">
        <w:tc>
          <w:tcPr>
            <w:tcW w:w="528" w:type="pct"/>
            <w:shd w:val="clear" w:color="auto" w:fill="auto"/>
            <w:vAlign w:val="center"/>
          </w:tcPr>
          <w:p w14:paraId="2C376B38"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8</w:t>
            </w:r>
          </w:p>
        </w:tc>
        <w:tc>
          <w:tcPr>
            <w:tcW w:w="1152" w:type="pct"/>
            <w:shd w:val="clear" w:color="auto" w:fill="auto"/>
            <w:vAlign w:val="center"/>
          </w:tcPr>
          <w:p w14:paraId="6518FB03"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Vipul booster @ 1.0 ml/l</w:t>
            </w:r>
          </w:p>
        </w:tc>
        <w:tc>
          <w:tcPr>
            <w:tcW w:w="550" w:type="pct"/>
            <w:shd w:val="clear" w:color="auto" w:fill="auto"/>
            <w:vAlign w:val="center"/>
          </w:tcPr>
          <w:p w14:paraId="0A62A0B9" w14:textId="3D1E8B98"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18.00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04BC8BA3"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Good, saleable</w:t>
            </w:r>
          </w:p>
        </w:tc>
        <w:tc>
          <w:tcPr>
            <w:tcW w:w="1020" w:type="pct"/>
            <w:shd w:val="clear" w:color="auto" w:fill="auto"/>
            <w:vAlign w:val="center"/>
          </w:tcPr>
          <w:p w14:paraId="5045A90E"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7C76DBFD" w14:textId="183FA3AC"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sidR="00B82AD0">
              <w:rPr>
                <w:rFonts w:ascii="Times New Roman" w:eastAsia="Times New Roman" w:hAnsi="Times New Roman" w:cs="Times New Roman"/>
                <w:color w:val="000000"/>
                <w:sz w:val="24"/>
                <w:szCs w:val="24"/>
              </w:rPr>
              <w:t>0ab</w:t>
            </w:r>
          </w:p>
        </w:tc>
      </w:tr>
      <w:tr w:rsidR="00E72751" w:rsidRPr="00860B6E" w14:paraId="44155550" w14:textId="76E26148" w:rsidTr="00411FAB">
        <w:tc>
          <w:tcPr>
            <w:tcW w:w="528" w:type="pct"/>
            <w:shd w:val="clear" w:color="auto" w:fill="auto"/>
            <w:vAlign w:val="center"/>
          </w:tcPr>
          <w:p w14:paraId="35D5502E"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9</w:t>
            </w:r>
          </w:p>
        </w:tc>
        <w:tc>
          <w:tcPr>
            <w:tcW w:w="1152" w:type="pct"/>
            <w:shd w:val="clear" w:color="auto" w:fill="auto"/>
            <w:vAlign w:val="center"/>
          </w:tcPr>
          <w:p w14:paraId="5371CB67"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Biozyme crop + @ 1.0 ml/l</w:t>
            </w:r>
          </w:p>
        </w:tc>
        <w:tc>
          <w:tcPr>
            <w:tcW w:w="550" w:type="pct"/>
            <w:shd w:val="clear" w:color="auto" w:fill="auto"/>
            <w:vAlign w:val="center"/>
          </w:tcPr>
          <w:p w14:paraId="4F950E53" w14:textId="593ABAD6"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19.00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2453732D"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Good, saleable</w:t>
            </w:r>
          </w:p>
        </w:tc>
        <w:tc>
          <w:tcPr>
            <w:tcW w:w="1020" w:type="pct"/>
            <w:shd w:val="clear" w:color="auto" w:fill="auto"/>
            <w:vAlign w:val="center"/>
          </w:tcPr>
          <w:p w14:paraId="307643D7"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65BB0868" w14:textId="32CB7FE6"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r w:rsidR="00B82AD0">
              <w:rPr>
                <w:rFonts w:ascii="Times New Roman" w:eastAsia="Times New Roman" w:hAnsi="Times New Roman" w:cs="Times New Roman"/>
                <w:color w:val="000000"/>
                <w:sz w:val="24"/>
                <w:szCs w:val="24"/>
              </w:rPr>
              <w:t>cd</w:t>
            </w:r>
          </w:p>
        </w:tc>
      </w:tr>
      <w:tr w:rsidR="00E72751" w:rsidRPr="00860B6E" w14:paraId="05C188B0" w14:textId="533E645B" w:rsidTr="00411FAB">
        <w:tc>
          <w:tcPr>
            <w:tcW w:w="528" w:type="pct"/>
            <w:shd w:val="clear" w:color="auto" w:fill="auto"/>
            <w:vAlign w:val="center"/>
          </w:tcPr>
          <w:p w14:paraId="0176BF79"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b/>
                <w:bCs/>
                <w:color w:val="000000"/>
                <w:sz w:val="24"/>
                <w:szCs w:val="24"/>
                <w:vertAlign w:val="subscript"/>
              </w:rPr>
            </w:pPr>
            <w:r w:rsidRPr="00860B6E">
              <w:rPr>
                <w:rFonts w:ascii="Times New Roman" w:eastAsia="Times New Roman" w:hAnsi="Times New Roman" w:cs="Times New Roman"/>
                <w:b/>
                <w:bCs/>
                <w:color w:val="000000"/>
                <w:sz w:val="24"/>
                <w:szCs w:val="24"/>
              </w:rPr>
              <w:t>T</w:t>
            </w:r>
            <w:r w:rsidRPr="00860B6E">
              <w:rPr>
                <w:rFonts w:ascii="Times New Roman" w:eastAsia="Times New Roman" w:hAnsi="Times New Roman" w:cs="Times New Roman"/>
                <w:b/>
                <w:bCs/>
                <w:color w:val="000000"/>
                <w:sz w:val="24"/>
                <w:szCs w:val="24"/>
                <w:vertAlign w:val="subscript"/>
              </w:rPr>
              <w:t>10</w:t>
            </w:r>
          </w:p>
        </w:tc>
        <w:tc>
          <w:tcPr>
            <w:tcW w:w="1152" w:type="pct"/>
            <w:shd w:val="clear" w:color="auto" w:fill="auto"/>
            <w:vAlign w:val="center"/>
          </w:tcPr>
          <w:p w14:paraId="439C3D87"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Biozyme vegetable plus @ 1.5 ml/l</w:t>
            </w:r>
          </w:p>
        </w:tc>
        <w:tc>
          <w:tcPr>
            <w:tcW w:w="550" w:type="pct"/>
            <w:shd w:val="clear" w:color="auto" w:fill="auto"/>
            <w:vAlign w:val="center"/>
          </w:tcPr>
          <w:p w14:paraId="5BF14334" w14:textId="1E8CFA7B"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22.00</w:t>
            </w:r>
            <w:r w:rsidR="00B82AD0">
              <w:rPr>
                <w:rFonts w:ascii="Times New Roman" w:eastAsia="Times New Roman" w:hAnsi="Times New Roman" w:cs="Times New Roman"/>
                <w:b/>
                <w:bCs/>
                <w:color w:val="000000"/>
                <w:sz w:val="24"/>
                <w:szCs w:val="24"/>
              </w:rPr>
              <w:t>a</w:t>
            </w:r>
          </w:p>
        </w:tc>
        <w:tc>
          <w:tcPr>
            <w:tcW w:w="872" w:type="pct"/>
            <w:shd w:val="clear" w:color="auto" w:fill="auto"/>
            <w:vAlign w:val="center"/>
          </w:tcPr>
          <w:p w14:paraId="51ABFB0E"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Good, saleable</w:t>
            </w:r>
          </w:p>
        </w:tc>
        <w:tc>
          <w:tcPr>
            <w:tcW w:w="1020" w:type="pct"/>
            <w:shd w:val="clear" w:color="auto" w:fill="auto"/>
            <w:vAlign w:val="center"/>
          </w:tcPr>
          <w:p w14:paraId="4DCB27C5"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Dark greenish red</w:t>
            </w:r>
          </w:p>
        </w:tc>
        <w:tc>
          <w:tcPr>
            <w:tcW w:w="878" w:type="pct"/>
          </w:tcPr>
          <w:p w14:paraId="1B9CEA73" w14:textId="5F2BDBFE" w:rsidR="00E72751" w:rsidRPr="00D741BC"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b/>
                <w:bCs/>
                <w:color w:val="000000"/>
                <w:sz w:val="24"/>
                <w:szCs w:val="24"/>
              </w:rPr>
            </w:pPr>
            <w:r w:rsidRPr="00D741BC">
              <w:rPr>
                <w:rFonts w:ascii="Times New Roman" w:eastAsia="Times New Roman" w:hAnsi="Times New Roman" w:cs="Times New Roman"/>
                <w:b/>
                <w:bCs/>
                <w:color w:val="000000"/>
                <w:sz w:val="24"/>
                <w:szCs w:val="24"/>
              </w:rPr>
              <w:t>3.01</w:t>
            </w:r>
            <w:r w:rsidR="00713444">
              <w:rPr>
                <w:rFonts w:ascii="Times New Roman" w:eastAsia="Times New Roman" w:hAnsi="Times New Roman" w:cs="Times New Roman"/>
                <w:b/>
                <w:bCs/>
                <w:color w:val="000000"/>
                <w:sz w:val="24"/>
                <w:szCs w:val="24"/>
              </w:rPr>
              <w:t>a</w:t>
            </w:r>
          </w:p>
        </w:tc>
      </w:tr>
      <w:tr w:rsidR="00E72751" w:rsidRPr="00860B6E" w14:paraId="3BF16941" w14:textId="6DDB0D20" w:rsidTr="00411FAB">
        <w:tc>
          <w:tcPr>
            <w:tcW w:w="528" w:type="pct"/>
            <w:shd w:val="clear" w:color="auto" w:fill="auto"/>
            <w:vAlign w:val="center"/>
          </w:tcPr>
          <w:p w14:paraId="6CA56C6D"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b/>
                <w:bCs/>
                <w:color w:val="000000"/>
                <w:sz w:val="24"/>
                <w:szCs w:val="24"/>
                <w:vertAlign w:val="subscript"/>
              </w:rPr>
            </w:pPr>
            <w:r w:rsidRPr="00860B6E">
              <w:rPr>
                <w:rFonts w:ascii="Times New Roman" w:eastAsia="Times New Roman" w:hAnsi="Times New Roman" w:cs="Times New Roman"/>
                <w:b/>
                <w:bCs/>
                <w:color w:val="000000"/>
                <w:sz w:val="24"/>
                <w:szCs w:val="24"/>
              </w:rPr>
              <w:t>T</w:t>
            </w:r>
            <w:r w:rsidRPr="00860B6E">
              <w:rPr>
                <w:rFonts w:ascii="Times New Roman" w:eastAsia="Times New Roman" w:hAnsi="Times New Roman" w:cs="Times New Roman"/>
                <w:b/>
                <w:bCs/>
                <w:color w:val="000000"/>
                <w:sz w:val="24"/>
                <w:szCs w:val="24"/>
                <w:vertAlign w:val="subscript"/>
              </w:rPr>
              <w:t>11</w:t>
            </w:r>
          </w:p>
        </w:tc>
        <w:tc>
          <w:tcPr>
            <w:tcW w:w="1152" w:type="pct"/>
            <w:shd w:val="clear" w:color="auto" w:fill="auto"/>
            <w:vAlign w:val="center"/>
          </w:tcPr>
          <w:p w14:paraId="213D7D0C"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Booster @ 1.5 ml/l</w:t>
            </w:r>
          </w:p>
        </w:tc>
        <w:tc>
          <w:tcPr>
            <w:tcW w:w="550" w:type="pct"/>
            <w:shd w:val="clear" w:color="auto" w:fill="auto"/>
            <w:vAlign w:val="center"/>
          </w:tcPr>
          <w:p w14:paraId="4EF2FB1E" w14:textId="5E772EB0"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t>23.00</w:t>
            </w:r>
            <w:r w:rsidR="00B82AD0">
              <w:rPr>
                <w:rFonts w:ascii="Times New Roman" w:eastAsia="Times New Roman" w:hAnsi="Times New Roman" w:cs="Times New Roman"/>
                <w:b/>
                <w:bCs/>
                <w:color w:val="000000"/>
                <w:sz w:val="24"/>
                <w:szCs w:val="24"/>
              </w:rPr>
              <w:t>a</w:t>
            </w:r>
          </w:p>
        </w:tc>
        <w:tc>
          <w:tcPr>
            <w:tcW w:w="872" w:type="pct"/>
            <w:shd w:val="clear" w:color="auto" w:fill="auto"/>
            <w:vAlign w:val="center"/>
          </w:tcPr>
          <w:p w14:paraId="5A988BDB"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Excellent, saleable</w:t>
            </w:r>
          </w:p>
        </w:tc>
        <w:tc>
          <w:tcPr>
            <w:tcW w:w="1020" w:type="pct"/>
            <w:shd w:val="clear" w:color="auto" w:fill="auto"/>
            <w:vAlign w:val="center"/>
          </w:tcPr>
          <w:p w14:paraId="293A4839"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Dark greenish red</w:t>
            </w:r>
          </w:p>
        </w:tc>
        <w:tc>
          <w:tcPr>
            <w:tcW w:w="878" w:type="pct"/>
          </w:tcPr>
          <w:p w14:paraId="07936C2E" w14:textId="47388AA6" w:rsidR="00E72751" w:rsidRPr="00D741BC"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b/>
                <w:bCs/>
                <w:color w:val="000000"/>
                <w:sz w:val="24"/>
                <w:szCs w:val="24"/>
              </w:rPr>
            </w:pPr>
            <w:r w:rsidRPr="00D741BC">
              <w:rPr>
                <w:rFonts w:ascii="Times New Roman" w:eastAsia="Times New Roman" w:hAnsi="Times New Roman" w:cs="Times New Roman"/>
                <w:b/>
                <w:bCs/>
                <w:color w:val="000000"/>
                <w:sz w:val="24"/>
                <w:szCs w:val="24"/>
              </w:rPr>
              <w:t>3.08</w:t>
            </w:r>
            <w:r w:rsidR="00713444">
              <w:rPr>
                <w:rFonts w:ascii="Times New Roman" w:eastAsia="Times New Roman" w:hAnsi="Times New Roman" w:cs="Times New Roman"/>
                <w:b/>
                <w:bCs/>
                <w:color w:val="000000"/>
                <w:sz w:val="24"/>
                <w:szCs w:val="24"/>
              </w:rPr>
              <w:t>a</w:t>
            </w:r>
          </w:p>
        </w:tc>
      </w:tr>
      <w:tr w:rsidR="00E72751" w:rsidRPr="00860B6E" w14:paraId="5870630F" w14:textId="3DA9D563" w:rsidTr="00411FAB">
        <w:tc>
          <w:tcPr>
            <w:tcW w:w="528" w:type="pct"/>
            <w:shd w:val="clear" w:color="auto" w:fill="auto"/>
            <w:vAlign w:val="center"/>
          </w:tcPr>
          <w:p w14:paraId="375FC572"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12</w:t>
            </w:r>
          </w:p>
        </w:tc>
        <w:tc>
          <w:tcPr>
            <w:tcW w:w="1152" w:type="pct"/>
            <w:shd w:val="clear" w:color="auto" w:fill="auto"/>
            <w:vAlign w:val="center"/>
          </w:tcPr>
          <w:p w14:paraId="7026704A"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Biozyme crop + @ 1.5 ml/l</w:t>
            </w:r>
          </w:p>
        </w:tc>
        <w:tc>
          <w:tcPr>
            <w:tcW w:w="550" w:type="pct"/>
            <w:shd w:val="clear" w:color="auto" w:fill="auto"/>
            <w:vAlign w:val="center"/>
          </w:tcPr>
          <w:p w14:paraId="0DAECAD6" w14:textId="175D1A6C"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20.00</w:t>
            </w:r>
            <w:r w:rsidR="00B82AD0">
              <w:rPr>
                <w:rFonts w:ascii="Times New Roman" w:eastAsia="Times New Roman" w:hAnsi="Times New Roman" w:cs="Times New Roman"/>
                <w:color w:val="000000"/>
                <w:sz w:val="24"/>
                <w:szCs w:val="24"/>
              </w:rPr>
              <w:t>ab</w:t>
            </w:r>
          </w:p>
        </w:tc>
        <w:tc>
          <w:tcPr>
            <w:tcW w:w="872" w:type="pct"/>
            <w:shd w:val="clear" w:color="auto" w:fill="auto"/>
            <w:vAlign w:val="center"/>
          </w:tcPr>
          <w:p w14:paraId="05A82247"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Good, saleable</w:t>
            </w:r>
          </w:p>
        </w:tc>
        <w:tc>
          <w:tcPr>
            <w:tcW w:w="1020" w:type="pct"/>
            <w:shd w:val="clear" w:color="auto" w:fill="auto"/>
            <w:vAlign w:val="center"/>
          </w:tcPr>
          <w:p w14:paraId="1E37A98E"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376C050A" w14:textId="0BF06C98"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B82AD0">
              <w:rPr>
                <w:rFonts w:ascii="Times New Roman" w:eastAsia="Times New Roman" w:hAnsi="Times New Roman" w:cs="Times New Roman"/>
                <w:color w:val="000000"/>
                <w:sz w:val="24"/>
                <w:szCs w:val="24"/>
              </w:rPr>
              <w:t>8ab</w:t>
            </w:r>
          </w:p>
        </w:tc>
      </w:tr>
      <w:tr w:rsidR="00E72751" w:rsidRPr="00860B6E" w14:paraId="00676FFE" w14:textId="460A34D0" w:rsidTr="00411FAB">
        <w:tc>
          <w:tcPr>
            <w:tcW w:w="528" w:type="pct"/>
            <w:shd w:val="clear" w:color="auto" w:fill="auto"/>
            <w:vAlign w:val="center"/>
          </w:tcPr>
          <w:p w14:paraId="6A95124F"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vertAlign w:val="subscript"/>
              </w:rPr>
            </w:pPr>
            <w:r w:rsidRPr="00860B6E">
              <w:rPr>
                <w:rFonts w:ascii="Times New Roman" w:eastAsia="Times New Roman" w:hAnsi="Times New Roman" w:cs="Times New Roman"/>
                <w:color w:val="000000"/>
                <w:sz w:val="24"/>
                <w:szCs w:val="24"/>
              </w:rPr>
              <w:t>T</w:t>
            </w:r>
            <w:r w:rsidRPr="00860B6E">
              <w:rPr>
                <w:rFonts w:ascii="Times New Roman" w:eastAsia="Times New Roman" w:hAnsi="Times New Roman" w:cs="Times New Roman"/>
                <w:color w:val="000000"/>
                <w:sz w:val="24"/>
                <w:szCs w:val="24"/>
                <w:vertAlign w:val="subscript"/>
              </w:rPr>
              <w:t>13</w:t>
            </w:r>
          </w:p>
        </w:tc>
        <w:tc>
          <w:tcPr>
            <w:tcW w:w="1152" w:type="pct"/>
            <w:shd w:val="clear" w:color="auto" w:fill="auto"/>
            <w:vAlign w:val="center"/>
          </w:tcPr>
          <w:p w14:paraId="73EC550F" w14:textId="77777777" w:rsidR="00E72751" w:rsidRPr="00860B6E" w:rsidRDefault="00E72751" w:rsidP="00507267">
            <w:pPr>
              <w:widowControl w:val="0"/>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Vipul booster @ 1.5 ml/l</w:t>
            </w:r>
          </w:p>
        </w:tc>
        <w:tc>
          <w:tcPr>
            <w:tcW w:w="550" w:type="pct"/>
            <w:shd w:val="clear" w:color="auto" w:fill="auto"/>
            <w:vAlign w:val="center"/>
          </w:tcPr>
          <w:p w14:paraId="4C882406" w14:textId="32C20B5D"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19.00</w:t>
            </w:r>
            <w:r w:rsidR="00B82AD0">
              <w:rPr>
                <w:rFonts w:ascii="Times New Roman" w:eastAsia="Times New Roman" w:hAnsi="Times New Roman" w:cs="Times New Roman"/>
                <w:color w:val="000000"/>
                <w:sz w:val="24"/>
                <w:szCs w:val="24"/>
              </w:rPr>
              <w:t>b</w:t>
            </w:r>
          </w:p>
        </w:tc>
        <w:tc>
          <w:tcPr>
            <w:tcW w:w="872" w:type="pct"/>
            <w:shd w:val="clear" w:color="auto" w:fill="auto"/>
            <w:vAlign w:val="center"/>
          </w:tcPr>
          <w:p w14:paraId="1DDAD286"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Moderate, saleable</w:t>
            </w:r>
          </w:p>
        </w:tc>
        <w:tc>
          <w:tcPr>
            <w:tcW w:w="1020" w:type="pct"/>
            <w:shd w:val="clear" w:color="auto" w:fill="auto"/>
            <w:vAlign w:val="center"/>
          </w:tcPr>
          <w:p w14:paraId="6ECB1812" w14:textId="77777777" w:rsidR="00E72751" w:rsidRPr="00860B6E" w:rsidRDefault="00E72751"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sidRPr="00860B6E">
              <w:rPr>
                <w:rFonts w:ascii="Times New Roman" w:eastAsia="Times New Roman" w:hAnsi="Times New Roman" w:cs="Times New Roman"/>
                <w:color w:val="000000"/>
                <w:sz w:val="24"/>
                <w:szCs w:val="24"/>
              </w:rPr>
              <w:t>Medium reddish green</w:t>
            </w:r>
          </w:p>
        </w:tc>
        <w:tc>
          <w:tcPr>
            <w:tcW w:w="878" w:type="pct"/>
          </w:tcPr>
          <w:p w14:paraId="1098E3C9" w14:textId="16831F7B" w:rsidR="00E72751" w:rsidRPr="00860B6E" w:rsidRDefault="00D741BC" w:rsidP="00507267">
            <w:pPr>
              <w:widowControl w:val="0"/>
              <w:tabs>
                <w:tab w:val="left" w:pos="504"/>
              </w:tabs>
              <w:autoSpaceDE w:val="0"/>
              <w:autoSpaceDN w:val="0"/>
              <w:spacing w:before="120" w:after="120" w:line="24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r w:rsidR="00B82AD0">
              <w:rPr>
                <w:rFonts w:ascii="Times New Roman" w:eastAsia="Times New Roman" w:hAnsi="Times New Roman" w:cs="Times New Roman"/>
                <w:color w:val="000000"/>
                <w:sz w:val="24"/>
                <w:szCs w:val="24"/>
              </w:rPr>
              <w:t>b</w:t>
            </w:r>
          </w:p>
        </w:tc>
      </w:tr>
    </w:tbl>
    <w:p w14:paraId="7D5DEEB7" w14:textId="77777777" w:rsidR="00E72751" w:rsidRDefault="00E72751" w:rsidP="00860B6E">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sz w:val="24"/>
          <w:szCs w:val="24"/>
        </w:rPr>
      </w:pPr>
    </w:p>
    <w:p w14:paraId="6BF748A9" w14:textId="1331ED01" w:rsidR="00860B6E" w:rsidRPr="00860B6E" w:rsidRDefault="00860B6E" w:rsidP="00860B6E">
      <w:pPr>
        <w:widowControl w:val="0"/>
        <w:autoSpaceDE w:val="0"/>
        <w:autoSpaceDN w:val="0"/>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860B6E">
        <w:rPr>
          <w:rFonts w:ascii="Times New Roman" w:eastAsia="Times New Roman" w:hAnsi="Times New Roman" w:cs="Times New Roman"/>
          <w:b/>
          <w:bCs/>
          <w:color w:val="000000"/>
          <w:sz w:val="24"/>
          <w:szCs w:val="24"/>
        </w:rPr>
        <w:lastRenderedPageBreak/>
        <w:t xml:space="preserve">Table </w:t>
      </w:r>
      <w:r w:rsidR="00051F49">
        <w:rPr>
          <w:rFonts w:ascii="Times New Roman" w:eastAsia="Times New Roman" w:hAnsi="Times New Roman" w:cs="Times New Roman"/>
          <w:b/>
          <w:bCs/>
          <w:color w:val="000000"/>
          <w:sz w:val="24"/>
          <w:szCs w:val="24"/>
        </w:rPr>
        <w:t>6</w:t>
      </w:r>
      <w:r w:rsidRPr="00860B6E">
        <w:rPr>
          <w:rFonts w:ascii="Times New Roman" w:eastAsia="Times New Roman" w:hAnsi="Times New Roman" w:cs="Times New Roman"/>
          <w:b/>
          <w:bCs/>
          <w:color w:val="000000"/>
          <w:sz w:val="24"/>
          <w:szCs w:val="24"/>
        </w:rPr>
        <w:t>: Effect of Bioenzymes application on different parameters of Cordyline at 90 days after planting (DAP)</w:t>
      </w:r>
    </w:p>
    <w:tbl>
      <w:tblPr>
        <w:tblStyle w:val="TableGrid1"/>
        <w:tblW w:w="5000" w:type="pct"/>
        <w:tblLook w:val="04A0" w:firstRow="1" w:lastRow="0" w:firstColumn="1" w:lastColumn="0" w:noHBand="0" w:noVBand="1"/>
      </w:tblPr>
      <w:tblGrid>
        <w:gridCol w:w="1309"/>
        <w:gridCol w:w="3666"/>
        <w:gridCol w:w="1370"/>
        <w:gridCol w:w="1253"/>
        <w:gridCol w:w="1346"/>
        <w:gridCol w:w="1463"/>
        <w:gridCol w:w="1134"/>
        <w:gridCol w:w="1409"/>
      </w:tblGrid>
      <w:tr w:rsidR="00860B6E" w:rsidRPr="00860B6E" w14:paraId="1FE7B8E4" w14:textId="77777777" w:rsidTr="0060274F">
        <w:trPr>
          <w:trHeight w:val="291"/>
        </w:trPr>
        <w:tc>
          <w:tcPr>
            <w:tcW w:w="462" w:type="pct"/>
            <w:vAlign w:val="center"/>
          </w:tcPr>
          <w:p w14:paraId="08AB77DB"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Treatment No.</w:t>
            </w:r>
          </w:p>
        </w:tc>
        <w:tc>
          <w:tcPr>
            <w:tcW w:w="1422" w:type="pct"/>
            <w:vAlign w:val="center"/>
          </w:tcPr>
          <w:p w14:paraId="3521B4CC"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Treatment details</w:t>
            </w:r>
          </w:p>
        </w:tc>
        <w:tc>
          <w:tcPr>
            <w:tcW w:w="535" w:type="pct"/>
            <w:vAlign w:val="center"/>
          </w:tcPr>
          <w:p w14:paraId="6921BE57"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Plant height</w:t>
            </w:r>
          </w:p>
          <w:p w14:paraId="4E8FED57"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(cm)</w:t>
            </w:r>
          </w:p>
        </w:tc>
        <w:tc>
          <w:tcPr>
            <w:tcW w:w="490" w:type="pct"/>
            <w:vAlign w:val="center"/>
          </w:tcPr>
          <w:p w14:paraId="0291055D"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Leaf number</w:t>
            </w:r>
          </w:p>
        </w:tc>
        <w:tc>
          <w:tcPr>
            <w:tcW w:w="526" w:type="pct"/>
            <w:vAlign w:val="center"/>
          </w:tcPr>
          <w:p w14:paraId="108783B3"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Leaf length</w:t>
            </w:r>
          </w:p>
          <w:p w14:paraId="39D42560"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(cm)</w:t>
            </w:r>
          </w:p>
        </w:tc>
        <w:tc>
          <w:tcPr>
            <w:tcW w:w="571" w:type="pct"/>
            <w:vAlign w:val="center"/>
          </w:tcPr>
          <w:p w14:paraId="1AAA98F6"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Leaf breadth (cm)</w:t>
            </w:r>
          </w:p>
        </w:tc>
        <w:tc>
          <w:tcPr>
            <w:tcW w:w="444" w:type="pct"/>
            <w:vAlign w:val="center"/>
          </w:tcPr>
          <w:p w14:paraId="1DBADAFA"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Leaf area</w:t>
            </w:r>
          </w:p>
          <w:p w14:paraId="246F78D9"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(cm²)</w:t>
            </w:r>
          </w:p>
        </w:tc>
        <w:tc>
          <w:tcPr>
            <w:tcW w:w="550" w:type="pct"/>
            <w:vAlign w:val="center"/>
          </w:tcPr>
          <w:p w14:paraId="637BD002" w14:textId="77777777" w:rsidR="00860B6E" w:rsidRPr="00860B6E" w:rsidRDefault="00860B6E" w:rsidP="00507267">
            <w:pPr>
              <w:widowControl w:val="0"/>
              <w:tabs>
                <w:tab w:val="center" w:pos="4513"/>
                <w:tab w:val="right" w:pos="9026"/>
              </w:tabs>
              <w:autoSpaceDE w:val="0"/>
              <w:autoSpaceDN w:val="0"/>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Internodal length (cm)</w:t>
            </w:r>
          </w:p>
        </w:tc>
      </w:tr>
      <w:tr w:rsidR="00860B6E" w:rsidRPr="00860B6E" w14:paraId="3C415437" w14:textId="77777777" w:rsidTr="0060274F">
        <w:trPr>
          <w:trHeight w:val="291"/>
        </w:trPr>
        <w:tc>
          <w:tcPr>
            <w:tcW w:w="462" w:type="pct"/>
          </w:tcPr>
          <w:p w14:paraId="17ACC657"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1</w:t>
            </w:r>
          </w:p>
        </w:tc>
        <w:tc>
          <w:tcPr>
            <w:tcW w:w="1422" w:type="pct"/>
          </w:tcPr>
          <w:p w14:paraId="5A41C455"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Control (No bioenzyme application)</w:t>
            </w:r>
          </w:p>
        </w:tc>
        <w:tc>
          <w:tcPr>
            <w:tcW w:w="535" w:type="pct"/>
          </w:tcPr>
          <w:p w14:paraId="2815CAB8" w14:textId="37510DE7"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59.17</w:t>
            </w:r>
            <w:r w:rsidR="00B82AD0">
              <w:rPr>
                <w:rFonts w:ascii="Times New Roman" w:eastAsia="Times New Roman" w:hAnsi="Times New Roman"/>
                <w:color w:val="000000"/>
                <w:sz w:val="24"/>
                <w:szCs w:val="24"/>
              </w:rPr>
              <w:t>cd</w:t>
            </w:r>
          </w:p>
        </w:tc>
        <w:tc>
          <w:tcPr>
            <w:tcW w:w="490" w:type="pct"/>
          </w:tcPr>
          <w:p w14:paraId="670EC683" w14:textId="3C222EA8"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6.43</w:t>
            </w:r>
            <w:r w:rsidR="00B82AD0">
              <w:rPr>
                <w:rFonts w:ascii="Times New Roman" w:eastAsia="Times New Roman" w:hAnsi="Times New Roman"/>
                <w:color w:val="000000"/>
                <w:sz w:val="24"/>
                <w:szCs w:val="24"/>
              </w:rPr>
              <w:t>d</w:t>
            </w:r>
          </w:p>
        </w:tc>
        <w:tc>
          <w:tcPr>
            <w:tcW w:w="526" w:type="pct"/>
          </w:tcPr>
          <w:p w14:paraId="3CE28F58" w14:textId="2146BAD0"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30.27</w:t>
            </w:r>
            <w:r w:rsidR="00B82AD0">
              <w:rPr>
                <w:rFonts w:ascii="Times New Roman" w:eastAsia="Times New Roman" w:hAnsi="Times New Roman"/>
                <w:color w:val="000000"/>
                <w:sz w:val="24"/>
                <w:szCs w:val="24"/>
              </w:rPr>
              <w:t>c</w:t>
            </w:r>
          </w:p>
        </w:tc>
        <w:tc>
          <w:tcPr>
            <w:tcW w:w="571" w:type="pct"/>
          </w:tcPr>
          <w:p w14:paraId="5AA1F131" w14:textId="189D3F1A"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2.33</w:t>
            </w:r>
            <w:r w:rsidR="00F030D8">
              <w:rPr>
                <w:rFonts w:ascii="Times New Roman" w:eastAsia="Times New Roman" w:hAnsi="Times New Roman"/>
                <w:color w:val="000000"/>
                <w:sz w:val="24"/>
                <w:szCs w:val="24"/>
              </w:rPr>
              <w:t>b</w:t>
            </w:r>
          </w:p>
        </w:tc>
        <w:tc>
          <w:tcPr>
            <w:tcW w:w="444" w:type="pct"/>
          </w:tcPr>
          <w:p w14:paraId="11AED6EB" w14:textId="36A524B2"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71.08</w:t>
            </w:r>
            <w:r w:rsidR="00F030D8">
              <w:rPr>
                <w:rFonts w:ascii="Times New Roman" w:eastAsia="Times New Roman" w:hAnsi="Times New Roman"/>
                <w:color w:val="000000"/>
                <w:sz w:val="24"/>
                <w:szCs w:val="24"/>
              </w:rPr>
              <w:t>c</w:t>
            </w:r>
          </w:p>
        </w:tc>
        <w:tc>
          <w:tcPr>
            <w:tcW w:w="550" w:type="pct"/>
          </w:tcPr>
          <w:p w14:paraId="7B77C158" w14:textId="6EF3C025"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4.53</w:t>
            </w:r>
            <w:r w:rsidR="00F030D8">
              <w:rPr>
                <w:rFonts w:ascii="Times New Roman" w:eastAsia="Times New Roman" w:hAnsi="Times New Roman"/>
                <w:color w:val="000000"/>
                <w:sz w:val="24"/>
                <w:szCs w:val="24"/>
              </w:rPr>
              <w:t>c</w:t>
            </w:r>
          </w:p>
        </w:tc>
      </w:tr>
      <w:tr w:rsidR="00860B6E" w:rsidRPr="00860B6E" w14:paraId="20C91DA6" w14:textId="77777777" w:rsidTr="0060274F">
        <w:trPr>
          <w:trHeight w:val="304"/>
        </w:trPr>
        <w:tc>
          <w:tcPr>
            <w:tcW w:w="462" w:type="pct"/>
          </w:tcPr>
          <w:p w14:paraId="31489693"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2</w:t>
            </w:r>
          </w:p>
        </w:tc>
        <w:tc>
          <w:tcPr>
            <w:tcW w:w="1422" w:type="pct"/>
          </w:tcPr>
          <w:p w14:paraId="48C56203"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Biozyme vegetable plus @ 0.5 ml/l</w:t>
            </w:r>
          </w:p>
        </w:tc>
        <w:tc>
          <w:tcPr>
            <w:tcW w:w="535" w:type="pct"/>
          </w:tcPr>
          <w:p w14:paraId="574DFA69" w14:textId="43D60F28"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62.27</w:t>
            </w:r>
            <w:r w:rsidR="00B82AD0">
              <w:rPr>
                <w:rFonts w:ascii="Times New Roman" w:eastAsia="Times New Roman" w:hAnsi="Times New Roman"/>
                <w:color w:val="000000"/>
                <w:sz w:val="24"/>
                <w:szCs w:val="24"/>
              </w:rPr>
              <w:t>ab</w:t>
            </w:r>
          </w:p>
        </w:tc>
        <w:tc>
          <w:tcPr>
            <w:tcW w:w="490" w:type="pct"/>
          </w:tcPr>
          <w:p w14:paraId="658C6882" w14:textId="72F50087"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8.27</w:t>
            </w:r>
            <w:r w:rsidR="00B82AD0">
              <w:rPr>
                <w:rFonts w:ascii="Times New Roman" w:eastAsia="Times New Roman" w:hAnsi="Times New Roman"/>
                <w:color w:val="000000"/>
                <w:sz w:val="24"/>
                <w:szCs w:val="24"/>
              </w:rPr>
              <w:t>c</w:t>
            </w:r>
          </w:p>
        </w:tc>
        <w:tc>
          <w:tcPr>
            <w:tcW w:w="526" w:type="pct"/>
          </w:tcPr>
          <w:p w14:paraId="56921F50" w14:textId="25FACAE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32.32</w:t>
            </w:r>
            <w:r w:rsidR="00B82AD0">
              <w:rPr>
                <w:rFonts w:ascii="Times New Roman" w:eastAsia="Times New Roman" w:hAnsi="Times New Roman"/>
                <w:color w:val="000000"/>
                <w:sz w:val="24"/>
                <w:szCs w:val="24"/>
              </w:rPr>
              <w:t>b</w:t>
            </w:r>
          </w:p>
        </w:tc>
        <w:tc>
          <w:tcPr>
            <w:tcW w:w="571" w:type="pct"/>
          </w:tcPr>
          <w:p w14:paraId="3EC822F8" w14:textId="4855A4BA"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2.78</w:t>
            </w:r>
            <w:r w:rsidR="00F030D8">
              <w:rPr>
                <w:rFonts w:ascii="Times New Roman" w:eastAsia="Times New Roman" w:hAnsi="Times New Roman"/>
                <w:color w:val="000000"/>
                <w:sz w:val="24"/>
                <w:szCs w:val="24"/>
              </w:rPr>
              <w:t>b</w:t>
            </w:r>
          </w:p>
        </w:tc>
        <w:tc>
          <w:tcPr>
            <w:tcW w:w="444" w:type="pct"/>
          </w:tcPr>
          <w:p w14:paraId="1EF254F2" w14:textId="77B89DDE"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90.32</w:t>
            </w:r>
            <w:r w:rsidR="00F030D8">
              <w:rPr>
                <w:rFonts w:ascii="Times New Roman" w:eastAsia="Times New Roman" w:hAnsi="Times New Roman"/>
                <w:color w:val="000000"/>
                <w:sz w:val="24"/>
                <w:szCs w:val="24"/>
              </w:rPr>
              <w:t>b</w:t>
            </w:r>
          </w:p>
        </w:tc>
        <w:tc>
          <w:tcPr>
            <w:tcW w:w="550" w:type="pct"/>
          </w:tcPr>
          <w:p w14:paraId="51B17B04" w14:textId="65CC700E"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4.90</w:t>
            </w:r>
            <w:r w:rsidR="00F030D8">
              <w:rPr>
                <w:rFonts w:ascii="Times New Roman" w:eastAsia="Times New Roman" w:hAnsi="Times New Roman"/>
                <w:color w:val="000000"/>
                <w:sz w:val="24"/>
                <w:szCs w:val="24"/>
              </w:rPr>
              <w:t>c</w:t>
            </w:r>
          </w:p>
        </w:tc>
      </w:tr>
      <w:tr w:rsidR="00860B6E" w:rsidRPr="00860B6E" w14:paraId="51EE15D2" w14:textId="77777777" w:rsidTr="0060274F">
        <w:trPr>
          <w:trHeight w:val="291"/>
        </w:trPr>
        <w:tc>
          <w:tcPr>
            <w:tcW w:w="462" w:type="pct"/>
          </w:tcPr>
          <w:p w14:paraId="5E8330EF"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3</w:t>
            </w:r>
          </w:p>
        </w:tc>
        <w:tc>
          <w:tcPr>
            <w:tcW w:w="1422" w:type="pct"/>
          </w:tcPr>
          <w:p w14:paraId="69F9338A"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Booster @ 0.5 ml/l</w:t>
            </w:r>
          </w:p>
        </w:tc>
        <w:tc>
          <w:tcPr>
            <w:tcW w:w="535" w:type="pct"/>
          </w:tcPr>
          <w:p w14:paraId="183B127F" w14:textId="79B0EAE6"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62.07</w:t>
            </w:r>
            <w:r w:rsidR="00B82AD0">
              <w:rPr>
                <w:rFonts w:ascii="Times New Roman" w:eastAsia="Times New Roman" w:hAnsi="Times New Roman"/>
                <w:color w:val="000000"/>
                <w:sz w:val="24"/>
                <w:szCs w:val="24"/>
              </w:rPr>
              <w:t>c</w:t>
            </w:r>
          </w:p>
        </w:tc>
        <w:tc>
          <w:tcPr>
            <w:tcW w:w="490" w:type="pct"/>
          </w:tcPr>
          <w:p w14:paraId="2D41520D" w14:textId="12D7BF3D"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8.8</w:t>
            </w:r>
            <w:r w:rsidR="00F030D8">
              <w:rPr>
                <w:rFonts w:ascii="Times New Roman" w:eastAsia="Times New Roman" w:hAnsi="Times New Roman"/>
                <w:color w:val="000000"/>
                <w:sz w:val="24"/>
                <w:szCs w:val="24"/>
              </w:rPr>
              <w:t>0</w:t>
            </w:r>
            <w:r w:rsidR="00B82AD0">
              <w:rPr>
                <w:rFonts w:ascii="Times New Roman" w:eastAsia="Times New Roman" w:hAnsi="Times New Roman"/>
                <w:color w:val="000000"/>
                <w:sz w:val="24"/>
                <w:szCs w:val="24"/>
              </w:rPr>
              <w:t>c</w:t>
            </w:r>
          </w:p>
        </w:tc>
        <w:tc>
          <w:tcPr>
            <w:tcW w:w="526" w:type="pct"/>
          </w:tcPr>
          <w:p w14:paraId="3DF5943D" w14:textId="2C14688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32.28</w:t>
            </w:r>
            <w:r w:rsidR="00B82AD0">
              <w:rPr>
                <w:rFonts w:ascii="Times New Roman" w:eastAsia="Times New Roman" w:hAnsi="Times New Roman"/>
                <w:color w:val="000000"/>
                <w:sz w:val="24"/>
                <w:szCs w:val="24"/>
              </w:rPr>
              <w:t>b</w:t>
            </w:r>
          </w:p>
        </w:tc>
        <w:tc>
          <w:tcPr>
            <w:tcW w:w="571" w:type="pct"/>
          </w:tcPr>
          <w:p w14:paraId="1144C7FF" w14:textId="54E3F5B3"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2.50</w:t>
            </w:r>
            <w:r w:rsidR="00F030D8">
              <w:rPr>
                <w:rFonts w:ascii="Times New Roman" w:eastAsia="Times New Roman" w:hAnsi="Times New Roman"/>
                <w:color w:val="000000"/>
                <w:sz w:val="24"/>
                <w:szCs w:val="24"/>
              </w:rPr>
              <w:t>b</w:t>
            </w:r>
          </w:p>
        </w:tc>
        <w:tc>
          <w:tcPr>
            <w:tcW w:w="444" w:type="pct"/>
          </w:tcPr>
          <w:p w14:paraId="16B94154" w14:textId="008D37E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89.56</w:t>
            </w:r>
            <w:r w:rsidR="00F030D8">
              <w:rPr>
                <w:rFonts w:ascii="Times New Roman" w:eastAsia="Times New Roman" w:hAnsi="Times New Roman"/>
                <w:color w:val="000000"/>
                <w:sz w:val="24"/>
                <w:szCs w:val="24"/>
              </w:rPr>
              <w:t>b</w:t>
            </w:r>
          </w:p>
        </w:tc>
        <w:tc>
          <w:tcPr>
            <w:tcW w:w="550" w:type="pct"/>
          </w:tcPr>
          <w:p w14:paraId="5C0BF620" w14:textId="541FDF75"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4.97</w:t>
            </w:r>
            <w:r w:rsidR="00F030D8">
              <w:rPr>
                <w:rFonts w:ascii="Times New Roman" w:eastAsia="Times New Roman" w:hAnsi="Times New Roman"/>
                <w:color w:val="000000"/>
                <w:sz w:val="24"/>
                <w:szCs w:val="24"/>
              </w:rPr>
              <w:t>c</w:t>
            </w:r>
          </w:p>
        </w:tc>
      </w:tr>
      <w:tr w:rsidR="00860B6E" w:rsidRPr="00860B6E" w14:paraId="146E6E34" w14:textId="77777777" w:rsidTr="0060274F">
        <w:trPr>
          <w:trHeight w:val="291"/>
        </w:trPr>
        <w:tc>
          <w:tcPr>
            <w:tcW w:w="462" w:type="pct"/>
          </w:tcPr>
          <w:p w14:paraId="35C7FE38"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4</w:t>
            </w:r>
          </w:p>
        </w:tc>
        <w:tc>
          <w:tcPr>
            <w:tcW w:w="1422" w:type="pct"/>
          </w:tcPr>
          <w:p w14:paraId="54707785"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Biozyme crop + @ 0.5 ml/l</w:t>
            </w:r>
          </w:p>
        </w:tc>
        <w:tc>
          <w:tcPr>
            <w:tcW w:w="535" w:type="pct"/>
          </w:tcPr>
          <w:p w14:paraId="79A60699" w14:textId="26FAAC4E"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61.93</w:t>
            </w:r>
            <w:r w:rsidR="00B82AD0">
              <w:rPr>
                <w:rFonts w:ascii="Times New Roman" w:eastAsia="Times New Roman" w:hAnsi="Times New Roman"/>
                <w:color w:val="000000"/>
                <w:sz w:val="24"/>
                <w:szCs w:val="24"/>
              </w:rPr>
              <w:t>c</w:t>
            </w:r>
          </w:p>
        </w:tc>
        <w:tc>
          <w:tcPr>
            <w:tcW w:w="490" w:type="pct"/>
          </w:tcPr>
          <w:p w14:paraId="71582140" w14:textId="480E0AF7"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8.73</w:t>
            </w:r>
            <w:r w:rsidR="00B82AD0">
              <w:rPr>
                <w:rFonts w:ascii="Times New Roman" w:eastAsia="Times New Roman" w:hAnsi="Times New Roman"/>
                <w:color w:val="000000"/>
                <w:sz w:val="24"/>
                <w:szCs w:val="24"/>
              </w:rPr>
              <w:t>c</w:t>
            </w:r>
          </w:p>
        </w:tc>
        <w:tc>
          <w:tcPr>
            <w:tcW w:w="526" w:type="pct"/>
          </w:tcPr>
          <w:p w14:paraId="5D009640" w14:textId="4CA33426"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32.00</w:t>
            </w:r>
            <w:r w:rsidR="00B82AD0">
              <w:rPr>
                <w:rFonts w:ascii="Times New Roman" w:eastAsia="Times New Roman" w:hAnsi="Times New Roman"/>
                <w:color w:val="000000"/>
                <w:sz w:val="24"/>
                <w:szCs w:val="24"/>
              </w:rPr>
              <w:t>b</w:t>
            </w:r>
          </w:p>
        </w:tc>
        <w:tc>
          <w:tcPr>
            <w:tcW w:w="571" w:type="pct"/>
          </w:tcPr>
          <w:p w14:paraId="7A90F4C8" w14:textId="5D40A1F6"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2.70</w:t>
            </w:r>
            <w:r w:rsidR="00F030D8">
              <w:rPr>
                <w:rFonts w:ascii="Times New Roman" w:eastAsia="Times New Roman" w:hAnsi="Times New Roman"/>
                <w:color w:val="000000"/>
                <w:sz w:val="24"/>
                <w:szCs w:val="24"/>
              </w:rPr>
              <w:t>b</w:t>
            </w:r>
          </w:p>
        </w:tc>
        <w:tc>
          <w:tcPr>
            <w:tcW w:w="444" w:type="pct"/>
          </w:tcPr>
          <w:p w14:paraId="260B8D33" w14:textId="44A63BE9"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88.21</w:t>
            </w:r>
            <w:r w:rsidR="00F030D8">
              <w:rPr>
                <w:rFonts w:ascii="Times New Roman" w:eastAsia="Times New Roman" w:hAnsi="Times New Roman"/>
                <w:color w:val="000000"/>
                <w:sz w:val="24"/>
                <w:szCs w:val="24"/>
              </w:rPr>
              <w:t>b</w:t>
            </w:r>
          </w:p>
        </w:tc>
        <w:tc>
          <w:tcPr>
            <w:tcW w:w="550" w:type="pct"/>
          </w:tcPr>
          <w:p w14:paraId="2434B0C6" w14:textId="5234F174"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4.73</w:t>
            </w:r>
            <w:r w:rsidR="00F030D8">
              <w:rPr>
                <w:rFonts w:ascii="Times New Roman" w:eastAsia="Times New Roman" w:hAnsi="Times New Roman"/>
                <w:color w:val="000000"/>
                <w:sz w:val="24"/>
                <w:szCs w:val="24"/>
              </w:rPr>
              <w:t>c</w:t>
            </w:r>
          </w:p>
        </w:tc>
      </w:tr>
      <w:tr w:rsidR="00860B6E" w:rsidRPr="00860B6E" w14:paraId="587A2200" w14:textId="77777777" w:rsidTr="0060274F">
        <w:trPr>
          <w:trHeight w:val="291"/>
        </w:trPr>
        <w:tc>
          <w:tcPr>
            <w:tcW w:w="462" w:type="pct"/>
          </w:tcPr>
          <w:p w14:paraId="6B86854C"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5</w:t>
            </w:r>
          </w:p>
        </w:tc>
        <w:tc>
          <w:tcPr>
            <w:tcW w:w="1422" w:type="pct"/>
          </w:tcPr>
          <w:p w14:paraId="22B4AE98"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Vipul booster @ 0.5 ml/l</w:t>
            </w:r>
          </w:p>
        </w:tc>
        <w:tc>
          <w:tcPr>
            <w:tcW w:w="535" w:type="pct"/>
          </w:tcPr>
          <w:p w14:paraId="089ACBF9" w14:textId="3CEE32B9"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63.27</w:t>
            </w:r>
            <w:r w:rsidR="00B82AD0">
              <w:rPr>
                <w:rFonts w:ascii="Times New Roman" w:eastAsia="Times New Roman" w:hAnsi="Times New Roman"/>
                <w:color w:val="000000"/>
                <w:sz w:val="24"/>
                <w:szCs w:val="24"/>
              </w:rPr>
              <w:t>b</w:t>
            </w:r>
          </w:p>
        </w:tc>
        <w:tc>
          <w:tcPr>
            <w:tcW w:w="490" w:type="pct"/>
          </w:tcPr>
          <w:p w14:paraId="358FBF43" w14:textId="547A4D51"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8.33</w:t>
            </w:r>
            <w:r w:rsidR="00B82AD0">
              <w:rPr>
                <w:rFonts w:ascii="Times New Roman" w:eastAsia="Times New Roman" w:hAnsi="Times New Roman"/>
                <w:color w:val="000000"/>
                <w:sz w:val="24"/>
                <w:szCs w:val="24"/>
              </w:rPr>
              <w:t>c</w:t>
            </w:r>
          </w:p>
        </w:tc>
        <w:tc>
          <w:tcPr>
            <w:tcW w:w="526" w:type="pct"/>
          </w:tcPr>
          <w:p w14:paraId="66A942D5" w14:textId="31798E90"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31.40</w:t>
            </w:r>
            <w:r w:rsidR="00B82AD0">
              <w:rPr>
                <w:rFonts w:ascii="Times New Roman" w:eastAsia="Times New Roman" w:hAnsi="Times New Roman"/>
                <w:color w:val="000000"/>
                <w:sz w:val="24"/>
                <w:szCs w:val="24"/>
              </w:rPr>
              <w:t>c</w:t>
            </w:r>
          </w:p>
        </w:tc>
        <w:tc>
          <w:tcPr>
            <w:tcW w:w="571" w:type="pct"/>
          </w:tcPr>
          <w:p w14:paraId="0675C8E3" w14:textId="23A071F6"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2.71</w:t>
            </w:r>
            <w:r w:rsidR="00F030D8">
              <w:rPr>
                <w:rFonts w:ascii="Times New Roman" w:eastAsia="Times New Roman" w:hAnsi="Times New Roman"/>
                <w:color w:val="000000"/>
                <w:sz w:val="24"/>
                <w:szCs w:val="24"/>
              </w:rPr>
              <w:t>b</w:t>
            </w:r>
          </w:p>
        </w:tc>
        <w:tc>
          <w:tcPr>
            <w:tcW w:w="444" w:type="pct"/>
          </w:tcPr>
          <w:p w14:paraId="6FA86854" w14:textId="38552CD1"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79.61</w:t>
            </w:r>
            <w:r w:rsidR="00F030D8">
              <w:rPr>
                <w:rFonts w:ascii="Times New Roman" w:eastAsia="Times New Roman" w:hAnsi="Times New Roman"/>
                <w:color w:val="000000"/>
                <w:sz w:val="24"/>
                <w:szCs w:val="24"/>
              </w:rPr>
              <w:t>c</w:t>
            </w:r>
          </w:p>
        </w:tc>
        <w:tc>
          <w:tcPr>
            <w:tcW w:w="550" w:type="pct"/>
          </w:tcPr>
          <w:p w14:paraId="2AB763BD" w14:textId="3BC0100F"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4.62</w:t>
            </w:r>
            <w:r w:rsidR="00F030D8">
              <w:rPr>
                <w:rFonts w:ascii="Times New Roman" w:eastAsia="Times New Roman" w:hAnsi="Times New Roman"/>
                <w:color w:val="000000"/>
                <w:sz w:val="24"/>
                <w:szCs w:val="24"/>
              </w:rPr>
              <w:t>c</w:t>
            </w:r>
          </w:p>
        </w:tc>
      </w:tr>
      <w:tr w:rsidR="00860B6E" w:rsidRPr="00860B6E" w14:paraId="23575BD2" w14:textId="77777777" w:rsidTr="0060274F">
        <w:trPr>
          <w:trHeight w:val="291"/>
        </w:trPr>
        <w:tc>
          <w:tcPr>
            <w:tcW w:w="462" w:type="pct"/>
          </w:tcPr>
          <w:p w14:paraId="607739C2"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6</w:t>
            </w:r>
          </w:p>
        </w:tc>
        <w:tc>
          <w:tcPr>
            <w:tcW w:w="1422" w:type="pct"/>
          </w:tcPr>
          <w:p w14:paraId="58EFA68F"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Biozyme vegetable plus @ 1.0 ml/l</w:t>
            </w:r>
          </w:p>
        </w:tc>
        <w:tc>
          <w:tcPr>
            <w:tcW w:w="535" w:type="pct"/>
          </w:tcPr>
          <w:p w14:paraId="7CD5A90B" w14:textId="666B4976"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63.27</w:t>
            </w:r>
            <w:r w:rsidR="00B82AD0">
              <w:rPr>
                <w:rFonts w:ascii="Times New Roman" w:eastAsia="Times New Roman" w:hAnsi="Times New Roman"/>
                <w:color w:val="000000"/>
                <w:sz w:val="24"/>
                <w:szCs w:val="24"/>
              </w:rPr>
              <w:t>b</w:t>
            </w:r>
          </w:p>
        </w:tc>
        <w:tc>
          <w:tcPr>
            <w:tcW w:w="490" w:type="pct"/>
          </w:tcPr>
          <w:p w14:paraId="2BC2F6D2" w14:textId="5DC77C45"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8.80</w:t>
            </w:r>
            <w:r w:rsidR="00B82AD0">
              <w:rPr>
                <w:rFonts w:ascii="Times New Roman" w:eastAsia="Times New Roman" w:hAnsi="Times New Roman"/>
                <w:color w:val="000000"/>
                <w:sz w:val="24"/>
                <w:szCs w:val="24"/>
              </w:rPr>
              <w:t>c</w:t>
            </w:r>
          </w:p>
        </w:tc>
        <w:tc>
          <w:tcPr>
            <w:tcW w:w="526" w:type="pct"/>
          </w:tcPr>
          <w:p w14:paraId="71839873" w14:textId="2994CDAD"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32.60</w:t>
            </w:r>
            <w:r w:rsidR="00B82AD0">
              <w:rPr>
                <w:rFonts w:ascii="Times New Roman" w:eastAsia="Times New Roman" w:hAnsi="Times New Roman"/>
                <w:color w:val="000000"/>
                <w:sz w:val="24"/>
                <w:szCs w:val="24"/>
              </w:rPr>
              <w:t>b</w:t>
            </w:r>
          </w:p>
        </w:tc>
        <w:tc>
          <w:tcPr>
            <w:tcW w:w="571" w:type="pct"/>
          </w:tcPr>
          <w:p w14:paraId="607C5C87" w14:textId="12CED3CF"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2.77</w:t>
            </w:r>
            <w:r w:rsidR="00F030D8">
              <w:rPr>
                <w:rFonts w:ascii="Times New Roman" w:eastAsia="Times New Roman" w:hAnsi="Times New Roman"/>
                <w:color w:val="000000"/>
                <w:sz w:val="24"/>
                <w:szCs w:val="24"/>
              </w:rPr>
              <w:t>b</w:t>
            </w:r>
          </w:p>
        </w:tc>
        <w:tc>
          <w:tcPr>
            <w:tcW w:w="444" w:type="pct"/>
          </w:tcPr>
          <w:p w14:paraId="1DF67E7D" w14:textId="6DE7D014"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93.04</w:t>
            </w:r>
            <w:r w:rsidR="00F030D8">
              <w:rPr>
                <w:rFonts w:ascii="Times New Roman" w:eastAsia="Times New Roman" w:hAnsi="Times New Roman"/>
                <w:color w:val="000000"/>
                <w:sz w:val="24"/>
                <w:szCs w:val="24"/>
              </w:rPr>
              <w:t>b</w:t>
            </w:r>
          </w:p>
        </w:tc>
        <w:tc>
          <w:tcPr>
            <w:tcW w:w="550" w:type="pct"/>
          </w:tcPr>
          <w:p w14:paraId="145F33EA" w14:textId="42406719"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5.00</w:t>
            </w:r>
            <w:r w:rsidR="00F030D8">
              <w:rPr>
                <w:rFonts w:ascii="Times New Roman" w:eastAsia="Times New Roman" w:hAnsi="Times New Roman"/>
                <w:color w:val="000000"/>
                <w:sz w:val="24"/>
                <w:szCs w:val="24"/>
              </w:rPr>
              <w:t>b</w:t>
            </w:r>
          </w:p>
        </w:tc>
      </w:tr>
      <w:tr w:rsidR="00860B6E" w:rsidRPr="00860B6E" w14:paraId="450FEFDD" w14:textId="77777777" w:rsidTr="0060274F">
        <w:trPr>
          <w:trHeight w:val="304"/>
        </w:trPr>
        <w:tc>
          <w:tcPr>
            <w:tcW w:w="462" w:type="pct"/>
          </w:tcPr>
          <w:p w14:paraId="696A4986"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7</w:t>
            </w:r>
          </w:p>
        </w:tc>
        <w:tc>
          <w:tcPr>
            <w:tcW w:w="1422" w:type="pct"/>
          </w:tcPr>
          <w:p w14:paraId="2D938966"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Booster @ 1.0 ml/l</w:t>
            </w:r>
          </w:p>
        </w:tc>
        <w:tc>
          <w:tcPr>
            <w:tcW w:w="535" w:type="pct"/>
          </w:tcPr>
          <w:p w14:paraId="100AE13A" w14:textId="23469914"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63.07</w:t>
            </w:r>
            <w:r w:rsidR="00B82AD0">
              <w:rPr>
                <w:rFonts w:ascii="Times New Roman" w:eastAsia="Times New Roman" w:hAnsi="Times New Roman"/>
                <w:color w:val="000000"/>
                <w:sz w:val="24"/>
                <w:szCs w:val="24"/>
              </w:rPr>
              <w:t>b</w:t>
            </w:r>
          </w:p>
        </w:tc>
        <w:tc>
          <w:tcPr>
            <w:tcW w:w="490" w:type="pct"/>
          </w:tcPr>
          <w:p w14:paraId="0C6F3960" w14:textId="3858C0D3"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9.33</w:t>
            </w:r>
            <w:r w:rsidR="00B82AD0">
              <w:rPr>
                <w:rFonts w:ascii="Times New Roman" w:eastAsia="Times New Roman" w:hAnsi="Times New Roman"/>
                <w:color w:val="000000"/>
                <w:sz w:val="24"/>
                <w:szCs w:val="24"/>
              </w:rPr>
              <w:t>b</w:t>
            </w:r>
          </w:p>
        </w:tc>
        <w:tc>
          <w:tcPr>
            <w:tcW w:w="526" w:type="pct"/>
          </w:tcPr>
          <w:p w14:paraId="21F8E068" w14:textId="4852BFCC"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32.14</w:t>
            </w:r>
            <w:r w:rsidR="00B82AD0">
              <w:rPr>
                <w:rFonts w:ascii="Times New Roman" w:eastAsia="Times New Roman" w:hAnsi="Times New Roman"/>
                <w:color w:val="000000"/>
                <w:sz w:val="24"/>
                <w:szCs w:val="24"/>
              </w:rPr>
              <w:t>b</w:t>
            </w:r>
          </w:p>
        </w:tc>
        <w:tc>
          <w:tcPr>
            <w:tcW w:w="571" w:type="pct"/>
          </w:tcPr>
          <w:p w14:paraId="63C5C906" w14:textId="13925208"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2.79</w:t>
            </w:r>
            <w:r w:rsidR="00F030D8">
              <w:rPr>
                <w:rFonts w:ascii="Times New Roman" w:eastAsia="Times New Roman" w:hAnsi="Times New Roman"/>
                <w:color w:val="000000"/>
                <w:sz w:val="24"/>
                <w:szCs w:val="24"/>
              </w:rPr>
              <w:t>b</w:t>
            </w:r>
          </w:p>
        </w:tc>
        <w:tc>
          <w:tcPr>
            <w:tcW w:w="444" w:type="pct"/>
          </w:tcPr>
          <w:p w14:paraId="35BDE3D1" w14:textId="4A8510F1"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91.18</w:t>
            </w:r>
            <w:r w:rsidR="00F030D8">
              <w:rPr>
                <w:rFonts w:ascii="Times New Roman" w:eastAsia="Times New Roman" w:hAnsi="Times New Roman"/>
                <w:color w:val="000000"/>
                <w:sz w:val="24"/>
                <w:szCs w:val="24"/>
              </w:rPr>
              <w:t>b</w:t>
            </w:r>
          </w:p>
        </w:tc>
        <w:tc>
          <w:tcPr>
            <w:tcW w:w="550" w:type="pct"/>
          </w:tcPr>
          <w:p w14:paraId="50D98D56" w14:textId="4BB03725"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5.17</w:t>
            </w:r>
            <w:r w:rsidR="00F030D8">
              <w:rPr>
                <w:rFonts w:ascii="Times New Roman" w:eastAsia="Times New Roman" w:hAnsi="Times New Roman"/>
                <w:color w:val="000000"/>
                <w:sz w:val="24"/>
                <w:szCs w:val="24"/>
              </w:rPr>
              <w:t>b</w:t>
            </w:r>
          </w:p>
        </w:tc>
      </w:tr>
      <w:tr w:rsidR="00860B6E" w:rsidRPr="00860B6E" w14:paraId="1069A97A" w14:textId="77777777" w:rsidTr="0060274F">
        <w:trPr>
          <w:trHeight w:val="291"/>
        </w:trPr>
        <w:tc>
          <w:tcPr>
            <w:tcW w:w="462" w:type="pct"/>
          </w:tcPr>
          <w:p w14:paraId="0F71C00A"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T</w:t>
            </w:r>
            <w:r w:rsidRPr="00860B6E">
              <w:rPr>
                <w:rFonts w:ascii="Times New Roman" w:eastAsia="Times New Roman" w:hAnsi="Times New Roman"/>
                <w:b/>
                <w:bCs/>
                <w:color w:val="000000"/>
                <w:sz w:val="24"/>
                <w:szCs w:val="24"/>
                <w:vertAlign w:val="subscript"/>
              </w:rPr>
              <w:t>8</w:t>
            </w:r>
          </w:p>
        </w:tc>
        <w:tc>
          <w:tcPr>
            <w:tcW w:w="1422" w:type="pct"/>
          </w:tcPr>
          <w:p w14:paraId="19E0EF71"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Vipul booster @ 1.0 ml/l</w:t>
            </w:r>
          </w:p>
        </w:tc>
        <w:tc>
          <w:tcPr>
            <w:tcW w:w="535" w:type="pct"/>
          </w:tcPr>
          <w:p w14:paraId="654E712E" w14:textId="2171F55C" w:rsidR="00860B6E" w:rsidRPr="00860B6E" w:rsidRDefault="00860B6E" w:rsidP="00507267">
            <w:pPr>
              <w:widowControl w:val="0"/>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67.50</w:t>
            </w:r>
            <w:r w:rsidR="00B82AD0">
              <w:rPr>
                <w:rFonts w:ascii="Times New Roman" w:eastAsia="Times New Roman" w:hAnsi="Times New Roman"/>
                <w:b/>
                <w:bCs/>
                <w:color w:val="000000"/>
                <w:sz w:val="24"/>
                <w:szCs w:val="24"/>
              </w:rPr>
              <w:t>a</w:t>
            </w:r>
          </w:p>
        </w:tc>
        <w:tc>
          <w:tcPr>
            <w:tcW w:w="490" w:type="pct"/>
          </w:tcPr>
          <w:p w14:paraId="0D58D538" w14:textId="3B8F3720" w:rsidR="00860B6E" w:rsidRPr="00860B6E" w:rsidRDefault="00860B6E" w:rsidP="00507267">
            <w:pPr>
              <w:widowControl w:val="0"/>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10.67</w:t>
            </w:r>
            <w:r w:rsidR="00B82AD0">
              <w:rPr>
                <w:rFonts w:ascii="Times New Roman" w:eastAsia="Times New Roman" w:hAnsi="Times New Roman"/>
                <w:b/>
                <w:bCs/>
                <w:color w:val="000000"/>
                <w:sz w:val="24"/>
                <w:szCs w:val="24"/>
              </w:rPr>
              <w:t>a</w:t>
            </w:r>
          </w:p>
        </w:tc>
        <w:tc>
          <w:tcPr>
            <w:tcW w:w="526" w:type="pct"/>
          </w:tcPr>
          <w:p w14:paraId="23F88137" w14:textId="1777A8A6"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36.2</w:t>
            </w:r>
            <w:r w:rsidR="00B82AD0">
              <w:rPr>
                <w:rFonts w:ascii="Times New Roman" w:eastAsia="Times New Roman" w:hAnsi="Times New Roman"/>
                <w:b/>
                <w:bCs/>
                <w:color w:val="000000"/>
                <w:sz w:val="24"/>
                <w:szCs w:val="24"/>
              </w:rPr>
              <w:t>0a</w:t>
            </w:r>
          </w:p>
        </w:tc>
        <w:tc>
          <w:tcPr>
            <w:tcW w:w="571" w:type="pct"/>
          </w:tcPr>
          <w:p w14:paraId="0F81D37B" w14:textId="555AADEA"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3.67</w:t>
            </w:r>
            <w:r w:rsidR="00F030D8">
              <w:rPr>
                <w:rFonts w:ascii="Times New Roman" w:eastAsia="Times New Roman" w:hAnsi="Times New Roman"/>
                <w:b/>
                <w:bCs/>
                <w:color w:val="000000"/>
                <w:sz w:val="24"/>
                <w:szCs w:val="24"/>
              </w:rPr>
              <w:t>a</w:t>
            </w:r>
          </w:p>
        </w:tc>
        <w:tc>
          <w:tcPr>
            <w:tcW w:w="444" w:type="pct"/>
          </w:tcPr>
          <w:p w14:paraId="029AC784" w14:textId="7954EFEB"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140.4</w:t>
            </w:r>
            <w:r w:rsidR="00F030D8">
              <w:rPr>
                <w:rFonts w:ascii="Times New Roman" w:eastAsia="Times New Roman" w:hAnsi="Times New Roman"/>
                <w:b/>
                <w:bCs/>
                <w:color w:val="000000"/>
                <w:sz w:val="24"/>
                <w:szCs w:val="24"/>
              </w:rPr>
              <w:t>a</w:t>
            </w:r>
          </w:p>
        </w:tc>
        <w:tc>
          <w:tcPr>
            <w:tcW w:w="550" w:type="pct"/>
          </w:tcPr>
          <w:p w14:paraId="06E4BE6A" w14:textId="01D18440"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6.20</w:t>
            </w:r>
            <w:r w:rsidR="00F030D8">
              <w:rPr>
                <w:rFonts w:ascii="Times New Roman" w:eastAsia="Times New Roman" w:hAnsi="Times New Roman"/>
                <w:b/>
                <w:bCs/>
                <w:color w:val="000000"/>
                <w:sz w:val="24"/>
                <w:szCs w:val="24"/>
              </w:rPr>
              <w:t>a</w:t>
            </w:r>
          </w:p>
        </w:tc>
      </w:tr>
      <w:tr w:rsidR="00860B6E" w:rsidRPr="00860B6E" w14:paraId="34F53133" w14:textId="77777777" w:rsidTr="0060274F">
        <w:trPr>
          <w:trHeight w:val="291"/>
        </w:trPr>
        <w:tc>
          <w:tcPr>
            <w:tcW w:w="462" w:type="pct"/>
          </w:tcPr>
          <w:p w14:paraId="409763EF"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9</w:t>
            </w:r>
          </w:p>
        </w:tc>
        <w:tc>
          <w:tcPr>
            <w:tcW w:w="1422" w:type="pct"/>
          </w:tcPr>
          <w:p w14:paraId="0AE1A261"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Biozyme crop + @ 1.0 ml/l</w:t>
            </w:r>
          </w:p>
        </w:tc>
        <w:tc>
          <w:tcPr>
            <w:tcW w:w="535" w:type="pct"/>
          </w:tcPr>
          <w:p w14:paraId="0D1F173E" w14:textId="62B70BA5"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63.96</w:t>
            </w:r>
            <w:r w:rsidR="00B82AD0">
              <w:rPr>
                <w:rFonts w:ascii="Times New Roman" w:eastAsia="Times New Roman" w:hAnsi="Times New Roman"/>
                <w:color w:val="000000"/>
                <w:sz w:val="24"/>
                <w:szCs w:val="24"/>
              </w:rPr>
              <w:t>b</w:t>
            </w:r>
          </w:p>
        </w:tc>
        <w:tc>
          <w:tcPr>
            <w:tcW w:w="490" w:type="pct"/>
          </w:tcPr>
          <w:p w14:paraId="7CCB5B3E" w14:textId="3FEA2323"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9.27</w:t>
            </w:r>
            <w:r w:rsidR="00B82AD0">
              <w:rPr>
                <w:rFonts w:ascii="Times New Roman" w:eastAsia="Times New Roman" w:hAnsi="Times New Roman"/>
                <w:color w:val="000000"/>
                <w:sz w:val="24"/>
                <w:szCs w:val="24"/>
              </w:rPr>
              <w:t>b</w:t>
            </w:r>
          </w:p>
        </w:tc>
        <w:tc>
          <w:tcPr>
            <w:tcW w:w="526" w:type="pct"/>
          </w:tcPr>
          <w:p w14:paraId="207862CB" w14:textId="59D12A5B"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32.27</w:t>
            </w:r>
            <w:r w:rsidR="00B82AD0">
              <w:rPr>
                <w:rFonts w:ascii="Times New Roman" w:eastAsia="Times New Roman" w:hAnsi="Times New Roman"/>
                <w:color w:val="000000"/>
                <w:sz w:val="24"/>
                <w:szCs w:val="24"/>
              </w:rPr>
              <w:t>b</w:t>
            </w:r>
          </w:p>
        </w:tc>
        <w:tc>
          <w:tcPr>
            <w:tcW w:w="571" w:type="pct"/>
          </w:tcPr>
          <w:p w14:paraId="4572D698" w14:textId="6F61B374"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2.73</w:t>
            </w:r>
            <w:r w:rsidR="00F030D8">
              <w:rPr>
                <w:rFonts w:ascii="Times New Roman" w:eastAsia="Times New Roman" w:hAnsi="Times New Roman"/>
                <w:color w:val="000000"/>
                <w:sz w:val="24"/>
                <w:szCs w:val="24"/>
              </w:rPr>
              <w:t>b</w:t>
            </w:r>
          </w:p>
        </w:tc>
        <w:tc>
          <w:tcPr>
            <w:tcW w:w="444" w:type="pct"/>
          </w:tcPr>
          <w:p w14:paraId="619F5EAE" w14:textId="712689FF"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90.99</w:t>
            </w:r>
            <w:r w:rsidR="00F030D8">
              <w:rPr>
                <w:rFonts w:ascii="Times New Roman" w:eastAsia="Times New Roman" w:hAnsi="Times New Roman"/>
                <w:color w:val="000000"/>
                <w:sz w:val="24"/>
                <w:szCs w:val="24"/>
              </w:rPr>
              <w:t>b</w:t>
            </w:r>
          </w:p>
        </w:tc>
        <w:tc>
          <w:tcPr>
            <w:tcW w:w="550" w:type="pct"/>
          </w:tcPr>
          <w:p w14:paraId="3A0034C5" w14:textId="5AE72396"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5.40</w:t>
            </w:r>
            <w:r w:rsidR="00F030D8">
              <w:rPr>
                <w:rFonts w:ascii="Times New Roman" w:eastAsia="Times New Roman" w:hAnsi="Times New Roman"/>
                <w:color w:val="000000"/>
                <w:sz w:val="24"/>
                <w:szCs w:val="24"/>
              </w:rPr>
              <w:t>b</w:t>
            </w:r>
          </w:p>
        </w:tc>
      </w:tr>
      <w:tr w:rsidR="00860B6E" w:rsidRPr="00860B6E" w14:paraId="3D74231E" w14:textId="77777777" w:rsidTr="0060274F">
        <w:trPr>
          <w:trHeight w:val="291"/>
        </w:trPr>
        <w:tc>
          <w:tcPr>
            <w:tcW w:w="462" w:type="pct"/>
          </w:tcPr>
          <w:p w14:paraId="3D6D3DE1"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T</w:t>
            </w:r>
            <w:r w:rsidRPr="00860B6E">
              <w:rPr>
                <w:rFonts w:ascii="Times New Roman" w:eastAsia="Times New Roman" w:hAnsi="Times New Roman"/>
                <w:b/>
                <w:bCs/>
                <w:color w:val="000000"/>
                <w:sz w:val="24"/>
                <w:szCs w:val="24"/>
                <w:vertAlign w:val="subscript"/>
              </w:rPr>
              <w:t>10</w:t>
            </w:r>
          </w:p>
        </w:tc>
        <w:tc>
          <w:tcPr>
            <w:tcW w:w="1422" w:type="pct"/>
          </w:tcPr>
          <w:p w14:paraId="22EBBE1A"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Biozyme vegetable plus @ 1.5 ml/l</w:t>
            </w:r>
          </w:p>
        </w:tc>
        <w:tc>
          <w:tcPr>
            <w:tcW w:w="535" w:type="pct"/>
          </w:tcPr>
          <w:p w14:paraId="48E8AB5C" w14:textId="2BDE9880" w:rsidR="00860B6E" w:rsidRPr="00860B6E" w:rsidRDefault="00860B6E" w:rsidP="00507267">
            <w:pPr>
              <w:widowControl w:val="0"/>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67.33</w:t>
            </w:r>
            <w:r w:rsidR="00B82AD0">
              <w:rPr>
                <w:rFonts w:ascii="Times New Roman" w:eastAsia="Times New Roman" w:hAnsi="Times New Roman"/>
                <w:b/>
                <w:bCs/>
                <w:color w:val="000000"/>
                <w:sz w:val="24"/>
                <w:szCs w:val="24"/>
              </w:rPr>
              <w:t>a</w:t>
            </w:r>
          </w:p>
        </w:tc>
        <w:tc>
          <w:tcPr>
            <w:tcW w:w="490" w:type="pct"/>
          </w:tcPr>
          <w:p w14:paraId="2102BFF1" w14:textId="0042A929" w:rsidR="00860B6E" w:rsidRPr="00860B6E" w:rsidRDefault="00860B6E" w:rsidP="00507267">
            <w:pPr>
              <w:widowControl w:val="0"/>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10.23</w:t>
            </w:r>
            <w:r w:rsidR="00B82AD0">
              <w:rPr>
                <w:rFonts w:ascii="Times New Roman" w:eastAsia="Times New Roman" w:hAnsi="Times New Roman"/>
                <w:b/>
                <w:bCs/>
                <w:color w:val="000000"/>
                <w:sz w:val="24"/>
                <w:szCs w:val="24"/>
              </w:rPr>
              <w:t>a</w:t>
            </w:r>
          </w:p>
        </w:tc>
        <w:tc>
          <w:tcPr>
            <w:tcW w:w="526" w:type="pct"/>
          </w:tcPr>
          <w:p w14:paraId="018A3A06" w14:textId="0664C75D"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37.87</w:t>
            </w:r>
            <w:r w:rsidR="00B82AD0">
              <w:rPr>
                <w:rFonts w:ascii="Times New Roman" w:eastAsia="Times New Roman" w:hAnsi="Times New Roman"/>
                <w:b/>
                <w:bCs/>
                <w:color w:val="000000"/>
                <w:sz w:val="24"/>
                <w:szCs w:val="24"/>
              </w:rPr>
              <w:t>a</w:t>
            </w:r>
          </w:p>
        </w:tc>
        <w:tc>
          <w:tcPr>
            <w:tcW w:w="571" w:type="pct"/>
          </w:tcPr>
          <w:p w14:paraId="2EE0B7DF" w14:textId="450469C6"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3.70</w:t>
            </w:r>
            <w:r w:rsidR="00F030D8">
              <w:rPr>
                <w:rFonts w:ascii="Times New Roman" w:eastAsia="Times New Roman" w:hAnsi="Times New Roman"/>
                <w:b/>
                <w:bCs/>
                <w:color w:val="000000"/>
                <w:sz w:val="24"/>
                <w:szCs w:val="24"/>
              </w:rPr>
              <w:t>a</w:t>
            </w:r>
          </w:p>
        </w:tc>
        <w:tc>
          <w:tcPr>
            <w:tcW w:w="444" w:type="pct"/>
          </w:tcPr>
          <w:p w14:paraId="7DFAA89F" w14:textId="534AD833"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147.4</w:t>
            </w:r>
            <w:r w:rsidR="00F030D8">
              <w:rPr>
                <w:rFonts w:ascii="Times New Roman" w:eastAsia="Times New Roman" w:hAnsi="Times New Roman"/>
                <w:b/>
                <w:bCs/>
                <w:color w:val="000000"/>
                <w:sz w:val="24"/>
                <w:szCs w:val="24"/>
              </w:rPr>
              <w:t>a</w:t>
            </w:r>
          </w:p>
        </w:tc>
        <w:tc>
          <w:tcPr>
            <w:tcW w:w="550" w:type="pct"/>
          </w:tcPr>
          <w:p w14:paraId="1423D376" w14:textId="787D812D"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5.90</w:t>
            </w:r>
            <w:r w:rsidR="00F030D8">
              <w:rPr>
                <w:rFonts w:ascii="Times New Roman" w:eastAsia="Times New Roman" w:hAnsi="Times New Roman"/>
                <w:b/>
                <w:bCs/>
                <w:color w:val="000000"/>
                <w:sz w:val="24"/>
                <w:szCs w:val="24"/>
              </w:rPr>
              <w:t>a</w:t>
            </w:r>
          </w:p>
        </w:tc>
      </w:tr>
      <w:tr w:rsidR="00860B6E" w:rsidRPr="00860B6E" w14:paraId="3DA979A6" w14:textId="77777777" w:rsidTr="0060274F">
        <w:trPr>
          <w:trHeight w:val="304"/>
        </w:trPr>
        <w:tc>
          <w:tcPr>
            <w:tcW w:w="462" w:type="pct"/>
          </w:tcPr>
          <w:p w14:paraId="2B741A27"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T</w:t>
            </w:r>
            <w:r w:rsidRPr="00860B6E">
              <w:rPr>
                <w:rFonts w:ascii="Times New Roman" w:eastAsia="Times New Roman" w:hAnsi="Times New Roman"/>
                <w:b/>
                <w:bCs/>
                <w:color w:val="000000"/>
                <w:sz w:val="24"/>
                <w:szCs w:val="24"/>
                <w:vertAlign w:val="subscript"/>
              </w:rPr>
              <w:t>11</w:t>
            </w:r>
          </w:p>
        </w:tc>
        <w:tc>
          <w:tcPr>
            <w:tcW w:w="1422" w:type="pct"/>
          </w:tcPr>
          <w:p w14:paraId="201C255C"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Booster @ 1.5 ml/l</w:t>
            </w:r>
          </w:p>
        </w:tc>
        <w:tc>
          <w:tcPr>
            <w:tcW w:w="535" w:type="pct"/>
          </w:tcPr>
          <w:p w14:paraId="72D1F011" w14:textId="158D2452" w:rsidR="00860B6E" w:rsidRPr="00860B6E" w:rsidRDefault="00860B6E" w:rsidP="00507267">
            <w:pPr>
              <w:widowControl w:val="0"/>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67.93</w:t>
            </w:r>
            <w:r w:rsidR="00B82AD0">
              <w:rPr>
                <w:rFonts w:ascii="Times New Roman" w:eastAsia="Times New Roman" w:hAnsi="Times New Roman"/>
                <w:b/>
                <w:bCs/>
                <w:color w:val="000000"/>
                <w:sz w:val="24"/>
                <w:szCs w:val="24"/>
              </w:rPr>
              <w:t>a</w:t>
            </w:r>
          </w:p>
        </w:tc>
        <w:tc>
          <w:tcPr>
            <w:tcW w:w="490" w:type="pct"/>
          </w:tcPr>
          <w:p w14:paraId="7AF3BE79" w14:textId="186037E7" w:rsidR="00860B6E" w:rsidRPr="00860B6E" w:rsidRDefault="00860B6E" w:rsidP="00507267">
            <w:pPr>
              <w:widowControl w:val="0"/>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10.73</w:t>
            </w:r>
            <w:r w:rsidR="00B82AD0">
              <w:rPr>
                <w:rFonts w:ascii="Times New Roman" w:eastAsia="Times New Roman" w:hAnsi="Times New Roman"/>
                <w:b/>
                <w:bCs/>
                <w:color w:val="000000"/>
                <w:sz w:val="24"/>
                <w:szCs w:val="24"/>
              </w:rPr>
              <w:t>a</w:t>
            </w:r>
          </w:p>
        </w:tc>
        <w:tc>
          <w:tcPr>
            <w:tcW w:w="526" w:type="pct"/>
          </w:tcPr>
          <w:p w14:paraId="73DF235C" w14:textId="1F5EEB5A"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37.2</w:t>
            </w:r>
            <w:r w:rsidR="00B82AD0">
              <w:rPr>
                <w:rFonts w:ascii="Times New Roman" w:eastAsia="Times New Roman" w:hAnsi="Times New Roman"/>
                <w:b/>
                <w:bCs/>
                <w:color w:val="000000"/>
                <w:sz w:val="24"/>
                <w:szCs w:val="24"/>
              </w:rPr>
              <w:t>0a</w:t>
            </w:r>
          </w:p>
        </w:tc>
        <w:tc>
          <w:tcPr>
            <w:tcW w:w="571" w:type="pct"/>
          </w:tcPr>
          <w:p w14:paraId="525C86EB" w14:textId="79D03EC1"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3.50</w:t>
            </w:r>
            <w:r w:rsidR="00F030D8">
              <w:rPr>
                <w:rFonts w:ascii="Times New Roman" w:eastAsia="Times New Roman" w:hAnsi="Times New Roman"/>
                <w:b/>
                <w:bCs/>
                <w:color w:val="000000"/>
                <w:sz w:val="24"/>
                <w:szCs w:val="24"/>
              </w:rPr>
              <w:t>a</w:t>
            </w:r>
          </w:p>
        </w:tc>
        <w:tc>
          <w:tcPr>
            <w:tcW w:w="444" w:type="pct"/>
          </w:tcPr>
          <w:p w14:paraId="42B0C102" w14:textId="638A7F84"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136.57</w:t>
            </w:r>
            <w:r w:rsidR="00F030D8">
              <w:rPr>
                <w:rFonts w:ascii="Times New Roman" w:eastAsia="Times New Roman" w:hAnsi="Times New Roman"/>
                <w:b/>
                <w:bCs/>
                <w:color w:val="000000"/>
                <w:sz w:val="24"/>
                <w:szCs w:val="24"/>
              </w:rPr>
              <w:t>a</w:t>
            </w:r>
          </w:p>
        </w:tc>
        <w:tc>
          <w:tcPr>
            <w:tcW w:w="550" w:type="pct"/>
          </w:tcPr>
          <w:p w14:paraId="11E94930" w14:textId="5DCB4A1D"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b/>
                <w:bCs/>
                <w:color w:val="000000"/>
                <w:sz w:val="24"/>
                <w:szCs w:val="24"/>
              </w:rPr>
            </w:pPr>
            <w:r w:rsidRPr="00860B6E">
              <w:rPr>
                <w:rFonts w:ascii="Times New Roman" w:eastAsia="Times New Roman" w:hAnsi="Times New Roman"/>
                <w:b/>
                <w:bCs/>
                <w:color w:val="000000"/>
                <w:sz w:val="24"/>
                <w:szCs w:val="24"/>
              </w:rPr>
              <w:t>5.63</w:t>
            </w:r>
            <w:r w:rsidR="00F030D8">
              <w:rPr>
                <w:rFonts w:ascii="Times New Roman" w:eastAsia="Times New Roman" w:hAnsi="Times New Roman"/>
                <w:b/>
                <w:bCs/>
                <w:color w:val="000000"/>
                <w:sz w:val="24"/>
                <w:szCs w:val="24"/>
              </w:rPr>
              <w:t>a</w:t>
            </w:r>
          </w:p>
        </w:tc>
      </w:tr>
      <w:tr w:rsidR="00860B6E" w:rsidRPr="00860B6E" w14:paraId="6195B7C5" w14:textId="77777777" w:rsidTr="0060274F">
        <w:trPr>
          <w:trHeight w:val="291"/>
        </w:trPr>
        <w:tc>
          <w:tcPr>
            <w:tcW w:w="462" w:type="pct"/>
          </w:tcPr>
          <w:p w14:paraId="29ACAC86"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12</w:t>
            </w:r>
          </w:p>
        </w:tc>
        <w:tc>
          <w:tcPr>
            <w:tcW w:w="1422" w:type="pct"/>
          </w:tcPr>
          <w:p w14:paraId="606354A3"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Biozyme crop + @ 1.5 ml/l</w:t>
            </w:r>
          </w:p>
        </w:tc>
        <w:tc>
          <w:tcPr>
            <w:tcW w:w="535" w:type="pct"/>
          </w:tcPr>
          <w:p w14:paraId="5DB2E7C0" w14:textId="7BC746F9"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64.27</w:t>
            </w:r>
            <w:r w:rsidR="00B82AD0">
              <w:rPr>
                <w:rFonts w:ascii="Times New Roman" w:eastAsia="Times New Roman" w:hAnsi="Times New Roman"/>
                <w:color w:val="000000"/>
                <w:sz w:val="24"/>
                <w:szCs w:val="24"/>
              </w:rPr>
              <w:t>b</w:t>
            </w:r>
          </w:p>
        </w:tc>
        <w:tc>
          <w:tcPr>
            <w:tcW w:w="490" w:type="pct"/>
          </w:tcPr>
          <w:p w14:paraId="3371983A" w14:textId="1452D04E"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9.00</w:t>
            </w:r>
            <w:r w:rsidR="00B82AD0">
              <w:rPr>
                <w:rFonts w:ascii="Times New Roman" w:eastAsia="Times New Roman" w:hAnsi="Times New Roman"/>
                <w:color w:val="000000"/>
                <w:sz w:val="24"/>
                <w:szCs w:val="24"/>
              </w:rPr>
              <w:t>b</w:t>
            </w:r>
          </w:p>
        </w:tc>
        <w:tc>
          <w:tcPr>
            <w:tcW w:w="526" w:type="pct"/>
          </w:tcPr>
          <w:p w14:paraId="27E9BCFE" w14:textId="73E6016A"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33.60</w:t>
            </w:r>
            <w:r w:rsidR="00B82AD0">
              <w:rPr>
                <w:rFonts w:ascii="Times New Roman" w:eastAsia="Times New Roman" w:hAnsi="Times New Roman"/>
                <w:color w:val="000000"/>
                <w:sz w:val="24"/>
                <w:szCs w:val="24"/>
              </w:rPr>
              <w:t>b</w:t>
            </w:r>
          </w:p>
        </w:tc>
        <w:tc>
          <w:tcPr>
            <w:tcW w:w="571" w:type="pct"/>
          </w:tcPr>
          <w:p w14:paraId="4D042088" w14:textId="122E4BF9"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2.82</w:t>
            </w:r>
            <w:r w:rsidR="00F030D8">
              <w:rPr>
                <w:rFonts w:ascii="Times New Roman" w:eastAsia="Times New Roman" w:hAnsi="Times New Roman"/>
                <w:color w:val="000000"/>
                <w:sz w:val="24"/>
                <w:szCs w:val="24"/>
              </w:rPr>
              <w:t>b</w:t>
            </w:r>
          </w:p>
        </w:tc>
        <w:tc>
          <w:tcPr>
            <w:tcW w:w="444" w:type="pct"/>
          </w:tcPr>
          <w:p w14:paraId="3260ED74" w14:textId="6E88E9DB"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97.27</w:t>
            </w:r>
            <w:r w:rsidR="00F030D8">
              <w:rPr>
                <w:rFonts w:ascii="Times New Roman" w:eastAsia="Times New Roman" w:hAnsi="Times New Roman"/>
                <w:color w:val="000000"/>
                <w:sz w:val="24"/>
                <w:szCs w:val="24"/>
              </w:rPr>
              <w:t>b</w:t>
            </w:r>
          </w:p>
        </w:tc>
        <w:tc>
          <w:tcPr>
            <w:tcW w:w="550" w:type="pct"/>
          </w:tcPr>
          <w:p w14:paraId="4B825222" w14:textId="704D154B"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5.22</w:t>
            </w:r>
            <w:r w:rsidR="00F030D8">
              <w:rPr>
                <w:rFonts w:ascii="Times New Roman" w:eastAsia="Times New Roman" w:hAnsi="Times New Roman"/>
                <w:color w:val="000000"/>
                <w:sz w:val="24"/>
                <w:szCs w:val="24"/>
              </w:rPr>
              <w:t>b</w:t>
            </w:r>
          </w:p>
        </w:tc>
      </w:tr>
      <w:tr w:rsidR="00860B6E" w:rsidRPr="00860B6E" w14:paraId="64917375" w14:textId="77777777" w:rsidTr="0060274F">
        <w:trPr>
          <w:trHeight w:val="291"/>
        </w:trPr>
        <w:tc>
          <w:tcPr>
            <w:tcW w:w="462" w:type="pct"/>
          </w:tcPr>
          <w:p w14:paraId="47B7DD1A"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T</w:t>
            </w:r>
            <w:r w:rsidRPr="00860B6E">
              <w:rPr>
                <w:rFonts w:ascii="Times New Roman" w:eastAsia="Times New Roman" w:hAnsi="Times New Roman"/>
                <w:color w:val="000000"/>
                <w:sz w:val="24"/>
                <w:szCs w:val="24"/>
                <w:vertAlign w:val="subscript"/>
              </w:rPr>
              <w:t>13</w:t>
            </w:r>
          </w:p>
        </w:tc>
        <w:tc>
          <w:tcPr>
            <w:tcW w:w="1422" w:type="pct"/>
          </w:tcPr>
          <w:p w14:paraId="73AA14CB"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Vipul booster @ 1.5 ml/l</w:t>
            </w:r>
          </w:p>
        </w:tc>
        <w:tc>
          <w:tcPr>
            <w:tcW w:w="535" w:type="pct"/>
          </w:tcPr>
          <w:p w14:paraId="5EECB498" w14:textId="191CAA8B"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63.73</w:t>
            </w:r>
            <w:r w:rsidR="00B82AD0">
              <w:rPr>
                <w:rFonts w:ascii="Times New Roman" w:eastAsia="Times New Roman" w:hAnsi="Times New Roman"/>
                <w:color w:val="000000"/>
                <w:sz w:val="24"/>
                <w:szCs w:val="24"/>
              </w:rPr>
              <w:t>b</w:t>
            </w:r>
          </w:p>
        </w:tc>
        <w:tc>
          <w:tcPr>
            <w:tcW w:w="490" w:type="pct"/>
          </w:tcPr>
          <w:p w14:paraId="39D90702" w14:textId="1AB1F6E0"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9.67</w:t>
            </w:r>
            <w:r w:rsidR="00B82AD0">
              <w:rPr>
                <w:rFonts w:ascii="Times New Roman" w:eastAsia="Times New Roman" w:hAnsi="Times New Roman"/>
                <w:color w:val="000000"/>
                <w:sz w:val="24"/>
                <w:szCs w:val="24"/>
              </w:rPr>
              <w:t>b</w:t>
            </w:r>
          </w:p>
        </w:tc>
        <w:tc>
          <w:tcPr>
            <w:tcW w:w="526" w:type="pct"/>
          </w:tcPr>
          <w:p w14:paraId="55EE9EC2" w14:textId="173C0059"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34.13</w:t>
            </w:r>
            <w:r w:rsidR="00B82AD0">
              <w:rPr>
                <w:rFonts w:ascii="Times New Roman" w:eastAsia="Times New Roman" w:hAnsi="Times New Roman"/>
                <w:color w:val="000000"/>
                <w:sz w:val="24"/>
                <w:szCs w:val="24"/>
              </w:rPr>
              <w:t>b</w:t>
            </w:r>
          </w:p>
        </w:tc>
        <w:tc>
          <w:tcPr>
            <w:tcW w:w="571" w:type="pct"/>
          </w:tcPr>
          <w:p w14:paraId="3E4D59CF" w14:textId="1525596A"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2.84</w:t>
            </w:r>
            <w:r w:rsidR="00F030D8">
              <w:rPr>
                <w:rFonts w:ascii="Times New Roman" w:eastAsia="Times New Roman" w:hAnsi="Times New Roman"/>
                <w:color w:val="000000"/>
                <w:sz w:val="24"/>
                <w:szCs w:val="24"/>
              </w:rPr>
              <w:t>b</w:t>
            </w:r>
          </w:p>
        </w:tc>
        <w:tc>
          <w:tcPr>
            <w:tcW w:w="444" w:type="pct"/>
          </w:tcPr>
          <w:p w14:paraId="387B322A" w14:textId="158057E5"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99.96</w:t>
            </w:r>
            <w:r w:rsidR="00F030D8">
              <w:rPr>
                <w:rFonts w:ascii="Times New Roman" w:eastAsia="Times New Roman" w:hAnsi="Times New Roman"/>
                <w:color w:val="000000"/>
                <w:sz w:val="24"/>
                <w:szCs w:val="24"/>
              </w:rPr>
              <w:t>b</w:t>
            </w:r>
          </w:p>
        </w:tc>
        <w:tc>
          <w:tcPr>
            <w:tcW w:w="550" w:type="pct"/>
          </w:tcPr>
          <w:p w14:paraId="69405889" w14:textId="5836DC59"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5.10</w:t>
            </w:r>
            <w:r w:rsidR="00F030D8">
              <w:rPr>
                <w:rFonts w:ascii="Times New Roman" w:eastAsia="Times New Roman" w:hAnsi="Times New Roman"/>
                <w:color w:val="000000"/>
                <w:sz w:val="24"/>
                <w:szCs w:val="24"/>
              </w:rPr>
              <w:t>b</w:t>
            </w:r>
          </w:p>
        </w:tc>
      </w:tr>
      <w:tr w:rsidR="00860B6E" w:rsidRPr="00860B6E" w14:paraId="317D6FC9" w14:textId="77777777" w:rsidTr="0060274F">
        <w:trPr>
          <w:trHeight w:val="291"/>
        </w:trPr>
        <w:tc>
          <w:tcPr>
            <w:tcW w:w="1884" w:type="pct"/>
            <w:gridSpan w:val="2"/>
          </w:tcPr>
          <w:p w14:paraId="3B073ABA"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SE(m) ±</w:t>
            </w:r>
          </w:p>
        </w:tc>
        <w:tc>
          <w:tcPr>
            <w:tcW w:w="535" w:type="pct"/>
          </w:tcPr>
          <w:p w14:paraId="1F64C8A4" w14:textId="77777777"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2.12</w:t>
            </w:r>
          </w:p>
        </w:tc>
        <w:tc>
          <w:tcPr>
            <w:tcW w:w="490" w:type="pct"/>
          </w:tcPr>
          <w:p w14:paraId="7871F199" w14:textId="77777777"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1.73</w:t>
            </w:r>
          </w:p>
        </w:tc>
        <w:tc>
          <w:tcPr>
            <w:tcW w:w="526" w:type="pct"/>
          </w:tcPr>
          <w:p w14:paraId="464E795C"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2.81</w:t>
            </w:r>
          </w:p>
        </w:tc>
        <w:tc>
          <w:tcPr>
            <w:tcW w:w="571" w:type="pct"/>
          </w:tcPr>
          <w:p w14:paraId="4B92A526"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0.54</w:t>
            </w:r>
          </w:p>
        </w:tc>
        <w:tc>
          <w:tcPr>
            <w:tcW w:w="444" w:type="pct"/>
          </w:tcPr>
          <w:p w14:paraId="53D67DC4"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27.11</w:t>
            </w:r>
          </w:p>
        </w:tc>
        <w:tc>
          <w:tcPr>
            <w:tcW w:w="550" w:type="pct"/>
          </w:tcPr>
          <w:p w14:paraId="66A3B5AC"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0.38</w:t>
            </w:r>
          </w:p>
        </w:tc>
      </w:tr>
      <w:tr w:rsidR="00860B6E" w:rsidRPr="00860B6E" w14:paraId="18E7409B" w14:textId="77777777" w:rsidTr="0060274F">
        <w:trPr>
          <w:trHeight w:val="291"/>
        </w:trPr>
        <w:tc>
          <w:tcPr>
            <w:tcW w:w="1884" w:type="pct"/>
            <w:gridSpan w:val="2"/>
          </w:tcPr>
          <w:p w14:paraId="343645DE"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CD (5%)</w:t>
            </w:r>
          </w:p>
        </w:tc>
        <w:tc>
          <w:tcPr>
            <w:tcW w:w="535" w:type="pct"/>
          </w:tcPr>
          <w:p w14:paraId="212312F1" w14:textId="77777777"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5.11</w:t>
            </w:r>
          </w:p>
        </w:tc>
        <w:tc>
          <w:tcPr>
            <w:tcW w:w="490" w:type="pct"/>
          </w:tcPr>
          <w:p w14:paraId="599A715B" w14:textId="77777777" w:rsidR="00860B6E" w:rsidRPr="00860B6E" w:rsidRDefault="00860B6E" w:rsidP="00507267">
            <w:pPr>
              <w:widowControl w:val="0"/>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4.17</w:t>
            </w:r>
          </w:p>
        </w:tc>
        <w:tc>
          <w:tcPr>
            <w:tcW w:w="526" w:type="pct"/>
          </w:tcPr>
          <w:p w14:paraId="14FB86AE"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6.77</w:t>
            </w:r>
          </w:p>
        </w:tc>
        <w:tc>
          <w:tcPr>
            <w:tcW w:w="571" w:type="pct"/>
          </w:tcPr>
          <w:p w14:paraId="106A73CA" w14:textId="77777777" w:rsidR="00860B6E" w:rsidRPr="00860B6E" w:rsidRDefault="00860B6E" w:rsidP="00507267">
            <w:pPr>
              <w:widowControl w:val="0"/>
              <w:tabs>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1.32</w:t>
            </w:r>
          </w:p>
        </w:tc>
        <w:tc>
          <w:tcPr>
            <w:tcW w:w="444" w:type="pct"/>
          </w:tcPr>
          <w:p w14:paraId="5EE8D729"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65.37</w:t>
            </w:r>
          </w:p>
        </w:tc>
        <w:tc>
          <w:tcPr>
            <w:tcW w:w="550" w:type="pct"/>
          </w:tcPr>
          <w:p w14:paraId="25932460" w14:textId="77777777" w:rsidR="00860B6E" w:rsidRPr="00860B6E" w:rsidRDefault="00860B6E" w:rsidP="00507267">
            <w:pPr>
              <w:widowControl w:val="0"/>
              <w:tabs>
                <w:tab w:val="center" w:pos="4513"/>
                <w:tab w:val="right" w:pos="9026"/>
              </w:tabs>
              <w:autoSpaceDE w:val="0"/>
              <w:autoSpaceDN w:val="0"/>
              <w:spacing w:before="96" w:after="96"/>
              <w:rPr>
                <w:rFonts w:ascii="Times New Roman" w:eastAsia="Times New Roman" w:hAnsi="Times New Roman"/>
                <w:color w:val="000000"/>
                <w:sz w:val="24"/>
                <w:szCs w:val="24"/>
              </w:rPr>
            </w:pPr>
            <w:r w:rsidRPr="00860B6E">
              <w:rPr>
                <w:rFonts w:ascii="Times New Roman" w:eastAsia="Times New Roman" w:hAnsi="Times New Roman"/>
                <w:color w:val="000000"/>
                <w:sz w:val="24"/>
                <w:szCs w:val="24"/>
              </w:rPr>
              <w:t>0.91</w:t>
            </w:r>
          </w:p>
        </w:tc>
      </w:tr>
    </w:tbl>
    <w:p w14:paraId="79BF2BE0" w14:textId="77777777" w:rsidR="00860B6E" w:rsidRDefault="00860B6E">
      <w:pPr>
        <w:pStyle w:val="Heading1"/>
        <w:sectPr w:rsidR="00860B6E" w:rsidSect="00860B6E">
          <w:pgSz w:w="15840" w:h="12240" w:orient="landscape"/>
          <w:pgMar w:top="1440" w:right="1440" w:bottom="1440" w:left="1440" w:header="720" w:footer="720" w:gutter="0"/>
          <w:cols w:space="720"/>
          <w:docGrid w:linePitch="360"/>
        </w:sectPr>
      </w:pPr>
    </w:p>
    <w:p w14:paraId="4A4F5DB4" w14:textId="0EB85FB9" w:rsidR="005B6D3E" w:rsidRDefault="00A13176">
      <w:pPr>
        <w:pStyle w:val="Heading1"/>
      </w:pPr>
      <w:r w:rsidRPr="007C7AF3">
        <w:rPr>
          <w:b w:val="0"/>
          <w:bCs w:val="0"/>
          <w:noProof/>
          <w:color w:val="000000" w:themeColor="text1"/>
          <w:sz w:val="24"/>
          <w:szCs w:val="24"/>
          <w:lang w:bidi="hi-IN"/>
        </w:rPr>
        <w:lastRenderedPageBreak/>
        <w:drawing>
          <wp:anchor distT="0" distB="0" distL="114300" distR="114300" simplePos="0" relativeHeight="251624960" behindDoc="1" locked="0" layoutInCell="1" allowOverlap="1" wp14:anchorId="1765028A" wp14:editId="1E4B0595">
            <wp:simplePos x="0" y="0"/>
            <wp:positionH relativeFrom="column">
              <wp:posOffset>312420</wp:posOffset>
            </wp:positionH>
            <wp:positionV relativeFrom="paragraph">
              <wp:posOffset>3810</wp:posOffset>
            </wp:positionV>
            <wp:extent cx="5339715" cy="3710940"/>
            <wp:effectExtent l="0" t="0" r="13335" b="3810"/>
            <wp:wrapNone/>
            <wp:docPr id="362"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34A4976F" w14:textId="2243EF35" w:rsidR="005B6D3E" w:rsidRDefault="005B6D3E">
      <w:pPr>
        <w:pStyle w:val="Heading1"/>
      </w:pPr>
    </w:p>
    <w:p w14:paraId="5673BD1A" w14:textId="76229499" w:rsidR="005B6D3E" w:rsidRDefault="005B6D3E">
      <w:pPr>
        <w:pStyle w:val="Heading1"/>
      </w:pPr>
    </w:p>
    <w:p w14:paraId="4493374F" w14:textId="34ED4D39" w:rsidR="005B6D3E" w:rsidRDefault="005B6D3E">
      <w:pPr>
        <w:pStyle w:val="Heading1"/>
      </w:pPr>
    </w:p>
    <w:p w14:paraId="2F2B0AA2" w14:textId="568B4ADB" w:rsidR="005B6D3E" w:rsidRDefault="005B6D3E">
      <w:pPr>
        <w:pStyle w:val="Heading1"/>
      </w:pPr>
    </w:p>
    <w:p w14:paraId="3B2444ED" w14:textId="32ED7366" w:rsidR="005B6D3E" w:rsidRDefault="005B6D3E">
      <w:pPr>
        <w:pStyle w:val="Heading1"/>
      </w:pPr>
    </w:p>
    <w:p w14:paraId="1D09E12B" w14:textId="0C2E6F02" w:rsidR="005B6D3E" w:rsidRDefault="005B6D3E">
      <w:pPr>
        <w:pStyle w:val="Heading1"/>
      </w:pPr>
    </w:p>
    <w:p w14:paraId="4401F579" w14:textId="6C654689" w:rsidR="005B6D3E" w:rsidRDefault="00A13176">
      <w:pPr>
        <w:pStyle w:val="Heading1"/>
      </w:pPr>
      <w:r w:rsidRPr="007C7AF3">
        <w:rPr>
          <w:b w:val="0"/>
          <w:bCs w:val="0"/>
          <w:noProof/>
          <w:color w:val="000000" w:themeColor="text1"/>
          <w:sz w:val="24"/>
          <w:szCs w:val="24"/>
          <w:lang w:bidi="hi-IN"/>
        </w:rPr>
        <w:drawing>
          <wp:anchor distT="0" distB="0" distL="114300" distR="114300" simplePos="0" relativeHeight="251631104" behindDoc="1" locked="0" layoutInCell="1" allowOverlap="1" wp14:anchorId="55E1B392" wp14:editId="05899B97">
            <wp:simplePos x="0" y="0"/>
            <wp:positionH relativeFrom="column">
              <wp:posOffset>308610</wp:posOffset>
            </wp:positionH>
            <wp:positionV relativeFrom="paragraph">
              <wp:posOffset>20955</wp:posOffset>
            </wp:positionV>
            <wp:extent cx="5345467" cy="4023360"/>
            <wp:effectExtent l="0" t="0" r="7620" b="15240"/>
            <wp:wrapNone/>
            <wp:docPr id="364"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2F8C41A1" w14:textId="001A90F8" w:rsidR="005B6D3E" w:rsidRDefault="005B6D3E">
      <w:pPr>
        <w:pStyle w:val="Heading1"/>
      </w:pPr>
    </w:p>
    <w:p w14:paraId="53AC4F9A" w14:textId="77777777" w:rsidR="005B6D3E" w:rsidRDefault="005B6D3E">
      <w:pPr>
        <w:pStyle w:val="Heading1"/>
      </w:pPr>
    </w:p>
    <w:p w14:paraId="27BDBCC7" w14:textId="77777777" w:rsidR="005B6D3E" w:rsidRDefault="005B6D3E">
      <w:pPr>
        <w:pStyle w:val="Heading1"/>
      </w:pPr>
    </w:p>
    <w:p w14:paraId="57AEA6C0" w14:textId="77777777" w:rsidR="005B6D3E" w:rsidRDefault="005B6D3E">
      <w:pPr>
        <w:pStyle w:val="Heading1"/>
      </w:pPr>
    </w:p>
    <w:p w14:paraId="4C64AAAE" w14:textId="77777777" w:rsidR="005B6D3E" w:rsidRDefault="005B6D3E">
      <w:pPr>
        <w:pStyle w:val="Heading1"/>
      </w:pPr>
    </w:p>
    <w:p w14:paraId="60376B0D" w14:textId="77777777" w:rsidR="005B6D3E" w:rsidRDefault="005B6D3E">
      <w:pPr>
        <w:pStyle w:val="Heading1"/>
      </w:pPr>
    </w:p>
    <w:p w14:paraId="45358BFE" w14:textId="77777777" w:rsidR="00661485" w:rsidRDefault="00661485" w:rsidP="00661485"/>
    <w:p w14:paraId="05260362" w14:textId="08B7BA9D" w:rsidR="00661485" w:rsidRDefault="00661485" w:rsidP="00661485">
      <w:r>
        <w:rPr>
          <w:noProof/>
        </w:rPr>
        <w:lastRenderedPageBreak/>
        <w:drawing>
          <wp:anchor distT="0" distB="0" distL="114300" distR="114300" simplePos="0" relativeHeight="251694592" behindDoc="1" locked="0" layoutInCell="1" allowOverlap="1" wp14:anchorId="796F08B0" wp14:editId="7F1A6808">
            <wp:simplePos x="0" y="0"/>
            <wp:positionH relativeFrom="column">
              <wp:posOffset>335280</wp:posOffset>
            </wp:positionH>
            <wp:positionV relativeFrom="page">
              <wp:posOffset>632461</wp:posOffset>
            </wp:positionV>
            <wp:extent cx="5346700" cy="7101840"/>
            <wp:effectExtent l="0" t="0" r="6350" b="3810"/>
            <wp:wrapNone/>
            <wp:docPr id="3141586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6700" cy="7101840"/>
                    </a:xfrm>
                    <a:prstGeom prst="rect">
                      <a:avLst/>
                    </a:prstGeom>
                    <a:noFill/>
                  </pic:spPr>
                </pic:pic>
              </a:graphicData>
            </a:graphic>
            <wp14:sizeRelH relativeFrom="page">
              <wp14:pctWidth>0</wp14:pctWidth>
            </wp14:sizeRelH>
            <wp14:sizeRelV relativeFrom="page">
              <wp14:pctHeight>0</wp14:pctHeight>
            </wp14:sizeRelV>
          </wp:anchor>
        </w:drawing>
      </w:r>
    </w:p>
    <w:p w14:paraId="5D9BB93D" w14:textId="77777777" w:rsidR="00661485" w:rsidRDefault="00661485" w:rsidP="00661485"/>
    <w:p w14:paraId="3332BD33" w14:textId="77777777" w:rsidR="00661485" w:rsidRDefault="00661485" w:rsidP="00661485"/>
    <w:p w14:paraId="262D4381" w14:textId="77777777" w:rsidR="00661485" w:rsidRDefault="00661485" w:rsidP="00661485"/>
    <w:p w14:paraId="1CCA0648" w14:textId="77777777" w:rsidR="00661485" w:rsidRDefault="00661485" w:rsidP="00661485"/>
    <w:p w14:paraId="2D02B819" w14:textId="77777777" w:rsidR="00661485" w:rsidRDefault="00661485" w:rsidP="00661485"/>
    <w:p w14:paraId="0718470A" w14:textId="77777777" w:rsidR="00661485" w:rsidRDefault="00661485" w:rsidP="00661485"/>
    <w:p w14:paraId="04265440" w14:textId="77777777" w:rsidR="00661485" w:rsidRDefault="00661485" w:rsidP="00661485"/>
    <w:p w14:paraId="7BA16401" w14:textId="77777777" w:rsidR="00661485" w:rsidRDefault="00661485" w:rsidP="00661485"/>
    <w:p w14:paraId="38D66A74" w14:textId="77777777" w:rsidR="00661485" w:rsidRDefault="00661485" w:rsidP="00661485"/>
    <w:p w14:paraId="72D62B83" w14:textId="77777777" w:rsidR="00661485" w:rsidRDefault="00661485" w:rsidP="00661485"/>
    <w:p w14:paraId="26E46AC2" w14:textId="77777777" w:rsidR="00661485" w:rsidRDefault="00661485" w:rsidP="00661485"/>
    <w:p w14:paraId="729EDA7C" w14:textId="77777777" w:rsidR="00661485" w:rsidRDefault="00661485" w:rsidP="00661485"/>
    <w:p w14:paraId="1D3E8F52" w14:textId="77777777" w:rsidR="00661485" w:rsidRDefault="00661485" w:rsidP="00661485"/>
    <w:p w14:paraId="18855572" w14:textId="77777777" w:rsidR="00661485" w:rsidRDefault="00661485" w:rsidP="00661485"/>
    <w:p w14:paraId="7F297E94" w14:textId="77777777" w:rsidR="00661485" w:rsidRDefault="00661485" w:rsidP="00661485"/>
    <w:p w14:paraId="2B2A43E0" w14:textId="77777777" w:rsidR="00661485" w:rsidRDefault="00661485" w:rsidP="00661485"/>
    <w:p w14:paraId="73A78795" w14:textId="77777777" w:rsidR="00661485" w:rsidRDefault="00661485" w:rsidP="00661485"/>
    <w:p w14:paraId="676801FE" w14:textId="77777777" w:rsidR="00661485" w:rsidRDefault="00661485" w:rsidP="00661485"/>
    <w:p w14:paraId="45B19E30" w14:textId="77777777" w:rsidR="00661485" w:rsidRDefault="00661485" w:rsidP="00661485"/>
    <w:p w14:paraId="26590B43" w14:textId="77777777" w:rsidR="00661485" w:rsidRDefault="00661485" w:rsidP="00661485"/>
    <w:p w14:paraId="62349C32" w14:textId="77777777" w:rsidR="00661485" w:rsidRDefault="00661485" w:rsidP="00661485"/>
    <w:p w14:paraId="5FA5BDAD" w14:textId="0B9D616A" w:rsidR="00661485" w:rsidRPr="00661485" w:rsidRDefault="00661485" w:rsidP="00661485">
      <w:pPr>
        <w:widowControl w:val="0"/>
        <w:autoSpaceDE w:val="0"/>
        <w:autoSpaceDN w:val="0"/>
        <w:spacing w:before="100" w:beforeAutospacing="1" w:after="100" w:afterAutospacing="1" w:line="360" w:lineRule="auto"/>
        <w:ind w:left="810" w:hanging="810"/>
        <w:jc w:val="both"/>
        <w:rPr>
          <w:rFonts w:ascii="Times New Roman Bold" w:eastAsia="Times New Roman" w:hAnsi="Times New Roman Bold" w:cs="Times New Roman"/>
          <w:b/>
          <w:bCs/>
          <w:color w:val="000000"/>
          <w:sz w:val="24"/>
          <w:szCs w:val="24"/>
        </w:rPr>
      </w:pPr>
      <w:r w:rsidRPr="00661485">
        <w:rPr>
          <w:rFonts w:ascii="Times New Roman Bold" w:eastAsia="Times New Roman" w:hAnsi="Times New Roman Bold" w:cs="Times New Roman"/>
          <w:b/>
          <w:bCs/>
          <w:color w:val="000000"/>
          <w:sz w:val="24"/>
          <w:szCs w:val="24"/>
        </w:rPr>
        <w:t xml:space="preserve">Fig. </w:t>
      </w:r>
      <w:r>
        <w:rPr>
          <w:rFonts w:ascii="Times New Roman Bold" w:eastAsia="Times New Roman" w:hAnsi="Times New Roman Bold" w:cs="Times New Roman"/>
          <w:b/>
          <w:bCs/>
          <w:color w:val="000000"/>
          <w:sz w:val="24"/>
          <w:szCs w:val="24"/>
        </w:rPr>
        <w:t>13</w:t>
      </w:r>
      <w:r w:rsidRPr="00661485">
        <w:rPr>
          <w:rFonts w:ascii="Times New Roman Bold" w:eastAsia="Times New Roman" w:hAnsi="Times New Roman Bold" w:cs="Times New Roman"/>
          <w:b/>
          <w:bCs/>
          <w:color w:val="000000"/>
          <w:sz w:val="24"/>
          <w:szCs w:val="24"/>
        </w:rPr>
        <w:t>:</w:t>
      </w:r>
      <w:r w:rsidRPr="00661485">
        <w:rPr>
          <w:rFonts w:ascii="Times New Roman Bold" w:eastAsia="Times New Roman" w:hAnsi="Times New Roman Bold" w:cs="Times New Roman"/>
          <w:b/>
          <w:bCs/>
          <w:color w:val="000000"/>
          <w:sz w:val="24"/>
          <w:szCs w:val="24"/>
        </w:rPr>
        <w:tab/>
      </w:r>
      <w:bookmarkStart w:id="15" w:name="_Hlk199221984"/>
      <w:r w:rsidRPr="00661485">
        <w:rPr>
          <w:rFonts w:ascii="Times New Roman Bold" w:eastAsia="Times New Roman" w:hAnsi="Times New Roman Bold" w:cs="Times New Roman"/>
          <w:b/>
          <w:bCs/>
          <w:color w:val="000000"/>
          <w:sz w:val="24"/>
          <w:szCs w:val="24"/>
        </w:rPr>
        <w:t>Flower stalk measuring of about 16.5 cm in treatment T</w:t>
      </w:r>
      <w:r w:rsidRPr="00661485">
        <w:rPr>
          <w:rFonts w:ascii="Times New Roman Bold" w:eastAsia="Times New Roman" w:hAnsi="Times New Roman Bold" w:cs="Times New Roman"/>
          <w:b/>
          <w:bCs/>
          <w:color w:val="000000"/>
          <w:sz w:val="24"/>
          <w:szCs w:val="24"/>
          <w:vertAlign w:val="subscript"/>
        </w:rPr>
        <w:t>8</w:t>
      </w:r>
      <w:r w:rsidRPr="00661485">
        <w:rPr>
          <w:rFonts w:ascii="Times New Roman Bold" w:eastAsia="Times New Roman" w:hAnsi="Times New Roman Bold" w:cs="Times New Roman"/>
          <w:b/>
          <w:bCs/>
          <w:color w:val="000000"/>
          <w:sz w:val="24"/>
          <w:szCs w:val="24"/>
        </w:rPr>
        <w:t xml:space="preserve"> </w:t>
      </w:r>
      <w:bookmarkEnd w:id="15"/>
      <w:r w:rsidRPr="00661485">
        <w:rPr>
          <w:rFonts w:ascii="Times New Roman Bold" w:eastAsia="Times New Roman" w:hAnsi="Times New Roman Bold" w:cs="Times New Roman"/>
          <w:b/>
          <w:bCs/>
          <w:color w:val="000000"/>
          <w:sz w:val="24"/>
          <w:szCs w:val="24"/>
        </w:rPr>
        <w:t>(Vipul booster @ 1.0 ml/l) with cup shaped sweet smelling pinkish white colour flower</w:t>
      </w:r>
    </w:p>
    <w:p w14:paraId="1CB38934" w14:textId="4B0B39DD" w:rsidR="00661485" w:rsidRPr="00661485" w:rsidRDefault="00661485" w:rsidP="00661485"/>
    <w:p w14:paraId="6E1E3008" w14:textId="013B3F65" w:rsidR="005B6D3E" w:rsidRDefault="00A13176">
      <w:pPr>
        <w:pStyle w:val="Heading1"/>
      </w:pPr>
      <w:r w:rsidRPr="00B00322">
        <w:rPr>
          <w:b w:val="0"/>
          <w:bCs w:val="0"/>
          <w:noProof/>
          <w:color w:val="000000" w:themeColor="text1"/>
          <w:sz w:val="24"/>
          <w:szCs w:val="24"/>
          <w:lang w:bidi="hi-IN"/>
        </w:rPr>
        <w:lastRenderedPageBreak/>
        <w:drawing>
          <wp:inline distT="0" distB="0" distL="0" distR="0" wp14:anchorId="58FBBA84" wp14:editId="0600C766">
            <wp:extent cx="5345467" cy="4023360"/>
            <wp:effectExtent l="0" t="0" r="7620" b="15240"/>
            <wp:docPr id="365"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B534AC" w14:textId="468DE56D" w:rsidR="00A13176" w:rsidRDefault="00853F91" w:rsidP="00A13176">
      <w:r w:rsidRPr="00B00322">
        <w:rPr>
          <w:b/>
          <w:bCs/>
          <w:noProof/>
          <w:color w:val="000000" w:themeColor="text1"/>
          <w:sz w:val="24"/>
          <w:szCs w:val="24"/>
          <w:lang w:bidi="hi-IN"/>
        </w:rPr>
        <w:drawing>
          <wp:inline distT="0" distB="0" distL="0" distR="0" wp14:anchorId="4CA7689A" wp14:editId="7726F87D">
            <wp:extent cx="5340096" cy="4020207"/>
            <wp:effectExtent l="0" t="0" r="13335" b="18415"/>
            <wp:docPr id="366"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775A80" w14:textId="47D94D2C" w:rsidR="00A50AF9" w:rsidRPr="00411FAB" w:rsidRDefault="003113FB" w:rsidP="00411FAB">
      <w:pPr>
        <w:pStyle w:val="ListParagraph"/>
        <w:widowControl w:val="0"/>
        <w:numPr>
          <w:ilvl w:val="0"/>
          <w:numId w:val="19"/>
        </w:numPr>
        <w:autoSpaceDE w:val="0"/>
        <w:autoSpaceDN w:val="0"/>
        <w:spacing w:before="100" w:beforeAutospacing="1" w:after="100" w:afterAutospacing="1" w:line="360" w:lineRule="auto"/>
        <w:jc w:val="both"/>
        <w:rPr>
          <w:rFonts w:ascii="Times New Roman" w:hAnsi="Times New Roman" w:cs="Times New Roman"/>
          <w:b/>
          <w:bCs/>
          <w:sz w:val="24"/>
          <w:szCs w:val="24"/>
        </w:rPr>
      </w:pPr>
      <w:r w:rsidRPr="00411FAB">
        <w:rPr>
          <w:rFonts w:ascii="Times New Roman" w:hAnsi="Times New Roman" w:cs="Times New Roman"/>
          <w:b/>
          <w:bCs/>
          <w:sz w:val="24"/>
          <w:szCs w:val="24"/>
        </w:rPr>
        <w:lastRenderedPageBreak/>
        <w:t>CONCLUSION</w:t>
      </w:r>
    </w:p>
    <w:p w14:paraId="317C8D98" w14:textId="32E99CFE" w:rsidR="00C2046C" w:rsidRDefault="00C2046C" w:rsidP="00B82AD0">
      <w:pPr>
        <w:widowControl w:val="0"/>
        <w:autoSpaceDE w:val="0"/>
        <w:autoSpaceDN w:val="0"/>
        <w:spacing w:after="0" w:line="240" w:lineRule="auto"/>
        <w:ind w:firstLine="720"/>
        <w:jc w:val="both"/>
        <w:outlineLvl w:val="0"/>
        <w:rPr>
          <w:rFonts w:ascii="Times New Roman" w:eastAsia="Times New Roman" w:hAnsi="Times New Roman" w:cs="Times New Roman"/>
          <w:color w:val="000000"/>
          <w:sz w:val="24"/>
          <w:szCs w:val="24"/>
        </w:rPr>
      </w:pPr>
      <w:r w:rsidRPr="00C2046C">
        <w:rPr>
          <w:rFonts w:ascii="Times New Roman" w:eastAsia="Times New Roman" w:hAnsi="Times New Roman" w:cs="Times New Roman"/>
          <w:color w:val="000000"/>
          <w:sz w:val="24"/>
          <w:szCs w:val="24"/>
        </w:rPr>
        <w:t>Cordyline is an excellent ornamental plant with colored foliage and has wide landscaping utility.</w:t>
      </w:r>
      <w:r w:rsidRPr="00C2046C">
        <w:rPr>
          <w:rFonts w:ascii="Times New Roman" w:eastAsia="Times New Roman" w:hAnsi="Times New Roman" w:cs="Times New Roman"/>
          <w:color w:val="000000"/>
          <w:sz w:val="24"/>
        </w:rPr>
        <w:t xml:space="preserve"> </w:t>
      </w:r>
      <w:r w:rsidRPr="00C2046C">
        <w:rPr>
          <w:rFonts w:ascii="Times New Roman" w:eastAsia="Times New Roman" w:hAnsi="Times New Roman" w:cs="Times New Roman"/>
          <w:color w:val="000000"/>
          <w:sz w:val="24"/>
          <w:szCs w:val="24"/>
        </w:rPr>
        <w:t>Also, to restore environmental degradation and limit the use of chemical fertilizer, study of bioenzymes is essential as they improve growth and development</w:t>
      </w:r>
      <w:r w:rsidR="00411FAB">
        <w:rPr>
          <w:rFonts w:ascii="Times New Roman" w:eastAsia="Times New Roman" w:hAnsi="Times New Roman" w:cs="Times New Roman"/>
          <w:color w:val="000000"/>
          <w:sz w:val="24"/>
          <w:szCs w:val="24"/>
        </w:rPr>
        <w:t>, quality</w:t>
      </w:r>
      <w:r w:rsidRPr="00C2046C">
        <w:rPr>
          <w:rFonts w:ascii="Times New Roman" w:eastAsia="Times New Roman" w:hAnsi="Times New Roman" w:cs="Times New Roman"/>
          <w:color w:val="000000"/>
          <w:sz w:val="24"/>
          <w:szCs w:val="24"/>
        </w:rPr>
        <w:t xml:space="preserve"> parameters</w:t>
      </w:r>
      <w:r w:rsidR="00411FAB">
        <w:rPr>
          <w:rFonts w:ascii="Times New Roman" w:eastAsia="Times New Roman" w:hAnsi="Times New Roman" w:cs="Times New Roman"/>
          <w:color w:val="000000"/>
          <w:sz w:val="24"/>
          <w:szCs w:val="24"/>
        </w:rPr>
        <w:t xml:space="preserve"> and vase life</w:t>
      </w:r>
      <w:r w:rsidRPr="00C2046C">
        <w:rPr>
          <w:rFonts w:ascii="Times New Roman" w:eastAsia="Times New Roman" w:hAnsi="Times New Roman" w:cs="Times New Roman"/>
          <w:color w:val="000000"/>
          <w:sz w:val="24"/>
          <w:szCs w:val="24"/>
        </w:rPr>
        <w:t xml:space="preserve"> of foliage crops.</w:t>
      </w:r>
      <w:bookmarkStart w:id="16" w:name="_Hlk148319360"/>
      <w:r w:rsidR="00411FAB">
        <w:rPr>
          <w:rFonts w:ascii="Times New Roman" w:eastAsia="Times New Roman" w:hAnsi="Times New Roman" w:cs="Times New Roman"/>
          <w:color w:val="000000"/>
          <w:sz w:val="24"/>
          <w:szCs w:val="24"/>
        </w:rPr>
        <w:t xml:space="preserve"> </w:t>
      </w:r>
      <w:r w:rsidRPr="00C2046C">
        <w:rPr>
          <w:rFonts w:ascii="Times New Roman" w:eastAsia="Times New Roman" w:hAnsi="Times New Roman" w:cs="Times New Roman"/>
          <w:color w:val="000000"/>
          <w:sz w:val="24"/>
          <w:szCs w:val="24"/>
        </w:rPr>
        <w:t>Bioenzymes application in 13 treatments were done in separate 117 potted plants out of which Booster @ 1.5 mg/l</w:t>
      </w:r>
      <w:r w:rsidR="00411FAB">
        <w:rPr>
          <w:rFonts w:ascii="Times New Roman" w:eastAsia="Times New Roman" w:hAnsi="Times New Roman" w:cs="Times New Roman"/>
          <w:color w:val="000000"/>
          <w:sz w:val="24"/>
          <w:szCs w:val="24"/>
        </w:rPr>
        <w:t xml:space="preserve"> (T</w:t>
      </w:r>
      <w:r w:rsidR="00411FAB">
        <w:rPr>
          <w:rFonts w:ascii="Times New Roman" w:eastAsia="Times New Roman" w:hAnsi="Times New Roman" w:cs="Times New Roman"/>
          <w:color w:val="000000"/>
          <w:sz w:val="24"/>
          <w:szCs w:val="24"/>
          <w:vertAlign w:val="subscript"/>
        </w:rPr>
        <w:t>11</w:t>
      </w:r>
      <w:r w:rsidR="00411FAB">
        <w:rPr>
          <w:rFonts w:ascii="Times New Roman" w:eastAsia="Times New Roman" w:hAnsi="Times New Roman" w:cs="Times New Roman"/>
          <w:color w:val="000000"/>
          <w:sz w:val="24"/>
          <w:szCs w:val="24"/>
        </w:rPr>
        <w:t>)</w:t>
      </w:r>
      <w:r w:rsidRPr="00C2046C">
        <w:rPr>
          <w:rFonts w:ascii="Times New Roman" w:eastAsia="Times New Roman" w:hAnsi="Times New Roman" w:cs="Times New Roman"/>
          <w:color w:val="000000"/>
          <w:sz w:val="24"/>
          <w:szCs w:val="24"/>
        </w:rPr>
        <w:t>, Biozyme vegetable plus @ 1.5 mg/l</w:t>
      </w:r>
      <w:r w:rsidR="00411FAB">
        <w:rPr>
          <w:rFonts w:ascii="Times New Roman" w:eastAsia="Times New Roman" w:hAnsi="Times New Roman" w:cs="Times New Roman"/>
          <w:color w:val="000000"/>
          <w:sz w:val="24"/>
          <w:szCs w:val="24"/>
        </w:rPr>
        <w:t xml:space="preserve"> (T</w:t>
      </w:r>
      <w:r w:rsidR="00411FAB" w:rsidRPr="00411FAB">
        <w:rPr>
          <w:rFonts w:ascii="Times New Roman" w:eastAsia="Times New Roman" w:hAnsi="Times New Roman" w:cs="Times New Roman"/>
          <w:color w:val="000000"/>
          <w:sz w:val="24"/>
          <w:szCs w:val="24"/>
          <w:vertAlign w:val="subscript"/>
        </w:rPr>
        <w:t>10</w:t>
      </w:r>
      <w:r w:rsidR="00411FAB">
        <w:rPr>
          <w:rFonts w:ascii="Times New Roman" w:eastAsia="Times New Roman" w:hAnsi="Times New Roman" w:cs="Times New Roman"/>
          <w:color w:val="000000"/>
          <w:sz w:val="24"/>
          <w:szCs w:val="24"/>
        </w:rPr>
        <w:t>)</w:t>
      </w:r>
      <w:r w:rsidRPr="00C2046C">
        <w:rPr>
          <w:rFonts w:ascii="Times New Roman" w:eastAsia="Times New Roman" w:hAnsi="Times New Roman" w:cs="Times New Roman"/>
          <w:color w:val="000000"/>
          <w:sz w:val="24"/>
          <w:szCs w:val="24"/>
        </w:rPr>
        <w:t xml:space="preserve"> and Vipul booster @ 1.0 mg/l</w:t>
      </w:r>
      <w:r w:rsidR="00411FAB">
        <w:rPr>
          <w:rFonts w:ascii="Times New Roman" w:eastAsia="Times New Roman" w:hAnsi="Times New Roman" w:cs="Times New Roman"/>
          <w:color w:val="000000"/>
          <w:sz w:val="24"/>
          <w:szCs w:val="24"/>
        </w:rPr>
        <w:t xml:space="preserve"> (T</w:t>
      </w:r>
      <w:r w:rsidR="00411FAB" w:rsidRPr="00411FAB">
        <w:rPr>
          <w:rFonts w:ascii="Times New Roman" w:eastAsia="Times New Roman" w:hAnsi="Times New Roman" w:cs="Times New Roman"/>
          <w:color w:val="000000"/>
          <w:sz w:val="24"/>
          <w:szCs w:val="24"/>
          <w:vertAlign w:val="subscript"/>
        </w:rPr>
        <w:t>8</w:t>
      </w:r>
      <w:r w:rsidR="00411FAB">
        <w:rPr>
          <w:rFonts w:ascii="Times New Roman" w:eastAsia="Times New Roman" w:hAnsi="Times New Roman" w:cs="Times New Roman"/>
          <w:color w:val="000000"/>
          <w:sz w:val="24"/>
          <w:szCs w:val="24"/>
        </w:rPr>
        <w:t>)</w:t>
      </w:r>
      <w:r w:rsidRPr="00C2046C">
        <w:rPr>
          <w:rFonts w:ascii="Times New Roman" w:eastAsia="Times New Roman" w:hAnsi="Times New Roman" w:cs="Times New Roman"/>
          <w:color w:val="000000"/>
          <w:sz w:val="24"/>
          <w:szCs w:val="24"/>
        </w:rPr>
        <w:t xml:space="preserve"> performed well over rest in terms of vegetative </w:t>
      </w:r>
      <w:r w:rsidR="00411FAB">
        <w:rPr>
          <w:rFonts w:ascii="Times New Roman" w:eastAsia="Times New Roman" w:hAnsi="Times New Roman" w:cs="Times New Roman"/>
          <w:color w:val="000000"/>
          <w:sz w:val="24"/>
          <w:szCs w:val="24"/>
        </w:rPr>
        <w:t xml:space="preserve">growth </w:t>
      </w:r>
      <w:r w:rsidRPr="00C2046C">
        <w:rPr>
          <w:rFonts w:ascii="Times New Roman" w:eastAsia="Times New Roman" w:hAnsi="Times New Roman" w:cs="Times New Roman"/>
          <w:color w:val="000000"/>
          <w:sz w:val="24"/>
          <w:szCs w:val="24"/>
        </w:rPr>
        <w:t xml:space="preserve">characters like plant height, leaf number, </w:t>
      </w:r>
      <w:r w:rsidR="00411FAB">
        <w:rPr>
          <w:rFonts w:ascii="Times New Roman" w:eastAsia="Times New Roman" w:hAnsi="Times New Roman" w:cs="Times New Roman"/>
          <w:color w:val="000000"/>
          <w:sz w:val="24"/>
          <w:szCs w:val="24"/>
        </w:rPr>
        <w:t xml:space="preserve">leaf length, leaf breath, </w:t>
      </w:r>
      <w:r w:rsidRPr="00C2046C">
        <w:rPr>
          <w:rFonts w:ascii="Times New Roman" w:eastAsia="Times New Roman" w:hAnsi="Times New Roman" w:cs="Times New Roman"/>
          <w:color w:val="000000"/>
          <w:sz w:val="24"/>
          <w:szCs w:val="24"/>
        </w:rPr>
        <w:t xml:space="preserve">leaf area, internodal length and quality attributes like </w:t>
      </w:r>
      <w:r w:rsidR="00411FAB">
        <w:rPr>
          <w:rFonts w:ascii="Times New Roman" w:eastAsia="Times New Roman" w:hAnsi="Times New Roman" w:cs="Times New Roman"/>
          <w:color w:val="000000"/>
          <w:sz w:val="24"/>
          <w:szCs w:val="24"/>
        </w:rPr>
        <w:t xml:space="preserve">Chlorophyll content, </w:t>
      </w:r>
      <w:r w:rsidRPr="00C2046C">
        <w:rPr>
          <w:rFonts w:ascii="Times New Roman" w:eastAsia="Times New Roman" w:hAnsi="Times New Roman" w:cs="Times New Roman"/>
          <w:color w:val="000000"/>
          <w:sz w:val="24"/>
          <w:szCs w:val="24"/>
        </w:rPr>
        <w:t>plant grade</w:t>
      </w:r>
      <w:r w:rsidR="00411FAB">
        <w:rPr>
          <w:rFonts w:ascii="Times New Roman" w:eastAsia="Times New Roman" w:hAnsi="Times New Roman" w:cs="Times New Roman"/>
          <w:color w:val="000000"/>
          <w:sz w:val="24"/>
          <w:szCs w:val="24"/>
        </w:rPr>
        <w:t xml:space="preserve">, </w:t>
      </w:r>
      <w:r w:rsidRPr="00C2046C">
        <w:rPr>
          <w:rFonts w:ascii="Times New Roman" w:eastAsia="Times New Roman" w:hAnsi="Times New Roman" w:cs="Times New Roman"/>
          <w:color w:val="000000"/>
          <w:sz w:val="24"/>
          <w:szCs w:val="24"/>
        </w:rPr>
        <w:t>colour grade</w:t>
      </w:r>
      <w:r w:rsidR="00411FAB">
        <w:rPr>
          <w:rFonts w:ascii="Times New Roman" w:eastAsia="Times New Roman" w:hAnsi="Times New Roman" w:cs="Times New Roman"/>
          <w:color w:val="000000"/>
          <w:sz w:val="24"/>
          <w:szCs w:val="24"/>
        </w:rPr>
        <w:t xml:space="preserve"> and vase life for cut foliage </w:t>
      </w:r>
      <w:r w:rsidR="00713444">
        <w:rPr>
          <w:rFonts w:ascii="Times New Roman" w:eastAsia="Times New Roman" w:hAnsi="Times New Roman" w:cs="Times New Roman"/>
          <w:color w:val="000000"/>
          <w:sz w:val="24"/>
          <w:szCs w:val="24"/>
        </w:rPr>
        <w:t xml:space="preserve">in </w:t>
      </w:r>
      <w:r w:rsidR="00713444" w:rsidRPr="00713444">
        <w:rPr>
          <w:rFonts w:ascii="Times New Roman" w:eastAsia="Times New Roman" w:hAnsi="Times New Roman" w:cs="Times New Roman"/>
          <w:i/>
          <w:iCs/>
          <w:color w:val="000000"/>
          <w:sz w:val="24"/>
          <w:szCs w:val="24"/>
        </w:rPr>
        <w:t>Cordyline terminalis</w:t>
      </w:r>
      <w:r w:rsidR="00411FAB">
        <w:rPr>
          <w:rFonts w:ascii="Times New Roman" w:eastAsia="Times New Roman" w:hAnsi="Times New Roman" w:cs="Times New Roman"/>
          <w:color w:val="000000"/>
          <w:sz w:val="24"/>
          <w:szCs w:val="24"/>
        </w:rPr>
        <w:t>.</w:t>
      </w:r>
    </w:p>
    <w:p w14:paraId="53352EE6" w14:textId="4D3DC4F9" w:rsidR="00F030D8" w:rsidRDefault="00713444" w:rsidP="00F030D8">
      <w:pPr>
        <w:widowControl w:val="0"/>
        <w:autoSpaceDE w:val="0"/>
        <w:autoSpaceDN w:val="0"/>
        <w:spacing w:after="0" w:line="240" w:lineRule="auto"/>
        <w:ind w:firstLine="72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natural compounds in Bio enzymes like Fulvic acid, humic acid, sea weed extract, amino acids and triacontanol helped in enhancing both quantitative and qualitative parameters. This was seen in T</w:t>
      </w:r>
      <w:r w:rsidRPr="00713444">
        <w:rPr>
          <w:rFonts w:ascii="Times New Roman" w:eastAsia="Times New Roman" w:hAnsi="Times New Roman" w:cs="Times New Roman"/>
          <w:color w:val="000000"/>
          <w:sz w:val="24"/>
          <w:szCs w:val="24"/>
          <w:vertAlign w:val="subscript"/>
        </w:rPr>
        <w:t>10</w:t>
      </w:r>
      <w:r>
        <w:rPr>
          <w:rFonts w:ascii="Times New Roman" w:eastAsia="Times New Roman" w:hAnsi="Times New Roman" w:cs="Times New Roman"/>
          <w:color w:val="000000"/>
          <w:sz w:val="24"/>
          <w:szCs w:val="24"/>
        </w:rPr>
        <w:t xml:space="preserve"> (Biozyme vegetable plus @ 1.5 ml/l) and T</w:t>
      </w:r>
      <w:r w:rsidRPr="00713444">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(Booster @ 1.5 ml/l) where vase life &amp; freshness of cut foliage was reported till 22 and 23 days respectively, along with increase in chlorophyll content than rest treatments concluding that sea weed biomass formulation and triacontanol helped in enhancing overall quantitative and qualitative attribute in Cordyline.</w:t>
      </w:r>
      <w:bookmarkStart w:id="17" w:name="_Hlk148319394"/>
      <w:bookmarkEnd w:id="16"/>
      <w:r w:rsidR="00E4195F">
        <w:rPr>
          <w:rFonts w:ascii="Times New Roman" w:eastAsia="Times New Roman" w:hAnsi="Times New Roman" w:cs="Times New Roman"/>
          <w:color w:val="000000"/>
          <w:sz w:val="24"/>
          <w:szCs w:val="24"/>
        </w:rPr>
        <w:t xml:space="preserve"> It was also observed that application of Triacontanol i.e, Vipul booster @ 1.0 ml/l resulting in emergence of flower stalk with pinkish-white sweet smelling cup shaped flower showing that bioenzyme has stimulative effect on both vegetative and reproductive phase.</w:t>
      </w:r>
      <w:r w:rsidR="00B82AD0">
        <w:rPr>
          <w:rFonts w:ascii="Times New Roman" w:eastAsia="Times New Roman" w:hAnsi="Times New Roman" w:cs="Times New Roman"/>
          <w:color w:val="000000"/>
          <w:sz w:val="24"/>
          <w:szCs w:val="24"/>
        </w:rPr>
        <w:t xml:space="preserve"> F</w:t>
      </w:r>
      <w:r w:rsidR="00C2046C" w:rsidRPr="00C2046C">
        <w:rPr>
          <w:rFonts w:ascii="Times New Roman" w:eastAsia="Times New Roman" w:hAnsi="Times New Roman" w:cs="Times New Roman"/>
          <w:color w:val="000000"/>
          <w:sz w:val="24"/>
          <w:szCs w:val="24"/>
        </w:rPr>
        <w:t>indings of this study will be positive, paving the way for large-scale plantlet production in the future. It will benefit hi-tech farmers and entice entrepreneurs for commercialization. It will also shift the present use of chemical fertilizers towards organic fertilizers through application of bioenzymes and will restore environmental, soil and plant health.</w:t>
      </w:r>
    </w:p>
    <w:p w14:paraId="1753ECC7" w14:textId="77777777" w:rsidR="00F030D8" w:rsidRDefault="00F030D8" w:rsidP="00F030D8">
      <w:pPr>
        <w:widowControl w:val="0"/>
        <w:autoSpaceDE w:val="0"/>
        <w:autoSpaceDN w:val="0"/>
        <w:spacing w:after="0" w:line="240" w:lineRule="auto"/>
        <w:ind w:firstLine="720"/>
        <w:jc w:val="both"/>
        <w:outlineLvl w:val="0"/>
        <w:rPr>
          <w:rFonts w:ascii="Times New Roman" w:eastAsia="Times New Roman" w:hAnsi="Times New Roman" w:cs="Times New Roman"/>
          <w:color w:val="000000"/>
          <w:sz w:val="24"/>
          <w:szCs w:val="24"/>
        </w:rPr>
      </w:pPr>
    </w:p>
    <w:p w14:paraId="6ADB6BD8" w14:textId="77777777" w:rsidR="005852A0" w:rsidRPr="00F030D8" w:rsidRDefault="005852A0" w:rsidP="00F030D8">
      <w:pPr>
        <w:widowControl w:val="0"/>
        <w:autoSpaceDE w:val="0"/>
        <w:autoSpaceDN w:val="0"/>
        <w:spacing w:after="0" w:line="240" w:lineRule="auto"/>
        <w:jc w:val="both"/>
        <w:outlineLvl w:val="0"/>
        <w:rPr>
          <w:rFonts w:ascii="Times New Roman" w:hAnsi="Times New Roman" w:cs="Times New Roman"/>
          <w:b/>
          <w:bCs/>
          <w:sz w:val="24"/>
          <w:szCs w:val="24"/>
          <w:shd w:val="clear" w:color="auto" w:fill="FFFFFF"/>
        </w:rPr>
      </w:pPr>
      <w:r w:rsidRPr="00F030D8">
        <w:rPr>
          <w:rFonts w:ascii="Times New Roman" w:hAnsi="Times New Roman" w:cs="Times New Roman"/>
          <w:b/>
          <w:bCs/>
          <w:sz w:val="24"/>
          <w:szCs w:val="24"/>
          <w:shd w:val="clear" w:color="auto" w:fill="FFFFFF"/>
        </w:rPr>
        <w:t>DISCLAIMER (ARTIFICIAL INTELLIGENCE)</w:t>
      </w:r>
    </w:p>
    <w:p w14:paraId="263294F1" w14:textId="77777777" w:rsidR="00F030D8" w:rsidRDefault="00F030D8" w:rsidP="00E4195F">
      <w:pPr>
        <w:widowControl w:val="0"/>
        <w:autoSpaceDE w:val="0"/>
        <w:autoSpaceDN w:val="0"/>
        <w:spacing w:after="0" w:line="240" w:lineRule="auto"/>
        <w:jc w:val="both"/>
        <w:outlineLvl w:val="0"/>
        <w:rPr>
          <w:rFonts w:ascii="Times New Roman" w:hAnsi="Times New Roman" w:cs="Times New Roman"/>
          <w:sz w:val="24"/>
          <w:szCs w:val="24"/>
          <w:shd w:val="clear" w:color="auto" w:fill="FFFFFF"/>
        </w:rPr>
      </w:pPr>
    </w:p>
    <w:p w14:paraId="51EB2B1E" w14:textId="09AF53E8" w:rsidR="005852A0" w:rsidRDefault="005852A0" w:rsidP="00E4195F">
      <w:pPr>
        <w:widowControl w:val="0"/>
        <w:autoSpaceDE w:val="0"/>
        <w:autoSpaceDN w:val="0"/>
        <w:spacing w:after="0" w:line="240" w:lineRule="auto"/>
        <w:jc w:val="both"/>
        <w:outlineLvl w:val="0"/>
        <w:rPr>
          <w:rFonts w:ascii="Times New Roman" w:hAnsi="Times New Roman" w:cs="Times New Roman"/>
          <w:sz w:val="24"/>
          <w:szCs w:val="24"/>
          <w:shd w:val="clear" w:color="auto" w:fill="FFFFFF"/>
        </w:rPr>
      </w:pPr>
      <w:r w:rsidRPr="005852A0">
        <w:rPr>
          <w:rFonts w:ascii="Times New Roman" w:hAnsi="Times New Roman" w:cs="Times New Roman"/>
          <w:sz w:val="24"/>
          <w:szCs w:val="24"/>
          <w:shd w:val="clear" w:color="auto" w:fill="FFFFFF"/>
        </w:rPr>
        <w:t>Author(s) hereby declares that NO generative AI technologies such as Large Language Models (ChatGPT, COPILOT, etc.)   and   text-to-image generators have been used during the writing or editing of this manuscript.</w:t>
      </w:r>
    </w:p>
    <w:p w14:paraId="625733C3" w14:textId="77777777" w:rsidR="00F030D8" w:rsidRDefault="00F030D8" w:rsidP="00E4195F">
      <w:pPr>
        <w:widowControl w:val="0"/>
        <w:autoSpaceDE w:val="0"/>
        <w:autoSpaceDN w:val="0"/>
        <w:spacing w:after="0" w:line="240" w:lineRule="auto"/>
        <w:jc w:val="both"/>
        <w:outlineLvl w:val="0"/>
        <w:rPr>
          <w:rFonts w:ascii="Times New Roman" w:hAnsi="Times New Roman" w:cs="Times New Roman"/>
          <w:b/>
          <w:bCs/>
          <w:sz w:val="24"/>
          <w:szCs w:val="24"/>
          <w:shd w:val="clear" w:color="auto" w:fill="FFFFFF"/>
        </w:rPr>
      </w:pPr>
    </w:p>
    <w:p w14:paraId="017E3D85" w14:textId="4D9DFB1F" w:rsidR="00F030D8" w:rsidRDefault="00B6069D" w:rsidP="00E4195F">
      <w:pPr>
        <w:widowControl w:val="0"/>
        <w:autoSpaceDE w:val="0"/>
        <w:autoSpaceDN w:val="0"/>
        <w:spacing w:after="0" w:line="240" w:lineRule="auto"/>
        <w:jc w:val="both"/>
        <w:outlineLvl w:val="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COMPETING INTERESTS</w:t>
      </w:r>
    </w:p>
    <w:p w14:paraId="4C159842" w14:textId="77777777" w:rsidR="00B6069D" w:rsidRDefault="00B6069D" w:rsidP="00E4195F">
      <w:pPr>
        <w:widowControl w:val="0"/>
        <w:autoSpaceDE w:val="0"/>
        <w:autoSpaceDN w:val="0"/>
        <w:spacing w:after="0" w:line="240" w:lineRule="auto"/>
        <w:jc w:val="both"/>
        <w:outlineLvl w:val="0"/>
        <w:rPr>
          <w:rFonts w:ascii="Times New Roman" w:hAnsi="Times New Roman" w:cs="Times New Roman"/>
          <w:sz w:val="24"/>
          <w:szCs w:val="24"/>
          <w:shd w:val="clear" w:color="auto" w:fill="FFFFFF"/>
        </w:rPr>
      </w:pPr>
    </w:p>
    <w:p w14:paraId="22762241" w14:textId="737EF883" w:rsidR="00F030D8" w:rsidRPr="00B6069D" w:rsidRDefault="00B6069D" w:rsidP="00E4195F">
      <w:pPr>
        <w:widowControl w:val="0"/>
        <w:autoSpaceDE w:val="0"/>
        <w:autoSpaceDN w:val="0"/>
        <w:spacing w:after="0" w:line="240" w:lineRule="auto"/>
        <w:jc w:val="both"/>
        <w:outlineLvl w:val="0"/>
        <w:rPr>
          <w:rFonts w:ascii="Times New Roman" w:hAnsi="Times New Roman" w:cs="Times New Roman"/>
          <w:sz w:val="24"/>
          <w:szCs w:val="24"/>
          <w:shd w:val="clear" w:color="auto" w:fill="FFFFFF"/>
        </w:rPr>
      </w:pPr>
      <w:r w:rsidRPr="00B6069D">
        <w:rPr>
          <w:rFonts w:ascii="Times New Roman" w:hAnsi="Times New Roman" w:cs="Times New Roman"/>
          <w:sz w:val="24"/>
          <w:szCs w:val="24"/>
          <w:shd w:val="clear" w:color="auto" w:fill="FFFFFF"/>
        </w:rPr>
        <w:t>Authors have declared that no competing interest exists.</w:t>
      </w:r>
    </w:p>
    <w:bookmarkEnd w:id="17"/>
    <w:p w14:paraId="21C3C555" w14:textId="77777777" w:rsidR="00A50AF9" w:rsidRPr="00E4195F" w:rsidRDefault="003113FB">
      <w:pPr>
        <w:pStyle w:val="Heading1"/>
        <w:rPr>
          <w:rFonts w:ascii="Times New Roman" w:hAnsi="Times New Roman" w:cs="Times New Roman"/>
          <w:color w:val="000000" w:themeColor="text1"/>
          <w:sz w:val="24"/>
          <w:szCs w:val="24"/>
        </w:rPr>
      </w:pPr>
      <w:r w:rsidRPr="00E4195F">
        <w:rPr>
          <w:rFonts w:ascii="Times New Roman" w:hAnsi="Times New Roman" w:cs="Times New Roman"/>
          <w:color w:val="000000" w:themeColor="text1"/>
          <w:sz w:val="24"/>
          <w:szCs w:val="24"/>
        </w:rPr>
        <w:t>REFERENCES</w:t>
      </w:r>
    </w:p>
    <w:p w14:paraId="0E1EFEC6" w14:textId="77777777" w:rsidR="00507267" w:rsidRPr="00507267" w:rsidRDefault="00507267" w:rsidP="00E4195F">
      <w:pPr>
        <w:spacing w:after="0" w:line="240" w:lineRule="auto"/>
        <w:ind w:left="720" w:hanging="720"/>
        <w:rPr>
          <w:rFonts w:ascii="Times New Roman" w:hAnsi="Times New Roman" w:cs="Times New Roman"/>
          <w:noProof/>
          <w:sz w:val="24"/>
          <w:szCs w:val="24"/>
        </w:rPr>
      </w:pPr>
      <w:r w:rsidRPr="00507267">
        <w:rPr>
          <w:rFonts w:ascii="Times New Roman" w:hAnsi="Times New Roman" w:cs="Times New Roman"/>
          <w:color w:val="222222"/>
          <w:sz w:val="24"/>
          <w:szCs w:val="24"/>
          <w:shd w:val="clear" w:color="auto" w:fill="FFFFFF"/>
        </w:rPr>
        <w:t>Abdel-Rahman, S. S. (2020). Influence of rooting media and indole-3-butyric acid (IBA) concentration on rooting and growth of different types of Conocarpus erectus L. stem cuttings. </w:t>
      </w:r>
      <w:r w:rsidRPr="00507267">
        <w:rPr>
          <w:rFonts w:ascii="Times New Roman" w:hAnsi="Times New Roman" w:cs="Times New Roman"/>
          <w:i/>
          <w:iCs/>
          <w:color w:val="222222"/>
          <w:sz w:val="24"/>
          <w:szCs w:val="24"/>
          <w:shd w:val="clear" w:color="auto" w:fill="FFFFFF"/>
        </w:rPr>
        <w:t>Scientific Journal of Flowers and Ornamental Plants</w:t>
      </w:r>
      <w:r w:rsidRPr="00507267">
        <w:rPr>
          <w:rFonts w:ascii="Times New Roman" w:hAnsi="Times New Roman" w:cs="Times New Roman"/>
          <w:color w:val="222222"/>
          <w:sz w:val="24"/>
          <w:szCs w:val="24"/>
          <w:shd w:val="clear" w:color="auto" w:fill="FFFFFF"/>
        </w:rPr>
        <w:t>, </w:t>
      </w:r>
      <w:r w:rsidRPr="00507267">
        <w:rPr>
          <w:rFonts w:ascii="Times New Roman" w:hAnsi="Times New Roman" w:cs="Times New Roman"/>
          <w:i/>
          <w:iCs/>
          <w:color w:val="222222"/>
          <w:sz w:val="24"/>
          <w:szCs w:val="24"/>
          <w:shd w:val="clear" w:color="auto" w:fill="FFFFFF"/>
        </w:rPr>
        <w:t>7</w:t>
      </w:r>
      <w:r w:rsidRPr="00507267">
        <w:rPr>
          <w:rFonts w:ascii="Times New Roman" w:hAnsi="Times New Roman" w:cs="Times New Roman"/>
          <w:color w:val="222222"/>
          <w:sz w:val="24"/>
          <w:szCs w:val="24"/>
          <w:shd w:val="clear" w:color="auto" w:fill="FFFFFF"/>
        </w:rPr>
        <w:t>(3), 199-219.</w:t>
      </w:r>
    </w:p>
    <w:p w14:paraId="5620B584"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Adanson M. 1763. </w:t>
      </w:r>
      <w:r w:rsidRPr="00507267">
        <w:rPr>
          <w:rFonts w:ascii="Times New Roman" w:eastAsia="Times New Roman" w:hAnsi="Times New Roman" w:cs="Times New Roman"/>
          <w:i/>
          <w:iCs/>
          <w:color w:val="000000"/>
          <w:sz w:val="24"/>
          <w:szCs w:val="24"/>
        </w:rPr>
        <w:t xml:space="preserve">Familles des plantes par M. Adanson, </w:t>
      </w:r>
      <w:r w:rsidRPr="00507267">
        <w:rPr>
          <w:rFonts w:ascii="Times New Roman" w:eastAsia="Times New Roman" w:hAnsi="Times New Roman" w:cs="Times New Roman"/>
          <w:color w:val="000000"/>
          <w:sz w:val="24"/>
          <w:szCs w:val="24"/>
        </w:rPr>
        <w:t xml:space="preserve">chez Vincent, </w:t>
      </w:r>
      <w:r w:rsidRPr="00507267">
        <w:rPr>
          <w:rFonts w:ascii="Times New Roman" w:eastAsia="Times New Roman" w:hAnsi="Times New Roman" w:cs="Times New Roman"/>
          <w:b/>
          <w:bCs/>
          <w:color w:val="000000"/>
          <w:sz w:val="24"/>
          <w:szCs w:val="24"/>
        </w:rPr>
        <w:t>2</w:t>
      </w:r>
      <w:r w:rsidRPr="00507267">
        <w:rPr>
          <w:rFonts w:ascii="Times New Roman" w:eastAsia="Times New Roman" w:hAnsi="Times New Roman" w:cs="Times New Roman"/>
          <w:color w:val="000000"/>
          <w:sz w:val="24"/>
          <w:szCs w:val="24"/>
        </w:rPr>
        <w:t>: 9-54.</w:t>
      </w:r>
    </w:p>
    <w:p w14:paraId="3FE05CA6"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Ali A, Rehman SU, Raza S and Allah SU. 2014. Combined effect of humic acid and NPK on growth and flower development of </w:t>
      </w:r>
      <w:r w:rsidRPr="00507267">
        <w:rPr>
          <w:rFonts w:ascii="Times New Roman" w:eastAsia="Times New Roman" w:hAnsi="Times New Roman" w:cs="Times New Roman"/>
          <w:i/>
          <w:iCs/>
          <w:color w:val="000000"/>
          <w:sz w:val="24"/>
          <w:szCs w:val="24"/>
        </w:rPr>
        <w:t>Tulipa Gesneriana</w:t>
      </w:r>
      <w:r w:rsidRPr="00507267">
        <w:rPr>
          <w:rFonts w:ascii="Times New Roman" w:eastAsia="Times New Roman" w:hAnsi="Times New Roman" w:cs="Times New Roman"/>
          <w:color w:val="000000"/>
          <w:sz w:val="24"/>
          <w:szCs w:val="24"/>
        </w:rPr>
        <w:t xml:space="preserve"> in Faisalabad, Pakistan, </w:t>
      </w:r>
      <w:r w:rsidRPr="00507267">
        <w:rPr>
          <w:rFonts w:ascii="Times New Roman" w:eastAsia="Times New Roman" w:hAnsi="Times New Roman" w:cs="Times New Roman"/>
          <w:i/>
          <w:iCs/>
          <w:color w:val="000000"/>
          <w:sz w:val="24"/>
          <w:szCs w:val="24"/>
        </w:rPr>
        <w:t>Journal of Ornamental Plants</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4</w:t>
      </w:r>
      <w:r w:rsidRPr="00507267">
        <w:rPr>
          <w:rFonts w:ascii="Times New Roman" w:eastAsia="Times New Roman" w:hAnsi="Times New Roman" w:cs="Times New Roman"/>
          <w:color w:val="000000"/>
          <w:sz w:val="24"/>
          <w:szCs w:val="24"/>
        </w:rPr>
        <w:t>(4): 39-48.</w:t>
      </w:r>
    </w:p>
    <w:p w14:paraId="1D4F2206"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Aziz NGA, Mahgoub MH and Siam HS. 2011. Growth, flowering and chemical constituents performence of </w:t>
      </w:r>
      <w:r w:rsidRPr="00507267">
        <w:rPr>
          <w:rFonts w:ascii="Times New Roman" w:eastAsia="Times New Roman" w:hAnsi="Times New Roman" w:cs="Times New Roman"/>
          <w:i/>
          <w:iCs/>
          <w:color w:val="000000"/>
          <w:sz w:val="24"/>
          <w:szCs w:val="24"/>
        </w:rPr>
        <w:t>Amaranthus tricolor</w:t>
      </w:r>
      <w:r w:rsidRPr="00507267">
        <w:rPr>
          <w:rFonts w:ascii="Times New Roman" w:eastAsia="Times New Roman" w:hAnsi="Times New Roman" w:cs="Times New Roman"/>
          <w:color w:val="000000"/>
          <w:sz w:val="24"/>
          <w:szCs w:val="24"/>
        </w:rPr>
        <w:t xml:space="preserve"> plants as influenced by seaweed (</w:t>
      </w:r>
      <w:r w:rsidRPr="00507267">
        <w:rPr>
          <w:rFonts w:ascii="Times New Roman" w:eastAsia="Times New Roman" w:hAnsi="Times New Roman" w:cs="Times New Roman"/>
          <w:i/>
          <w:iCs/>
          <w:color w:val="000000"/>
          <w:sz w:val="24"/>
          <w:szCs w:val="24"/>
        </w:rPr>
        <w:t>Ascophyllum nodosum</w:t>
      </w:r>
      <w:r w:rsidRPr="00507267">
        <w:rPr>
          <w:rFonts w:ascii="Times New Roman" w:eastAsia="Times New Roman" w:hAnsi="Times New Roman" w:cs="Times New Roman"/>
          <w:color w:val="000000"/>
          <w:sz w:val="24"/>
          <w:szCs w:val="24"/>
        </w:rPr>
        <w:t>) extract application under salt stress conditions, </w:t>
      </w:r>
      <w:r w:rsidRPr="00507267">
        <w:rPr>
          <w:rFonts w:ascii="Times New Roman" w:eastAsia="Times New Roman" w:hAnsi="Times New Roman" w:cs="Times New Roman"/>
          <w:i/>
          <w:iCs/>
          <w:color w:val="000000"/>
          <w:sz w:val="24"/>
          <w:szCs w:val="24"/>
        </w:rPr>
        <w:t xml:space="preserve">Journal of Applied Sciences </w:t>
      </w:r>
      <w:r w:rsidRPr="00507267">
        <w:rPr>
          <w:rFonts w:ascii="Times New Roman" w:eastAsia="Times New Roman" w:hAnsi="Times New Roman" w:cs="Times New Roman"/>
          <w:i/>
          <w:iCs/>
          <w:color w:val="000000"/>
          <w:sz w:val="24"/>
          <w:szCs w:val="24"/>
        </w:rPr>
        <w:lastRenderedPageBreak/>
        <w:t>Research</w:t>
      </w:r>
      <w:r w:rsidRPr="00507267">
        <w:rPr>
          <w:rFonts w:ascii="Times New Roman" w:eastAsia="Times New Roman" w:hAnsi="Times New Roman" w:cs="Times New Roman"/>
          <w:color w:val="000000"/>
          <w:sz w:val="24"/>
          <w:szCs w:val="24"/>
        </w:rPr>
        <w:t>, 1472-1484.</w:t>
      </w:r>
    </w:p>
    <w:p w14:paraId="7FD91239"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Bailey LH. 1910. </w:t>
      </w:r>
      <w:r w:rsidRPr="00507267">
        <w:rPr>
          <w:rFonts w:ascii="Times New Roman" w:eastAsia="Times New Roman" w:hAnsi="Times New Roman" w:cs="Times New Roman"/>
          <w:i/>
          <w:iCs/>
          <w:color w:val="000000"/>
          <w:sz w:val="24"/>
          <w:szCs w:val="24"/>
        </w:rPr>
        <w:t>Cyclopedia of American Agriculture: Farms</w:t>
      </w:r>
      <w:r w:rsidRPr="00507267">
        <w:rPr>
          <w:rFonts w:ascii="Times New Roman" w:eastAsia="Times New Roman" w:hAnsi="Times New Roman" w:cs="Times New Roman"/>
          <w:color w:val="000000"/>
          <w:sz w:val="24"/>
          <w:szCs w:val="24"/>
        </w:rPr>
        <w:t> (Vol. 1). Macmillan.</w:t>
      </w:r>
    </w:p>
    <w:p w14:paraId="459D10F0"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Bentham G and Hooker JD: General Plantarum, Vol. </w:t>
      </w:r>
      <w:r w:rsidRPr="00507267">
        <w:rPr>
          <w:rFonts w:ascii="Times New Roman" w:eastAsia="Times New Roman" w:hAnsi="Times New Roman" w:cs="Times New Roman"/>
          <w:b/>
          <w:bCs/>
          <w:color w:val="000000"/>
          <w:sz w:val="24"/>
          <w:szCs w:val="24"/>
        </w:rPr>
        <w:t>III</w:t>
      </w:r>
      <w:r w:rsidRPr="00507267">
        <w:rPr>
          <w:rFonts w:ascii="Times New Roman" w:eastAsia="Times New Roman" w:hAnsi="Times New Roman" w:cs="Times New Roman"/>
          <w:color w:val="000000"/>
          <w:sz w:val="24"/>
          <w:szCs w:val="24"/>
        </w:rPr>
        <w:t>, London (1883).</w:t>
      </w:r>
    </w:p>
    <w:p w14:paraId="359FA752"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Beura S, Samal P and Jagadev PN. 2007. Preliminary studies of </w:t>
      </w:r>
      <w:r w:rsidRPr="00507267">
        <w:rPr>
          <w:rFonts w:ascii="Times New Roman" w:eastAsia="Times New Roman" w:hAnsi="Times New Roman" w:cs="Times New Roman"/>
          <w:i/>
          <w:iCs/>
          <w:color w:val="000000"/>
          <w:sz w:val="24"/>
          <w:szCs w:val="24"/>
        </w:rPr>
        <w:t>in vitro</w:t>
      </w:r>
      <w:r w:rsidRPr="00507267">
        <w:rPr>
          <w:rFonts w:ascii="Times New Roman" w:eastAsia="Times New Roman" w:hAnsi="Times New Roman" w:cs="Times New Roman"/>
          <w:color w:val="000000"/>
          <w:sz w:val="24"/>
          <w:szCs w:val="24"/>
        </w:rPr>
        <w:t xml:space="preserve"> cloning of </w:t>
      </w:r>
      <w:r w:rsidRPr="00507267">
        <w:rPr>
          <w:rFonts w:ascii="Times New Roman" w:eastAsia="Times New Roman" w:hAnsi="Times New Roman" w:cs="Times New Roman"/>
          <w:i/>
          <w:iCs/>
          <w:color w:val="000000"/>
          <w:sz w:val="24"/>
          <w:szCs w:val="24"/>
        </w:rPr>
        <w:t>Draceana sanderiana</w:t>
      </w:r>
      <w:r w:rsidRPr="00507267">
        <w:rPr>
          <w:rFonts w:ascii="Times New Roman" w:eastAsia="Times New Roman" w:hAnsi="Times New Roman" w:cs="Times New Roman"/>
          <w:color w:val="000000"/>
          <w:sz w:val="24"/>
          <w:szCs w:val="24"/>
        </w:rPr>
        <w:t xml:space="preserve"> </w:t>
      </w:r>
      <w:r w:rsidRPr="00507267">
        <w:rPr>
          <w:rFonts w:ascii="Times New Roman" w:eastAsia="Times New Roman" w:hAnsi="Times New Roman" w:cs="Times New Roman"/>
          <w:i/>
          <w:iCs/>
          <w:color w:val="000000"/>
          <w:sz w:val="24"/>
          <w:szCs w:val="24"/>
        </w:rPr>
        <w:t>Acta Hort.</w:t>
      </w:r>
      <w:r w:rsidRPr="00507267">
        <w:rPr>
          <w:rFonts w:ascii="Times New Roman" w:eastAsia="Times New Roman" w:hAnsi="Times New Roman" w:cs="Times New Roman"/>
          <w:color w:val="000000"/>
          <w:sz w:val="24"/>
          <w:szCs w:val="24"/>
        </w:rPr>
        <w:t xml:space="preserve">, </w:t>
      </w:r>
      <w:r w:rsidRPr="00507267">
        <w:rPr>
          <w:rFonts w:ascii="Times New Roman" w:eastAsia="Times New Roman" w:hAnsi="Times New Roman" w:cs="Times New Roman"/>
          <w:b/>
          <w:bCs/>
          <w:color w:val="000000"/>
          <w:sz w:val="24"/>
          <w:szCs w:val="24"/>
        </w:rPr>
        <w:t>760</w:t>
      </w:r>
      <w:r w:rsidRPr="00507267">
        <w:rPr>
          <w:rFonts w:ascii="Times New Roman" w:eastAsia="Times New Roman" w:hAnsi="Times New Roman" w:cs="Times New Roman"/>
          <w:color w:val="000000"/>
          <w:sz w:val="24"/>
          <w:szCs w:val="24"/>
        </w:rPr>
        <w:t>: 241-245.</w:t>
      </w:r>
    </w:p>
    <w:p w14:paraId="48E2D05A"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Befrozfar MR, Habibi D, Asgharzadeh A, Sadeghi-Shoae M and Tookallo MR. 2013. Vermicompost, plant growth promoting bacteria and humic acid can affect the growth and essence of basil (</w:t>
      </w:r>
      <w:r w:rsidRPr="00507267">
        <w:rPr>
          <w:rFonts w:ascii="Times New Roman" w:eastAsia="Times New Roman" w:hAnsi="Times New Roman" w:cs="Times New Roman"/>
          <w:i/>
          <w:iCs/>
          <w:color w:val="000000"/>
          <w:sz w:val="24"/>
          <w:szCs w:val="24"/>
        </w:rPr>
        <w:t>Ocimum basilicum</w:t>
      </w:r>
      <w:r w:rsidRPr="00507267">
        <w:rPr>
          <w:rFonts w:ascii="Times New Roman" w:eastAsia="Times New Roman" w:hAnsi="Times New Roman" w:cs="Times New Roman"/>
          <w:color w:val="000000"/>
          <w:sz w:val="24"/>
          <w:szCs w:val="24"/>
        </w:rPr>
        <w:t xml:space="preserve"> L.), </w:t>
      </w:r>
      <w:r w:rsidRPr="00507267">
        <w:rPr>
          <w:rFonts w:ascii="Times New Roman" w:eastAsia="Times New Roman" w:hAnsi="Times New Roman" w:cs="Times New Roman"/>
          <w:i/>
          <w:iCs/>
          <w:color w:val="000000"/>
          <w:sz w:val="24"/>
          <w:szCs w:val="24"/>
        </w:rPr>
        <w:t>Ann Biol Res</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4</w:t>
      </w:r>
      <w:r w:rsidRPr="00507267">
        <w:rPr>
          <w:rFonts w:ascii="Times New Roman" w:eastAsia="Times New Roman" w:hAnsi="Times New Roman" w:cs="Times New Roman"/>
          <w:color w:val="000000"/>
          <w:sz w:val="24"/>
          <w:szCs w:val="24"/>
        </w:rPr>
        <w:t>(2): 8-12.</w:t>
      </w:r>
    </w:p>
    <w:p w14:paraId="405FE530"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Commerson, </w:t>
      </w:r>
      <w:r w:rsidRPr="00507267">
        <w:rPr>
          <w:rFonts w:ascii="Times New Roman" w:eastAsia="Times New Roman" w:hAnsi="Times New Roman" w:cs="Times New Roman"/>
          <w:i/>
          <w:iCs/>
          <w:color w:val="000000"/>
          <w:sz w:val="24"/>
          <w:szCs w:val="24"/>
        </w:rPr>
        <w:t>in de Junica</w:t>
      </w:r>
      <w:r w:rsidRPr="00507267">
        <w:rPr>
          <w:rFonts w:ascii="Times New Roman" w:eastAsia="Times New Roman" w:hAnsi="Times New Roman" w:cs="Times New Roman"/>
          <w:color w:val="000000"/>
          <w:sz w:val="24"/>
          <w:szCs w:val="24"/>
        </w:rPr>
        <w:t>, AL: Genera plantarum, p.41. Paris. 1789.</w:t>
      </w:r>
    </w:p>
    <w:p w14:paraId="39E829C5"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Ernst WHO, Kraak MHS and Stoots L. 1987. Growth and mineral nutrition of </w:t>
      </w:r>
      <w:r w:rsidRPr="00507267">
        <w:rPr>
          <w:rFonts w:ascii="Times New Roman" w:eastAsia="Times New Roman" w:hAnsi="Times New Roman" w:cs="Times New Roman"/>
          <w:i/>
          <w:iCs/>
          <w:color w:val="000000"/>
          <w:sz w:val="24"/>
          <w:szCs w:val="24"/>
        </w:rPr>
        <w:t>Scrophularia nodosa</w:t>
      </w:r>
      <w:r w:rsidRPr="00507267">
        <w:rPr>
          <w:rFonts w:ascii="Times New Roman" w:eastAsia="Times New Roman" w:hAnsi="Times New Roman" w:cs="Times New Roman"/>
          <w:color w:val="000000"/>
          <w:sz w:val="24"/>
          <w:szCs w:val="24"/>
        </w:rPr>
        <w:t xml:space="preserve"> with various combinations of fulvic and humic acids, </w:t>
      </w:r>
      <w:r w:rsidRPr="00507267">
        <w:rPr>
          <w:rFonts w:ascii="Times New Roman" w:eastAsia="Times New Roman" w:hAnsi="Times New Roman" w:cs="Times New Roman"/>
          <w:i/>
          <w:iCs/>
          <w:color w:val="000000"/>
          <w:sz w:val="24"/>
          <w:szCs w:val="24"/>
        </w:rPr>
        <w:t>Journal of plant physiology</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127</w:t>
      </w:r>
      <w:r w:rsidRPr="00507267">
        <w:rPr>
          <w:rFonts w:ascii="Times New Roman" w:eastAsia="Times New Roman" w:hAnsi="Times New Roman" w:cs="Times New Roman"/>
          <w:color w:val="000000"/>
          <w:sz w:val="24"/>
          <w:szCs w:val="24"/>
        </w:rPr>
        <w:t>(1-2): 171-175.</w:t>
      </w:r>
    </w:p>
    <w:p w14:paraId="1A974169"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El-Bably SMZ. 2017. Effect of some Natural Material Additives on Growth and Flowering of Tuberose (</w:t>
      </w:r>
      <w:r w:rsidRPr="00507267">
        <w:rPr>
          <w:rFonts w:ascii="Times New Roman" w:eastAsia="Times New Roman" w:hAnsi="Times New Roman" w:cs="Times New Roman"/>
          <w:i/>
          <w:iCs/>
          <w:color w:val="000000"/>
          <w:sz w:val="24"/>
          <w:szCs w:val="24"/>
        </w:rPr>
        <w:t>Polianthes tuberosa</w:t>
      </w:r>
      <w:r w:rsidRPr="00507267">
        <w:rPr>
          <w:rFonts w:ascii="Times New Roman" w:eastAsia="Times New Roman" w:hAnsi="Times New Roman" w:cs="Times New Roman"/>
          <w:color w:val="000000"/>
          <w:sz w:val="24"/>
          <w:szCs w:val="24"/>
        </w:rPr>
        <w:t xml:space="preserve">, L.) Bulbs. J. Plant Production, Mansoura Univ., </w:t>
      </w:r>
      <w:r w:rsidRPr="00507267">
        <w:rPr>
          <w:rFonts w:ascii="Times New Roman" w:eastAsia="Times New Roman" w:hAnsi="Times New Roman" w:cs="Times New Roman"/>
          <w:b/>
          <w:bCs/>
          <w:color w:val="000000"/>
          <w:sz w:val="24"/>
          <w:szCs w:val="24"/>
        </w:rPr>
        <w:t>8</w:t>
      </w:r>
      <w:r w:rsidRPr="00507267">
        <w:rPr>
          <w:rFonts w:ascii="Times New Roman" w:eastAsia="Times New Roman" w:hAnsi="Times New Roman" w:cs="Times New Roman"/>
          <w:color w:val="000000"/>
          <w:sz w:val="24"/>
          <w:szCs w:val="24"/>
        </w:rPr>
        <w:t>(9):895 -906.</w:t>
      </w:r>
    </w:p>
    <w:p w14:paraId="37B520A1"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El-Khateeb MA, Nasr AA, Fahmy AN and Dorgham AHH. 2010. Effect of GA</w:t>
      </w:r>
      <w:r w:rsidRPr="00507267">
        <w:rPr>
          <w:rFonts w:ascii="Times New Roman" w:eastAsia="Times New Roman" w:hAnsi="Times New Roman" w:cs="Times New Roman"/>
          <w:color w:val="000000"/>
          <w:sz w:val="24"/>
          <w:szCs w:val="24"/>
          <w:vertAlign w:val="subscript"/>
        </w:rPr>
        <w:t>3</w:t>
      </w:r>
      <w:r w:rsidRPr="00507267">
        <w:rPr>
          <w:rFonts w:ascii="Times New Roman" w:eastAsia="Times New Roman" w:hAnsi="Times New Roman" w:cs="Times New Roman"/>
          <w:color w:val="000000"/>
          <w:sz w:val="24"/>
          <w:szCs w:val="24"/>
        </w:rPr>
        <w:t xml:space="preserve"> and growth biostimulants on growth and chemical composition of </w:t>
      </w:r>
      <w:r w:rsidRPr="00507267">
        <w:rPr>
          <w:rFonts w:ascii="Times New Roman" w:eastAsia="Times New Roman" w:hAnsi="Times New Roman" w:cs="Times New Roman"/>
          <w:i/>
          <w:iCs/>
          <w:color w:val="000000"/>
          <w:sz w:val="24"/>
          <w:szCs w:val="24"/>
        </w:rPr>
        <w:t>Califia secundiflora</w:t>
      </w:r>
      <w:r w:rsidRPr="00507267">
        <w:rPr>
          <w:rFonts w:ascii="Times New Roman" w:eastAsia="Times New Roman" w:hAnsi="Times New Roman" w:cs="Times New Roman"/>
          <w:color w:val="000000"/>
          <w:sz w:val="24"/>
          <w:szCs w:val="24"/>
        </w:rPr>
        <w:t xml:space="preserve"> plants, </w:t>
      </w:r>
      <w:r w:rsidRPr="00507267">
        <w:rPr>
          <w:rFonts w:ascii="Times New Roman" w:eastAsia="Times New Roman" w:hAnsi="Times New Roman" w:cs="Times New Roman"/>
          <w:i/>
          <w:iCs/>
          <w:color w:val="000000"/>
          <w:sz w:val="24"/>
          <w:szCs w:val="24"/>
        </w:rPr>
        <w:t>Journal of Horticultural Science &amp; Ornamental Plants</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2</w:t>
      </w:r>
      <w:r w:rsidRPr="00507267">
        <w:rPr>
          <w:rFonts w:ascii="Times New Roman" w:eastAsia="Times New Roman" w:hAnsi="Times New Roman" w:cs="Times New Roman"/>
          <w:color w:val="000000"/>
          <w:sz w:val="24"/>
          <w:szCs w:val="24"/>
        </w:rPr>
        <w:t>(2): 118-124.</w:t>
      </w:r>
    </w:p>
    <w:p w14:paraId="3AB17EE7"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El-Khateeb MA, Nasr AAM and Hassan NAA. 2018. Growth and quality improvement of </w:t>
      </w:r>
      <w:r w:rsidRPr="00507267">
        <w:rPr>
          <w:rFonts w:ascii="Times New Roman" w:eastAsia="Times New Roman" w:hAnsi="Times New Roman" w:cs="Times New Roman"/>
          <w:i/>
          <w:iCs/>
          <w:color w:val="000000"/>
          <w:sz w:val="24"/>
          <w:szCs w:val="24"/>
        </w:rPr>
        <w:t>Dracaena surculosa</w:t>
      </w:r>
      <w:r w:rsidRPr="00507267">
        <w:rPr>
          <w:rFonts w:ascii="Times New Roman" w:eastAsia="Times New Roman" w:hAnsi="Times New Roman" w:cs="Times New Roman"/>
          <w:color w:val="000000"/>
          <w:sz w:val="24"/>
          <w:szCs w:val="24"/>
        </w:rPr>
        <w:t xml:space="preserve">, Lindl by the foliar application of some biostimulants. </w:t>
      </w:r>
      <w:r w:rsidRPr="00507267">
        <w:rPr>
          <w:rFonts w:ascii="Times New Roman" w:eastAsia="Times New Roman" w:hAnsi="Times New Roman" w:cs="Times New Roman"/>
          <w:i/>
          <w:iCs/>
          <w:color w:val="000000"/>
          <w:sz w:val="24"/>
          <w:szCs w:val="24"/>
        </w:rPr>
        <w:t>International Journal of Environment</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7</w:t>
      </w:r>
      <w:r w:rsidRPr="00507267">
        <w:rPr>
          <w:rFonts w:ascii="Times New Roman" w:eastAsia="Times New Roman" w:hAnsi="Times New Roman" w:cs="Times New Roman"/>
          <w:color w:val="000000"/>
          <w:sz w:val="24"/>
          <w:szCs w:val="24"/>
        </w:rPr>
        <w:t>(2): 53-64.</w:t>
      </w:r>
    </w:p>
    <w:p w14:paraId="465E4985" w14:textId="77777777" w:rsidR="00507267" w:rsidRPr="00507267" w:rsidRDefault="00507267" w:rsidP="00E4195F">
      <w:pPr>
        <w:widowControl w:val="0"/>
        <w:autoSpaceDE w:val="0"/>
        <w:autoSpaceDN w:val="0"/>
        <w:spacing w:after="0" w:line="240" w:lineRule="auto"/>
        <w:ind w:left="720" w:hanging="720"/>
        <w:jc w:val="both"/>
        <w:rPr>
          <w:rFonts w:ascii="Times New Roman" w:hAnsi="Times New Roman" w:cs="Times New Roman"/>
          <w:color w:val="222222"/>
          <w:sz w:val="24"/>
          <w:szCs w:val="24"/>
          <w:shd w:val="clear" w:color="auto" w:fill="FFFFFF"/>
        </w:rPr>
      </w:pPr>
      <w:r w:rsidRPr="00507267">
        <w:rPr>
          <w:rFonts w:ascii="Times New Roman" w:hAnsi="Times New Roman" w:cs="Times New Roman"/>
          <w:color w:val="222222"/>
          <w:sz w:val="24"/>
          <w:szCs w:val="24"/>
          <w:shd w:val="clear" w:color="auto" w:fill="FFFFFF"/>
        </w:rPr>
        <w:t>El-Serafy, R. S. (2020). Phenotypic plasticity, biomass allocation, and biochemical analysis of cordyline seedlings in response to oligo-chitosan foliar spray. </w:t>
      </w:r>
      <w:r w:rsidRPr="00507267">
        <w:rPr>
          <w:rFonts w:ascii="Times New Roman" w:hAnsi="Times New Roman" w:cs="Times New Roman"/>
          <w:i/>
          <w:iCs/>
          <w:color w:val="222222"/>
          <w:sz w:val="24"/>
          <w:szCs w:val="24"/>
          <w:shd w:val="clear" w:color="auto" w:fill="FFFFFF"/>
        </w:rPr>
        <w:t>Journal of Soil Science and Plant Nutrition</w:t>
      </w:r>
      <w:r w:rsidRPr="00507267">
        <w:rPr>
          <w:rFonts w:ascii="Times New Roman" w:hAnsi="Times New Roman" w:cs="Times New Roman"/>
          <w:color w:val="222222"/>
          <w:sz w:val="24"/>
          <w:szCs w:val="24"/>
          <w:shd w:val="clear" w:color="auto" w:fill="FFFFFF"/>
        </w:rPr>
        <w:t>, </w:t>
      </w:r>
      <w:r w:rsidRPr="00507267">
        <w:rPr>
          <w:rFonts w:ascii="Times New Roman" w:hAnsi="Times New Roman" w:cs="Times New Roman"/>
          <w:i/>
          <w:iCs/>
          <w:color w:val="222222"/>
          <w:sz w:val="24"/>
          <w:szCs w:val="24"/>
          <w:shd w:val="clear" w:color="auto" w:fill="FFFFFF"/>
        </w:rPr>
        <w:t>20</w:t>
      </w:r>
      <w:r w:rsidRPr="00507267">
        <w:rPr>
          <w:rFonts w:ascii="Times New Roman" w:hAnsi="Times New Roman" w:cs="Times New Roman"/>
          <w:color w:val="222222"/>
          <w:sz w:val="24"/>
          <w:szCs w:val="24"/>
          <w:shd w:val="clear" w:color="auto" w:fill="FFFFFF"/>
        </w:rPr>
        <w:t>(3), 1503-1514.</w:t>
      </w:r>
    </w:p>
    <w:p w14:paraId="2A3758D9"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Gaurav AK, Raju DVS, Janakiram BS, Jain RI and Krishnan SG. 2015. Effect of shade levels on production and quality of cordyline (</w:t>
      </w:r>
      <w:r w:rsidRPr="00507267">
        <w:rPr>
          <w:rFonts w:ascii="Times New Roman" w:eastAsia="Times New Roman" w:hAnsi="Times New Roman" w:cs="Times New Roman"/>
          <w:i/>
          <w:iCs/>
          <w:color w:val="000000"/>
          <w:sz w:val="24"/>
          <w:szCs w:val="24"/>
        </w:rPr>
        <w:t>Cordyline terminalis</w:t>
      </w:r>
      <w:r w:rsidRPr="00507267">
        <w:rPr>
          <w:rFonts w:ascii="Times New Roman" w:eastAsia="Times New Roman" w:hAnsi="Times New Roman" w:cs="Times New Roman"/>
          <w:color w:val="000000"/>
          <w:sz w:val="24"/>
          <w:szCs w:val="24"/>
        </w:rPr>
        <w:t xml:space="preserve">). </w:t>
      </w:r>
      <w:r w:rsidRPr="00507267">
        <w:rPr>
          <w:rFonts w:ascii="Times New Roman" w:eastAsia="Times New Roman" w:hAnsi="Times New Roman" w:cs="Times New Roman"/>
          <w:i/>
          <w:iCs/>
          <w:color w:val="000000"/>
          <w:sz w:val="24"/>
          <w:szCs w:val="24"/>
        </w:rPr>
        <w:t>Indian Journal of Agricultural Sciences</w:t>
      </w:r>
      <w:r w:rsidRPr="00507267">
        <w:rPr>
          <w:rFonts w:ascii="Times New Roman" w:eastAsia="Times New Roman" w:hAnsi="Times New Roman" w:cs="Times New Roman"/>
          <w:color w:val="000000"/>
          <w:sz w:val="24"/>
          <w:szCs w:val="24"/>
        </w:rPr>
        <w:t xml:space="preserve">, </w:t>
      </w:r>
      <w:r w:rsidRPr="00507267">
        <w:rPr>
          <w:rFonts w:ascii="Times New Roman" w:eastAsia="Times New Roman" w:hAnsi="Times New Roman" w:cs="Times New Roman"/>
          <w:b/>
          <w:bCs/>
          <w:color w:val="000000"/>
          <w:sz w:val="24"/>
          <w:szCs w:val="24"/>
        </w:rPr>
        <w:t>85</w:t>
      </w:r>
      <w:r w:rsidRPr="00507267">
        <w:rPr>
          <w:rFonts w:ascii="Times New Roman" w:eastAsia="Times New Roman" w:hAnsi="Times New Roman" w:cs="Times New Roman"/>
          <w:color w:val="000000"/>
          <w:sz w:val="24"/>
          <w:szCs w:val="24"/>
        </w:rPr>
        <w:t>(7): 1-5.</w:t>
      </w:r>
    </w:p>
    <w:p w14:paraId="28583508"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Hutchinson J. 1959. The families of flowering plants, Vol. </w:t>
      </w:r>
      <w:r w:rsidRPr="00507267">
        <w:rPr>
          <w:rFonts w:ascii="Times New Roman" w:eastAsia="Times New Roman" w:hAnsi="Times New Roman" w:cs="Times New Roman"/>
          <w:b/>
          <w:bCs/>
          <w:color w:val="000000"/>
          <w:sz w:val="24"/>
          <w:szCs w:val="24"/>
        </w:rPr>
        <w:t>II</w:t>
      </w:r>
      <w:r w:rsidRPr="00507267">
        <w:rPr>
          <w:rFonts w:ascii="Times New Roman" w:eastAsia="Times New Roman" w:hAnsi="Times New Roman" w:cs="Times New Roman"/>
          <w:color w:val="000000"/>
          <w:sz w:val="24"/>
          <w:szCs w:val="24"/>
        </w:rPr>
        <w:t xml:space="preserve">, Monocotyledons, The families of flowering plants, Vol. </w:t>
      </w:r>
      <w:r w:rsidRPr="00507267">
        <w:rPr>
          <w:rFonts w:ascii="Times New Roman" w:eastAsia="Times New Roman" w:hAnsi="Times New Roman" w:cs="Times New Roman"/>
          <w:b/>
          <w:bCs/>
          <w:color w:val="000000"/>
          <w:sz w:val="24"/>
          <w:szCs w:val="24"/>
        </w:rPr>
        <w:t>II</w:t>
      </w:r>
      <w:r w:rsidRPr="00507267">
        <w:rPr>
          <w:rFonts w:ascii="Times New Roman" w:eastAsia="Times New Roman" w:hAnsi="Times New Roman" w:cs="Times New Roman"/>
          <w:color w:val="000000"/>
          <w:sz w:val="24"/>
          <w:szCs w:val="24"/>
        </w:rPr>
        <w:t>, Monocotyledons, (2nd Ed).</w:t>
      </w:r>
    </w:p>
    <w:p w14:paraId="5AF73039"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Kemp EB and Robb FD. 1962. </w:t>
      </w:r>
      <w:r w:rsidRPr="00507267">
        <w:rPr>
          <w:rFonts w:ascii="Times New Roman" w:eastAsia="Times New Roman" w:hAnsi="Times New Roman" w:cs="Times New Roman"/>
          <w:i/>
          <w:iCs/>
          <w:color w:val="000000"/>
          <w:sz w:val="24"/>
          <w:szCs w:val="24"/>
        </w:rPr>
        <w:t>Cordyline terminalis</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i/>
          <w:iCs/>
          <w:color w:val="000000"/>
          <w:sz w:val="24"/>
          <w:szCs w:val="24"/>
        </w:rPr>
        <w:t>Quarterly Journal of Crude Drug Research</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2</w:t>
      </w:r>
      <w:r w:rsidRPr="00507267">
        <w:rPr>
          <w:rFonts w:ascii="Times New Roman" w:eastAsia="Times New Roman" w:hAnsi="Times New Roman" w:cs="Times New Roman"/>
          <w:color w:val="000000"/>
          <w:sz w:val="24"/>
          <w:szCs w:val="24"/>
        </w:rPr>
        <w:t>(4): 299-307.</w:t>
      </w:r>
    </w:p>
    <w:p w14:paraId="5801DD03"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Kunicki E, Grabowska A, Sękara A and Wojciechowska R. 2010. The effect of cultivar type, time of cultivation and biostimulant treatment on the yield of spinach (L.). </w:t>
      </w:r>
      <w:r w:rsidRPr="00507267">
        <w:rPr>
          <w:rFonts w:ascii="Times New Roman" w:eastAsia="Times New Roman" w:hAnsi="Times New Roman" w:cs="Times New Roman"/>
          <w:i/>
          <w:iCs/>
          <w:color w:val="000000"/>
          <w:sz w:val="24"/>
          <w:szCs w:val="24"/>
        </w:rPr>
        <w:t>Folia Horticulturae</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22</w:t>
      </w:r>
      <w:r w:rsidRPr="00507267">
        <w:rPr>
          <w:rFonts w:ascii="Times New Roman" w:eastAsia="Times New Roman" w:hAnsi="Times New Roman" w:cs="Times New Roman"/>
          <w:color w:val="000000"/>
          <w:sz w:val="24"/>
          <w:szCs w:val="24"/>
        </w:rPr>
        <w:t>(2): 9-13.</w:t>
      </w:r>
    </w:p>
    <w:p w14:paraId="5A88A1EB"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Melchior H. 1964. A. Engler's Syllabus der Pflanzenfamilien , </w:t>
      </w:r>
      <w:r w:rsidRPr="00507267">
        <w:rPr>
          <w:rFonts w:ascii="Times New Roman" w:eastAsia="Times New Roman" w:hAnsi="Times New Roman" w:cs="Times New Roman"/>
          <w:i/>
          <w:iCs/>
          <w:color w:val="000000"/>
          <w:sz w:val="24"/>
          <w:szCs w:val="24"/>
        </w:rPr>
        <w:t>Angiospermen.</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2</w:t>
      </w:r>
      <w:r w:rsidRPr="00507267">
        <w:rPr>
          <w:rFonts w:ascii="Times New Roman" w:eastAsia="Times New Roman" w:hAnsi="Times New Roman" w:cs="Times New Roman"/>
          <w:color w:val="000000"/>
          <w:sz w:val="24"/>
          <w:szCs w:val="24"/>
        </w:rPr>
        <w:t>: 666.</w:t>
      </w:r>
    </w:p>
    <w:p w14:paraId="46B88871"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Minraj N and Shanmugavelu KG. 1987. Studies on the effect of triacontanol on growth, flowering, yield, quality and nutrient uptake in chillies (</w:t>
      </w:r>
      <w:r w:rsidRPr="00507267">
        <w:rPr>
          <w:rFonts w:ascii="Times New Roman" w:eastAsia="Times New Roman" w:hAnsi="Times New Roman" w:cs="Times New Roman"/>
          <w:i/>
          <w:iCs/>
          <w:color w:val="000000"/>
          <w:sz w:val="24"/>
          <w:szCs w:val="24"/>
        </w:rPr>
        <w:t xml:space="preserve">Capsicum annuum </w:t>
      </w:r>
      <w:r w:rsidRPr="00507267">
        <w:rPr>
          <w:rFonts w:ascii="Times New Roman" w:eastAsia="Times New Roman" w:hAnsi="Times New Roman" w:cs="Times New Roman"/>
          <w:color w:val="000000"/>
          <w:sz w:val="24"/>
          <w:szCs w:val="24"/>
        </w:rPr>
        <w:t>L.), S. </w:t>
      </w:r>
      <w:r w:rsidRPr="00507267">
        <w:rPr>
          <w:rFonts w:ascii="Times New Roman" w:eastAsia="Times New Roman" w:hAnsi="Times New Roman" w:cs="Times New Roman"/>
          <w:i/>
          <w:iCs/>
          <w:color w:val="000000"/>
          <w:sz w:val="24"/>
          <w:szCs w:val="24"/>
        </w:rPr>
        <w:t>Indian Hort.</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35</w:t>
      </w:r>
      <w:r w:rsidRPr="00507267">
        <w:rPr>
          <w:rFonts w:ascii="Times New Roman" w:eastAsia="Times New Roman" w:hAnsi="Times New Roman" w:cs="Times New Roman"/>
          <w:color w:val="000000"/>
          <w:sz w:val="24"/>
          <w:szCs w:val="24"/>
        </w:rPr>
        <w:t>(4): 362-366.</w:t>
      </w:r>
    </w:p>
    <w:p w14:paraId="30572940"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Mohammadipour E, Golchin A, Mohammadi J, Negahdar N and Zarchini M. 2012. Effect of humic acid on yield and quality of marigold (</w:t>
      </w:r>
      <w:r w:rsidRPr="00507267">
        <w:rPr>
          <w:rFonts w:ascii="Times New Roman" w:eastAsia="Times New Roman" w:hAnsi="Times New Roman" w:cs="Times New Roman"/>
          <w:i/>
          <w:iCs/>
          <w:color w:val="000000"/>
          <w:sz w:val="24"/>
          <w:szCs w:val="24"/>
        </w:rPr>
        <w:t>Calendula officinalis</w:t>
      </w:r>
      <w:r w:rsidRPr="00507267">
        <w:rPr>
          <w:rFonts w:ascii="Times New Roman" w:eastAsia="Times New Roman" w:hAnsi="Times New Roman" w:cs="Times New Roman"/>
          <w:color w:val="000000"/>
          <w:sz w:val="24"/>
          <w:szCs w:val="24"/>
        </w:rPr>
        <w:t xml:space="preserve"> L.). </w:t>
      </w:r>
      <w:r w:rsidRPr="00507267">
        <w:rPr>
          <w:rFonts w:ascii="Times New Roman" w:eastAsia="Times New Roman" w:hAnsi="Times New Roman" w:cs="Times New Roman"/>
          <w:i/>
          <w:iCs/>
          <w:color w:val="000000"/>
          <w:sz w:val="24"/>
          <w:szCs w:val="24"/>
        </w:rPr>
        <w:t>Annals of Biological Research</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3</w:t>
      </w:r>
      <w:r w:rsidRPr="00507267">
        <w:rPr>
          <w:rFonts w:ascii="Times New Roman" w:eastAsia="Times New Roman" w:hAnsi="Times New Roman" w:cs="Times New Roman"/>
          <w:color w:val="000000"/>
          <w:sz w:val="24"/>
          <w:szCs w:val="24"/>
        </w:rPr>
        <w:t>(11): 5095-5098.</w:t>
      </w:r>
    </w:p>
    <w:p w14:paraId="1AD639B2"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lang w:val="en-IN"/>
        </w:rPr>
      </w:pPr>
      <w:r w:rsidRPr="00507267">
        <w:rPr>
          <w:rFonts w:ascii="Times New Roman" w:eastAsia="Times New Roman" w:hAnsi="Times New Roman" w:cs="Times New Roman"/>
          <w:color w:val="000000"/>
          <w:sz w:val="24"/>
          <w:szCs w:val="24"/>
          <w:lang w:val="en-IN"/>
        </w:rPr>
        <w:t>Pandita MLN, Sharnia K and Arora SK. 1991. Effect of Miixtalol and Vipul on growth, flowering and yield of okra (</w:t>
      </w:r>
      <w:r w:rsidRPr="00507267">
        <w:rPr>
          <w:rFonts w:ascii="Times New Roman" w:eastAsia="Times New Roman" w:hAnsi="Times New Roman" w:cs="Times New Roman"/>
          <w:i/>
          <w:iCs/>
          <w:color w:val="000000"/>
          <w:sz w:val="24"/>
          <w:szCs w:val="24"/>
          <w:lang w:val="en-IN"/>
        </w:rPr>
        <w:t>Abelmoschus esculentus</w:t>
      </w:r>
      <w:r w:rsidRPr="00507267">
        <w:rPr>
          <w:rFonts w:ascii="Times New Roman" w:eastAsia="Times New Roman" w:hAnsi="Times New Roman" w:cs="Times New Roman"/>
          <w:color w:val="000000"/>
          <w:sz w:val="24"/>
          <w:szCs w:val="24"/>
          <w:lang w:val="en-IN"/>
        </w:rPr>
        <w:t xml:space="preserve"> L. Moench). </w:t>
      </w:r>
      <w:r w:rsidRPr="00507267">
        <w:rPr>
          <w:rFonts w:ascii="Times New Roman" w:eastAsia="Times New Roman" w:hAnsi="Times New Roman" w:cs="Times New Roman"/>
          <w:i/>
          <w:iCs/>
          <w:color w:val="000000"/>
          <w:sz w:val="24"/>
          <w:szCs w:val="24"/>
          <w:lang w:val="en-IN"/>
        </w:rPr>
        <w:t>Veg. Sci</w:t>
      </w:r>
      <w:r w:rsidRPr="00507267">
        <w:rPr>
          <w:rFonts w:ascii="Times New Roman" w:eastAsia="Times New Roman" w:hAnsi="Times New Roman" w:cs="Times New Roman"/>
          <w:color w:val="000000"/>
          <w:sz w:val="24"/>
          <w:szCs w:val="24"/>
          <w:lang w:val="en-IN"/>
        </w:rPr>
        <w:t>, </w:t>
      </w:r>
      <w:r w:rsidRPr="00507267">
        <w:rPr>
          <w:rFonts w:ascii="Times New Roman" w:eastAsia="Times New Roman" w:hAnsi="Times New Roman" w:cs="Times New Roman"/>
          <w:b/>
          <w:bCs/>
          <w:color w:val="000000"/>
          <w:sz w:val="24"/>
          <w:szCs w:val="24"/>
          <w:lang w:val="en-IN"/>
        </w:rPr>
        <w:t>18</w:t>
      </w:r>
      <w:r w:rsidRPr="00507267">
        <w:rPr>
          <w:rFonts w:ascii="Times New Roman" w:eastAsia="Times New Roman" w:hAnsi="Times New Roman" w:cs="Times New Roman"/>
          <w:color w:val="000000"/>
          <w:sz w:val="24"/>
          <w:szCs w:val="24"/>
          <w:lang w:val="en-IN"/>
        </w:rPr>
        <w:t>(1): 32-40.</w:t>
      </w:r>
    </w:p>
    <w:p w14:paraId="2770130B"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Pal AK. 2006. Ornamental plants with attractive foliages, </w:t>
      </w:r>
      <w:r w:rsidRPr="00507267">
        <w:rPr>
          <w:rFonts w:ascii="Times New Roman" w:eastAsia="Times New Roman" w:hAnsi="Times New Roman" w:cs="Times New Roman"/>
          <w:i/>
          <w:iCs/>
          <w:color w:val="000000"/>
          <w:sz w:val="24"/>
          <w:szCs w:val="24"/>
        </w:rPr>
        <w:t>Advances in ornamental horticulture</w:t>
      </w:r>
      <w:r w:rsidRPr="00507267">
        <w:rPr>
          <w:rFonts w:ascii="Times New Roman" w:eastAsia="Times New Roman" w:hAnsi="Times New Roman" w:cs="Times New Roman"/>
          <w:color w:val="000000"/>
          <w:sz w:val="24"/>
          <w:szCs w:val="24"/>
        </w:rPr>
        <w:t xml:space="preserve">, Pointer publishers, India, </w:t>
      </w:r>
      <w:r w:rsidRPr="00507267">
        <w:rPr>
          <w:rFonts w:ascii="Times New Roman" w:eastAsia="Times New Roman" w:hAnsi="Times New Roman" w:cs="Times New Roman"/>
          <w:b/>
          <w:bCs/>
          <w:color w:val="000000"/>
          <w:sz w:val="24"/>
          <w:szCs w:val="24"/>
        </w:rPr>
        <w:t>2</w:t>
      </w:r>
      <w:r w:rsidRPr="00507267">
        <w:rPr>
          <w:rFonts w:ascii="Times New Roman" w:eastAsia="Times New Roman" w:hAnsi="Times New Roman" w:cs="Times New Roman"/>
          <w:color w:val="000000"/>
          <w:sz w:val="24"/>
          <w:szCs w:val="24"/>
        </w:rPr>
        <w:t>: 273-343.</w:t>
      </w:r>
    </w:p>
    <w:p w14:paraId="11975B60"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Ray T, Saha P and Roy SC. 2006. Commercial production of </w:t>
      </w:r>
      <w:r w:rsidRPr="00507267">
        <w:rPr>
          <w:rFonts w:ascii="Times New Roman" w:eastAsia="Times New Roman" w:hAnsi="Times New Roman" w:cs="Times New Roman"/>
          <w:i/>
          <w:iCs/>
          <w:color w:val="000000"/>
          <w:sz w:val="24"/>
          <w:szCs w:val="24"/>
        </w:rPr>
        <w:t>Cordyline terminalis</w:t>
      </w:r>
      <w:r w:rsidRPr="00507267">
        <w:rPr>
          <w:rFonts w:ascii="Times New Roman" w:eastAsia="Times New Roman" w:hAnsi="Times New Roman" w:cs="Times New Roman"/>
          <w:color w:val="000000"/>
          <w:sz w:val="24"/>
          <w:szCs w:val="24"/>
        </w:rPr>
        <w:t xml:space="preserve"> (L) Kunth. from </w:t>
      </w:r>
      <w:r w:rsidRPr="00507267">
        <w:rPr>
          <w:rFonts w:ascii="Times New Roman" w:eastAsia="Times New Roman" w:hAnsi="Times New Roman" w:cs="Times New Roman"/>
          <w:color w:val="000000"/>
          <w:sz w:val="24"/>
          <w:szCs w:val="24"/>
        </w:rPr>
        <w:lastRenderedPageBreak/>
        <w:t>shoot apex meristem and assessment for genetic stability of soma clones by isozyme markers, </w:t>
      </w:r>
      <w:r w:rsidRPr="00507267">
        <w:rPr>
          <w:rFonts w:ascii="Times New Roman" w:eastAsia="Times New Roman" w:hAnsi="Times New Roman" w:cs="Times New Roman"/>
          <w:i/>
          <w:iCs/>
          <w:color w:val="000000"/>
          <w:sz w:val="24"/>
          <w:szCs w:val="24"/>
        </w:rPr>
        <w:t>Scientia horticulturae</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108</w:t>
      </w:r>
      <w:r w:rsidRPr="00507267">
        <w:rPr>
          <w:rFonts w:ascii="Times New Roman" w:eastAsia="Times New Roman" w:hAnsi="Times New Roman" w:cs="Times New Roman"/>
          <w:color w:val="000000"/>
          <w:sz w:val="24"/>
          <w:szCs w:val="24"/>
        </w:rPr>
        <w:t>(3): 289-294.</w:t>
      </w:r>
    </w:p>
    <w:p w14:paraId="76992533"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Randhawa GS and Mukhopadhyay A. 2004. Floriculture in India, </w:t>
      </w:r>
      <w:r w:rsidRPr="00507267">
        <w:rPr>
          <w:rFonts w:ascii="Times New Roman" w:eastAsia="Times New Roman" w:hAnsi="Times New Roman" w:cs="Times New Roman"/>
          <w:i/>
          <w:iCs/>
          <w:color w:val="000000"/>
          <w:sz w:val="24"/>
          <w:szCs w:val="24"/>
        </w:rPr>
        <w:t>Allied publishers Pvt Limited</w:t>
      </w:r>
      <w:r w:rsidRPr="00507267">
        <w:rPr>
          <w:rFonts w:ascii="Times New Roman" w:eastAsia="Times New Roman" w:hAnsi="Times New Roman" w:cs="Times New Roman"/>
          <w:color w:val="000000"/>
          <w:sz w:val="24"/>
          <w:szCs w:val="24"/>
        </w:rPr>
        <w:t>, pp. 258-259.</w:t>
      </w:r>
    </w:p>
    <w:p w14:paraId="6C34FFA0"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Satao PJ. 2000. Effect of Aminocel and bioenzyme on growth flowering and yield of okra. M.Sc. Thesis submitted to Dep. of Hort. M. A. U., Parbhani</w:t>
      </w:r>
    </w:p>
    <w:p w14:paraId="483F7EC2"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Traon D, Amat L, Zotz F and du Jardin P. 2014. A Legal Framework for Plant Biostimulants and Agronomic Fertilizer Additives in the EU-Report to the European Commission, DG Enterprise &amp; Industry.</w:t>
      </w:r>
    </w:p>
    <w:p w14:paraId="46EEA607"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Yakhin OI, Lubyanov AA, Yakhin IA and Brown PH. 2017. Biostimulants in plant science: a global perspective, </w:t>
      </w:r>
      <w:r w:rsidRPr="00507267">
        <w:rPr>
          <w:rFonts w:ascii="Times New Roman" w:eastAsia="Times New Roman" w:hAnsi="Times New Roman" w:cs="Times New Roman"/>
          <w:i/>
          <w:iCs/>
          <w:color w:val="000000"/>
          <w:sz w:val="24"/>
          <w:szCs w:val="24"/>
        </w:rPr>
        <w:t>Frontiers in plant science</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7</w:t>
      </w:r>
      <w:r w:rsidRPr="00507267">
        <w:rPr>
          <w:rFonts w:ascii="Times New Roman" w:eastAsia="Times New Roman" w:hAnsi="Times New Roman" w:cs="Times New Roman"/>
          <w:color w:val="000000"/>
          <w:sz w:val="24"/>
          <w:szCs w:val="24"/>
        </w:rPr>
        <w:t>: 2049.</w:t>
      </w:r>
    </w:p>
    <w:p w14:paraId="4C64344E"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r w:rsidRPr="00507267">
        <w:rPr>
          <w:rFonts w:ascii="Times New Roman" w:eastAsia="Times New Roman" w:hAnsi="Times New Roman" w:cs="Times New Roman"/>
          <w:color w:val="000000"/>
          <w:sz w:val="24"/>
          <w:szCs w:val="24"/>
        </w:rPr>
        <w:t xml:space="preserve">Zaghloul SM, El-Quesni FEM and Mazhar AAM. 2009. Influence of potassium humate on growth and chemical constituents of </w:t>
      </w:r>
      <w:r w:rsidRPr="00507267">
        <w:rPr>
          <w:rFonts w:ascii="Times New Roman" w:eastAsia="Times New Roman" w:hAnsi="Times New Roman" w:cs="Times New Roman"/>
          <w:i/>
          <w:iCs/>
          <w:color w:val="000000"/>
          <w:sz w:val="24"/>
          <w:szCs w:val="24"/>
        </w:rPr>
        <w:t>Thuja orientalis</w:t>
      </w:r>
      <w:r w:rsidRPr="00507267">
        <w:rPr>
          <w:rFonts w:ascii="Times New Roman" w:eastAsia="Times New Roman" w:hAnsi="Times New Roman" w:cs="Times New Roman"/>
          <w:color w:val="000000"/>
          <w:sz w:val="24"/>
          <w:szCs w:val="24"/>
        </w:rPr>
        <w:t xml:space="preserve"> L. seedlings, </w:t>
      </w:r>
      <w:r w:rsidRPr="00507267">
        <w:rPr>
          <w:rFonts w:ascii="Times New Roman" w:eastAsia="Times New Roman" w:hAnsi="Times New Roman" w:cs="Times New Roman"/>
          <w:i/>
          <w:iCs/>
          <w:color w:val="000000"/>
          <w:sz w:val="24"/>
          <w:szCs w:val="24"/>
        </w:rPr>
        <w:t>Ozean Journal of Applied Sciences</w:t>
      </w:r>
      <w:r w:rsidRPr="00507267">
        <w:rPr>
          <w:rFonts w:ascii="Times New Roman" w:eastAsia="Times New Roman" w:hAnsi="Times New Roman" w:cs="Times New Roman"/>
          <w:color w:val="000000"/>
          <w:sz w:val="24"/>
          <w:szCs w:val="24"/>
        </w:rPr>
        <w:t>, </w:t>
      </w:r>
      <w:r w:rsidRPr="00507267">
        <w:rPr>
          <w:rFonts w:ascii="Times New Roman" w:eastAsia="Times New Roman" w:hAnsi="Times New Roman" w:cs="Times New Roman"/>
          <w:b/>
          <w:bCs/>
          <w:color w:val="000000"/>
          <w:sz w:val="24"/>
          <w:szCs w:val="24"/>
        </w:rPr>
        <w:t>2</w:t>
      </w:r>
      <w:r w:rsidRPr="00507267">
        <w:rPr>
          <w:rFonts w:ascii="Times New Roman" w:eastAsia="Times New Roman" w:hAnsi="Times New Roman" w:cs="Times New Roman"/>
          <w:color w:val="000000"/>
          <w:sz w:val="24"/>
          <w:szCs w:val="24"/>
        </w:rPr>
        <w:t>(1): 73-78.</w:t>
      </w:r>
    </w:p>
    <w:p w14:paraId="3B378567" w14:textId="77777777" w:rsidR="00507267" w:rsidRPr="00507267" w:rsidRDefault="0050726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lang w:val="en-IN"/>
        </w:rPr>
      </w:pPr>
    </w:p>
    <w:p w14:paraId="547A9F3E" w14:textId="77777777" w:rsidR="00357007" w:rsidRPr="00507267" w:rsidRDefault="00357007" w:rsidP="00E4195F">
      <w:pPr>
        <w:widowControl w:val="0"/>
        <w:autoSpaceDE w:val="0"/>
        <w:autoSpaceDN w:val="0"/>
        <w:spacing w:after="0" w:line="240" w:lineRule="auto"/>
        <w:ind w:left="720" w:hanging="720"/>
        <w:jc w:val="both"/>
        <w:rPr>
          <w:rFonts w:ascii="Times New Roman" w:eastAsia="Times New Roman" w:hAnsi="Times New Roman" w:cs="Times New Roman"/>
          <w:color w:val="000000"/>
          <w:sz w:val="24"/>
          <w:szCs w:val="24"/>
        </w:rPr>
      </w:pPr>
    </w:p>
    <w:p w14:paraId="1F2230F2" w14:textId="77777777" w:rsidR="00357007" w:rsidRPr="00507267" w:rsidRDefault="00357007" w:rsidP="00E4195F">
      <w:pPr>
        <w:spacing w:after="0" w:line="240" w:lineRule="auto"/>
        <w:ind w:hanging="720"/>
        <w:rPr>
          <w:rFonts w:ascii="Times New Roman" w:hAnsi="Times New Roman" w:cs="Times New Roman"/>
          <w:sz w:val="24"/>
          <w:szCs w:val="24"/>
        </w:rPr>
      </w:pPr>
    </w:p>
    <w:p w14:paraId="0F0747AC" w14:textId="538C0569" w:rsidR="00A50AF9" w:rsidRPr="00507267" w:rsidRDefault="00A50AF9" w:rsidP="00E4195F">
      <w:pPr>
        <w:spacing w:after="0" w:line="240" w:lineRule="auto"/>
        <w:ind w:hanging="720"/>
        <w:rPr>
          <w:rFonts w:ascii="Times New Roman" w:hAnsi="Times New Roman" w:cs="Times New Roman"/>
          <w:sz w:val="24"/>
          <w:szCs w:val="24"/>
        </w:rPr>
      </w:pPr>
    </w:p>
    <w:sectPr w:rsidR="00A50AF9" w:rsidRPr="00507267" w:rsidSect="00860B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D427C" w14:textId="77777777" w:rsidR="00887434" w:rsidRDefault="00887434" w:rsidP="006D5334">
      <w:pPr>
        <w:spacing w:after="0" w:line="240" w:lineRule="auto"/>
      </w:pPr>
      <w:r>
        <w:separator/>
      </w:r>
    </w:p>
  </w:endnote>
  <w:endnote w:type="continuationSeparator" w:id="0">
    <w:p w14:paraId="785BE7B4" w14:textId="77777777" w:rsidR="00887434" w:rsidRDefault="00887434" w:rsidP="006D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55FA7" w14:textId="77777777" w:rsidR="00887434" w:rsidRDefault="00887434" w:rsidP="006D5334">
      <w:pPr>
        <w:spacing w:after="0" w:line="240" w:lineRule="auto"/>
      </w:pPr>
      <w:r>
        <w:separator/>
      </w:r>
    </w:p>
  </w:footnote>
  <w:footnote w:type="continuationSeparator" w:id="0">
    <w:p w14:paraId="66B16924" w14:textId="77777777" w:rsidR="00887434" w:rsidRDefault="00887434" w:rsidP="006D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B96A" w14:textId="0BADE7CC" w:rsidR="0078063E" w:rsidRDefault="00000000">
    <w:pPr>
      <w:pStyle w:val="Header"/>
    </w:pPr>
    <w:r>
      <w:rPr>
        <w:noProof/>
      </w:rPr>
      <w:pict w14:anchorId="06C9E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91829" o:spid="_x0000_s1026" type="#_x0000_t136" style="position:absolute;margin-left:0;margin-top:0;width:586.55pt;height:73.3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CBC3E" w14:textId="709E4337" w:rsidR="0078063E" w:rsidRDefault="00000000">
    <w:pPr>
      <w:pStyle w:val="Header"/>
    </w:pPr>
    <w:r>
      <w:rPr>
        <w:noProof/>
      </w:rPr>
      <w:pict w14:anchorId="46CAE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91830" o:spid="_x0000_s1027" type="#_x0000_t136" style="position:absolute;margin-left:0;margin-top:0;width:586.55pt;height:73.3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0E5A" w14:textId="12865D15" w:rsidR="0078063E" w:rsidRDefault="00000000">
    <w:pPr>
      <w:pStyle w:val="Header"/>
    </w:pPr>
    <w:r>
      <w:rPr>
        <w:noProof/>
      </w:rPr>
      <w:pict w14:anchorId="3CA7F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491828" o:spid="_x0000_s1025" type="#_x0000_t136" style="position:absolute;margin-left:0;margin-top:0;width:586.55pt;height:73.3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AD5645"/>
    <w:multiLevelType w:val="hybridMultilevel"/>
    <w:tmpl w:val="A1AC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E06A4"/>
    <w:multiLevelType w:val="hybridMultilevel"/>
    <w:tmpl w:val="C80C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356F5"/>
    <w:multiLevelType w:val="hybridMultilevel"/>
    <w:tmpl w:val="627CAF5E"/>
    <w:lvl w:ilvl="0" w:tplc="E0A825EA">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EC5CE3"/>
    <w:multiLevelType w:val="hybridMultilevel"/>
    <w:tmpl w:val="F28218B2"/>
    <w:lvl w:ilvl="0" w:tplc="8C3EA3A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46B2F"/>
    <w:multiLevelType w:val="hybridMultilevel"/>
    <w:tmpl w:val="8ED06128"/>
    <w:lvl w:ilvl="0" w:tplc="9F70F380">
      <w:start w:val="1"/>
      <w:numFmt w:val="bullet"/>
      <w:lvlText w:val=""/>
      <w:lvlJc w:val="left"/>
      <w:pPr>
        <w:ind w:left="720" w:hanging="360"/>
      </w:pPr>
      <w:rPr>
        <w:rFonts w:ascii="Symbol" w:hAnsi="Symbol" w:hint="default"/>
      </w:rPr>
    </w:lvl>
    <w:lvl w:ilvl="1" w:tplc="325A1BF6" w:tentative="1">
      <w:start w:val="1"/>
      <w:numFmt w:val="bullet"/>
      <w:lvlText w:val="o"/>
      <w:lvlJc w:val="left"/>
      <w:pPr>
        <w:ind w:left="1440" w:hanging="360"/>
      </w:pPr>
      <w:rPr>
        <w:rFonts w:ascii="Courier New" w:hAnsi="Courier New" w:cs="Courier New" w:hint="default"/>
      </w:rPr>
    </w:lvl>
    <w:lvl w:ilvl="2" w:tplc="107A6D8C" w:tentative="1">
      <w:start w:val="1"/>
      <w:numFmt w:val="bullet"/>
      <w:lvlText w:val=""/>
      <w:lvlJc w:val="left"/>
      <w:pPr>
        <w:ind w:left="2160" w:hanging="360"/>
      </w:pPr>
      <w:rPr>
        <w:rFonts w:ascii="Wingdings" w:hAnsi="Wingdings" w:hint="default"/>
      </w:rPr>
    </w:lvl>
    <w:lvl w:ilvl="3" w:tplc="FBEADF7E" w:tentative="1">
      <w:start w:val="1"/>
      <w:numFmt w:val="bullet"/>
      <w:lvlText w:val=""/>
      <w:lvlJc w:val="left"/>
      <w:pPr>
        <w:ind w:left="2880" w:hanging="360"/>
      </w:pPr>
      <w:rPr>
        <w:rFonts w:ascii="Symbol" w:hAnsi="Symbol" w:hint="default"/>
      </w:rPr>
    </w:lvl>
    <w:lvl w:ilvl="4" w:tplc="6F80F1CA" w:tentative="1">
      <w:start w:val="1"/>
      <w:numFmt w:val="bullet"/>
      <w:lvlText w:val="o"/>
      <w:lvlJc w:val="left"/>
      <w:pPr>
        <w:ind w:left="3600" w:hanging="360"/>
      </w:pPr>
      <w:rPr>
        <w:rFonts w:ascii="Courier New" w:hAnsi="Courier New" w:cs="Courier New" w:hint="default"/>
      </w:rPr>
    </w:lvl>
    <w:lvl w:ilvl="5" w:tplc="9452A416" w:tentative="1">
      <w:start w:val="1"/>
      <w:numFmt w:val="bullet"/>
      <w:lvlText w:val=""/>
      <w:lvlJc w:val="left"/>
      <w:pPr>
        <w:ind w:left="4320" w:hanging="360"/>
      </w:pPr>
      <w:rPr>
        <w:rFonts w:ascii="Wingdings" w:hAnsi="Wingdings" w:hint="default"/>
      </w:rPr>
    </w:lvl>
    <w:lvl w:ilvl="6" w:tplc="87F43AEE" w:tentative="1">
      <w:start w:val="1"/>
      <w:numFmt w:val="bullet"/>
      <w:lvlText w:val=""/>
      <w:lvlJc w:val="left"/>
      <w:pPr>
        <w:ind w:left="5040" w:hanging="360"/>
      </w:pPr>
      <w:rPr>
        <w:rFonts w:ascii="Symbol" w:hAnsi="Symbol" w:hint="default"/>
      </w:rPr>
    </w:lvl>
    <w:lvl w:ilvl="7" w:tplc="297AA2D4" w:tentative="1">
      <w:start w:val="1"/>
      <w:numFmt w:val="bullet"/>
      <w:lvlText w:val="o"/>
      <w:lvlJc w:val="left"/>
      <w:pPr>
        <w:ind w:left="5760" w:hanging="360"/>
      </w:pPr>
      <w:rPr>
        <w:rFonts w:ascii="Courier New" w:hAnsi="Courier New" w:cs="Courier New" w:hint="default"/>
      </w:rPr>
    </w:lvl>
    <w:lvl w:ilvl="8" w:tplc="24EE259E" w:tentative="1">
      <w:start w:val="1"/>
      <w:numFmt w:val="bullet"/>
      <w:lvlText w:val=""/>
      <w:lvlJc w:val="left"/>
      <w:pPr>
        <w:ind w:left="6480" w:hanging="360"/>
      </w:pPr>
      <w:rPr>
        <w:rFonts w:ascii="Wingdings" w:hAnsi="Wingdings" w:hint="default"/>
      </w:rPr>
    </w:lvl>
  </w:abstractNum>
  <w:abstractNum w:abstractNumId="14" w15:restartNumberingAfterBreak="0">
    <w:nsid w:val="37A273B4"/>
    <w:multiLevelType w:val="hybridMultilevel"/>
    <w:tmpl w:val="2292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11C9F"/>
    <w:multiLevelType w:val="hybridMultilevel"/>
    <w:tmpl w:val="6E2E42DC"/>
    <w:lvl w:ilvl="0" w:tplc="12443A36">
      <w:start w:val="1"/>
      <w:numFmt w:val="bullet"/>
      <w:lvlText w:val=""/>
      <w:lvlJc w:val="left"/>
      <w:pPr>
        <w:ind w:left="1200" w:hanging="360"/>
      </w:pPr>
      <w:rPr>
        <w:rFonts w:ascii="Symbol" w:hAnsi="Symbol" w:hint="default"/>
      </w:rPr>
    </w:lvl>
    <w:lvl w:ilvl="1" w:tplc="97225C68" w:tentative="1">
      <w:start w:val="1"/>
      <w:numFmt w:val="bullet"/>
      <w:lvlText w:val="o"/>
      <w:lvlJc w:val="left"/>
      <w:pPr>
        <w:ind w:left="1920" w:hanging="360"/>
      </w:pPr>
      <w:rPr>
        <w:rFonts w:ascii="Courier New" w:hAnsi="Courier New" w:cs="Courier New" w:hint="default"/>
      </w:rPr>
    </w:lvl>
    <w:lvl w:ilvl="2" w:tplc="9FF862DC" w:tentative="1">
      <w:start w:val="1"/>
      <w:numFmt w:val="bullet"/>
      <w:lvlText w:val=""/>
      <w:lvlJc w:val="left"/>
      <w:pPr>
        <w:ind w:left="2640" w:hanging="360"/>
      </w:pPr>
      <w:rPr>
        <w:rFonts w:ascii="Wingdings" w:hAnsi="Wingdings" w:hint="default"/>
      </w:rPr>
    </w:lvl>
    <w:lvl w:ilvl="3" w:tplc="0AC69552" w:tentative="1">
      <w:start w:val="1"/>
      <w:numFmt w:val="bullet"/>
      <w:lvlText w:val=""/>
      <w:lvlJc w:val="left"/>
      <w:pPr>
        <w:ind w:left="3360" w:hanging="360"/>
      </w:pPr>
      <w:rPr>
        <w:rFonts w:ascii="Symbol" w:hAnsi="Symbol" w:hint="default"/>
      </w:rPr>
    </w:lvl>
    <w:lvl w:ilvl="4" w:tplc="FC8C5082" w:tentative="1">
      <w:start w:val="1"/>
      <w:numFmt w:val="bullet"/>
      <w:lvlText w:val="o"/>
      <w:lvlJc w:val="left"/>
      <w:pPr>
        <w:ind w:left="4080" w:hanging="360"/>
      </w:pPr>
      <w:rPr>
        <w:rFonts w:ascii="Courier New" w:hAnsi="Courier New" w:cs="Courier New" w:hint="default"/>
      </w:rPr>
    </w:lvl>
    <w:lvl w:ilvl="5" w:tplc="EAE02BBE" w:tentative="1">
      <w:start w:val="1"/>
      <w:numFmt w:val="bullet"/>
      <w:lvlText w:val=""/>
      <w:lvlJc w:val="left"/>
      <w:pPr>
        <w:ind w:left="4800" w:hanging="360"/>
      </w:pPr>
      <w:rPr>
        <w:rFonts w:ascii="Wingdings" w:hAnsi="Wingdings" w:hint="default"/>
      </w:rPr>
    </w:lvl>
    <w:lvl w:ilvl="6" w:tplc="8C32050E" w:tentative="1">
      <w:start w:val="1"/>
      <w:numFmt w:val="bullet"/>
      <w:lvlText w:val=""/>
      <w:lvlJc w:val="left"/>
      <w:pPr>
        <w:ind w:left="5520" w:hanging="360"/>
      </w:pPr>
      <w:rPr>
        <w:rFonts w:ascii="Symbol" w:hAnsi="Symbol" w:hint="default"/>
      </w:rPr>
    </w:lvl>
    <w:lvl w:ilvl="7" w:tplc="69485A28" w:tentative="1">
      <w:start w:val="1"/>
      <w:numFmt w:val="bullet"/>
      <w:lvlText w:val="o"/>
      <w:lvlJc w:val="left"/>
      <w:pPr>
        <w:ind w:left="6240" w:hanging="360"/>
      </w:pPr>
      <w:rPr>
        <w:rFonts w:ascii="Courier New" w:hAnsi="Courier New" w:cs="Courier New" w:hint="default"/>
      </w:rPr>
    </w:lvl>
    <w:lvl w:ilvl="8" w:tplc="20FCEA40" w:tentative="1">
      <w:start w:val="1"/>
      <w:numFmt w:val="bullet"/>
      <w:lvlText w:val=""/>
      <w:lvlJc w:val="left"/>
      <w:pPr>
        <w:ind w:left="6960" w:hanging="360"/>
      </w:pPr>
      <w:rPr>
        <w:rFonts w:ascii="Wingdings" w:hAnsi="Wingdings" w:hint="default"/>
      </w:rPr>
    </w:lvl>
  </w:abstractNum>
  <w:abstractNum w:abstractNumId="16" w15:restartNumberingAfterBreak="0">
    <w:nsid w:val="4DE20CEA"/>
    <w:multiLevelType w:val="hybridMultilevel"/>
    <w:tmpl w:val="5706EECE"/>
    <w:lvl w:ilvl="0" w:tplc="2EC0D388">
      <w:start w:val="1"/>
      <w:numFmt w:val="bullet"/>
      <w:lvlText w:val=""/>
      <w:lvlJc w:val="left"/>
      <w:pPr>
        <w:ind w:left="720" w:hanging="360"/>
      </w:pPr>
      <w:rPr>
        <w:rFonts w:ascii="Symbol" w:hAnsi="Symbol" w:hint="default"/>
      </w:rPr>
    </w:lvl>
    <w:lvl w:ilvl="1" w:tplc="B1C208FC" w:tentative="1">
      <w:start w:val="1"/>
      <w:numFmt w:val="bullet"/>
      <w:lvlText w:val="o"/>
      <w:lvlJc w:val="left"/>
      <w:pPr>
        <w:ind w:left="1440" w:hanging="360"/>
      </w:pPr>
      <w:rPr>
        <w:rFonts w:ascii="Courier New" w:hAnsi="Courier New" w:cs="Courier New" w:hint="default"/>
      </w:rPr>
    </w:lvl>
    <w:lvl w:ilvl="2" w:tplc="2F0AECB6" w:tentative="1">
      <w:start w:val="1"/>
      <w:numFmt w:val="bullet"/>
      <w:lvlText w:val=""/>
      <w:lvlJc w:val="left"/>
      <w:pPr>
        <w:ind w:left="2160" w:hanging="360"/>
      </w:pPr>
      <w:rPr>
        <w:rFonts w:ascii="Wingdings" w:hAnsi="Wingdings" w:hint="default"/>
      </w:rPr>
    </w:lvl>
    <w:lvl w:ilvl="3" w:tplc="BC14DC82" w:tentative="1">
      <w:start w:val="1"/>
      <w:numFmt w:val="bullet"/>
      <w:lvlText w:val=""/>
      <w:lvlJc w:val="left"/>
      <w:pPr>
        <w:ind w:left="2880" w:hanging="360"/>
      </w:pPr>
      <w:rPr>
        <w:rFonts w:ascii="Symbol" w:hAnsi="Symbol" w:hint="default"/>
      </w:rPr>
    </w:lvl>
    <w:lvl w:ilvl="4" w:tplc="17325514" w:tentative="1">
      <w:start w:val="1"/>
      <w:numFmt w:val="bullet"/>
      <w:lvlText w:val="o"/>
      <w:lvlJc w:val="left"/>
      <w:pPr>
        <w:ind w:left="3600" w:hanging="360"/>
      </w:pPr>
      <w:rPr>
        <w:rFonts w:ascii="Courier New" w:hAnsi="Courier New" w:cs="Courier New" w:hint="default"/>
      </w:rPr>
    </w:lvl>
    <w:lvl w:ilvl="5" w:tplc="32869A02" w:tentative="1">
      <w:start w:val="1"/>
      <w:numFmt w:val="bullet"/>
      <w:lvlText w:val=""/>
      <w:lvlJc w:val="left"/>
      <w:pPr>
        <w:ind w:left="4320" w:hanging="360"/>
      </w:pPr>
      <w:rPr>
        <w:rFonts w:ascii="Wingdings" w:hAnsi="Wingdings" w:hint="default"/>
      </w:rPr>
    </w:lvl>
    <w:lvl w:ilvl="6" w:tplc="BAE21314" w:tentative="1">
      <w:start w:val="1"/>
      <w:numFmt w:val="bullet"/>
      <w:lvlText w:val=""/>
      <w:lvlJc w:val="left"/>
      <w:pPr>
        <w:ind w:left="5040" w:hanging="360"/>
      </w:pPr>
      <w:rPr>
        <w:rFonts w:ascii="Symbol" w:hAnsi="Symbol" w:hint="default"/>
      </w:rPr>
    </w:lvl>
    <w:lvl w:ilvl="7" w:tplc="45B0DDB2" w:tentative="1">
      <w:start w:val="1"/>
      <w:numFmt w:val="bullet"/>
      <w:lvlText w:val="o"/>
      <w:lvlJc w:val="left"/>
      <w:pPr>
        <w:ind w:left="5760" w:hanging="360"/>
      </w:pPr>
      <w:rPr>
        <w:rFonts w:ascii="Courier New" w:hAnsi="Courier New" w:cs="Courier New" w:hint="default"/>
      </w:rPr>
    </w:lvl>
    <w:lvl w:ilvl="8" w:tplc="AFA49C94" w:tentative="1">
      <w:start w:val="1"/>
      <w:numFmt w:val="bullet"/>
      <w:lvlText w:val=""/>
      <w:lvlJc w:val="left"/>
      <w:pPr>
        <w:ind w:left="6480" w:hanging="360"/>
      </w:pPr>
      <w:rPr>
        <w:rFonts w:ascii="Wingdings" w:hAnsi="Wingdings" w:hint="default"/>
      </w:rPr>
    </w:lvl>
  </w:abstractNum>
  <w:abstractNum w:abstractNumId="17" w15:restartNumberingAfterBreak="0">
    <w:nsid w:val="504B2524"/>
    <w:multiLevelType w:val="hybridMultilevel"/>
    <w:tmpl w:val="21F40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B74943"/>
    <w:multiLevelType w:val="hybridMultilevel"/>
    <w:tmpl w:val="87809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7406225"/>
    <w:multiLevelType w:val="multilevel"/>
    <w:tmpl w:val="DA3485CE"/>
    <w:lvl w:ilvl="0">
      <w:start w:val="1"/>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eastAsia="Times New Roman" w:hint="default"/>
        <w:color w:val="00000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440" w:hanging="108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800" w:hanging="1440"/>
      </w:pPr>
      <w:rPr>
        <w:rFonts w:eastAsia="Times New Roman" w:hint="default"/>
        <w:color w:val="000000"/>
      </w:rPr>
    </w:lvl>
    <w:lvl w:ilvl="6">
      <w:start w:val="1"/>
      <w:numFmt w:val="decimal"/>
      <w:isLgl/>
      <w:lvlText w:val="%1.%2.%3.%4.%5.%6.%7"/>
      <w:lvlJc w:val="left"/>
      <w:pPr>
        <w:ind w:left="1800" w:hanging="1440"/>
      </w:pPr>
      <w:rPr>
        <w:rFonts w:eastAsia="Times New Roman" w:hint="default"/>
        <w:color w:val="000000"/>
      </w:rPr>
    </w:lvl>
    <w:lvl w:ilvl="7">
      <w:start w:val="1"/>
      <w:numFmt w:val="decimal"/>
      <w:isLgl/>
      <w:lvlText w:val="%1.%2.%3.%4.%5.%6.%7.%8"/>
      <w:lvlJc w:val="left"/>
      <w:pPr>
        <w:ind w:left="2160" w:hanging="1800"/>
      </w:pPr>
      <w:rPr>
        <w:rFonts w:eastAsia="Times New Roman" w:hint="default"/>
        <w:color w:val="000000"/>
      </w:rPr>
    </w:lvl>
    <w:lvl w:ilvl="8">
      <w:start w:val="1"/>
      <w:numFmt w:val="decimal"/>
      <w:isLgl/>
      <w:lvlText w:val="%1.%2.%3.%4.%5.%6.%7.%8.%9"/>
      <w:lvlJc w:val="left"/>
      <w:pPr>
        <w:ind w:left="2160" w:hanging="1800"/>
      </w:pPr>
      <w:rPr>
        <w:rFonts w:eastAsia="Times New Roman" w:hint="default"/>
        <w:color w:val="000000"/>
      </w:rPr>
    </w:lvl>
  </w:abstractNum>
  <w:abstractNum w:abstractNumId="20" w15:restartNumberingAfterBreak="0">
    <w:nsid w:val="69006B45"/>
    <w:multiLevelType w:val="hybridMultilevel"/>
    <w:tmpl w:val="0F44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8008D"/>
    <w:multiLevelType w:val="multilevel"/>
    <w:tmpl w:val="DA3485CE"/>
    <w:lvl w:ilvl="0">
      <w:start w:val="1"/>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eastAsia="Times New Roman" w:hint="default"/>
        <w:color w:val="00000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440" w:hanging="108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800" w:hanging="1440"/>
      </w:pPr>
      <w:rPr>
        <w:rFonts w:eastAsia="Times New Roman" w:hint="default"/>
        <w:color w:val="000000"/>
      </w:rPr>
    </w:lvl>
    <w:lvl w:ilvl="6">
      <w:start w:val="1"/>
      <w:numFmt w:val="decimal"/>
      <w:isLgl/>
      <w:lvlText w:val="%1.%2.%3.%4.%5.%6.%7"/>
      <w:lvlJc w:val="left"/>
      <w:pPr>
        <w:ind w:left="1800" w:hanging="1440"/>
      </w:pPr>
      <w:rPr>
        <w:rFonts w:eastAsia="Times New Roman" w:hint="default"/>
        <w:color w:val="000000"/>
      </w:rPr>
    </w:lvl>
    <w:lvl w:ilvl="7">
      <w:start w:val="1"/>
      <w:numFmt w:val="decimal"/>
      <w:isLgl/>
      <w:lvlText w:val="%1.%2.%3.%4.%5.%6.%7.%8"/>
      <w:lvlJc w:val="left"/>
      <w:pPr>
        <w:ind w:left="2160" w:hanging="1800"/>
      </w:pPr>
      <w:rPr>
        <w:rFonts w:eastAsia="Times New Roman" w:hint="default"/>
        <w:color w:val="000000"/>
      </w:rPr>
    </w:lvl>
    <w:lvl w:ilvl="8">
      <w:start w:val="1"/>
      <w:numFmt w:val="decimal"/>
      <w:isLgl/>
      <w:lvlText w:val="%1.%2.%3.%4.%5.%6.%7.%8.%9"/>
      <w:lvlJc w:val="left"/>
      <w:pPr>
        <w:ind w:left="2160" w:hanging="1800"/>
      </w:pPr>
      <w:rPr>
        <w:rFonts w:eastAsia="Times New Roman" w:hint="default"/>
        <w:color w:val="000000"/>
      </w:rPr>
    </w:lvl>
  </w:abstractNum>
  <w:num w:numId="1" w16cid:durableId="1025912036">
    <w:abstractNumId w:val="8"/>
  </w:num>
  <w:num w:numId="2" w16cid:durableId="2041777105">
    <w:abstractNumId w:val="6"/>
  </w:num>
  <w:num w:numId="3" w16cid:durableId="304700707">
    <w:abstractNumId w:val="5"/>
  </w:num>
  <w:num w:numId="4" w16cid:durableId="444623291">
    <w:abstractNumId w:val="4"/>
  </w:num>
  <w:num w:numId="5" w16cid:durableId="1549143262">
    <w:abstractNumId w:val="7"/>
  </w:num>
  <w:num w:numId="6" w16cid:durableId="312953470">
    <w:abstractNumId w:val="3"/>
  </w:num>
  <w:num w:numId="7" w16cid:durableId="1822194325">
    <w:abstractNumId w:val="2"/>
  </w:num>
  <w:num w:numId="8" w16cid:durableId="682249184">
    <w:abstractNumId w:val="1"/>
  </w:num>
  <w:num w:numId="9" w16cid:durableId="1488089340">
    <w:abstractNumId w:val="0"/>
  </w:num>
  <w:num w:numId="10" w16cid:durableId="176893736">
    <w:abstractNumId w:val="11"/>
  </w:num>
  <w:num w:numId="11" w16cid:durableId="616523835">
    <w:abstractNumId w:val="15"/>
  </w:num>
  <w:num w:numId="12" w16cid:durableId="1061438924">
    <w:abstractNumId w:val="18"/>
  </w:num>
  <w:num w:numId="13" w16cid:durableId="1058163090">
    <w:abstractNumId w:val="9"/>
  </w:num>
  <w:num w:numId="14" w16cid:durableId="1642541149">
    <w:abstractNumId w:val="16"/>
  </w:num>
  <w:num w:numId="15" w16cid:durableId="837229357">
    <w:abstractNumId w:val="20"/>
  </w:num>
  <w:num w:numId="16" w16cid:durableId="1366637405">
    <w:abstractNumId w:val="10"/>
  </w:num>
  <w:num w:numId="17" w16cid:durableId="1573808456">
    <w:abstractNumId w:val="13"/>
  </w:num>
  <w:num w:numId="18" w16cid:durableId="1451051771">
    <w:abstractNumId w:val="12"/>
  </w:num>
  <w:num w:numId="19" w16cid:durableId="212276811">
    <w:abstractNumId w:val="21"/>
  </w:num>
  <w:num w:numId="20" w16cid:durableId="747506369">
    <w:abstractNumId w:val="17"/>
  </w:num>
  <w:num w:numId="21" w16cid:durableId="440685187">
    <w:abstractNumId w:val="14"/>
  </w:num>
  <w:num w:numId="22" w16cid:durableId="17493845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51E4"/>
    <w:rsid w:val="00023085"/>
    <w:rsid w:val="000263F2"/>
    <w:rsid w:val="00034616"/>
    <w:rsid w:val="0004587A"/>
    <w:rsid w:val="00050202"/>
    <w:rsid w:val="00051F49"/>
    <w:rsid w:val="0006063C"/>
    <w:rsid w:val="00066194"/>
    <w:rsid w:val="000A628F"/>
    <w:rsid w:val="001403DC"/>
    <w:rsid w:val="0015074B"/>
    <w:rsid w:val="001B0BA1"/>
    <w:rsid w:val="00202A0A"/>
    <w:rsid w:val="002146C5"/>
    <w:rsid w:val="0029639D"/>
    <w:rsid w:val="002A04AF"/>
    <w:rsid w:val="002D1C80"/>
    <w:rsid w:val="002E4C1D"/>
    <w:rsid w:val="003113FB"/>
    <w:rsid w:val="00311683"/>
    <w:rsid w:val="00326F90"/>
    <w:rsid w:val="0035122C"/>
    <w:rsid w:val="00357007"/>
    <w:rsid w:val="003A40B9"/>
    <w:rsid w:val="003E4CC3"/>
    <w:rsid w:val="003F4DCA"/>
    <w:rsid w:val="00411FAB"/>
    <w:rsid w:val="004164BA"/>
    <w:rsid w:val="00450214"/>
    <w:rsid w:val="0047037E"/>
    <w:rsid w:val="004B32DD"/>
    <w:rsid w:val="004D7246"/>
    <w:rsid w:val="00500853"/>
    <w:rsid w:val="00506B51"/>
    <w:rsid w:val="00507267"/>
    <w:rsid w:val="005619DB"/>
    <w:rsid w:val="005852A0"/>
    <w:rsid w:val="005B6D3E"/>
    <w:rsid w:val="005F0419"/>
    <w:rsid w:val="00637CA3"/>
    <w:rsid w:val="00661485"/>
    <w:rsid w:val="00667D5E"/>
    <w:rsid w:val="00672094"/>
    <w:rsid w:val="006D5334"/>
    <w:rsid w:val="00713444"/>
    <w:rsid w:val="00713DAF"/>
    <w:rsid w:val="007271C0"/>
    <w:rsid w:val="0078063E"/>
    <w:rsid w:val="007D2AA1"/>
    <w:rsid w:val="007F06DC"/>
    <w:rsid w:val="008037B5"/>
    <w:rsid w:val="0080598A"/>
    <w:rsid w:val="00823056"/>
    <w:rsid w:val="00850F3C"/>
    <w:rsid w:val="00853F91"/>
    <w:rsid w:val="00860B6E"/>
    <w:rsid w:val="00887434"/>
    <w:rsid w:val="008D4F24"/>
    <w:rsid w:val="008F2E2F"/>
    <w:rsid w:val="009B5082"/>
    <w:rsid w:val="00A13176"/>
    <w:rsid w:val="00A50AF9"/>
    <w:rsid w:val="00AA0D43"/>
    <w:rsid w:val="00AA1D8D"/>
    <w:rsid w:val="00AC4AFA"/>
    <w:rsid w:val="00AC7525"/>
    <w:rsid w:val="00AF00ED"/>
    <w:rsid w:val="00B24E61"/>
    <w:rsid w:val="00B47730"/>
    <w:rsid w:val="00B6069D"/>
    <w:rsid w:val="00B82AD0"/>
    <w:rsid w:val="00C2046C"/>
    <w:rsid w:val="00CA7A4E"/>
    <w:rsid w:val="00CB0664"/>
    <w:rsid w:val="00D223E7"/>
    <w:rsid w:val="00D741BC"/>
    <w:rsid w:val="00DA296E"/>
    <w:rsid w:val="00DE5BA2"/>
    <w:rsid w:val="00E4195F"/>
    <w:rsid w:val="00E5306D"/>
    <w:rsid w:val="00E72751"/>
    <w:rsid w:val="00F03063"/>
    <w:rsid w:val="00F030D8"/>
    <w:rsid w:val="00F10857"/>
    <w:rsid w:val="00FC693F"/>
    <w:rsid w:val="00FD4B93"/>
    <w:rsid w:val="00FF1C19"/>
    <w:rsid w:val="00FF2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369B0E"/>
  <w14:defaultImageDpi w14:val="300"/>
  <w15:docId w15:val="{4DCEF317-2073-A64B-93E6-AF416753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
    <w:name w:val="Table Grid1"/>
    <w:basedOn w:val="TableNormal"/>
    <w:next w:val="TableGrid"/>
    <w:uiPriority w:val="59"/>
    <w:rsid w:val="00860B6E"/>
    <w:pPr>
      <w:spacing w:after="0" w:line="240" w:lineRule="auto"/>
    </w:pPr>
    <w:rPr>
      <w:rFonts w:ascii="Calibri" w:eastAsia="Calibri" w:hAnsi="Calibri"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296E"/>
    <w:rPr>
      <w:color w:val="0000FF" w:themeColor="hyperlink"/>
      <w:u w:val="single"/>
    </w:rPr>
  </w:style>
  <w:style w:type="character" w:styleId="UnresolvedMention">
    <w:name w:val="Unresolved Mention"/>
    <w:basedOn w:val="DefaultParagraphFont"/>
    <w:uiPriority w:val="99"/>
    <w:semiHidden/>
    <w:unhideWhenUsed/>
    <w:rsid w:val="00DA2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181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chart" Target="charts/chart4.xml"/><Relationship Id="rId21" Type="http://schemas.microsoft.com/office/2007/relationships/hdphoto" Target="media/hdphoto7.wdp"/><Relationship Id="rId34"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32" Type="http://schemas.openxmlformats.org/officeDocument/2006/relationships/image" Target="media/image12.wmf"/><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9.wdp"/><Relationship Id="rId36" Type="http://schemas.openxmlformats.org/officeDocument/2006/relationships/chart" Target="charts/chart2.xm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oleObject" Target="embeddings/oleObject1.bin"/><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chart" Target="charts/chart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eader" Target="header2.xml"/><Relationship Id="rId33" Type="http://schemas.openxmlformats.org/officeDocument/2006/relationships/oleObject" Target="embeddings/oleObject2.bin"/><Relationship Id="rId38"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baseline="0"/>
              <a:t>Fig. 11: Plant height (in cm) at different treatments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38184931506837"/>
          <c:y val="0.10679304897314411"/>
          <c:w val="0.87045757229832665"/>
          <c:h val="0.68911793608737293"/>
        </c:manualLayout>
      </c:layout>
      <c:bar3DChart>
        <c:barDir val="col"/>
        <c:grouping val="clustered"/>
        <c:varyColors val="0"/>
        <c:ser>
          <c:idx val="0"/>
          <c:order val="0"/>
          <c:tx>
            <c:strRef>
              <c:f>'[Chart 4 in Microsoft Office Word]Sheet2'!$K$1</c:f>
              <c:strCache>
                <c:ptCount val="1"/>
                <c:pt idx="0">
                  <c:v>60 DAP</c:v>
                </c:pt>
              </c:strCache>
            </c:strRef>
          </c:tx>
          <c:spPr>
            <a:solidFill>
              <a:schemeClr val="accent1"/>
            </a:solidFill>
            <a:ln>
              <a:noFill/>
            </a:ln>
            <a:effectLst/>
            <a:sp3d/>
          </c:spPr>
          <c:invertIfNegative val="0"/>
          <c:cat>
            <c:strRef>
              <c:f>'[Chart 4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4 in Microsoft Office Word]Sheet2'!$K$2:$K$26</c:f>
              <c:numCache>
                <c:formatCode>General</c:formatCode>
                <c:ptCount val="25"/>
                <c:pt idx="0">
                  <c:v>58.63</c:v>
                </c:pt>
                <c:pt idx="2">
                  <c:v>61.1</c:v>
                </c:pt>
                <c:pt idx="4">
                  <c:v>61.13</c:v>
                </c:pt>
                <c:pt idx="6">
                  <c:v>61.4</c:v>
                </c:pt>
                <c:pt idx="8">
                  <c:v>61.87</c:v>
                </c:pt>
                <c:pt idx="10">
                  <c:v>61.6</c:v>
                </c:pt>
                <c:pt idx="12">
                  <c:v>61.9</c:v>
                </c:pt>
                <c:pt idx="14">
                  <c:v>64.63</c:v>
                </c:pt>
                <c:pt idx="16">
                  <c:v>62.7</c:v>
                </c:pt>
                <c:pt idx="18">
                  <c:v>63.730000000000011</c:v>
                </c:pt>
                <c:pt idx="20">
                  <c:v>64.19</c:v>
                </c:pt>
                <c:pt idx="22">
                  <c:v>62.8</c:v>
                </c:pt>
                <c:pt idx="24">
                  <c:v>63.47</c:v>
                </c:pt>
              </c:numCache>
            </c:numRef>
          </c:val>
          <c:extLst>
            <c:ext xmlns:c16="http://schemas.microsoft.com/office/drawing/2014/chart" uri="{C3380CC4-5D6E-409C-BE32-E72D297353CC}">
              <c16:uniqueId val="{00000000-C4CC-4FD4-B3AE-4628E7E78084}"/>
            </c:ext>
          </c:extLst>
        </c:ser>
        <c:ser>
          <c:idx val="1"/>
          <c:order val="1"/>
          <c:tx>
            <c:strRef>
              <c:f>'[Chart 4 in Microsoft Office Word]Sheet2'!$L$1</c:f>
              <c:strCache>
                <c:ptCount val="1"/>
                <c:pt idx="0">
                  <c:v>90 DAP</c:v>
                </c:pt>
              </c:strCache>
            </c:strRef>
          </c:tx>
          <c:spPr>
            <a:solidFill>
              <a:schemeClr val="accent2"/>
            </a:solidFill>
            <a:ln>
              <a:noFill/>
            </a:ln>
            <a:effectLst/>
            <a:sp3d/>
          </c:spPr>
          <c:invertIfNegative val="0"/>
          <c:cat>
            <c:strRef>
              <c:f>'[Chart 4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4 in Microsoft Office Word]Sheet2'!$L$2:$L$26</c:f>
              <c:numCache>
                <c:formatCode>General</c:formatCode>
                <c:ptCount val="25"/>
                <c:pt idx="0">
                  <c:v>59.17</c:v>
                </c:pt>
                <c:pt idx="2">
                  <c:v>62.27</c:v>
                </c:pt>
                <c:pt idx="4">
                  <c:v>62.07</c:v>
                </c:pt>
                <c:pt idx="6">
                  <c:v>61.93</c:v>
                </c:pt>
                <c:pt idx="8">
                  <c:v>63.27</c:v>
                </c:pt>
                <c:pt idx="10">
                  <c:v>63.27</c:v>
                </c:pt>
                <c:pt idx="12">
                  <c:v>63.07</c:v>
                </c:pt>
                <c:pt idx="14">
                  <c:v>67.5</c:v>
                </c:pt>
                <c:pt idx="16">
                  <c:v>63.96</c:v>
                </c:pt>
                <c:pt idx="18">
                  <c:v>67.33</c:v>
                </c:pt>
                <c:pt idx="20">
                  <c:v>67.930000000000007</c:v>
                </c:pt>
                <c:pt idx="22">
                  <c:v>64.27</c:v>
                </c:pt>
                <c:pt idx="24">
                  <c:v>63.730000000000011</c:v>
                </c:pt>
              </c:numCache>
            </c:numRef>
          </c:val>
          <c:extLst>
            <c:ext xmlns:c16="http://schemas.microsoft.com/office/drawing/2014/chart" uri="{C3380CC4-5D6E-409C-BE32-E72D297353CC}">
              <c16:uniqueId val="{00000001-C4CC-4FD4-B3AE-4628E7E78084}"/>
            </c:ext>
          </c:extLst>
        </c:ser>
        <c:dLbls>
          <c:showLegendKey val="0"/>
          <c:showVal val="0"/>
          <c:showCatName val="0"/>
          <c:showSerName val="0"/>
          <c:showPercent val="0"/>
          <c:showBubbleSize val="0"/>
        </c:dLbls>
        <c:gapWidth val="150"/>
        <c:shape val="box"/>
        <c:axId val="160964608"/>
        <c:axId val="160966528"/>
        <c:axId val="0"/>
      </c:bar3DChart>
      <c:catAx>
        <c:axId val="160964608"/>
        <c:scaling>
          <c:orientation val="minMax"/>
        </c:scaling>
        <c:delete val="0"/>
        <c:axPos val="b"/>
        <c:title>
          <c:tx>
            <c:rich>
              <a:bodyPr rot="0" vert="horz"/>
              <a:lstStyle/>
              <a:p>
                <a:pPr>
                  <a:defRPr/>
                </a:pPr>
                <a:r>
                  <a:rPr lang="en-US"/>
                  <a:t>Treatments</a:t>
                </a:r>
              </a:p>
            </c:rich>
          </c:tx>
          <c:layout>
            <c:manualLayout>
              <c:xMode val="edge"/>
              <c:yMode val="edge"/>
              <c:x val="0.47533115509533913"/>
              <c:y val="0.8729701085942456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700" b="1"/>
            </a:pPr>
            <a:endParaRPr lang="en-US"/>
          </a:p>
        </c:txPr>
        <c:crossAx val="160966528"/>
        <c:crosses val="autoZero"/>
        <c:auto val="1"/>
        <c:lblAlgn val="ctr"/>
        <c:lblOffset val="100"/>
        <c:noMultiLvlLbl val="0"/>
      </c:catAx>
      <c:valAx>
        <c:axId val="16096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Height (in cm)</a:t>
                </a:r>
              </a:p>
            </c:rich>
          </c:tx>
          <c:layout>
            <c:manualLayout>
              <c:xMode val="edge"/>
              <c:yMode val="edge"/>
              <c:x val="2.9822568936220253E-3"/>
              <c:y val="0.2693959755030623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0964608"/>
        <c:crosses val="autoZero"/>
        <c:crossBetween val="between"/>
      </c:valAx>
      <c:spPr>
        <a:noFill/>
        <a:ln w="25400">
          <a:noFill/>
        </a:ln>
      </c:spPr>
    </c:plotArea>
    <c:legend>
      <c:legendPos val="b"/>
      <c:layout>
        <c:manualLayout>
          <c:xMode val="edge"/>
          <c:yMode val="edge"/>
          <c:x val="0.3796115275830248"/>
          <c:y val="0.94324115883618864"/>
          <c:w val="0.24553341363151523"/>
          <c:h val="5.3599283501884525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baseline="0"/>
              <a:t>Fig. 12: Number of leaves at different treatments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25380517504121E-2"/>
          <c:y val="0.1133508311461066"/>
          <c:w val="0.87521404109589063"/>
          <c:h val="0.69361384514435698"/>
        </c:manualLayout>
      </c:layout>
      <c:bar3DChart>
        <c:barDir val="col"/>
        <c:grouping val="clustered"/>
        <c:varyColors val="0"/>
        <c:ser>
          <c:idx val="0"/>
          <c:order val="0"/>
          <c:tx>
            <c:strRef>
              <c:f>'[Chart in Microsoft Office Word]Sheet2'!$K$1</c:f>
              <c:strCache>
                <c:ptCount val="1"/>
                <c:pt idx="0">
                  <c:v>60 DAP</c:v>
                </c:pt>
              </c:strCache>
            </c:strRef>
          </c:tx>
          <c:spPr>
            <a:solidFill>
              <a:schemeClr val="accent6"/>
            </a:solidFill>
            <a:ln>
              <a:noFill/>
            </a:ln>
            <a:effectLst/>
            <a:sp3d/>
          </c:spPr>
          <c:invertIfNegative val="0"/>
          <c:cat>
            <c:strRef>
              <c:f>'[Chart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in Microsoft Office Word]Sheet2'!$K$2:$K$26</c:f>
              <c:numCache>
                <c:formatCode>General</c:formatCode>
                <c:ptCount val="25"/>
                <c:pt idx="0">
                  <c:v>6.2700000000000014</c:v>
                </c:pt>
                <c:pt idx="2">
                  <c:v>7.9300000000000024</c:v>
                </c:pt>
                <c:pt idx="4">
                  <c:v>8.129999999999999</c:v>
                </c:pt>
                <c:pt idx="6">
                  <c:v>8.4</c:v>
                </c:pt>
                <c:pt idx="8">
                  <c:v>8</c:v>
                </c:pt>
                <c:pt idx="10">
                  <c:v>8.8000000000000007</c:v>
                </c:pt>
                <c:pt idx="12">
                  <c:v>9</c:v>
                </c:pt>
                <c:pt idx="14">
                  <c:v>9.67</c:v>
                </c:pt>
                <c:pt idx="16">
                  <c:v>8.93</c:v>
                </c:pt>
                <c:pt idx="18">
                  <c:v>9.5</c:v>
                </c:pt>
                <c:pt idx="20">
                  <c:v>9.8700000000000028</c:v>
                </c:pt>
                <c:pt idx="22">
                  <c:v>9</c:v>
                </c:pt>
                <c:pt idx="24">
                  <c:v>9.2299999999999986</c:v>
                </c:pt>
              </c:numCache>
            </c:numRef>
          </c:val>
          <c:extLst>
            <c:ext xmlns:c16="http://schemas.microsoft.com/office/drawing/2014/chart" uri="{C3380CC4-5D6E-409C-BE32-E72D297353CC}">
              <c16:uniqueId val="{00000000-F22A-434A-8B6B-72E270367F19}"/>
            </c:ext>
          </c:extLst>
        </c:ser>
        <c:ser>
          <c:idx val="1"/>
          <c:order val="1"/>
          <c:tx>
            <c:strRef>
              <c:f>'[Chart in Microsoft Office Word]Sheet2'!$L$1</c:f>
              <c:strCache>
                <c:ptCount val="1"/>
                <c:pt idx="0">
                  <c:v>90 DAP</c:v>
                </c:pt>
              </c:strCache>
            </c:strRef>
          </c:tx>
          <c:spPr>
            <a:solidFill>
              <a:schemeClr val="accent5"/>
            </a:solidFill>
            <a:ln>
              <a:noFill/>
            </a:ln>
            <a:effectLst/>
            <a:sp3d/>
          </c:spPr>
          <c:invertIfNegative val="0"/>
          <c:cat>
            <c:strRef>
              <c:f>'[Chart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in Microsoft Office Word]Sheet2'!$L$2:$L$26</c:f>
              <c:numCache>
                <c:formatCode>General</c:formatCode>
                <c:ptCount val="25"/>
                <c:pt idx="0">
                  <c:v>6.4300000000000024</c:v>
                </c:pt>
                <c:pt idx="2">
                  <c:v>8.27</c:v>
                </c:pt>
                <c:pt idx="4">
                  <c:v>8.8000000000000007</c:v>
                </c:pt>
                <c:pt idx="6">
                  <c:v>8.7299999999999986</c:v>
                </c:pt>
                <c:pt idx="8">
                  <c:v>8.33</c:v>
                </c:pt>
                <c:pt idx="10">
                  <c:v>8.8000000000000007</c:v>
                </c:pt>
                <c:pt idx="12">
                  <c:v>9.33</c:v>
                </c:pt>
                <c:pt idx="14">
                  <c:v>10.67</c:v>
                </c:pt>
                <c:pt idx="16">
                  <c:v>9.27</c:v>
                </c:pt>
                <c:pt idx="18">
                  <c:v>10.229999999999999</c:v>
                </c:pt>
                <c:pt idx="20">
                  <c:v>10.729999999999999</c:v>
                </c:pt>
                <c:pt idx="22">
                  <c:v>9</c:v>
                </c:pt>
                <c:pt idx="24">
                  <c:v>9.67</c:v>
                </c:pt>
              </c:numCache>
            </c:numRef>
          </c:val>
          <c:extLst>
            <c:ext xmlns:c16="http://schemas.microsoft.com/office/drawing/2014/chart" uri="{C3380CC4-5D6E-409C-BE32-E72D297353CC}">
              <c16:uniqueId val="{00000001-F22A-434A-8B6B-72E270367F19}"/>
            </c:ext>
          </c:extLst>
        </c:ser>
        <c:dLbls>
          <c:showLegendKey val="0"/>
          <c:showVal val="0"/>
          <c:showCatName val="0"/>
          <c:showSerName val="0"/>
          <c:showPercent val="0"/>
          <c:showBubbleSize val="0"/>
        </c:dLbls>
        <c:gapWidth val="150"/>
        <c:shape val="box"/>
        <c:axId val="160992256"/>
        <c:axId val="161002624"/>
        <c:axId val="0"/>
      </c:bar3DChart>
      <c:catAx>
        <c:axId val="160992256"/>
        <c:scaling>
          <c:orientation val="minMax"/>
        </c:scaling>
        <c:delete val="0"/>
        <c:axPos val="b"/>
        <c:title>
          <c:tx>
            <c:rich>
              <a:bodyPr rot="0" vert="horz"/>
              <a:lstStyle/>
              <a:p>
                <a:pPr>
                  <a:defRPr/>
                </a:pPr>
                <a:r>
                  <a:rPr lang="en-US"/>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700"/>
            </a:pPr>
            <a:endParaRPr lang="en-US"/>
          </a:p>
        </c:txPr>
        <c:crossAx val="161002624"/>
        <c:crosses val="autoZero"/>
        <c:auto val="1"/>
        <c:lblAlgn val="ctr"/>
        <c:lblOffset val="100"/>
        <c:noMultiLvlLbl val="0"/>
      </c:catAx>
      <c:valAx>
        <c:axId val="16100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Leaves</a:t>
                </a:r>
              </a:p>
            </c:rich>
          </c:tx>
          <c:layout>
            <c:manualLayout>
              <c:xMode val="edge"/>
              <c:yMode val="edge"/>
              <c:x val="1.236307362264648E-3"/>
              <c:y val="0.3788235454943138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60992256"/>
        <c:crosses val="autoZero"/>
        <c:crossBetween val="between"/>
      </c:valAx>
      <c:spPr>
        <a:noFill/>
        <a:ln w="25400">
          <a:noFill/>
        </a:ln>
      </c:spPr>
    </c:plotArea>
    <c:legend>
      <c:legendPos val="b"/>
      <c:layout>
        <c:manualLayout>
          <c:xMode val="edge"/>
          <c:yMode val="edge"/>
          <c:x val="0.37723329318424298"/>
          <c:y val="0.94109662073490818"/>
          <c:w val="0.24553341363151523"/>
          <c:h val="5.8903379265091864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Fig. 14: Leaf area (in cm</a:t>
            </a:r>
            <a:r>
              <a:rPr lang="en-US" baseline="30000"/>
              <a:t>2</a:t>
            </a:r>
            <a:r>
              <a:rPr lang="en-US"/>
              <a:t>) at different treatments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28473209169576"/>
          <c:y val="0.10669191919191932"/>
          <c:w val="0.85158097505793107"/>
          <c:h val="0.68957016026405749"/>
        </c:manualLayout>
      </c:layout>
      <c:bar3DChart>
        <c:barDir val="col"/>
        <c:grouping val="clustered"/>
        <c:varyColors val="0"/>
        <c:ser>
          <c:idx val="0"/>
          <c:order val="0"/>
          <c:tx>
            <c:strRef>
              <c:f>'[Chart 2 in Microsoft Office Word]Sheet2'!$K$1</c:f>
              <c:strCache>
                <c:ptCount val="1"/>
                <c:pt idx="0">
                  <c:v>60 DAP</c:v>
                </c:pt>
              </c:strCache>
            </c:strRef>
          </c:tx>
          <c:spPr>
            <a:solidFill>
              <a:srgbClr val="C00000"/>
            </a:solidFill>
            <a:ln>
              <a:noFill/>
            </a:ln>
            <a:effectLst/>
            <a:sp3d/>
          </c:spPr>
          <c:invertIfNegative val="0"/>
          <c:cat>
            <c:strRef>
              <c:f>'[Chart 2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2 in Microsoft Office Word]Sheet2'!$K$2:$K$26</c:f>
              <c:numCache>
                <c:formatCode>General</c:formatCode>
                <c:ptCount val="25"/>
                <c:pt idx="0">
                  <c:v>65.63</c:v>
                </c:pt>
                <c:pt idx="2">
                  <c:v>81.05</c:v>
                </c:pt>
                <c:pt idx="4">
                  <c:v>81.669999999999987</c:v>
                </c:pt>
                <c:pt idx="6">
                  <c:v>82.31</c:v>
                </c:pt>
                <c:pt idx="8">
                  <c:v>75.47</c:v>
                </c:pt>
                <c:pt idx="10">
                  <c:v>88.33</c:v>
                </c:pt>
                <c:pt idx="12">
                  <c:v>86.4</c:v>
                </c:pt>
                <c:pt idx="14">
                  <c:v>109.25</c:v>
                </c:pt>
                <c:pt idx="16">
                  <c:v>89.710000000000022</c:v>
                </c:pt>
                <c:pt idx="18">
                  <c:v>107.41000000000012</c:v>
                </c:pt>
                <c:pt idx="20">
                  <c:v>111.14999999999999</c:v>
                </c:pt>
                <c:pt idx="22">
                  <c:v>95.11</c:v>
                </c:pt>
                <c:pt idx="24">
                  <c:v>93.03</c:v>
                </c:pt>
              </c:numCache>
            </c:numRef>
          </c:val>
          <c:extLst>
            <c:ext xmlns:c16="http://schemas.microsoft.com/office/drawing/2014/chart" uri="{C3380CC4-5D6E-409C-BE32-E72D297353CC}">
              <c16:uniqueId val="{00000000-32C7-44C9-9494-F559DCECB35B}"/>
            </c:ext>
          </c:extLst>
        </c:ser>
        <c:ser>
          <c:idx val="1"/>
          <c:order val="1"/>
          <c:tx>
            <c:strRef>
              <c:f>'[Chart 2 in Microsoft Office Word]Sheet2'!$L$1</c:f>
              <c:strCache>
                <c:ptCount val="1"/>
                <c:pt idx="0">
                  <c:v>90 DAP</c:v>
                </c:pt>
              </c:strCache>
            </c:strRef>
          </c:tx>
          <c:spPr>
            <a:solidFill>
              <a:srgbClr val="008000"/>
            </a:solidFill>
            <a:ln>
              <a:noFill/>
            </a:ln>
            <a:effectLst/>
            <a:sp3d/>
          </c:spPr>
          <c:invertIfNegative val="0"/>
          <c:cat>
            <c:strRef>
              <c:f>'[Chart 2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2 in Microsoft Office Word]Sheet2'!$L$2:$L$26</c:f>
              <c:numCache>
                <c:formatCode>General</c:formatCode>
                <c:ptCount val="25"/>
                <c:pt idx="0">
                  <c:v>71.08</c:v>
                </c:pt>
                <c:pt idx="2">
                  <c:v>90.32</c:v>
                </c:pt>
                <c:pt idx="4">
                  <c:v>89.56</c:v>
                </c:pt>
                <c:pt idx="6">
                  <c:v>88.210000000000022</c:v>
                </c:pt>
                <c:pt idx="8">
                  <c:v>79.61</c:v>
                </c:pt>
                <c:pt idx="10">
                  <c:v>93.04</c:v>
                </c:pt>
                <c:pt idx="12">
                  <c:v>91.179999999999978</c:v>
                </c:pt>
                <c:pt idx="14">
                  <c:v>140.4</c:v>
                </c:pt>
                <c:pt idx="16">
                  <c:v>90.990000000000023</c:v>
                </c:pt>
                <c:pt idx="18">
                  <c:v>147.4</c:v>
                </c:pt>
                <c:pt idx="20">
                  <c:v>136.57</c:v>
                </c:pt>
                <c:pt idx="22">
                  <c:v>97.27</c:v>
                </c:pt>
                <c:pt idx="24">
                  <c:v>99.960000000000022</c:v>
                </c:pt>
              </c:numCache>
            </c:numRef>
          </c:val>
          <c:extLst>
            <c:ext xmlns:c16="http://schemas.microsoft.com/office/drawing/2014/chart" uri="{C3380CC4-5D6E-409C-BE32-E72D297353CC}">
              <c16:uniqueId val="{00000001-32C7-44C9-9494-F559DCECB35B}"/>
            </c:ext>
          </c:extLst>
        </c:ser>
        <c:dLbls>
          <c:showLegendKey val="0"/>
          <c:showVal val="0"/>
          <c:showCatName val="0"/>
          <c:showSerName val="0"/>
          <c:showPercent val="0"/>
          <c:showBubbleSize val="0"/>
        </c:dLbls>
        <c:gapWidth val="150"/>
        <c:shape val="box"/>
        <c:axId val="161171712"/>
        <c:axId val="161182080"/>
        <c:axId val="0"/>
      </c:bar3DChart>
      <c:catAx>
        <c:axId val="161171712"/>
        <c:scaling>
          <c:orientation val="minMax"/>
        </c:scaling>
        <c:delete val="0"/>
        <c:axPos val="b"/>
        <c:title>
          <c:tx>
            <c:rich>
              <a:bodyPr rot="0" vert="horz"/>
              <a:lstStyle/>
              <a:p>
                <a:pPr>
                  <a:defRPr/>
                </a:pPr>
                <a:r>
                  <a:rPr lang="en-US"/>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700" b="1"/>
            </a:pPr>
            <a:endParaRPr lang="en-US"/>
          </a:p>
        </c:txPr>
        <c:crossAx val="161182080"/>
        <c:crosses val="autoZero"/>
        <c:auto val="1"/>
        <c:lblAlgn val="ctr"/>
        <c:lblOffset val="100"/>
        <c:noMultiLvlLbl val="0"/>
      </c:catAx>
      <c:valAx>
        <c:axId val="16118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Area of leavs (m</a:t>
                </a:r>
                <a:r>
                  <a:rPr lang="en-US" baseline="30000"/>
                  <a:t>2</a:t>
                </a:r>
                <a:r>
                  <a:rPr lang="en-US"/>
                  <a:t>)</a:t>
                </a:r>
              </a:p>
            </c:rich>
          </c:tx>
          <c:layout>
            <c:manualLayout>
              <c:xMode val="edge"/>
              <c:yMode val="edge"/>
              <c:x val="5.2353898800624812E-3"/>
              <c:y val="0.2340402449693790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1171712"/>
        <c:crosses val="autoZero"/>
        <c:crossBetween val="between"/>
      </c:valAx>
      <c:spPr>
        <a:noFill/>
        <a:ln w="25400">
          <a:noFill/>
        </a:ln>
      </c:spPr>
    </c:plotArea>
    <c:legend>
      <c:legendPos val="b"/>
      <c:layout>
        <c:manualLayout>
          <c:xMode val="edge"/>
          <c:yMode val="edge"/>
          <c:x val="0.43219161207056372"/>
          <c:y val="0.92358526206951463"/>
          <c:w val="0.24250838898302324"/>
          <c:h val="7.5000524934383472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Fig.</a:t>
            </a:r>
            <a:r>
              <a:rPr lang="en-US" baseline="0"/>
              <a:t> 15</a:t>
            </a:r>
            <a:r>
              <a:rPr lang="en-US"/>
              <a:t>: Length of the internode (in cm) at different treatments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868911719939205E-2"/>
          <c:y val="0.10677559638098261"/>
          <c:w val="0.87997050989345504"/>
          <c:h val="0.70828094175250156"/>
        </c:manualLayout>
      </c:layout>
      <c:bar3DChart>
        <c:barDir val="col"/>
        <c:grouping val="clustered"/>
        <c:varyColors val="0"/>
        <c:ser>
          <c:idx val="0"/>
          <c:order val="0"/>
          <c:tx>
            <c:strRef>
              <c:f>'[Chart 3 in Microsoft Office Word]Sheet2'!$K$1</c:f>
              <c:strCache>
                <c:ptCount val="1"/>
                <c:pt idx="0">
                  <c:v>60 DAP</c:v>
                </c:pt>
              </c:strCache>
            </c:strRef>
          </c:tx>
          <c:spPr>
            <a:solidFill>
              <a:srgbClr val="0070C0"/>
            </a:solidFill>
            <a:ln>
              <a:noFill/>
            </a:ln>
            <a:effectLst/>
            <a:sp3d/>
          </c:spPr>
          <c:invertIfNegative val="0"/>
          <c:cat>
            <c:strRef>
              <c:f>'[Chart 3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3 in Microsoft Office Word]Sheet2'!$K$2:$K$26</c:f>
              <c:numCache>
                <c:formatCode>General</c:formatCode>
                <c:ptCount val="25"/>
                <c:pt idx="0">
                  <c:v>4.2</c:v>
                </c:pt>
                <c:pt idx="2">
                  <c:v>4.4700000000000024</c:v>
                </c:pt>
                <c:pt idx="4">
                  <c:v>4.57</c:v>
                </c:pt>
                <c:pt idx="6">
                  <c:v>4.4000000000000004</c:v>
                </c:pt>
                <c:pt idx="8">
                  <c:v>4.3899999999999997</c:v>
                </c:pt>
                <c:pt idx="10">
                  <c:v>4.67</c:v>
                </c:pt>
                <c:pt idx="12">
                  <c:v>5</c:v>
                </c:pt>
                <c:pt idx="14">
                  <c:v>5.53</c:v>
                </c:pt>
                <c:pt idx="16">
                  <c:v>5.07</c:v>
                </c:pt>
                <c:pt idx="18">
                  <c:v>5.4300000000000024</c:v>
                </c:pt>
                <c:pt idx="20">
                  <c:v>5.2</c:v>
                </c:pt>
                <c:pt idx="22">
                  <c:v>4.8899999999999997</c:v>
                </c:pt>
                <c:pt idx="24">
                  <c:v>4.9700000000000024</c:v>
                </c:pt>
              </c:numCache>
            </c:numRef>
          </c:val>
          <c:extLst>
            <c:ext xmlns:c16="http://schemas.microsoft.com/office/drawing/2014/chart" uri="{C3380CC4-5D6E-409C-BE32-E72D297353CC}">
              <c16:uniqueId val="{00000000-4AB0-456D-B942-76FD37E2E857}"/>
            </c:ext>
          </c:extLst>
        </c:ser>
        <c:ser>
          <c:idx val="1"/>
          <c:order val="1"/>
          <c:tx>
            <c:strRef>
              <c:f>'[Chart 3 in Microsoft Office Word]Sheet2'!$L$1</c:f>
              <c:strCache>
                <c:ptCount val="1"/>
                <c:pt idx="0">
                  <c:v>90 DAP</c:v>
                </c:pt>
              </c:strCache>
            </c:strRef>
          </c:tx>
          <c:spPr>
            <a:solidFill>
              <a:schemeClr val="accent6">
                <a:lumMod val="75000"/>
              </a:schemeClr>
            </a:solidFill>
            <a:ln>
              <a:noFill/>
            </a:ln>
            <a:effectLst/>
            <a:sp3d/>
          </c:spPr>
          <c:invertIfNegative val="0"/>
          <c:cat>
            <c:strRef>
              <c:f>'[Chart 3 in Microsoft Office Word]Sheet2'!$J$2:$J$26</c:f>
              <c:strCache>
                <c:ptCount val="25"/>
                <c:pt idx="0">
                  <c:v>T1</c:v>
                </c:pt>
                <c:pt idx="2">
                  <c:v>T2</c:v>
                </c:pt>
                <c:pt idx="4">
                  <c:v>T3</c:v>
                </c:pt>
                <c:pt idx="6">
                  <c:v>T4</c:v>
                </c:pt>
                <c:pt idx="8">
                  <c:v>T5</c:v>
                </c:pt>
                <c:pt idx="10">
                  <c:v>T6</c:v>
                </c:pt>
                <c:pt idx="12">
                  <c:v>T7</c:v>
                </c:pt>
                <c:pt idx="14">
                  <c:v>T8</c:v>
                </c:pt>
                <c:pt idx="16">
                  <c:v>T9</c:v>
                </c:pt>
                <c:pt idx="18">
                  <c:v>T10</c:v>
                </c:pt>
                <c:pt idx="20">
                  <c:v>T11</c:v>
                </c:pt>
                <c:pt idx="22">
                  <c:v>T12</c:v>
                </c:pt>
                <c:pt idx="24">
                  <c:v>T13</c:v>
                </c:pt>
              </c:strCache>
            </c:strRef>
          </c:cat>
          <c:val>
            <c:numRef>
              <c:f>'[Chart 3 in Microsoft Office Word]Sheet2'!$L$2:$L$26</c:f>
              <c:numCache>
                <c:formatCode>General</c:formatCode>
                <c:ptCount val="25"/>
                <c:pt idx="0">
                  <c:v>4.53</c:v>
                </c:pt>
                <c:pt idx="2">
                  <c:v>4.9000000000000004</c:v>
                </c:pt>
                <c:pt idx="4">
                  <c:v>4.9700000000000024</c:v>
                </c:pt>
                <c:pt idx="6">
                  <c:v>4.7300000000000004</c:v>
                </c:pt>
                <c:pt idx="8">
                  <c:v>4.6199999999999966</c:v>
                </c:pt>
                <c:pt idx="10">
                  <c:v>5</c:v>
                </c:pt>
                <c:pt idx="12">
                  <c:v>5.17</c:v>
                </c:pt>
                <c:pt idx="14">
                  <c:v>6.2</c:v>
                </c:pt>
                <c:pt idx="16">
                  <c:v>5.4</c:v>
                </c:pt>
                <c:pt idx="18">
                  <c:v>5.9</c:v>
                </c:pt>
                <c:pt idx="20">
                  <c:v>5.63</c:v>
                </c:pt>
                <c:pt idx="22">
                  <c:v>5.22</c:v>
                </c:pt>
                <c:pt idx="24">
                  <c:v>5.0999999999999996</c:v>
                </c:pt>
              </c:numCache>
            </c:numRef>
          </c:val>
          <c:extLst>
            <c:ext xmlns:c16="http://schemas.microsoft.com/office/drawing/2014/chart" uri="{C3380CC4-5D6E-409C-BE32-E72D297353CC}">
              <c16:uniqueId val="{00000001-4AB0-456D-B942-76FD37E2E857}"/>
            </c:ext>
          </c:extLst>
        </c:ser>
        <c:dLbls>
          <c:showLegendKey val="0"/>
          <c:showVal val="0"/>
          <c:showCatName val="0"/>
          <c:showSerName val="0"/>
          <c:showPercent val="0"/>
          <c:showBubbleSize val="0"/>
        </c:dLbls>
        <c:gapWidth val="150"/>
        <c:shape val="box"/>
        <c:axId val="161207808"/>
        <c:axId val="161209728"/>
        <c:axId val="0"/>
      </c:bar3DChart>
      <c:catAx>
        <c:axId val="161207808"/>
        <c:scaling>
          <c:orientation val="minMax"/>
        </c:scaling>
        <c:delete val="0"/>
        <c:axPos val="b"/>
        <c:title>
          <c:tx>
            <c:rich>
              <a:bodyPr rot="0" vert="horz"/>
              <a:lstStyle/>
              <a:p>
                <a:pPr>
                  <a:defRPr/>
                </a:pPr>
                <a:r>
                  <a:rPr lang="en-US"/>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700" b="1"/>
            </a:pPr>
            <a:endParaRPr lang="en-US"/>
          </a:p>
        </c:txPr>
        <c:crossAx val="161209728"/>
        <c:crosses val="autoZero"/>
        <c:auto val="1"/>
        <c:lblAlgn val="ctr"/>
        <c:lblOffset val="100"/>
        <c:noMultiLvlLbl val="0"/>
      </c:catAx>
      <c:valAx>
        <c:axId val="16120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Internode (cm)</a:t>
                </a:r>
              </a:p>
            </c:rich>
          </c:tx>
          <c:layout>
            <c:manualLayout>
              <c:xMode val="edge"/>
              <c:yMode val="edge"/>
              <c:x val="7.2408810628123623E-3"/>
              <c:y val="0.3227119897060032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1207808"/>
        <c:crosses val="autoZero"/>
        <c:crossBetween val="between"/>
      </c:valAx>
      <c:spPr>
        <a:noFill/>
        <a:ln w="25400">
          <a:noFill/>
        </a:ln>
      </c:spPr>
    </c:plotArea>
    <c:legend>
      <c:legendPos val="b"/>
      <c:layout>
        <c:manualLayout>
          <c:xMode val="edge"/>
          <c:yMode val="edge"/>
          <c:x val="0.37723329318424298"/>
          <c:y val="0.94325043461692393"/>
          <c:w val="0.24553341363151523"/>
          <c:h val="5.3590524070029323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90A19-A770-4457-9A8D-8B2738E1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22</Pages>
  <Words>5233</Words>
  <Characters>29833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Dell</cp:lastModifiedBy>
  <cp:revision>8</cp:revision>
  <dcterms:created xsi:type="dcterms:W3CDTF">2025-06-02T15:37:00Z</dcterms:created>
  <dcterms:modified xsi:type="dcterms:W3CDTF">2025-06-03T05:36:00Z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936743</vt:lpwstr>
  </property>
  <property fmtid="{D5CDD505-2E9C-101B-9397-08002B2CF9AE}" pid="3" name="NXPowerLiteSettings">
    <vt:lpwstr>C7000400038000</vt:lpwstr>
  </property>
  <property fmtid="{D5CDD505-2E9C-101B-9397-08002B2CF9AE}" pid="4" name="NXPowerLiteVersion">
    <vt:lpwstr>S10.3.1</vt:lpwstr>
  </property>
</Properties>
</file>